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64E9" w14:textId="77777777" w:rsidR="004B2954" w:rsidRPr="00BB79B8" w:rsidRDefault="004B2954" w:rsidP="004B2954">
      <w:pPr>
        <w:keepNext/>
        <w:rPr>
          <w:rFonts w:cs="Times New Roman"/>
          <w:sz w:val="20"/>
          <w:szCs w:val="20"/>
        </w:rPr>
      </w:pPr>
      <w:r w:rsidRPr="00BB79B8">
        <w:rPr>
          <w:rFonts w:cs="Times New Roman"/>
          <w:b/>
          <w:color w:val="1F4E79"/>
          <w:sz w:val="20"/>
          <w:szCs w:val="20"/>
        </w:rPr>
        <w:t>Q1. What is myocarditis?</w:t>
      </w:r>
    </w:p>
    <w:p w14:paraId="665F175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691000A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5F61DE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an inflammation of the heart muscle (myocardium). This condition can affect the heart's ability to pump blood effectively and may cause abnormal heart rhythms. The inflammation is most commonly caused by viral infections, but it can also result from bacterial infections, autoimmune diseases, certain medications, or exposure to toxins.</w:t>
      </w:r>
    </w:p>
    <w:p w14:paraId="6DE4E2FA"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can range from mild-such as fatigue, shortness of breath, or chest discomfort-to severe, including heart failure, rapid or irregular heartbeat, and in rare cases, sudden cardiac death. Diagnosis often involves blood tests, electrocardiograms (ECG), echocardiography, cardiac MRI, and sometimes a heart biopsy.</w:t>
      </w:r>
    </w:p>
    <w:p w14:paraId="00E49167"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depends on the underlying cause and severity, including medications to support heart function, reduce inflammation, or treat infections, and in severe cases, advanced therapies like mechanical support or transplantation.</w:t>
      </w:r>
    </w:p>
    <w:p w14:paraId="5BAAC434" w14:textId="77777777" w:rsidR="004B2954" w:rsidRPr="00BB79B8" w:rsidRDefault="004B2954" w:rsidP="004B2954">
      <w:pPr>
        <w:spacing w:after="0"/>
        <w:rPr>
          <w:rFonts w:cs="Times New Roman"/>
          <w:sz w:val="20"/>
          <w:szCs w:val="20"/>
        </w:rPr>
      </w:pPr>
    </w:p>
    <w:p w14:paraId="4135EA0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4C605D3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7E41FA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the inflammation of the myocardium, the muscular middle layer of the heart wall. This inflammation can weaken the heart muscle and its electrical system, reducing the heart's ability to pump blood and causing rapid or abnormal heart rhythms (arrhythmias).</w:t>
      </w:r>
    </w:p>
    <w:p w14:paraId="759F375C" w14:textId="77777777" w:rsidR="004B2954" w:rsidRPr="00BB79B8" w:rsidRDefault="004B2954" w:rsidP="004B2954">
      <w:pPr>
        <w:spacing w:after="20"/>
        <w:ind w:left="216"/>
        <w:rPr>
          <w:rFonts w:cs="Times New Roman"/>
          <w:sz w:val="20"/>
          <w:szCs w:val="20"/>
        </w:rPr>
      </w:pPr>
      <w:r w:rsidRPr="00BB79B8">
        <w:rPr>
          <w:rFonts w:cs="Times New Roman"/>
          <w:sz w:val="20"/>
          <w:szCs w:val="20"/>
        </w:rPr>
        <w:t>Etiology</w:t>
      </w:r>
    </w:p>
    <w:p w14:paraId="781BC1A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typically triggered by an external factor or an underlying systemic condition:</w:t>
      </w:r>
    </w:p>
    <w:p w14:paraId="5BE0050B"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Infections: The most common cause, including coxsackieviruses, adenovirus, cytomegalovirus, and SARS-CoV-2.</w:t>
      </w:r>
    </w:p>
    <w:p w14:paraId="3C2E62D2" w14:textId="77777777" w:rsidR="004B2954" w:rsidRPr="00BB79B8" w:rsidRDefault="004B2954" w:rsidP="004B2954">
      <w:pPr>
        <w:spacing w:after="20"/>
        <w:ind w:left="216"/>
        <w:rPr>
          <w:rFonts w:cs="Times New Roman"/>
          <w:sz w:val="20"/>
          <w:szCs w:val="20"/>
        </w:rPr>
      </w:pPr>
      <w:r w:rsidRPr="00BB79B8">
        <w:rPr>
          <w:rFonts w:cs="Times New Roman"/>
          <w:sz w:val="20"/>
          <w:szCs w:val="20"/>
        </w:rPr>
        <w:t>Bacterial/Parasitic Infections: Such as Chagas disease (Trypanosoma cruzi), Lyme disease, or staphylococcal infections.</w:t>
      </w:r>
    </w:p>
    <w:p w14:paraId="5A91D460"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Immune-Mediated: Autoimmune diseases (e.g., lupus, giant cell arteritis) or hypersensitivity reactions to medications.</w:t>
      </w:r>
    </w:p>
    <w:p w14:paraId="278D48A9" w14:textId="77777777" w:rsidR="004B2954" w:rsidRPr="00BB79B8" w:rsidRDefault="004B2954" w:rsidP="004B2954">
      <w:pPr>
        <w:spacing w:after="20"/>
        <w:ind w:left="216"/>
        <w:rPr>
          <w:rFonts w:cs="Times New Roman"/>
          <w:sz w:val="20"/>
          <w:szCs w:val="20"/>
        </w:rPr>
      </w:pPr>
      <w:r w:rsidRPr="00BB79B8">
        <w:rPr>
          <w:rFonts w:cs="Times New Roman"/>
          <w:sz w:val="20"/>
          <w:szCs w:val="20"/>
        </w:rPr>
        <w:t>Toxic Insults: Exposure to certain chemicals, heavy metals, or adverse reactions to specific drugs and therapies.</w:t>
      </w:r>
    </w:p>
    <w:p w14:paraId="72293071"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Presentation</w:t>
      </w:r>
    </w:p>
    <w:p w14:paraId="31344FF8" w14:textId="77777777" w:rsidR="004B2954" w:rsidRPr="00BB79B8" w:rsidRDefault="004B2954" w:rsidP="004B2954">
      <w:pPr>
        <w:spacing w:after="20"/>
        <w:ind w:left="216"/>
        <w:rPr>
          <w:rFonts w:cs="Times New Roman"/>
          <w:sz w:val="20"/>
          <w:szCs w:val="20"/>
        </w:rPr>
      </w:pPr>
      <w:r w:rsidRPr="00BB79B8">
        <w:rPr>
          <w:rFonts w:cs="Times New Roman"/>
          <w:sz w:val="20"/>
          <w:szCs w:val="20"/>
        </w:rPr>
        <w:t>The severity of myocarditis ranges from subclinical or mild symptoms to sudden heart failure or "fulminant" myocarditis. Common symptoms include:</w:t>
      </w:r>
    </w:p>
    <w:p w14:paraId="3EECACBE"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(often mimicking a myocardial infarction).</w:t>
      </w:r>
    </w:p>
    <w:p w14:paraId="18ABD216"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shortness of breath (dyspnea).</w:t>
      </w:r>
    </w:p>
    <w:p w14:paraId="12A76066"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an irregular heartbeat.</w:t>
      </w:r>
    </w:p>
    <w:p w14:paraId="3A29EAB1" w14:textId="77777777" w:rsidR="004B2954" w:rsidRPr="00BB79B8" w:rsidRDefault="004B2954" w:rsidP="004B2954">
      <w:pPr>
        <w:spacing w:after="20"/>
        <w:ind w:left="216"/>
        <w:rPr>
          <w:rFonts w:cs="Times New Roman"/>
          <w:sz w:val="20"/>
          <w:szCs w:val="20"/>
        </w:rPr>
      </w:pPr>
      <w:r w:rsidRPr="00BB79B8">
        <w:rPr>
          <w:rFonts w:cs="Times New Roman"/>
          <w:sz w:val="20"/>
          <w:szCs w:val="20"/>
        </w:rPr>
        <w:t>Signs of infection, such as fever, headache, or body aches, often preceding cardiac symptoms.</w:t>
      </w:r>
    </w:p>
    <w:p w14:paraId="751D66A2"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and Management</w:t>
      </w:r>
    </w:p>
    <w:p w14:paraId="03F748FF"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involves a combination of clinical assessment and advanced testing:</w:t>
      </w:r>
    </w:p>
    <w:p w14:paraId="40B800BB" w14:textId="77777777" w:rsidR="004B2954" w:rsidRPr="00BB79B8" w:rsidRDefault="004B2954" w:rsidP="004B2954">
      <w:pPr>
        <w:spacing w:after="20"/>
        <w:ind w:left="216"/>
        <w:rPr>
          <w:rFonts w:cs="Times New Roman"/>
          <w:sz w:val="20"/>
          <w:szCs w:val="20"/>
        </w:rPr>
      </w:pPr>
      <w:r w:rsidRPr="00BB79B8">
        <w:rPr>
          <w:rFonts w:cs="Times New Roman"/>
          <w:sz w:val="20"/>
          <w:szCs w:val="20"/>
        </w:rPr>
        <w:t>Biomarkers: Elevated cardiac troponins indicating myocardial injury.</w:t>
      </w:r>
    </w:p>
    <w:p w14:paraId="6E00D235"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Electrocardiogram (ECG) changes and Echocardiography to assess wall motion. Cardiac Magnetic Resonance (CMR) imaging is the non-invasive gold standard for identifying edema and late gadolinium enhancement.</w:t>
      </w:r>
    </w:p>
    <w:p w14:paraId="308D3803"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The definitive gold standard for histopathological confirmation, though used selectively.</w:t>
      </w:r>
    </w:p>
    <w:p w14:paraId="34AA8F33" w14:textId="77777777" w:rsidR="004B2954" w:rsidRPr="00BB79B8" w:rsidRDefault="004B2954" w:rsidP="004B2954">
      <w:pPr>
        <w:spacing w:after="20"/>
        <w:ind w:left="216"/>
        <w:rPr>
          <w:rFonts w:cs="Times New Roman"/>
          <w:sz w:val="20"/>
          <w:szCs w:val="20"/>
        </w:rPr>
      </w:pPr>
      <w:r w:rsidRPr="00BB79B8">
        <w:rPr>
          <w:rFonts w:cs="Times New Roman"/>
          <w:sz w:val="20"/>
          <w:szCs w:val="20"/>
        </w:rPr>
        <w:t>Management focuses on treating the underlying cause, managing heart failure symptoms (using ACE inhibitors, beta-blockers, or diuretics), and restricting physical activity during the acute recovery phase to prevent further myocardial stress.</w:t>
      </w:r>
    </w:p>
    <w:p w14:paraId="0E4475A4" w14:textId="77777777" w:rsidR="004B2954" w:rsidRPr="00BB79B8" w:rsidRDefault="004B2954" w:rsidP="004B2954">
      <w:pPr>
        <w:spacing w:after="0"/>
        <w:rPr>
          <w:rFonts w:cs="Times New Roman"/>
          <w:sz w:val="20"/>
          <w:szCs w:val="20"/>
        </w:rPr>
      </w:pPr>
    </w:p>
    <w:p w14:paraId="7361CD7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A13897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A8CBE25"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inflammation of the heart muscle (the myocardium), which can weaken the heart's ability to pump blood and disrupt its electrical rhythm. It is most often caused by viral infections, but can also result from bacteria, autoimmune diseases, toxins, or certain medications.</w:t>
      </w:r>
    </w:p>
    <w:p w14:paraId="74676236" w14:textId="77777777" w:rsidR="004B2954" w:rsidRPr="00BB79B8" w:rsidRDefault="004B2954" w:rsidP="004B2954">
      <w:pPr>
        <w:spacing w:after="20"/>
        <w:ind w:left="216"/>
        <w:rPr>
          <w:rFonts w:cs="Times New Roman"/>
          <w:sz w:val="20"/>
          <w:szCs w:val="20"/>
        </w:rPr>
      </w:pPr>
      <w:r w:rsidRPr="00BB79B8">
        <w:rPr>
          <w:rFonts w:cs="Times New Roman"/>
          <w:sz w:val="20"/>
          <w:szCs w:val="20"/>
        </w:rPr>
        <w:t>What myocarditis is</w:t>
      </w:r>
    </w:p>
    <w:p w14:paraId="3D2FAA7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refers to immune-driven inflammation of the heart muscle. When the myocardium becomes inflamed, the muscle fibers can swell and become damaged. This can lead to:</w:t>
      </w:r>
    </w:p>
    <w:p w14:paraId="68ABE3B5"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pumping strength</w:t>
      </w:r>
    </w:p>
    <w:p w14:paraId="254B8B58" w14:textId="77777777" w:rsidR="004B2954" w:rsidRPr="00BB79B8" w:rsidRDefault="004B2954" w:rsidP="004B2954">
      <w:pPr>
        <w:spacing w:after="20"/>
        <w:ind w:left="216"/>
        <w:rPr>
          <w:rFonts w:cs="Times New Roman"/>
          <w:sz w:val="20"/>
          <w:szCs w:val="20"/>
        </w:rPr>
      </w:pPr>
      <w:r w:rsidRPr="00BB79B8">
        <w:rPr>
          <w:rFonts w:cs="Times New Roman"/>
          <w:sz w:val="20"/>
          <w:szCs w:val="20"/>
        </w:rPr>
        <w:t>Irregular heartbeats (arrhythmias)</w:t>
      </w:r>
    </w:p>
    <w:p w14:paraId="5E2D7AB8"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11C9D730"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075106F6" w14:textId="77777777" w:rsidR="004B2954" w:rsidRPr="00BB79B8" w:rsidRDefault="004B2954" w:rsidP="004B2954">
      <w:pPr>
        <w:spacing w:after="20"/>
        <w:ind w:left="216"/>
        <w:rPr>
          <w:rFonts w:cs="Times New Roman"/>
          <w:sz w:val="20"/>
          <w:szCs w:val="20"/>
        </w:rPr>
      </w:pPr>
      <w:r w:rsidRPr="00BB79B8">
        <w:rPr>
          <w:rFonts w:cs="Times New Roman"/>
          <w:sz w:val="20"/>
          <w:szCs w:val="20"/>
        </w:rPr>
        <w:t>In severe cases, heart failure</w:t>
      </w:r>
    </w:p>
    <w:p w14:paraId="4A84B986"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causes</w:t>
      </w:r>
    </w:p>
    <w:p w14:paraId="60CE1F52"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infections - the most frequent cause (e.g., adenovirus, coxsackievirus, Epstein-Barr virus, COVID-19).</w:t>
      </w:r>
    </w:p>
    <w:p w14:paraId="5E947E3B"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Bacterial infections - including diphtheria or Lyme disease.</w:t>
      </w:r>
    </w:p>
    <w:p w14:paraId="01BB776D" w14:textId="77777777" w:rsidR="004B2954" w:rsidRPr="00BB79B8" w:rsidRDefault="004B2954" w:rsidP="004B2954">
      <w:pPr>
        <w:spacing w:after="20"/>
        <w:ind w:left="216"/>
        <w:rPr>
          <w:rFonts w:cs="Times New Roman"/>
          <w:sz w:val="20"/>
          <w:szCs w:val="20"/>
        </w:rPr>
      </w:pPr>
      <w:r w:rsidRPr="00BB79B8">
        <w:rPr>
          <w:rFonts w:cs="Times New Roman"/>
          <w:sz w:val="20"/>
          <w:szCs w:val="20"/>
        </w:rPr>
        <w:t>Parasites - such as Trypanosoma cruzi (Chag</w:t>
      </w:r>
      <w:bookmarkStart w:id="0" w:name="OLE_LINK16"/>
      <w:r w:rsidRPr="00BB79B8">
        <w:rPr>
          <w:rFonts w:cs="Times New Roman"/>
          <w:sz w:val="20"/>
          <w:szCs w:val="20"/>
        </w:rPr>
        <w:t>as disease).</w:t>
      </w:r>
    </w:p>
    <w:bookmarkEnd w:id="0"/>
    <w:p w14:paraId="0FE149D9"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diseases - lupus, sarcoidosis, etc.</w:t>
      </w:r>
    </w:p>
    <w:p w14:paraId="50DAB49E" w14:textId="77777777" w:rsidR="004B2954" w:rsidRPr="00BB79B8" w:rsidRDefault="004B2954" w:rsidP="004B2954">
      <w:pPr>
        <w:spacing w:after="20"/>
        <w:ind w:left="216"/>
        <w:rPr>
          <w:rFonts w:cs="Times New Roman"/>
          <w:sz w:val="20"/>
          <w:szCs w:val="20"/>
        </w:rPr>
      </w:pPr>
      <w:r w:rsidRPr="00BB79B8">
        <w:rPr>
          <w:rFonts w:cs="Times New Roman"/>
          <w:sz w:val="20"/>
          <w:szCs w:val="20"/>
        </w:rPr>
        <w:t>Toxins or drugs - alcohol, chemotherapy drugs, certain psychiatric medications.</w:t>
      </w:r>
    </w:p>
    <w:p w14:paraId="714FF760" w14:textId="77777777" w:rsidR="004B2954" w:rsidRPr="00BB79B8" w:rsidRDefault="004B2954" w:rsidP="004B2954">
      <w:pPr>
        <w:spacing w:after="20"/>
        <w:ind w:left="216"/>
        <w:rPr>
          <w:rFonts w:cs="Times New Roman"/>
          <w:sz w:val="20"/>
          <w:szCs w:val="20"/>
        </w:rPr>
      </w:pPr>
      <w:r w:rsidRPr="00BB79B8">
        <w:rPr>
          <w:rFonts w:cs="Times New Roman"/>
          <w:sz w:val="20"/>
          <w:szCs w:val="20"/>
        </w:rPr>
        <w:t>Rarely, vaccines - myocarditis has been reported after smallpox and mRNA COVID-19 vaccines, but cases are uncommon and typically mild.</w:t>
      </w:r>
    </w:p>
    <w:p w14:paraId="23D1FFE2"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to watch for</w:t>
      </w:r>
    </w:p>
    <w:p w14:paraId="4A524B0E"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vary widely - some people have none, others become very ill. Common signs include:</w:t>
      </w:r>
    </w:p>
    <w:p w14:paraId="52163CA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3A213047"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w:t>
      </w:r>
    </w:p>
    <w:p w14:paraId="2645DF53"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61952A39"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w:t>
      </w:r>
    </w:p>
    <w:p w14:paraId="3281B9F4" w14:textId="77777777" w:rsidR="004B2954" w:rsidRPr="00BB79B8" w:rsidRDefault="004B2954" w:rsidP="004B2954">
      <w:pPr>
        <w:spacing w:after="20"/>
        <w:ind w:left="216"/>
        <w:rPr>
          <w:rFonts w:cs="Times New Roman"/>
          <w:sz w:val="20"/>
          <w:szCs w:val="20"/>
        </w:rPr>
      </w:pPr>
      <w:r w:rsidRPr="00BB79B8">
        <w:rPr>
          <w:rFonts w:cs="Times New Roman"/>
          <w:sz w:val="20"/>
          <w:szCs w:val="20"/>
        </w:rPr>
        <w:t>Flu-like symptoms (fever, sore throat, body aches)</w:t>
      </w:r>
    </w:p>
    <w:p w14:paraId="35C79909" w14:textId="77777777" w:rsidR="004B2954" w:rsidRPr="00BB79B8" w:rsidRDefault="004B2954" w:rsidP="004B2954">
      <w:pPr>
        <w:spacing w:after="20"/>
        <w:ind w:left="216"/>
        <w:rPr>
          <w:rFonts w:cs="Times New Roman"/>
          <w:sz w:val="20"/>
          <w:szCs w:val="20"/>
        </w:rPr>
      </w:pPr>
      <w:r w:rsidRPr="00BB79B8">
        <w:rPr>
          <w:rFonts w:cs="Times New Roman"/>
          <w:sz w:val="20"/>
          <w:szCs w:val="20"/>
        </w:rPr>
        <w:t>How it's diagnosed</w:t>
      </w:r>
    </w:p>
    <w:p w14:paraId="4546CE7A" w14:textId="77777777" w:rsidR="004B2954" w:rsidRPr="00BB79B8" w:rsidRDefault="004B2954" w:rsidP="004B2954">
      <w:pPr>
        <w:spacing w:after="20"/>
        <w:ind w:left="216"/>
        <w:rPr>
          <w:rFonts w:cs="Times New Roman"/>
          <w:sz w:val="20"/>
          <w:szCs w:val="20"/>
        </w:rPr>
      </w:pPr>
      <w:r w:rsidRPr="00BB79B8">
        <w:rPr>
          <w:rFonts w:cs="Times New Roman"/>
          <w:sz w:val="20"/>
          <w:szCs w:val="20"/>
        </w:rPr>
        <w:t>Doctors may use:</w:t>
      </w:r>
    </w:p>
    <w:p w14:paraId="486C00DA"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w:t>
      </w:r>
    </w:p>
    <w:p w14:paraId="72697F90" w14:textId="77777777" w:rsidR="004B2954" w:rsidRPr="00BB79B8" w:rsidRDefault="004B2954" w:rsidP="004B2954">
      <w:pPr>
        <w:spacing w:after="20"/>
        <w:ind w:left="216"/>
        <w:rPr>
          <w:rFonts w:cs="Times New Roman"/>
          <w:sz w:val="20"/>
          <w:szCs w:val="20"/>
        </w:rPr>
      </w:pPr>
      <w:r w:rsidRPr="00BB79B8">
        <w:rPr>
          <w:rFonts w:cs="Times New Roman"/>
          <w:sz w:val="20"/>
          <w:szCs w:val="20"/>
        </w:rPr>
        <w:t>ECG</w:t>
      </w:r>
    </w:p>
    <w:p w14:paraId="544FA562"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w:t>
      </w:r>
    </w:p>
    <w:p w14:paraId="0E887400"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w:t>
      </w:r>
    </w:p>
    <w:p w14:paraId="23D6DDD9" w14:textId="77777777" w:rsidR="004B2954" w:rsidRPr="00BB79B8" w:rsidRDefault="004B2954" w:rsidP="004B2954">
      <w:pPr>
        <w:spacing w:after="20"/>
        <w:ind w:left="216"/>
        <w:rPr>
          <w:rFonts w:cs="Times New Roman"/>
          <w:sz w:val="20"/>
          <w:szCs w:val="20"/>
        </w:rPr>
      </w:pPr>
      <w:r w:rsidRPr="00BB79B8">
        <w:rPr>
          <w:rFonts w:cs="Times New Roman"/>
          <w:sz w:val="20"/>
          <w:szCs w:val="20"/>
        </w:rPr>
        <w:t>In some cases, a heart biopsy</w:t>
      </w:r>
    </w:p>
    <w:p w14:paraId="05098A01"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w:t>
      </w:r>
    </w:p>
    <w:p w14:paraId="59FFF65E" w14:textId="77777777" w:rsidR="004B2954" w:rsidRPr="00BB79B8" w:rsidRDefault="004B2954" w:rsidP="004B2954">
      <w:pPr>
        <w:spacing w:after="20"/>
        <w:ind w:left="216"/>
        <w:rPr>
          <w:rFonts w:cs="Times New Roman"/>
          <w:sz w:val="20"/>
          <w:szCs w:val="20"/>
        </w:rPr>
      </w:pPr>
      <w:r w:rsidRPr="00BB79B8">
        <w:rPr>
          <w:rFonts w:cs="Times New Roman"/>
          <w:sz w:val="20"/>
          <w:szCs w:val="20"/>
        </w:rPr>
        <w:t>There is no single cure, but treatment focuses on the cause and symptoms:</w:t>
      </w:r>
    </w:p>
    <w:p w14:paraId="4B9B6238" w14:textId="77777777" w:rsidR="004B2954" w:rsidRPr="00BB79B8" w:rsidRDefault="004B2954" w:rsidP="004B2954">
      <w:pPr>
        <w:spacing w:after="20"/>
        <w:ind w:left="216"/>
        <w:rPr>
          <w:rFonts w:cs="Times New Roman"/>
          <w:sz w:val="20"/>
          <w:szCs w:val="20"/>
        </w:rPr>
      </w:pPr>
      <w:r w:rsidRPr="00BB79B8">
        <w:rPr>
          <w:rFonts w:cs="Times New Roman"/>
          <w:sz w:val="20"/>
          <w:szCs w:val="20"/>
        </w:rPr>
        <w:t>Rest and avoiding strenuous exercise</w:t>
      </w:r>
    </w:p>
    <w:p w14:paraId="2313D1AB"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Medications for heart failure or arrhythmias</w:t>
      </w:r>
    </w:p>
    <w:p w14:paraId="4A5F3FFF" w14:textId="77777777" w:rsidR="004B2954" w:rsidRPr="00BB79B8" w:rsidRDefault="004B2954" w:rsidP="004B2954">
      <w:pPr>
        <w:spacing w:after="20"/>
        <w:ind w:left="216"/>
        <w:rPr>
          <w:rFonts w:cs="Times New Roman"/>
          <w:sz w:val="20"/>
          <w:szCs w:val="20"/>
        </w:rPr>
      </w:pPr>
      <w:r w:rsidRPr="00BB79B8">
        <w:rPr>
          <w:rFonts w:cs="Times New Roman"/>
          <w:sz w:val="20"/>
          <w:szCs w:val="20"/>
        </w:rPr>
        <w:t>Anti-inflammatory drugs (in select cases)</w:t>
      </w:r>
    </w:p>
    <w:p w14:paraId="4327004A" w14:textId="77777777" w:rsidR="004B2954" w:rsidRPr="00BB79B8" w:rsidRDefault="004B2954" w:rsidP="004B2954">
      <w:pPr>
        <w:spacing w:after="20"/>
        <w:ind w:left="216"/>
        <w:rPr>
          <w:rFonts w:cs="Times New Roman"/>
          <w:sz w:val="20"/>
          <w:szCs w:val="20"/>
        </w:rPr>
      </w:pPr>
      <w:r w:rsidRPr="00BB79B8">
        <w:rPr>
          <w:rFonts w:cs="Times New Roman"/>
          <w:sz w:val="20"/>
          <w:szCs w:val="20"/>
        </w:rPr>
        <w:t>Treating infections if identified</w:t>
      </w:r>
    </w:p>
    <w:p w14:paraId="4A42EAE1" w14:textId="77777777" w:rsidR="004B2954" w:rsidRPr="00BB79B8" w:rsidRDefault="004B2954" w:rsidP="004B2954">
      <w:pPr>
        <w:spacing w:after="20"/>
        <w:ind w:left="216"/>
        <w:rPr>
          <w:rFonts w:cs="Times New Roman"/>
          <w:sz w:val="20"/>
          <w:szCs w:val="20"/>
        </w:rPr>
      </w:pPr>
      <w:r w:rsidRPr="00BB79B8">
        <w:rPr>
          <w:rFonts w:cs="Times New Roman"/>
          <w:sz w:val="20"/>
          <w:szCs w:val="20"/>
        </w:rPr>
        <w:t>In severe cases, mechanical support or transplant</w:t>
      </w:r>
    </w:p>
    <w:p w14:paraId="043984F8" w14:textId="77777777" w:rsidR="004B2954" w:rsidRPr="00BB79B8" w:rsidRDefault="004B2954" w:rsidP="004B2954">
      <w:pPr>
        <w:spacing w:after="20"/>
        <w:ind w:left="216"/>
        <w:rPr>
          <w:rFonts w:cs="Times New Roman"/>
          <w:sz w:val="20"/>
          <w:szCs w:val="20"/>
        </w:rPr>
      </w:pPr>
      <w:r w:rsidRPr="00BB79B8">
        <w:rPr>
          <w:rFonts w:cs="Times New Roman"/>
          <w:sz w:val="20"/>
          <w:szCs w:val="20"/>
        </w:rPr>
        <w:t>Why it matters</w:t>
      </w:r>
    </w:p>
    <w:p w14:paraId="2DAEDFA8"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cases resolve on their own, but severe myocarditis can lead to:</w:t>
      </w:r>
    </w:p>
    <w:p w14:paraId="28C70766"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w:t>
      </w:r>
    </w:p>
    <w:p w14:paraId="7673A5F3" w14:textId="77777777" w:rsidR="004B2954" w:rsidRPr="00BB79B8" w:rsidRDefault="004B2954" w:rsidP="004B2954">
      <w:pPr>
        <w:spacing w:after="20"/>
        <w:ind w:left="216"/>
        <w:rPr>
          <w:rFonts w:cs="Times New Roman"/>
          <w:sz w:val="20"/>
          <w:szCs w:val="20"/>
        </w:rPr>
      </w:pPr>
      <w:r w:rsidRPr="00BB79B8">
        <w:rPr>
          <w:rFonts w:cs="Times New Roman"/>
          <w:sz w:val="20"/>
          <w:szCs w:val="20"/>
        </w:rPr>
        <w:t>Dangerous arrhythmias</w:t>
      </w:r>
    </w:p>
    <w:p w14:paraId="4DB24992" w14:textId="77777777" w:rsidR="004B2954" w:rsidRPr="00BB79B8" w:rsidRDefault="004B2954" w:rsidP="004B2954">
      <w:pPr>
        <w:spacing w:after="20"/>
        <w:ind w:left="216"/>
        <w:rPr>
          <w:rFonts w:cs="Times New Roman"/>
          <w:sz w:val="20"/>
          <w:szCs w:val="20"/>
        </w:rPr>
      </w:pPr>
      <w:r w:rsidRPr="00BB79B8">
        <w:rPr>
          <w:rFonts w:cs="Times New Roman"/>
          <w:sz w:val="20"/>
          <w:szCs w:val="20"/>
        </w:rPr>
        <w:t>Stroke</w:t>
      </w:r>
    </w:p>
    <w:p w14:paraId="4BBD4E44"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cardiac death</w:t>
      </w:r>
    </w:p>
    <w:p w14:paraId="38705395" w14:textId="77777777" w:rsidR="004B2954" w:rsidRPr="00BB79B8" w:rsidRDefault="004B2954" w:rsidP="004B2954">
      <w:pPr>
        <w:spacing w:after="0"/>
        <w:rPr>
          <w:rFonts w:cs="Times New Roman"/>
          <w:sz w:val="20"/>
          <w:szCs w:val="20"/>
        </w:rPr>
      </w:pPr>
    </w:p>
    <w:p w14:paraId="48433C8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567669E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7CA833D"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clear, concise explanation of myocarditis.</w:t>
      </w:r>
    </w:p>
    <w:p w14:paraId="4F198257"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an inflammation of the myocardium, which is the middle muscular layer of the heart wall. This muscle is responsible for contracting and pumping blood to the rest of your body.</w:t>
      </w:r>
    </w:p>
    <w:p w14:paraId="20AA32E0" w14:textId="77777777" w:rsidR="004B2954" w:rsidRPr="00BB79B8" w:rsidRDefault="004B2954" w:rsidP="004B2954">
      <w:pPr>
        <w:spacing w:after="20"/>
        <w:ind w:left="216"/>
        <w:rPr>
          <w:rFonts w:cs="Times New Roman"/>
          <w:sz w:val="20"/>
          <w:szCs w:val="20"/>
        </w:rPr>
      </w:pPr>
      <w:r w:rsidRPr="00BB79B8">
        <w:rPr>
          <w:rFonts w:cs="Times New Roman"/>
          <w:sz w:val="20"/>
          <w:szCs w:val="20"/>
        </w:rPr>
        <w:t>Think of it as the heart muscle becoming swollen and irritated, similar to how a muscle in your leg might get inflamed from an injury or infection. This inflammation can:</w:t>
      </w:r>
    </w:p>
    <w:p w14:paraId="3C6E8B19" w14:textId="77777777" w:rsidR="004B2954" w:rsidRPr="00BB79B8" w:rsidRDefault="004B2954" w:rsidP="004B2954">
      <w:pPr>
        <w:spacing w:after="20"/>
        <w:ind w:left="216"/>
        <w:rPr>
          <w:rFonts w:cs="Times New Roman"/>
          <w:sz w:val="20"/>
          <w:szCs w:val="20"/>
        </w:rPr>
      </w:pPr>
      <w:r w:rsidRPr="00BB79B8">
        <w:rPr>
          <w:rFonts w:cs="Times New Roman"/>
          <w:sz w:val="20"/>
          <w:szCs w:val="20"/>
        </w:rPr>
        <w:t>Damage the heart muscle cells, making them weak.</w:t>
      </w:r>
    </w:p>
    <w:p w14:paraId="77DB221C" w14:textId="77777777" w:rsidR="004B2954" w:rsidRPr="00BB79B8" w:rsidRDefault="004B2954" w:rsidP="004B2954">
      <w:pPr>
        <w:spacing w:after="20"/>
        <w:ind w:left="216"/>
        <w:rPr>
          <w:rFonts w:cs="Times New Roman"/>
          <w:sz w:val="20"/>
          <w:szCs w:val="20"/>
        </w:rPr>
      </w:pPr>
      <w:r w:rsidRPr="00BB79B8">
        <w:rPr>
          <w:rFonts w:cs="Times New Roman"/>
          <w:sz w:val="20"/>
          <w:szCs w:val="20"/>
        </w:rPr>
        <w:t>Affect the heart's electrical system, causing abnormal heart rhythms (arrhythmias).</w:t>
      </w:r>
    </w:p>
    <w:p w14:paraId="2CB878D2"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 the heart's ability to pump blood effectively, potentially leading to heart failure.</w:t>
      </w:r>
    </w:p>
    <w:p w14:paraId="3BFFD274" w14:textId="77777777" w:rsidR="004B2954" w:rsidRPr="00BB79B8" w:rsidRDefault="004B2954" w:rsidP="004B2954">
      <w:pPr>
        <w:spacing w:after="20"/>
        <w:ind w:left="216"/>
        <w:rPr>
          <w:rFonts w:cs="Times New Roman"/>
          <w:sz w:val="20"/>
          <w:szCs w:val="20"/>
        </w:rPr>
      </w:pPr>
      <w:r w:rsidRPr="00BB79B8">
        <w:rPr>
          <w:rFonts w:cs="Times New Roman"/>
          <w:sz w:val="20"/>
          <w:szCs w:val="20"/>
        </w:rPr>
        <w:t>What Causes Myocarditis?</w:t>
      </w:r>
    </w:p>
    <w:p w14:paraId="60396E87"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cause is a viral infection, but other factors can also trigger it:</w:t>
      </w:r>
    </w:p>
    <w:p w14:paraId="16520856" w14:textId="77777777" w:rsidR="004B2954" w:rsidRPr="00BB79B8" w:rsidRDefault="004B2954" w:rsidP="004B2954">
      <w:pPr>
        <w:spacing w:after="20"/>
        <w:ind w:left="216"/>
        <w:rPr>
          <w:rFonts w:cs="Times New Roman"/>
          <w:sz w:val="20"/>
          <w:szCs w:val="20"/>
        </w:rPr>
      </w:pPr>
      <w:r w:rsidRPr="00BB79B8">
        <w:rPr>
          <w:rFonts w:cs="Times New Roman"/>
          <w:sz w:val="20"/>
          <w:szCs w:val="20"/>
        </w:rPr>
        <w:t>Viruses: Coxsackievirus, adenovirus, SARS-CoV-2 (the virus that causes COVID-19), influenza, parvovirus B19, and even the common cold virus.</w:t>
      </w:r>
    </w:p>
    <w:p w14:paraId="6416962B"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germs: Bacteria (e.g., Lyme disease, strep), parasites, or fungi.</w:t>
      </w:r>
    </w:p>
    <w:p w14:paraId="518BE209"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diseases: Conditions like lupus or rheumatoid arthritis, where the body's immune system attacks its own tissues.</w:t>
      </w:r>
    </w:p>
    <w:p w14:paraId="7E6B5B1E"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Medications or illicit drugs: Some cancer drugs (chemotherapy), antibiotics, or drugs like cocaine and methamphetamines.</w:t>
      </w:r>
    </w:p>
    <w:p w14:paraId="779384A8" w14:textId="77777777" w:rsidR="004B2954" w:rsidRPr="00BB79B8" w:rsidRDefault="004B2954" w:rsidP="004B2954">
      <w:pPr>
        <w:spacing w:after="20"/>
        <w:ind w:left="216"/>
        <w:rPr>
          <w:rFonts w:cs="Times New Roman"/>
          <w:sz w:val="20"/>
          <w:szCs w:val="20"/>
        </w:rPr>
      </w:pPr>
      <w:r w:rsidRPr="00BB79B8">
        <w:rPr>
          <w:rFonts w:cs="Times New Roman"/>
          <w:sz w:val="20"/>
          <w:szCs w:val="20"/>
        </w:rPr>
        <w:t>Toxins: Excessive alcohol, heavy metals (like lead or copper), or venom from bites/stings.</w:t>
      </w:r>
    </w:p>
    <w:p w14:paraId="71551D7C"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Vaccines: In very rare cases, some vaccines (e.g., smallpox) have been linked to myocarditis, but the risk is much lower than the risk from the diseases they prevent. (Note: COVID-19 vaccines have shown a very low, rare risk, especially in younger males, but the heart problems from a COVID-19 infection are significantly more common and severe).</w:t>
      </w:r>
    </w:p>
    <w:p w14:paraId="69591302" w14:textId="77777777" w:rsidR="004B2954" w:rsidRPr="00BB79B8" w:rsidRDefault="004B2954" w:rsidP="004B2954">
      <w:pPr>
        <w:spacing w:after="20"/>
        <w:ind w:left="216"/>
        <w:rPr>
          <w:rFonts w:cs="Times New Roman"/>
          <w:sz w:val="20"/>
          <w:szCs w:val="20"/>
        </w:rPr>
      </w:pPr>
      <w:r w:rsidRPr="00BB79B8">
        <w:rPr>
          <w:rFonts w:cs="Times New Roman"/>
          <w:sz w:val="20"/>
          <w:szCs w:val="20"/>
        </w:rPr>
        <w:t>What are the Symptoms?</w:t>
      </w:r>
    </w:p>
    <w:p w14:paraId="193B2266"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can range from none (mild cases resolve on their own) to severe (requiring hospitalization). They often mimic the symptoms of a heart attack.</w:t>
      </w:r>
    </w:p>
    <w:p w14:paraId="0CA36166"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symptoms include:</w:t>
      </w:r>
    </w:p>
    <w:p w14:paraId="72DC3E5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 (often sharp and may get worse when lying down or breathing deeply)</w:t>
      </w:r>
    </w:p>
    <w:p w14:paraId="064FDFCE"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especially during activity or when lying flat</w:t>
      </w:r>
    </w:p>
    <w:p w14:paraId="414999CF"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or unexplained tiredness</w:t>
      </w:r>
    </w:p>
    <w:p w14:paraId="3F9E67FA"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 (palpitations or a "fluttering" feeling)</w:t>
      </w:r>
    </w:p>
    <w:p w14:paraId="3B07AA20"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the legs, ankles, or feet (sign of fluid buildup)</w:t>
      </w:r>
    </w:p>
    <w:p w14:paraId="30167254" w14:textId="77777777" w:rsidR="004B2954" w:rsidRPr="00BB79B8" w:rsidRDefault="004B2954" w:rsidP="004B2954">
      <w:pPr>
        <w:spacing w:after="20"/>
        <w:ind w:left="216"/>
        <w:rPr>
          <w:rFonts w:cs="Times New Roman"/>
          <w:sz w:val="20"/>
          <w:szCs w:val="20"/>
        </w:rPr>
      </w:pPr>
      <w:r w:rsidRPr="00BB79B8">
        <w:rPr>
          <w:rFonts w:cs="Times New Roman"/>
          <w:sz w:val="20"/>
          <w:szCs w:val="20"/>
        </w:rPr>
        <w:t>Fever and other signs of infection (headache, body aches, sore throat)</w:t>
      </w:r>
    </w:p>
    <w:p w14:paraId="682CDF26"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experience chest pain, severe shortness of breath, or fainting, seek immediate medical attention.</w:t>
      </w:r>
    </w:p>
    <w:p w14:paraId="1C799E75" w14:textId="77777777" w:rsidR="004B2954" w:rsidRPr="00BB79B8" w:rsidRDefault="004B2954" w:rsidP="004B2954">
      <w:pPr>
        <w:spacing w:after="20"/>
        <w:ind w:left="216"/>
        <w:rPr>
          <w:rFonts w:cs="Times New Roman"/>
          <w:sz w:val="20"/>
          <w:szCs w:val="20"/>
        </w:rPr>
      </w:pPr>
      <w:r w:rsidRPr="00BB79B8">
        <w:rPr>
          <w:rFonts w:cs="Times New Roman"/>
          <w:sz w:val="20"/>
          <w:szCs w:val="20"/>
        </w:rPr>
        <w:t>Is Myocarditis Serious?</w:t>
      </w:r>
    </w:p>
    <w:p w14:paraId="00C0A654" w14:textId="77777777" w:rsidR="004B2954" w:rsidRPr="00BB79B8" w:rsidRDefault="004B2954" w:rsidP="004B2954">
      <w:pPr>
        <w:spacing w:after="20"/>
        <w:ind w:left="216"/>
        <w:rPr>
          <w:rFonts w:cs="Times New Roman"/>
          <w:sz w:val="20"/>
          <w:szCs w:val="20"/>
        </w:rPr>
      </w:pPr>
      <w:r w:rsidRPr="00BB79B8">
        <w:rPr>
          <w:rFonts w:cs="Times New Roman"/>
          <w:sz w:val="20"/>
          <w:szCs w:val="20"/>
        </w:rPr>
        <w:t>It can be, but it depends on the cause and severity.</w:t>
      </w:r>
    </w:p>
    <w:p w14:paraId="79B9A45A"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cases: Many people recover completely with rest and simple treatment and have no long-term damage.</w:t>
      </w:r>
    </w:p>
    <w:p w14:paraId="61E3079B"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to severe cases: Can cause permanent damage to the heart muscle, leading to chronic dilated cardiomyopathy (an enlarged, weak heart) or persistent heart failure. Severe cases may require intensive care, medications to support blood pressure, or in rare instances, a heart transplant.</w:t>
      </w:r>
    </w:p>
    <w:p w14:paraId="5DA7B4E0"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Myocarditis is an inflamed heart muscle, most often caused by a virus. While often mild and reversible, it can be serious and requires medical evaluation, especially if you have new chest pain or unexplained shortness of breath.</w:t>
      </w:r>
    </w:p>
    <w:p w14:paraId="05D2E0FA" w14:textId="77777777" w:rsidR="004B2954" w:rsidRPr="00BB79B8" w:rsidRDefault="004B2954" w:rsidP="004B2954">
      <w:pPr>
        <w:spacing w:after="0"/>
        <w:rPr>
          <w:rFonts w:cs="Times New Roman"/>
          <w:sz w:val="20"/>
          <w:szCs w:val="20"/>
        </w:rPr>
      </w:pPr>
    </w:p>
    <w:p w14:paraId="060D840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4F8DE22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1297FBC"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inflammation of the heart muscle (myocardium).</w:t>
      </w:r>
    </w:p>
    <w:p w14:paraId="0015FE0E" w14:textId="77777777" w:rsidR="004B2954" w:rsidRPr="00BB79B8" w:rsidRDefault="004B2954" w:rsidP="004B2954">
      <w:pPr>
        <w:spacing w:after="20"/>
        <w:ind w:left="216"/>
        <w:rPr>
          <w:rFonts w:cs="Times New Roman"/>
          <w:sz w:val="20"/>
          <w:szCs w:val="20"/>
        </w:rPr>
      </w:pPr>
      <w:r w:rsidRPr="00BB79B8">
        <w:rPr>
          <w:rFonts w:cs="Times New Roman"/>
          <w:sz w:val="20"/>
          <w:szCs w:val="20"/>
        </w:rPr>
        <w:t>It occurs when the heart's muscular walls become inflamed, often damaging heart muscle cells. Common causes include viral infections (such as COVID-19, cold/flu viruses), bacterial infections, autoimmune diseases, or immune reactions after infection/vaccination.</w:t>
      </w:r>
    </w:p>
    <w:p w14:paraId="66C01FBF"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cases may have no symptoms, while severe cases can lead to chest pain, shortness of breath, irregular heart rhythm, heart failure, or even life-threatening complications.</w:t>
      </w:r>
    </w:p>
    <w:p w14:paraId="738ED939" w14:textId="77777777" w:rsidR="004B2954" w:rsidRPr="00BB79B8" w:rsidRDefault="004B2954" w:rsidP="004B2954">
      <w:pPr>
        <w:rPr>
          <w:rFonts w:cs="Times New Roman"/>
          <w:sz w:val="20"/>
          <w:szCs w:val="20"/>
        </w:rPr>
      </w:pPr>
    </w:p>
    <w:p w14:paraId="4A304A54" w14:textId="77777777" w:rsidR="004B2954" w:rsidRPr="00BB79B8" w:rsidRDefault="004B2954" w:rsidP="004B2954">
      <w:pPr>
        <w:keepNext/>
        <w:rPr>
          <w:rFonts w:cs="Times New Roman"/>
          <w:sz w:val="20"/>
          <w:szCs w:val="20"/>
        </w:rPr>
      </w:pPr>
      <w:r w:rsidRPr="00BB79B8">
        <w:rPr>
          <w:rFonts w:cs="Times New Roman"/>
          <w:b/>
          <w:color w:val="1F4E79"/>
          <w:sz w:val="20"/>
          <w:szCs w:val="20"/>
        </w:rPr>
        <w:t>Q2. Is myocarditis a serious disease?</w:t>
      </w:r>
    </w:p>
    <w:p w14:paraId="39A064A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9419F2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58452A5"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be a serious disease, though its severity varies widely depending on the cause, extent of inflammation, and the patient's overall health. Here's a detailed breakdown:</w:t>
      </w:r>
    </w:p>
    <w:p w14:paraId="006360DB"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Cases:</w:t>
      </w:r>
    </w:p>
    <w:p w14:paraId="7F876E06" w14:textId="77777777" w:rsidR="004B2954" w:rsidRPr="00BB79B8" w:rsidRDefault="004B2954" w:rsidP="004B2954">
      <w:pPr>
        <w:spacing w:after="20"/>
        <w:ind w:left="216"/>
        <w:rPr>
          <w:rFonts w:cs="Times New Roman"/>
          <w:sz w:val="20"/>
          <w:szCs w:val="20"/>
        </w:rPr>
      </w:pPr>
      <w:r w:rsidRPr="00BB79B8">
        <w:rPr>
          <w:rFonts w:cs="Times New Roman"/>
          <w:sz w:val="20"/>
          <w:szCs w:val="20"/>
        </w:rPr>
        <w:t>Some patients experience only minor symptoms such as fatigue, mild chest discomfort, or shortness of breath.</w:t>
      </w:r>
    </w:p>
    <w:p w14:paraId="0994CC6D"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cases may resolve on their own without long-term effects.</w:t>
      </w:r>
    </w:p>
    <w:p w14:paraId="2C733735"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to Severe Cases:</w:t>
      </w:r>
    </w:p>
    <w:p w14:paraId="5B19BC47" w14:textId="77777777" w:rsidR="004B2954" w:rsidRPr="00BB79B8" w:rsidRDefault="004B2954" w:rsidP="004B2954">
      <w:pPr>
        <w:spacing w:after="20"/>
        <w:ind w:left="216"/>
        <w:rPr>
          <w:rFonts w:cs="Times New Roman"/>
          <w:sz w:val="20"/>
          <w:szCs w:val="20"/>
        </w:rPr>
      </w:pPr>
      <w:r w:rsidRPr="00BB79B8">
        <w:rPr>
          <w:rFonts w:cs="Times New Roman"/>
          <w:sz w:val="20"/>
          <w:szCs w:val="20"/>
        </w:rPr>
        <w:t>In more severe myocarditis, the heart muscle's ability to pump blood effectively can be impaired, leading to heart failure, arrhythmias (irregular heartbeats), or cardiogenic shock.</w:t>
      </w:r>
    </w:p>
    <w:p w14:paraId="0558C956"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can sometimes require hospitalization, medications, or even mechanical support.</w:t>
      </w:r>
    </w:p>
    <w:p w14:paraId="3A309E0B" w14:textId="77777777" w:rsidR="004B2954" w:rsidRPr="00BB79B8" w:rsidRDefault="004B2954" w:rsidP="004B2954">
      <w:pPr>
        <w:spacing w:after="20"/>
        <w:ind w:left="216"/>
        <w:rPr>
          <w:rFonts w:cs="Times New Roman"/>
          <w:sz w:val="20"/>
          <w:szCs w:val="20"/>
        </w:rPr>
      </w:pPr>
      <w:r w:rsidRPr="00BB79B8">
        <w:rPr>
          <w:rFonts w:cs="Times New Roman"/>
          <w:sz w:val="20"/>
          <w:szCs w:val="20"/>
        </w:rPr>
        <w:t>Rare but Critical Situations:</w:t>
      </w:r>
    </w:p>
    <w:p w14:paraId="762BCF81"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a sudden, severe form that can rapidly become life-threatening.</w:t>
      </w:r>
    </w:p>
    <w:p w14:paraId="09C47AF5"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cause sudden cardiac arrest if not treated promptly.</w:t>
      </w:r>
    </w:p>
    <w:p w14:paraId="51ADBC7B"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Implications:</w:t>
      </w:r>
    </w:p>
    <w:p w14:paraId="11248C5C" w14:textId="77777777" w:rsidR="004B2954" w:rsidRPr="00BB79B8" w:rsidRDefault="004B2954" w:rsidP="004B2954">
      <w:pPr>
        <w:spacing w:after="20"/>
        <w:ind w:left="216"/>
        <w:rPr>
          <w:rFonts w:cs="Times New Roman"/>
          <w:sz w:val="20"/>
          <w:szCs w:val="20"/>
        </w:rPr>
      </w:pPr>
      <w:r w:rsidRPr="00BB79B8">
        <w:rPr>
          <w:rFonts w:cs="Times New Roman"/>
          <w:sz w:val="20"/>
          <w:szCs w:val="20"/>
        </w:rPr>
        <w:t>Even after recovery, some individuals may develop chronic heart disease, persistent heart rhythm problems, or reduced heart function.</w:t>
      </w:r>
    </w:p>
    <w:p w14:paraId="42295873"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 While many people recover fully, myocarditis should always be evaluated by a healthcare professional because of the potential for serious complications.</w:t>
      </w:r>
    </w:p>
    <w:p w14:paraId="47330201" w14:textId="77777777" w:rsidR="004B2954" w:rsidRPr="00BB79B8" w:rsidRDefault="004B2954" w:rsidP="004B2954">
      <w:pPr>
        <w:spacing w:after="0"/>
        <w:rPr>
          <w:rFonts w:cs="Times New Roman"/>
          <w:sz w:val="20"/>
          <w:szCs w:val="20"/>
        </w:rPr>
      </w:pPr>
    </w:p>
    <w:p w14:paraId="0AE0AC1F"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6837C6E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ED56042" w14:textId="77777777" w:rsidR="004B2954" w:rsidRPr="00BB79B8" w:rsidRDefault="004B2954" w:rsidP="004B2954">
      <w:pPr>
        <w:spacing w:after="20"/>
        <w:ind w:left="216"/>
        <w:rPr>
          <w:rFonts w:cs="Times New Roman"/>
          <w:sz w:val="20"/>
          <w:szCs w:val="20"/>
        </w:rPr>
      </w:pPr>
      <w:r w:rsidRPr="00BB79B8">
        <w:rPr>
          <w:rFonts w:cs="Times New Roman"/>
          <w:sz w:val="20"/>
          <w:szCs w:val="20"/>
        </w:rPr>
        <w:t>Whether myocarditis is considered "serious" depends heavily on the individual case, as the clinical spectrum ranges from mild inflammation to life-threatening complications.</w:t>
      </w:r>
    </w:p>
    <w:p w14:paraId="1ADA9880" w14:textId="77777777" w:rsidR="004B2954" w:rsidRPr="00BB79B8" w:rsidRDefault="004B2954" w:rsidP="004B2954">
      <w:pPr>
        <w:spacing w:after="20"/>
        <w:ind w:left="216"/>
        <w:rPr>
          <w:rFonts w:cs="Times New Roman"/>
          <w:sz w:val="20"/>
          <w:szCs w:val="20"/>
        </w:rPr>
      </w:pPr>
      <w:r w:rsidRPr="00BB79B8">
        <w:rPr>
          <w:rFonts w:cs="Times New Roman"/>
          <w:sz w:val="20"/>
          <w:szCs w:val="20"/>
        </w:rPr>
        <w:t>Below is an overview of how the severity of myocarditis is typically assessed:</w:t>
      </w:r>
    </w:p>
    <w:p w14:paraId="4F1915C7" w14:textId="77777777" w:rsidR="004B2954" w:rsidRPr="00BB79B8" w:rsidRDefault="004B2954" w:rsidP="004B2954">
      <w:pPr>
        <w:spacing w:after="20"/>
        <w:ind w:left="216"/>
        <w:rPr>
          <w:rFonts w:cs="Times New Roman"/>
          <w:sz w:val="20"/>
          <w:szCs w:val="20"/>
        </w:rPr>
      </w:pPr>
      <w:r w:rsidRPr="00BB79B8">
        <w:rPr>
          <w:rFonts w:cs="Times New Roman"/>
          <w:sz w:val="20"/>
          <w:szCs w:val="20"/>
        </w:rPr>
        <w:t>1. The Clinical Spectrum</w:t>
      </w:r>
    </w:p>
    <w:p w14:paraId="106564BD"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Cases: Many individuals experience mild, self-limiting symptoms (such as minor chest pain or fatigue) that resolve with rest and anti-inflammatory medication without permanent heart damage.</w:t>
      </w:r>
    </w:p>
    <w:p w14:paraId="1CD65A4A"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In some instances, the inflammation can be intense, leading to fulminant myocarditis. This is a high-risk condition characterized by rapid-onset heart failure, dangerous arrhythmias, or cardiogenic shock.</w:t>
      </w:r>
    </w:p>
    <w:p w14:paraId="66528220" w14:textId="77777777" w:rsidR="004B2954" w:rsidRPr="00BB79B8" w:rsidRDefault="004B2954" w:rsidP="004B2954">
      <w:pPr>
        <w:spacing w:after="20"/>
        <w:ind w:left="216"/>
        <w:rPr>
          <w:rFonts w:cs="Times New Roman"/>
          <w:sz w:val="20"/>
          <w:szCs w:val="20"/>
        </w:rPr>
      </w:pPr>
      <w:r w:rsidRPr="00BB79B8">
        <w:rPr>
          <w:rFonts w:cs="Times New Roman"/>
          <w:sz w:val="20"/>
          <w:szCs w:val="20"/>
        </w:rPr>
        <w:t>2. Potential Complications</w:t>
      </w:r>
    </w:p>
    <w:p w14:paraId="0656FD24"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inflammation is extensive or left untreated, it can lead to serious long-term cardiac issues:</w:t>
      </w:r>
    </w:p>
    <w:p w14:paraId="5239F6B0" w14:textId="77777777" w:rsidR="004B2954" w:rsidRPr="00BB79B8" w:rsidRDefault="004B2954" w:rsidP="004B2954">
      <w:pPr>
        <w:spacing w:after="20"/>
        <w:ind w:left="216"/>
        <w:rPr>
          <w:rFonts w:cs="Times New Roman"/>
          <w:sz w:val="20"/>
          <w:szCs w:val="20"/>
        </w:rPr>
      </w:pPr>
      <w:r w:rsidRPr="00BB79B8">
        <w:rPr>
          <w:rFonts w:cs="Times New Roman"/>
          <w:sz w:val="20"/>
          <w:szCs w:val="20"/>
        </w:rPr>
        <w:t>Dilated Cardiomyopathy: The heart muscle weakens and the chambers enlarge, making it difficult to pump blood effectively.</w:t>
      </w:r>
    </w:p>
    <w:p w14:paraId="14B9A903"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Chronic inflammation can lead to permanent scarring (fibrosis), resulting in long-term heart failure.</w:t>
      </w:r>
    </w:p>
    <w:p w14:paraId="3195A139"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Disruptions to the heart's electrical system can cause irregular heartbeats, some of which may be life-threatening.</w:t>
      </w:r>
    </w:p>
    <w:p w14:paraId="5456C5F9"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Cardiac Arrest: In rare and severe cases, particularly during intense physical exertion, untreated myocarditis can lead to sudden cardiac death.</w:t>
      </w:r>
    </w:p>
    <w:p w14:paraId="1FF5B920" w14:textId="77777777" w:rsidR="004B2954" w:rsidRPr="00BB79B8" w:rsidRDefault="004B2954" w:rsidP="004B2954">
      <w:pPr>
        <w:spacing w:after="20"/>
        <w:ind w:left="216"/>
        <w:rPr>
          <w:rFonts w:cs="Times New Roman"/>
          <w:sz w:val="20"/>
          <w:szCs w:val="20"/>
        </w:rPr>
      </w:pPr>
      <w:r w:rsidRPr="00BB79B8">
        <w:rPr>
          <w:rFonts w:cs="Times New Roman"/>
          <w:sz w:val="20"/>
          <w:szCs w:val="20"/>
        </w:rPr>
        <w:t>3. Key Factors Influencing Severity</w:t>
      </w:r>
    </w:p>
    <w:p w14:paraId="30CBC808" w14:textId="77777777" w:rsidR="004B2954" w:rsidRPr="00BB79B8" w:rsidRDefault="004B2954" w:rsidP="004B2954">
      <w:pPr>
        <w:spacing w:after="20"/>
        <w:ind w:left="216"/>
        <w:rPr>
          <w:rFonts w:cs="Times New Roman"/>
          <w:sz w:val="20"/>
          <w:szCs w:val="20"/>
        </w:rPr>
      </w:pPr>
      <w:r w:rsidRPr="00BB79B8">
        <w:rPr>
          <w:rFonts w:cs="Times New Roman"/>
          <w:sz w:val="20"/>
          <w:szCs w:val="20"/>
        </w:rPr>
        <w:t>Cause: Viral infections are the most common cause, but autoimmune triggers or toxic exposures can also play a role.</w:t>
      </w:r>
    </w:p>
    <w:p w14:paraId="14C5B8B8" w14:textId="77777777" w:rsidR="004B2954" w:rsidRPr="00BB79B8" w:rsidRDefault="004B2954" w:rsidP="004B2954">
      <w:pPr>
        <w:spacing w:after="20"/>
        <w:ind w:left="216"/>
        <w:rPr>
          <w:rFonts w:cs="Times New Roman"/>
          <w:sz w:val="20"/>
          <w:szCs w:val="20"/>
        </w:rPr>
      </w:pPr>
      <w:r w:rsidRPr="00BB79B8">
        <w:rPr>
          <w:rFonts w:cs="Times New Roman"/>
          <w:sz w:val="20"/>
          <w:szCs w:val="20"/>
        </w:rPr>
        <w:t>Ejection Fraction (EF): A primary indicator of seriousness is how much the "ejection fraction" (the percentage of blood leaving the heart each beat) is reduced.</w:t>
      </w:r>
    </w:p>
    <w:p w14:paraId="004C2E35"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of Treatment: Early diagnosis and the strict avoidance of strenuous physical activity during the acute phase are critical for a full recovery.</w:t>
      </w:r>
    </w:p>
    <w:p w14:paraId="0595660C"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4F789614"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many patients recover fully with appropriate care, myocarditis is always treated as a serious medical condition because its progression can be unpredictable. Medical supervision is essential to monitor for rhythm changes and ensure the heart muscle recovers without significant scarring.</w:t>
      </w:r>
    </w:p>
    <w:p w14:paraId="60225C8F" w14:textId="77777777" w:rsidR="004B2954" w:rsidRPr="00BB79B8" w:rsidRDefault="004B2954" w:rsidP="004B2954">
      <w:pPr>
        <w:spacing w:after="0"/>
        <w:rPr>
          <w:rFonts w:cs="Times New Roman"/>
          <w:sz w:val="20"/>
          <w:szCs w:val="20"/>
        </w:rPr>
      </w:pPr>
    </w:p>
    <w:p w14:paraId="2145C51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CA7202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28A6539"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myocarditis can be a serious disease, because it involves inflammation of the heart muscle, which can weaken the heart, disrupt its electrical system, and in severe cases lead to heart failure, dangerous arrhythmias, stroke, or even sudden cardiac death. Most cases are mild and resolve, but severe cases can be life-threatening.</w:t>
      </w:r>
    </w:p>
    <w:p w14:paraId="1259ED63" w14:textId="77777777" w:rsidR="004B2954" w:rsidRPr="00BB79B8" w:rsidRDefault="004B2954" w:rsidP="004B2954">
      <w:pPr>
        <w:spacing w:after="20"/>
        <w:ind w:left="216"/>
        <w:rPr>
          <w:rFonts w:cs="Times New Roman"/>
          <w:sz w:val="20"/>
          <w:szCs w:val="20"/>
        </w:rPr>
      </w:pPr>
      <w:r w:rsidRPr="00BB79B8">
        <w:rPr>
          <w:rFonts w:cs="Times New Roman"/>
          <w:sz w:val="20"/>
          <w:szCs w:val="20"/>
        </w:rPr>
        <w:t>What makes myocarditis potentially serious</w:t>
      </w:r>
    </w:p>
    <w:p w14:paraId="1EF4B2DB"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muscle damage - Inflammation can weaken the myocardium, reducing the heart's ability to pump blood effectively. Severe cases may lead to heart failure.</w:t>
      </w:r>
    </w:p>
    <w:p w14:paraId="2C7E3568"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 Damage to the heart's electrical system can cause rapid or irregular heartbeats, some of which can be fatal.</w:t>
      </w:r>
    </w:p>
    <w:p w14:paraId="00D392F4"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clots - A weakened heart can allow clots to form, increasing the risk of stroke or heart attack.</w:t>
      </w:r>
    </w:p>
    <w:p w14:paraId="4FB948A5"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cardiac death - Rare but documented in severe cases.</w:t>
      </w:r>
    </w:p>
    <w:p w14:paraId="1224D004" w14:textId="77777777" w:rsidR="004B2954" w:rsidRPr="00BB79B8" w:rsidRDefault="004B2954" w:rsidP="004B2954">
      <w:pPr>
        <w:spacing w:after="20"/>
        <w:ind w:left="216"/>
        <w:rPr>
          <w:rFonts w:cs="Times New Roman"/>
          <w:sz w:val="20"/>
          <w:szCs w:val="20"/>
        </w:rPr>
      </w:pPr>
      <w:r w:rsidRPr="00BB79B8">
        <w:rPr>
          <w:rFonts w:cs="Times New Roman"/>
          <w:sz w:val="20"/>
          <w:szCs w:val="20"/>
        </w:rPr>
        <w:t>How often is it severe?</w:t>
      </w:r>
    </w:p>
    <w:p w14:paraId="294CE1E0" w14:textId="77777777" w:rsidR="004B2954" w:rsidRPr="00BB79B8" w:rsidRDefault="004B2954" w:rsidP="004B2954">
      <w:pPr>
        <w:spacing w:after="20"/>
        <w:ind w:left="216"/>
        <w:rPr>
          <w:rFonts w:cs="Times New Roman"/>
          <w:sz w:val="20"/>
          <w:szCs w:val="20"/>
        </w:rPr>
      </w:pPr>
      <w:r w:rsidRPr="00BB79B8">
        <w:rPr>
          <w:rFonts w:cs="Times New Roman"/>
          <w:sz w:val="20"/>
          <w:szCs w:val="20"/>
        </w:rPr>
        <w:t>Many cases are mild or even unnoticed, especially viral myocarditis.</w:t>
      </w:r>
    </w:p>
    <w:p w14:paraId="05821F9A"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requiring hospitalization are less common but can have mortality rates of 27-35% in the most critically ill patients.</w:t>
      </w:r>
    </w:p>
    <w:p w14:paraId="6C030686" w14:textId="77777777" w:rsidR="004B2954" w:rsidRPr="00BB79B8" w:rsidRDefault="004B2954" w:rsidP="004B2954">
      <w:pPr>
        <w:spacing w:after="20"/>
        <w:ind w:left="216"/>
        <w:rPr>
          <w:rFonts w:cs="Times New Roman"/>
          <w:sz w:val="20"/>
          <w:szCs w:val="20"/>
        </w:rPr>
      </w:pPr>
      <w:r w:rsidRPr="00BB79B8">
        <w:rPr>
          <w:rFonts w:cs="Times New Roman"/>
          <w:sz w:val="20"/>
          <w:szCs w:val="20"/>
        </w:rPr>
        <w:t>About 50% of biopsy-confirmed cases recover within 2-4 weeks.</w:t>
      </w:r>
    </w:p>
    <w:p w14:paraId="4B1E29A1"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that signal seriousness</w:t>
      </w:r>
    </w:p>
    <w:p w14:paraId="5F2FF581" w14:textId="77777777" w:rsidR="004B2954" w:rsidRPr="00BB79B8" w:rsidRDefault="004B2954" w:rsidP="004B2954">
      <w:pPr>
        <w:spacing w:after="20"/>
        <w:ind w:left="216"/>
        <w:rPr>
          <w:rFonts w:cs="Times New Roman"/>
          <w:sz w:val="20"/>
          <w:szCs w:val="20"/>
        </w:rPr>
      </w:pPr>
      <w:r w:rsidRPr="00BB79B8">
        <w:rPr>
          <w:rFonts w:cs="Times New Roman"/>
          <w:sz w:val="20"/>
          <w:szCs w:val="20"/>
        </w:rPr>
        <w:t>If someone has myocarditis, symptoms that require urgent evaluation include:</w:t>
      </w:r>
    </w:p>
    <w:p w14:paraId="4DEA44E8"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2F625977"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(at rest or with activity)</w:t>
      </w:r>
    </w:p>
    <w:p w14:paraId="6B0EF442"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w:t>
      </w:r>
    </w:p>
    <w:p w14:paraId="37BD7380"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w:t>
      </w:r>
    </w:p>
    <w:p w14:paraId="7A04C226" w14:textId="77777777" w:rsidR="004B2954" w:rsidRPr="00BB79B8" w:rsidRDefault="004B2954" w:rsidP="004B2954">
      <w:pPr>
        <w:spacing w:after="20"/>
        <w:ind w:left="216"/>
        <w:rPr>
          <w:rFonts w:cs="Times New Roman"/>
          <w:sz w:val="20"/>
          <w:szCs w:val="20"/>
        </w:rPr>
      </w:pPr>
      <w:r w:rsidRPr="00BB79B8">
        <w:rPr>
          <w:rFonts w:cs="Times New Roman"/>
          <w:sz w:val="20"/>
          <w:szCs w:val="20"/>
        </w:rPr>
        <w:t>Leg swelling</w:t>
      </w:r>
    </w:p>
    <w:p w14:paraId="2399250A"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can resemble a heart attack and should be taken seriously.</w:t>
      </w:r>
    </w:p>
    <w:p w14:paraId="452EC693"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myocarditis is less serious</w:t>
      </w:r>
    </w:p>
    <w:p w14:paraId="2E84DC5B" w14:textId="77777777" w:rsidR="004B2954" w:rsidRPr="00BB79B8" w:rsidRDefault="004B2954" w:rsidP="004B2954">
      <w:pPr>
        <w:spacing w:after="20"/>
        <w:ind w:left="216"/>
        <w:rPr>
          <w:rFonts w:cs="Times New Roman"/>
          <w:sz w:val="20"/>
          <w:szCs w:val="20"/>
        </w:rPr>
      </w:pPr>
      <w:r w:rsidRPr="00BB79B8">
        <w:rPr>
          <w:rFonts w:cs="Times New Roman"/>
          <w:sz w:val="20"/>
          <w:szCs w:val="20"/>
        </w:rPr>
        <w:t>Many cases - especially mild viral ones - resolve with:</w:t>
      </w:r>
    </w:p>
    <w:p w14:paraId="3A065890" w14:textId="77777777" w:rsidR="004B2954" w:rsidRPr="00BB79B8" w:rsidRDefault="004B2954" w:rsidP="004B2954">
      <w:pPr>
        <w:spacing w:after="20"/>
        <w:ind w:left="216"/>
        <w:rPr>
          <w:rFonts w:cs="Times New Roman"/>
          <w:sz w:val="20"/>
          <w:szCs w:val="20"/>
        </w:rPr>
      </w:pPr>
      <w:r w:rsidRPr="00BB79B8">
        <w:rPr>
          <w:rFonts w:cs="Times New Roman"/>
          <w:sz w:val="20"/>
          <w:szCs w:val="20"/>
        </w:rPr>
        <w:t>Rest</w:t>
      </w:r>
    </w:p>
    <w:p w14:paraId="20806D6C"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Avoiding exercise for 3-6 months</w:t>
      </w:r>
    </w:p>
    <w:p w14:paraId="79F28B4B" w14:textId="77777777" w:rsidR="004B2954" w:rsidRPr="00BB79B8" w:rsidRDefault="004B2954" w:rsidP="004B2954">
      <w:pPr>
        <w:spacing w:after="20"/>
        <w:ind w:left="216"/>
        <w:rPr>
          <w:rFonts w:cs="Times New Roman"/>
          <w:sz w:val="20"/>
          <w:szCs w:val="20"/>
        </w:rPr>
      </w:pPr>
      <w:r w:rsidRPr="00BB79B8">
        <w:rPr>
          <w:rFonts w:cs="Times New Roman"/>
          <w:sz w:val="20"/>
          <w:szCs w:val="20"/>
        </w:rPr>
        <w:t>Anti-inflammatory medications (when appropriate)</w:t>
      </w:r>
    </w:p>
    <w:p w14:paraId="68D6ABE3" w14:textId="77777777" w:rsidR="004B2954" w:rsidRPr="00BB79B8" w:rsidRDefault="004B2954" w:rsidP="004B2954">
      <w:pPr>
        <w:spacing w:after="20"/>
        <w:ind w:left="216"/>
        <w:rPr>
          <w:rFonts w:cs="Times New Roman"/>
          <w:sz w:val="20"/>
          <w:szCs w:val="20"/>
        </w:rPr>
      </w:pPr>
      <w:r w:rsidRPr="00BB79B8">
        <w:rPr>
          <w:rFonts w:cs="Times New Roman"/>
          <w:sz w:val="20"/>
          <w:szCs w:val="20"/>
        </w:rPr>
        <w:t>Most young people with vaccine-associated myocarditis, for example, recover fully with minimal treatment.</w:t>
      </w:r>
    </w:p>
    <w:p w14:paraId="0E8D162F"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5598C01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ranges from mild to life-threatening. Most cases improve, but because complications can be severe, any suspected myocarditis should be evaluated by a healthcare professional, ideally a cardiologist.</w:t>
      </w:r>
    </w:p>
    <w:p w14:paraId="600D58D1" w14:textId="77777777" w:rsidR="004B2954" w:rsidRPr="00BB79B8" w:rsidRDefault="004B2954" w:rsidP="004B2954">
      <w:pPr>
        <w:spacing w:after="0"/>
        <w:rPr>
          <w:rFonts w:cs="Times New Roman"/>
          <w:sz w:val="20"/>
          <w:szCs w:val="20"/>
        </w:rPr>
      </w:pPr>
    </w:p>
    <w:p w14:paraId="7B15217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4B0CBE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D8A833B"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and important question. Based on the diagnostic tools we just discussed, let's be clear:</w:t>
      </w:r>
    </w:p>
    <w:p w14:paraId="05D93818"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be a very serious disease. However, the severity exists on a wide spectrum. While some cases are mild and resolve on their own, others can be life-threatening.</w:t>
      </w:r>
    </w:p>
    <w:p w14:paraId="79499308"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a breakdown of why it's considered serious and what determines the outcome.</w:t>
      </w:r>
    </w:p>
    <w:p w14:paraId="169AA174" w14:textId="77777777" w:rsidR="004B2954" w:rsidRPr="00BB79B8" w:rsidRDefault="004B2954" w:rsidP="004B2954">
      <w:pPr>
        <w:spacing w:after="20"/>
        <w:ind w:left="216"/>
        <w:rPr>
          <w:rFonts w:cs="Times New Roman"/>
          <w:sz w:val="20"/>
          <w:szCs w:val="20"/>
        </w:rPr>
      </w:pPr>
      <w:r w:rsidRPr="00BB79B8">
        <w:rPr>
          <w:rFonts w:cs="Times New Roman"/>
          <w:sz w:val="20"/>
          <w:szCs w:val="20"/>
        </w:rPr>
        <w:t>Why Myocarditis is Potentially Serious</w:t>
      </w:r>
    </w:p>
    <w:p w14:paraId="4530A93F" w14:textId="77777777" w:rsidR="004B2954" w:rsidRPr="00BB79B8" w:rsidRDefault="004B2954" w:rsidP="004B2954">
      <w:pPr>
        <w:spacing w:after="20"/>
        <w:ind w:left="216"/>
        <w:rPr>
          <w:rFonts w:cs="Times New Roman"/>
          <w:sz w:val="20"/>
          <w:szCs w:val="20"/>
        </w:rPr>
      </w:pPr>
      <w:r w:rsidRPr="00BB79B8">
        <w:rPr>
          <w:rFonts w:cs="Times New Roman"/>
          <w:sz w:val="20"/>
          <w:szCs w:val="20"/>
        </w:rPr>
        <w:t>The inflammation of the heart muscle weakens the heart's ability to pump blood. This can lead to several dangerous complications:</w:t>
      </w:r>
    </w:p>
    <w:p w14:paraId="76D9A203"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(Abnormal Heart Rhythms): The inflammation can disrupt the heart's electrical system, causing potentially fatal arrhythmias like ventricular tachycardia or ventricular fibrillation. This is a leading cause of sudden cardiac arrest in young, otherwise healthy athletes with undiagnosed myocarditis.</w:t>
      </w:r>
    </w:p>
    <w:p w14:paraId="16293BE9"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Cardiogenic Shock: In severe cases, the heart becomes so weak that it cannot pump enough blood to meet the body's needs. This is a medical emergency that requires intensive care and life support.</w:t>
      </w:r>
    </w:p>
    <w:p w14:paraId="46EC25FF"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The weakened heart muscle can lead to chronic heart failure, causing symptoms like extreme fatigue, shortness of breath, and fluid buildup in the lungs and legs.</w:t>
      </w:r>
    </w:p>
    <w:p w14:paraId="6C7A84FF"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Heart Damage (Dilated Cardiomyopathy): Even after the inflammation subsides, the heart muscle may be left with permanent scarring. This can stretch and thin the heart's chambers, leading to long-term heart failure and potentially requiring a heart transplant.</w:t>
      </w:r>
    </w:p>
    <w:p w14:paraId="334D10EA" w14:textId="77777777" w:rsidR="004B2954" w:rsidRPr="00BB79B8" w:rsidRDefault="004B2954" w:rsidP="004B2954">
      <w:pPr>
        <w:spacing w:after="20"/>
        <w:ind w:left="216"/>
        <w:rPr>
          <w:rFonts w:cs="Times New Roman"/>
          <w:sz w:val="20"/>
          <w:szCs w:val="20"/>
        </w:rPr>
      </w:pPr>
      <w:r w:rsidRPr="00BB79B8">
        <w:rPr>
          <w:rFonts w:cs="Times New Roman"/>
          <w:sz w:val="20"/>
          <w:szCs w:val="20"/>
        </w:rPr>
        <w:t>The Key Determinants of Severity</w:t>
      </w:r>
    </w:p>
    <w:p w14:paraId="2E8EB89A" w14:textId="77777777" w:rsidR="004B2954" w:rsidRPr="00BB79B8" w:rsidRDefault="004B2954" w:rsidP="004B2954">
      <w:pPr>
        <w:spacing w:after="20"/>
        <w:ind w:left="216"/>
        <w:rPr>
          <w:rFonts w:cs="Times New Roman"/>
          <w:sz w:val="20"/>
          <w:szCs w:val="20"/>
        </w:rPr>
      </w:pPr>
      <w:r w:rsidRPr="00BB79B8">
        <w:rPr>
          <w:rFonts w:cs="Times New Roman"/>
          <w:sz w:val="20"/>
          <w:szCs w:val="20"/>
        </w:rPr>
        <w:t>Not everyone with myocarditis experiences the worst outcomes. The seriousness depends heavily on several factors:</w:t>
      </w:r>
    </w:p>
    <w:p w14:paraId="344CAC62" w14:textId="77777777" w:rsidR="004B2954" w:rsidRPr="00BB79B8" w:rsidRDefault="004B2954" w:rsidP="004B2954">
      <w:pPr>
        <w:spacing w:after="20"/>
        <w:ind w:left="216"/>
        <w:rPr>
          <w:rFonts w:cs="Times New Roman"/>
          <w:sz w:val="20"/>
          <w:szCs w:val="20"/>
        </w:rPr>
      </w:pPr>
      <w:r w:rsidRPr="00BB79B8">
        <w:rPr>
          <w:rFonts w:cs="Times New Roman"/>
          <w:sz w:val="20"/>
          <w:szCs w:val="20"/>
        </w:rPr>
        <w:t>Factor; Less Serious (Often Mild); More Serious (Potentially Severe)</w:t>
      </w:r>
    </w:p>
    <w:p w14:paraId="7C7E0D88" w14:textId="77777777" w:rsidR="004B2954" w:rsidRPr="00BB79B8" w:rsidRDefault="004B2954" w:rsidP="004B2954">
      <w:pPr>
        <w:spacing w:after="20"/>
        <w:ind w:left="216"/>
        <w:rPr>
          <w:rFonts w:cs="Times New Roman"/>
          <w:sz w:val="20"/>
          <w:szCs w:val="20"/>
        </w:rPr>
      </w:pPr>
      <w:r w:rsidRPr="00BB79B8">
        <w:rPr>
          <w:rFonts w:cs="Times New Roman"/>
          <w:sz w:val="20"/>
          <w:szCs w:val="20"/>
        </w:rPr>
        <w:t>Cause; Often viral (e.g., common cold, parvovirus B19).; Giant cell myocarditis (very rare but aggressive), eosinophilic myocarditis, or related to severe systemic diseases like lupus.</w:t>
      </w:r>
    </w:p>
    <w:p w14:paraId="0ADA03C2"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Age &amp; Health; Healthy adult or older child.; Very young infants, the elderly, or anyone with a pre-existing compromised immune system.</w:t>
      </w:r>
    </w:p>
    <w:p w14:paraId="68CEEBF0" w14:textId="77777777" w:rsidR="004B2954" w:rsidRPr="00BB79B8" w:rsidRDefault="004B2954" w:rsidP="004B2954">
      <w:pPr>
        <w:spacing w:after="20"/>
        <w:ind w:left="216"/>
        <w:rPr>
          <w:rFonts w:cs="Times New Roman"/>
          <w:sz w:val="20"/>
          <w:szCs w:val="20"/>
        </w:rPr>
      </w:pPr>
      <w:r w:rsidRPr="00BB79B8">
        <w:rPr>
          <w:rFonts w:cs="Times New Roman"/>
          <w:sz w:val="20"/>
          <w:szCs w:val="20"/>
        </w:rPr>
        <w:t>Extent of Inflammation; A small, localized patch of inflammation.; Diffuse inflammation affecting large portions of the heart muscle.</w:t>
      </w:r>
    </w:p>
    <w:p w14:paraId="653E3472"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Heart Function; Normal or near-normal pumping ability (ejection fraction).; Significantly reduced pumping ability (low ejection fraction) or signs of heart failure/arrhythmias at diagnosis.</w:t>
      </w:r>
    </w:p>
    <w:p w14:paraId="1E6EE696" w14:textId="77777777" w:rsidR="004B2954" w:rsidRPr="00BB79B8" w:rsidRDefault="004B2954" w:rsidP="004B2954">
      <w:pPr>
        <w:spacing w:after="20"/>
        <w:ind w:left="216"/>
        <w:rPr>
          <w:rFonts w:cs="Times New Roman"/>
          <w:sz w:val="20"/>
          <w:szCs w:val="20"/>
        </w:rPr>
      </w:pPr>
      <w:r w:rsidRPr="00BB79B8">
        <w:rPr>
          <w:rFonts w:cs="Times New Roman"/>
          <w:sz w:val="20"/>
          <w:szCs w:val="20"/>
        </w:rPr>
        <w:t>The Spectrum of Disease</w:t>
      </w:r>
    </w:p>
    <w:p w14:paraId="1F90D4EC" w14:textId="77777777" w:rsidR="004B2954" w:rsidRPr="00BB79B8" w:rsidRDefault="004B2954" w:rsidP="004B2954">
      <w:pPr>
        <w:spacing w:after="20"/>
        <w:ind w:left="216"/>
        <w:rPr>
          <w:rFonts w:cs="Times New Roman"/>
          <w:sz w:val="20"/>
          <w:szCs w:val="20"/>
        </w:rPr>
      </w:pPr>
      <w:r w:rsidRPr="00BB79B8">
        <w:rPr>
          <w:rFonts w:cs="Times New Roman"/>
          <w:sz w:val="20"/>
          <w:szCs w:val="20"/>
        </w:rPr>
        <w:t>Mild (Very Common): Many people have mild, flu-like symptoms (chest discomfort, fatigue, mild shortness of breath) and recover completely with rest and supportive care. They may never even know they had it.</w:t>
      </w:r>
    </w:p>
    <w:p w14:paraId="12451FB4"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(Requires Hospitalization): The patient has clear symptoms of heart failure or chest pain. They need hospital monitoring and medications (like beta-blockers or ACE inhibitors) to support heart function. Most recover well with treatment.</w:t>
      </w:r>
    </w:p>
    <w:p w14:paraId="00DDF830"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(Severe &amp; Life-Threatening - Rare): This is a sudden, severe form. Patients rapidly develop cardiogenic shock, severe arrhythmias, or complete heart block. They often need intensive care, powerful intravenous medications (inotropes), and temporary mechanical support like an ECMO (Extracorporeal Membrane Oxygenation) machine to do the work of the heart and lungs.</w:t>
      </w:r>
    </w:p>
    <w:p w14:paraId="5E86FAF7" w14:textId="77777777" w:rsidR="004B2954" w:rsidRPr="00BB79B8" w:rsidRDefault="004B2954" w:rsidP="004B2954">
      <w:pPr>
        <w:spacing w:after="20"/>
        <w:ind w:left="216"/>
        <w:rPr>
          <w:rFonts w:cs="Times New Roman"/>
          <w:sz w:val="20"/>
          <w:szCs w:val="20"/>
        </w:rPr>
      </w:pPr>
      <w:r w:rsidRPr="00BB79B8">
        <w:rPr>
          <w:rFonts w:cs="Times New Roman"/>
          <w:sz w:val="20"/>
          <w:szCs w:val="20"/>
        </w:rPr>
        <w:t>The Bottom Line for a Patient or Parent</w:t>
      </w:r>
    </w:p>
    <w:p w14:paraId="7B56B20A"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serious enough to always be evaluated by a doctor. Never ignore persistent chest pain, unexplained shortness of breath, or a feeling that your heart is racing or fluttering, especially after a recent viral illness.</w:t>
      </w:r>
    </w:p>
    <w:p w14:paraId="47F92CE8"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people recover. With prompt diagnosis (using the echo, MRI, and blood tests we discussed) and proper management (rest is a key medicine!), the vast majority of people, especially children and young adults, recover completely with no long-term issues.</w:t>
      </w:r>
    </w:p>
    <w:p w14:paraId="3D3CA31D"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is crucial. Even after recovery, doctors will monitor with repeat echos and ECGs to ensure the inflammation has fully resolved and no scarring has developed that could cause problems later.</w:t>
      </w:r>
    </w:p>
    <w:p w14:paraId="5A4A596A"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In short: Don't panic, but don't be casual. Myocarditis demands respect and urgent medical evaluation. If treated appropriately, the outlook is excellent for most. The goal of diagnosis is to identify those with mild disease, catch those at risk of becoming severe, and intervene before the most serious complications occur.</w:t>
      </w:r>
    </w:p>
    <w:p w14:paraId="71551517" w14:textId="77777777" w:rsidR="004B2954" w:rsidRPr="00BB79B8" w:rsidRDefault="004B2954" w:rsidP="004B2954">
      <w:pPr>
        <w:spacing w:after="0"/>
        <w:rPr>
          <w:rFonts w:cs="Times New Roman"/>
          <w:sz w:val="20"/>
          <w:szCs w:val="20"/>
        </w:rPr>
      </w:pPr>
    </w:p>
    <w:p w14:paraId="68170E8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57958F4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FA6C47B"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be a serious and potentially life-threatening disease.</w:t>
      </w:r>
    </w:p>
    <w:p w14:paraId="5BCC57CE" w14:textId="77777777" w:rsidR="004B2954" w:rsidRPr="00BB79B8" w:rsidRDefault="004B2954" w:rsidP="004B2954">
      <w:pPr>
        <w:spacing w:after="20"/>
        <w:ind w:left="216"/>
        <w:rPr>
          <w:rFonts w:cs="Times New Roman"/>
          <w:sz w:val="20"/>
          <w:szCs w:val="20"/>
        </w:rPr>
      </w:pPr>
      <w:r w:rsidRPr="00BB79B8">
        <w:rPr>
          <w:rFonts w:cs="Times New Roman"/>
          <w:sz w:val="20"/>
          <w:szCs w:val="20"/>
        </w:rPr>
        <w:t>It ranges from mild, almost unnoticeable symptoms to severe complications such as heart failure, arrhythmias, cardiogenic shock, and even sudden cardiac death. In some cases, it can lead to long-term heart damage or chronic cardiomyopathy. Early diagnosis and proper medical treatment are very important.</w:t>
      </w:r>
    </w:p>
    <w:p w14:paraId="495171B9" w14:textId="77777777" w:rsidR="004B2954" w:rsidRPr="00BB79B8" w:rsidRDefault="004B2954" w:rsidP="004B2954">
      <w:pPr>
        <w:rPr>
          <w:rFonts w:cs="Times New Roman"/>
          <w:sz w:val="20"/>
          <w:szCs w:val="20"/>
        </w:rPr>
      </w:pPr>
    </w:p>
    <w:p w14:paraId="548491A9" w14:textId="77777777" w:rsidR="004B2954" w:rsidRPr="00BB79B8" w:rsidRDefault="004B2954" w:rsidP="004B2954">
      <w:pPr>
        <w:keepNext/>
        <w:rPr>
          <w:rFonts w:cs="Times New Roman"/>
          <w:sz w:val="20"/>
          <w:szCs w:val="20"/>
        </w:rPr>
      </w:pPr>
      <w:r w:rsidRPr="00BB79B8">
        <w:rPr>
          <w:rFonts w:cs="Times New Roman"/>
          <w:b/>
          <w:color w:val="1F4E79"/>
          <w:sz w:val="20"/>
          <w:szCs w:val="20"/>
        </w:rPr>
        <w:t>Q3. What is the difference between myocarditis and pericarditis?</w:t>
      </w:r>
    </w:p>
    <w:p w14:paraId="7CD4D6D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0C43A74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A7594FB" w14:textId="77777777" w:rsidR="004B2954" w:rsidRPr="00BB79B8" w:rsidRDefault="004B2954" w:rsidP="004B2954">
      <w:pPr>
        <w:spacing w:after="20"/>
        <w:ind w:left="216"/>
        <w:rPr>
          <w:rFonts w:cs="Times New Roman"/>
          <w:sz w:val="20"/>
          <w:szCs w:val="20"/>
        </w:rPr>
      </w:pPr>
      <w:r w:rsidRPr="00BB79B8">
        <w:rPr>
          <w:rFonts w:cs="Times New Roman"/>
          <w:sz w:val="20"/>
          <w:szCs w:val="20"/>
        </w:rPr>
        <w:t>The difference between myocarditis and pericarditis lies in which part of the heart is affected and how they typically present:</w:t>
      </w:r>
    </w:p>
    <w:p w14:paraId="2BE12585" w14:textId="77777777" w:rsidR="004B2954" w:rsidRPr="00BB79B8" w:rsidRDefault="004B2954" w:rsidP="004B2954">
      <w:pPr>
        <w:spacing w:after="20"/>
        <w:ind w:left="216"/>
        <w:rPr>
          <w:rFonts w:cs="Times New Roman"/>
          <w:sz w:val="20"/>
          <w:szCs w:val="20"/>
        </w:rPr>
      </w:pPr>
      <w:r w:rsidRPr="00BB79B8">
        <w:rPr>
          <w:rFonts w:cs="Times New Roman"/>
          <w:sz w:val="20"/>
          <w:szCs w:val="20"/>
        </w:rPr>
        <w:t>Location of inflammation:</w:t>
      </w:r>
    </w:p>
    <w:p w14:paraId="77692BF7"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inflammation of the heart muscle (myocardium) itself.</w:t>
      </w:r>
    </w:p>
    <w:p w14:paraId="18C89BF8"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 inflammation of the pericardium, the thin sac surrounding the heart.</w:t>
      </w:r>
    </w:p>
    <w:p w14:paraId="631428AC"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w:t>
      </w:r>
    </w:p>
    <w:p w14:paraId="1769357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may cause chest pain, shortness of breath, fatigue, palpitations, or sometimes no symptoms. Severe cases can lead to heart failure or arrhythmias.</w:t>
      </w:r>
    </w:p>
    <w:p w14:paraId="3A33D331"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 often causes sharp, stabbing chest pain that worsens when lying down or breathing deeply, and sometimes a friction rub heard on examination.</w:t>
      </w:r>
    </w:p>
    <w:p w14:paraId="7139DFE8" w14:textId="77777777" w:rsidR="004B2954" w:rsidRPr="00BB79B8" w:rsidRDefault="004B2954" w:rsidP="004B2954">
      <w:pPr>
        <w:spacing w:after="20"/>
        <w:ind w:left="216"/>
        <w:rPr>
          <w:rFonts w:cs="Times New Roman"/>
          <w:sz w:val="20"/>
          <w:szCs w:val="20"/>
        </w:rPr>
      </w:pPr>
      <w:r w:rsidRPr="00BB79B8">
        <w:rPr>
          <w:rFonts w:cs="Times New Roman"/>
          <w:sz w:val="20"/>
          <w:szCs w:val="20"/>
        </w:rPr>
        <w:t>Causes:</w:t>
      </w:r>
    </w:p>
    <w:p w14:paraId="544FB0B4" w14:textId="77777777" w:rsidR="004B2954" w:rsidRPr="00BB79B8" w:rsidRDefault="004B2954" w:rsidP="004B2954">
      <w:pPr>
        <w:spacing w:after="20"/>
        <w:ind w:left="216"/>
        <w:rPr>
          <w:rFonts w:cs="Times New Roman"/>
          <w:sz w:val="20"/>
          <w:szCs w:val="20"/>
        </w:rPr>
      </w:pPr>
      <w:r w:rsidRPr="00BB79B8">
        <w:rPr>
          <w:rFonts w:cs="Times New Roman"/>
          <w:sz w:val="20"/>
          <w:szCs w:val="20"/>
        </w:rPr>
        <w:t>Both can be triggered by infections (especially viral), autoimmune diseases, or medications, but myocarditis more commonly results from viral infections affecting the heart muscle, while pericarditis often follows viral infections or post-heart injury.</w:t>
      </w:r>
    </w:p>
    <w:p w14:paraId="103AD91D" w14:textId="77777777" w:rsidR="004B2954" w:rsidRPr="00BB79B8" w:rsidRDefault="004B2954" w:rsidP="004B2954">
      <w:pPr>
        <w:spacing w:after="20"/>
        <w:ind w:left="216"/>
        <w:rPr>
          <w:rFonts w:cs="Times New Roman"/>
          <w:sz w:val="20"/>
          <w:szCs w:val="20"/>
        </w:rPr>
      </w:pPr>
      <w:r w:rsidRPr="00BB79B8">
        <w:rPr>
          <w:rFonts w:cs="Times New Roman"/>
          <w:sz w:val="20"/>
          <w:szCs w:val="20"/>
        </w:rPr>
        <w:t>Complications:</w:t>
      </w:r>
    </w:p>
    <w:p w14:paraId="3CA7DA5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heart failure, cardiomyopathy, arrhythmias, sudden death in severe cases.</w:t>
      </w:r>
    </w:p>
    <w:p w14:paraId="0E702D46"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 pericardial effusion (fluid around the heart), cardiac tamponade, or constrictive pericarditis if chronic.</w:t>
      </w:r>
    </w:p>
    <w:p w14:paraId="00859EF7"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w:t>
      </w:r>
    </w:p>
    <w:p w14:paraId="2130169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ECG changes, elevated cardiac enzymes, echocardiography, and sometimes cardiac MRI or biopsy.</w:t>
      </w:r>
    </w:p>
    <w:p w14:paraId="4CE0574F"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 ECG with diffuse ST elevations, echocardiography to detect effusion, chest imaging.</w:t>
      </w:r>
    </w:p>
    <w:p w14:paraId="5582419C"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myocarditis affects the heart muscle, pericarditis affects the surrounding sac, and their symptoms, risks, and treatments differ accordingly.</w:t>
      </w:r>
    </w:p>
    <w:p w14:paraId="011BDFFB" w14:textId="77777777" w:rsidR="004B2954" w:rsidRPr="00BB79B8" w:rsidRDefault="004B2954" w:rsidP="004B2954">
      <w:pPr>
        <w:spacing w:after="0"/>
        <w:rPr>
          <w:rFonts w:cs="Times New Roman"/>
          <w:sz w:val="20"/>
          <w:szCs w:val="20"/>
        </w:rPr>
      </w:pPr>
    </w:p>
    <w:p w14:paraId="256C5FA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499E376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5BF3B92"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both conditions involve inflammation of the heart, the primary difference lies in where the inflammation occurs. Myocarditis affects the heart muscle itself, whereas pericarditis affects the protective sac surrounding the heart.</w:t>
      </w:r>
    </w:p>
    <w:p w14:paraId="245D4288" w14:textId="77777777" w:rsidR="004B2954" w:rsidRPr="00BB79B8" w:rsidRDefault="004B2954" w:rsidP="004B2954">
      <w:pPr>
        <w:spacing w:after="20"/>
        <w:ind w:left="216"/>
        <w:rPr>
          <w:rFonts w:cs="Times New Roman"/>
          <w:sz w:val="20"/>
          <w:szCs w:val="20"/>
        </w:rPr>
      </w:pPr>
      <w:r w:rsidRPr="00BB79B8">
        <w:rPr>
          <w:rFonts w:cs="Times New Roman"/>
          <w:sz w:val="20"/>
          <w:szCs w:val="20"/>
        </w:rPr>
        <w:t>Key Differences at a Glance</w:t>
      </w:r>
    </w:p>
    <w:p w14:paraId="28CE23DD"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Myocarditis; Pericarditis</w:t>
      </w:r>
    </w:p>
    <w:p w14:paraId="0742A191" w14:textId="77777777" w:rsidR="004B2954" w:rsidRPr="00BB79B8" w:rsidRDefault="004B2954" w:rsidP="004B2954">
      <w:pPr>
        <w:spacing w:after="20"/>
        <w:ind w:left="216"/>
        <w:rPr>
          <w:rFonts w:cs="Times New Roman"/>
          <w:sz w:val="20"/>
          <w:szCs w:val="20"/>
        </w:rPr>
      </w:pPr>
      <w:r w:rsidRPr="00BB79B8">
        <w:rPr>
          <w:rFonts w:cs="Times New Roman"/>
          <w:sz w:val="20"/>
          <w:szCs w:val="20"/>
        </w:rPr>
        <w:t>Location; Heart muscle (Myocardium); Outer sac (Pericardium)</w:t>
      </w:r>
    </w:p>
    <w:p w14:paraId="223CE7B5"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Risk; Weakening of the heart's pumping ability; Fluid buildup (effusion) around the heart</w:t>
      </w:r>
    </w:p>
    <w:p w14:paraId="1591CECB"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Sensation; Dull ache, pressure, or fatigue; Sharp, stabbing chest pain</w:t>
      </w:r>
    </w:p>
    <w:p w14:paraId="15B6F287" w14:textId="77777777" w:rsidR="004B2954" w:rsidRPr="00BB79B8" w:rsidRDefault="004B2954" w:rsidP="004B2954">
      <w:pPr>
        <w:spacing w:after="20"/>
        <w:ind w:left="216"/>
        <w:rPr>
          <w:rFonts w:cs="Times New Roman"/>
          <w:sz w:val="20"/>
          <w:szCs w:val="20"/>
        </w:rPr>
      </w:pPr>
      <w:r w:rsidRPr="00BB79B8">
        <w:rPr>
          <w:rFonts w:cs="Times New Roman"/>
          <w:sz w:val="20"/>
          <w:szCs w:val="20"/>
        </w:rPr>
        <w:t>Pain Triggers; Usually constant; worse with exertion; Often worse when lying flat or inhaling deeply</w:t>
      </w:r>
    </w:p>
    <w:p w14:paraId="2682E209" w14:textId="77777777" w:rsidR="004B2954" w:rsidRPr="00BB79B8" w:rsidRDefault="004B2954" w:rsidP="004B2954">
      <w:pPr>
        <w:spacing w:after="20"/>
        <w:ind w:left="216"/>
        <w:rPr>
          <w:rFonts w:cs="Times New Roman"/>
          <w:sz w:val="20"/>
          <w:szCs w:val="20"/>
        </w:rPr>
      </w:pPr>
      <w:r w:rsidRPr="00BB79B8">
        <w:rPr>
          <w:rFonts w:cs="Times New Roman"/>
          <w:sz w:val="20"/>
          <w:szCs w:val="20"/>
        </w:rPr>
        <w:t>1. Myocarditis (Muscle Inflammation)</w:t>
      </w:r>
    </w:p>
    <w:p w14:paraId="06264791" w14:textId="77777777" w:rsidR="004B2954" w:rsidRPr="00BB79B8" w:rsidRDefault="004B2954" w:rsidP="004B2954">
      <w:pPr>
        <w:spacing w:after="20"/>
        <w:ind w:left="216"/>
        <w:rPr>
          <w:rFonts w:cs="Times New Roman"/>
          <w:sz w:val="20"/>
          <w:szCs w:val="20"/>
        </w:rPr>
      </w:pPr>
      <w:r w:rsidRPr="00BB79B8">
        <w:rPr>
          <w:rFonts w:cs="Times New Roman"/>
          <w:sz w:val="20"/>
          <w:szCs w:val="20"/>
        </w:rPr>
        <w:t>In myocarditis, the inflammation can damage the muscle cells (myocytes). This can interfere with the heart's electrical system or its ability to pump blood effectively.</w:t>
      </w:r>
    </w:p>
    <w:p w14:paraId="0594466B"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Shortness of breath, fatigue, heart palpitations (arrhythmias), and swelling in the legs.</w:t>
      </w:r>
    </w:p>
    <w:p w14:paraId="245E27F3" w14:textId="77777777" w:rsidR="004B2954" w:rsidRPr="00BB79B8" w:rsidRDefault="004B2954" w:rsidP="004B2954">
      <w:pPr>
        <w:spacing w:after="20"/>
        <w:ind w:left="216"/>
        <w:rPr>
          <w:rFonts w:cs="Times New Roman"/>
          <w:sz w:val="20"/>
          <w:szCs w:val="20"/>
        </w:rPr>
      </w:pPr>
      <w:r w:rsidRPr="00BB79B8">
        <w:rPr>
          <w:rFonts w:cs="Times New Roman"/>
          <w:sz w:val="20"/>
          <w:szCs w:val="20"/>
        </w:rPr>
        <w:t>Serious Complications: If severe, it can lead to heart failure or dilated cardiomyopathy.</w:t>
      </w:r>
    </w:p>
    <w:p w14:paraId="4B2F6E24" w14:textId="77777777" w:rsidR="004B2954" w:rsidRPr="00BB79B8" w:rsidRDefault="004B2954" w:rsidP="004B2954">
      <w:pPr>
        <w:spacing w:after="20"/>
        <w:ind w:left="216"/>
        <w:rPr>
          <w:rFonts w:cs="Times New Roman"/>
          <w:sz w:val="20"/>
          <w:szCs w:val="20"/>
        </w:rPr>
      </w:pPr>
      <w:r w:rsidRPr="00BB79B8">
        <w:rPr>
          <w:rFonts w:cs="Times New Roman"/>
          <w:sz w:val="20"/>
          <w:szCs w:val="20"/>
        </w:rPr>
        <w:t>Pain Profile: The chest pain often mimics a heart attack (pressure or tightness).</w:t>
      </w:r>
    </w:p>
    <w:p w14:paraId="75A14540" w14:textId="77777777" w:rsidR="004B2954" w:rsidRPr="00BB79B8" w:rsidRDefault="004B2954" w:rsidP="004B2954">
      <w:pPr>
        <w:spacing w:after="20"/>
        <w:ind w:left="216"/>
        <w:rPr>
          <w:rFonts w:cs="Times New Roman"/>
          <w:sz w:val="20"/>
          <w:szCs w:val="20"/>
        </w:rPr>
      </w:pPr>
      <w:r w:rsidRPr="00BB79B8">
        <w:rPr>
          <w:rFonts w:cs="Times New Roman"/>
          <w:sz w:val="20"/>
          <w:szCs w:val="20"/>
        </w:rPr>
        <w:t>2. Pericarditis (Sac Inflammation)</w:t>
      </w:r>
    </w:p>
    <w:p w14:paraId="46EA90DA" w14:textId="77777777" w:rsidR="004B2954" w:rsidRPr="00BB79B8" w:rsidRDefault="004B2954" w:rsidP="004B2954">
      <w:pPr>
        <w:spacing w:after="20"/>
        <w:ind w:left="216"/>
        <w:rPr>
          <w:rFonts w:cs="Times New Roman"/>
          <w:sz w:val="20"/>
          <w:szCs w:val="20"/>
        </w:rPr>
      </w:pPr>
      <w:r w:rsidRPr="00BB79B8">
        <w:rPr>
          <w:rFonts w:cs="Times New Roman"/>
          <w:sz w:val="20"/>
          <w:szCs w:val="20"/>
        </w:rPr>
        <w:t>The pericardium is a two-layered sac that holds the heart in place. When these layers become inflamed, they rub against each other like sandpaper.</w:t>
      </w:r>
    </w:p>
    <w:p w14:paraId="2FC3C48D"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Symptoms: Sudden, sharp chest pain that may radiate to the left shoulder or neck.</w:t>
      </w:r>
    </w:p>
    <w:p w14:paraId="04582866" w14:textId="77777777" w:rsidR="004B2954" w:rsidRPr="00BB79B8" w:rsidRDefault="004B2954" w:rsidP="004B2954">
      <w:pPr>
        <w:spacing w:after="20"/>
        <w:ind w:left="216"/>
        <w:rPr>
          <w:rFonts w:cs="Times New Roman"/>
          <w:sz w:val="20"/>
          <w:szCs w:val="20"/>
        </w:rPr>
      </w:pPr>
      <w:r w:rsidRPr="00BB79B8">
        <w:rPr>
          <w:rFonts w:cs="Times New Roman"/>
          <w:sz w:val="20"/>
          <w:szCs w:val="20"/>
        </w:rPr>
        <w:t>Positional Relief: A hallmark sign is that the pain often improves when sitting up and leaning forward and worsens when lying down.</w:t>
      </w:r>
    </w:p>
    <w:p w14:paraId="451275FF" w14:textId="77777777" w:rsidR="004B2954" w:rsidRPr="00BB79B8" w:rsidRDefault="004B2954" w:rsidP="004B2954">
      <w:pPr>
        <w:spacing w:after="20"/>
        <w:ind w:left="216"/>
        <w:rPr>
          <w:rFonts w:cs="Times New Roman"/>
          <w:sz w:val="20"/>
          <w:szCs w:val="20"/>
        </w:rPr>
      </w:pPr>
      <w:r w:rsidRPr="00BB79B8">
        <w:rPr>
          <w:rFonts w:cs="Times New Roman"/>
          <w:sz w:val="20"/>
          <w:szCs w:val="20"/>
        </w:rPr>
        <w:t>Serious Complications: Cardiac Tamponade (where excess fluid puts so much pressure on the heart that it cannot fill properly).</w:t>
      </w:r>
    </w:p>
    <w:p w14:paraId="7045802A" w14:textId="77777777" w:rsidR="004B2954" w:rsidRPr="00BB79B8" w:rsidRDefault="004B2954" w:rsidP="004B2954">
      <w:pPr>
        <w:spacing w:after="20"/>
        <w:ind w:left="216"/>
        <w:rPr>
          <w:rFonts w:cs="Times New Roman"/>
          <w:sz w:val="20"/>
          <w:szCs w:val="20"/>
        </w:rPr>
      </w:pPr>
      <w:r w:rsidRPr="00BB79B8">
        <w:rPr>
          <w:rFonts w:cs="Times New Roman"/>
          <w:sz w:val="20"/>
          <w:szCs w:val="20"/>
        </w:rPr>
        <w:t>Can they occur together?</w:t>
      </w:r>
    </w:p>
    <w:p w14:paraId="3552C4DE" w14:textId="77777777" w:rsidR="004B2954" w:rsidRPr="00BB79B8" w:rsidRDefault="004B2954" w:rsidP="004B2954">
      <w:pPr>
        <w:spacing w:after="20"/>
        <w:ind w:left="216"/>
        <w:rPr>
          <w:rFonts w:cs="Times New Roman"/>
          <w:sz w:val="20"/>
          <w:szCs w:val="20"/>
        </w:rPr>
      </w:pPr>
      <w:r w:rsidRPr="00BB79B8">
        <w:rPr>
          <w:rFonts w:cs="Times New Roman"/>
          <w:sz w:val="20"/>
          <w:szCs w:val="20"/>
        </w:rPr>
        <w:t>Yes. When both the heart muscle and the surrounding sac are inflamed simultaneously, the condition is referred to as myopericarditis. In many viral cases, the inflammation isn't strictly limited to one tissue type, and patients may show clinical signs of both.</w:t>
      </w:r>
    </w:p>
    <w:p w14:paraId="43574AFF"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typically involves an ECG, blood tests (checking for elevated troponin or inflammatory markers), and imaging such as an echocardiogram or Cardiac MRI to visualize the extent of the tissue involvement.</w:t>
      </w:r>
    </w:p>
    <w:p w14:paraId="06E4E405" w14:textId="77777777" w:rsidR="004B2954" w:rsidRPr="00BB79B8" w:rsidRDefault="004B2954" w:rsidP="004B2954">
      <w:pPr>
        <w:spacing w:after="0"/>
        <w:rPr>
          <w:rFonts w:cs="Times New Roman"/>
          <w:sz w:val="20"/>
          <w:szCs w:val="20"/>
        </w:rPr>
      </w:pPr>
    </w:p>
    <w:p w14:paraId="160C3CF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6E8B2BC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C1AD0D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and pericarditis are both forms of heart inflammation, but they affect different parts of the heart and therefore differ in symptoms, causes, risks, and complications.</w:t>
      </w:r>
    </w:p>
    <w:p w14:paraId="5BCAFC28" w14:textId="77777777" w:rsidR="004B2954" w:rsidRPr="00BB79B8" w:rsidRDefault="004B2954" w:rsidP="004B2954">
      <w:pPr>
        <w:spacing w:after="20"/>
        <w:ind w:left="216"/>
        <w:rPr>
          <w:rFonts w:cs="Times New Roman"/>
          <w:sz w:val="20"/>
          <w:szCs w:val="20"/>
        </w:rPr>
      </w:pPr>
      <w:r w:rsidRPr="00BB79B8">
        <w:rPr>
          <w:rFonts w:cs="Times New Roman"/>
          <w:sz w:val="20"/>
          <w:szCs w:val="20"/>
        </w:rPr>
        <w:t>Harvard Health</w:t>
      </w:r>
    </w:p>
    <w:p w14:paraId="153876F5" w14:textId="77777777" w:rsidR="004B2954" w:rsidRPr="00BB79B8" w:rsidRDefault="004B2954" w:rsidP="004B2954">
      <w:pPr>
        <w:spacing w:after="20"/>
        <w:ind w:left="216"/>
        <w:rPr>
          <w:rFonts w:cs="Times New Roman"/>
          <w:sz w:val="20"/>
          <w:szCs w:val="20"/>
        </w:rPr>
      </w:pPr>
      <w:r w:rsidRPr="00BB79B8">
        <w:rPr>
          <w:rFonts w:cs="Times New Roman"/>
          <w:sz w:val="20"/>
          <w:szCs w:val="20"/>
        </w:rPr>
        <w:t>Credible health information source</w:t>
      </w:r>
    </w:p>
    <w:p w14:paraId="3238421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w:t>
      </w:r>
    </w:p>
    <w:p w14:paraId="334D135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an inflammation of the heart muscle that may decrease the ability of the heart to pump blood normally. It can be caused by: 1. An infection: Many infections have been associated with myocarditis. Some of the more likely germs include: Viral infections: Many different viruses can cause myocarditis. Examples include adenovirus, coxsackievirus, Epstein-Barr virus, HIV, varicella (chickenpox), human herpes virus 6, and SARS CoV-2 (COVID-19). Often the person has no preceding symptoms of a cold, cough, nasal congestion, or rash and only becomes aware of the infection when heart failure occurs. Viral infections are among the most common causes of myocarditis., Bacteria: Rarely, myocarditis is a complication of endocarditis, an infection of the heart valves and the lining inside the heart's chambers caused by bacteria. In some people with diphtheria, a toxin (poison) produced by C. diphtheriae bacteria causes a form of myocarditis that leads to a flabby, stretched-out heart muscle. Because the damaged heart cannot pump blood efficiently, severe heart failure may develop within the first week of illness., Chagas' disease: This infection, caused by the protozoan Trypanosoma cruzi, is transmitted by an insect bite. In the United States, myocarditis caused by Chagas' disease is most common among travelers to or immigrants from Central and South America. In up to a third of people with Chagas' disease, a form of chronic (long-term) myocarditis develops years after the first infection. This chronic myocarditis leads to significant destruction of heart muscle with progressive heart failure. and Lyme myocarditis: Lyme disease, an infection caused by the tick-borne bacterium Borrelia burgdorferi, can cause myocarditis or other heart problems; 2. Toxic substances and certain drugs: Myocarditis also can be caused by: overuse of alcohol, radiation, chemicals (hydrocarbons and arsenic) and medicines such as doxorubicin (Adriamycin, a type of chemotherapy) and clozapine (Clorazil, a drug that treats psychosis); very rarely, vaccinations, including those for SARS-CoV-2 and smallpox, may cause myocarditis; 3. Inflammatory diseases: This includes systemic lupus erythematosus (SLE or lupus) and other autoimmune diseases, and sarcoidosis.</w:t>
      </w:r>
    </w:p>
    <w:p w14:paraId="2EEC1BBE" w14:textId="77777777" w:rsidR="004B2954" w:rsidRPr="00BB79B8" w:rsidRDefault="004B2954" w:rsidP="004B2954">
      <w:pPr>
        <w:spacing w:after="20"/>
        <w:ind w:left="216"/>
        <w:rPr>
          <w:rFonts w:cs="Times New Roman"/>
          <w:sz w:val="20"/>
          <w:szCs w:val="20"/>
        </w:rPr>
      </w:pPr>
      <w:r w:rsidRPr="00BB79B8">
        <w:rPr>
          <w:rFonts w:cs="Times New Roman"/>
          <w:sz w:val="20"/>
          <w:szCs w:val="20"/>
        </w:rPr>
        <w:t>See more</w:t>
      </w:r>
    </w:p>
    <w:p w14:paraId="32F11CC5" w14:textId="77777777" w:rsidR="004B2954" w:rsidRPr="00BB79B8" w:rsidRDefault="004B2954" w:rsidP="004B2954">
      <w:pPr>
        <w:spacing w:after="20"/>
        <w:ind w:left="216"/>
        <w:rPr>
          <w:rFonts w:cs="Times New Roman"/>
          <w:sz w:val="20"/>
          <w:szCs w:val="20"/>
        </w:rPr>
      </w:pPr>
      <w:r w:rsidRPr="00BB79B8">
        <w:rPr>
          <w:rFonts w:cs="Times New Roman"/>
          <w:sz w:val="20"/>
          <w:szCs w:val="20"/>
        </w:rPr>
        <w:t>Core Difference (One-sentence answer)</w:t>
      </w:r>
    </w:p>
    <w:p w14:paraId="66E975C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inflammation of the heart muscle (myocardium), while pericarditis is inflammation of the sac surrounding the heart (pericardium).</w:t>
      </w:r>
    </w:p>
    <w:p w14:paraId="25572BD5" w14:textId="77777777" w:rsidR="004B2954" w:rsidRPr="00BB79B8" w:rsidRDefault="004B2954" w:rsidP="004B2954">
      <w:pPr>
        <w:spacing w:after="20"/>
        <w:ind w:left="216"/>
        <w:rPr>
          <w:rFonts w:cs="Times New Roman"/>
          <w:sz w:val="20"/>
          <w:szCs w:val="20"/>
        </w:rPr>
      </w:pPr>
      <w:r w:rsidRPr="00BB79B8">
        <w:rPr>
          <w:rFonts w:cs="Times New Roman"/>
          <w:sz w:val="20"/>
          <w:szCs w:val="20"/>
        </w:rPr>
        <w:t>Harvard Health</w:t>
      </w:r>
    </w:p>
    <w:p w14:paraId="1C393F22" w14:textId="77777777" w:rsidR="004B2954" w:rsidRPr="00BB79B8" w:rsidRDefault="004B2954" w:rsidP="004B2954">
      <w:pPr>
        <w:spacing w:after="20"/>
        <w:ind w:left="216"/>
        <w:rPr>
          <w:rFonts w:cs="Times New Roman"/>
          <w:sz w:val="20"/>
          <w:szCs w:val="20"/>
        </w:rPr>
      </w:pPr>
      <w:r w:rsidRPr="00BB79B8">
        <w:rPr>
          <w:rFonts w:cs="Times New Roman"/>
          <w:sz w:val="20"/>
          <w:szCs w:val="20"/>
        </w:rPr>
        <w:t>Credible health information source</w:t>
      </w:r>
    </w:p>
    <w:p w14:paraId="5B37AA08"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w:t>
      </w:r>
    </w:p>
    <w:p w14:paraId="0182D4F8" w14:textId="77777777" w:rsidR="004B2954" w:rsidRPr="00BB79B8" w:rsidRDefault="004B2954" w:rsidP="004B2954">
      <w:pPr>
        <w:spacing w:after="20"/>
        <w:ind w:left="216"/>
        <w:rPr>
          <w:rFonts w:cs="Times New Roman"/>
          <w:sz w:val="20"/>
          <w:szCs w:val="20"/>
        </w:rPr>
      </w:pPr>
      <w:r w:rsidRPr="00BB79B8">
        <w:rPr>
          <w:rFonts w:cs="Times New Roman"/>
          <w:sz w:val="20"/>
          <w:szCs w:val="20"/>
        </w:rPr>
        <w:t xml:space="preserve">Pericarditis is an inflammation of the pericardium, the saclike membrane that surrounds the heart. Pericarditis can be triggered by a number of different medical conditions. Often the exact cause cannot be identified. Doctors call this idiopathic pericarditis. In many people with pericarditis, the initial trigger is a viral infection. However, the inflammation may not be a direct result of the infection. Instead, the virus may stimulate the immune system to attack and inflame the pericardium. Other medical conditions associated with pericarditis include: 1. An autoimmune disease. Several diseases are caused by the immune system attacking our own organs, including the pericardium. Examples include systemic lupus erythematosus (SLE) and rheumatoid arthritis; 2. A bacterial infection. A serious infection can spread directly into the pericardium from a heart valve (endocarditis), the lung or a tear in the esophagus. Also a blood infection, especially staph, can get into the lining around the heart; 3. Tuberculosis. Tuberculous pericarditis can occur as part of an active tuberculosis infection; 4. Uremia. Uremic pericarditis can occur in people with uremia, an accumulation of urea and other waste products in the blood caused by kidney failure; 5. Heart attack (myocardial infarction). Sometimes a major heart attack will inflame the pericardium next to the area of the heart that is damaged; 6. Cardiac injury. As in heart attack, heart damage caused by trauma (a stab wound or severe blow to the chest) or </w:t>
      </w:r>
      <w:r w:rsidRPr="00BB79B8">
        <w:rPr>
          <w:rFonts w:cs="Times New Roman"/>
          <w:sz w:val="20"/>
          <w:szCs w:val="20"/>
        </w:rPr>
        <w:lastRenderedPageBreak/>
        <w:t>cardiac surgery also can trigger pericarditis; 7. Dressler's syndrome (also called post cardiac surgery or post cardiac injury syndrome). The pericarditis of Dressler's syndrome can begin within a couple weeks or up to many months after open heart surgery, heart trauma or a heart attack. It is thought that with this syndrome, prior heart injury stimulates the immune system to attack and inflame the pericardium. Other rare causes of pericarditis include radiation therapy to treat cancers in the chest, cancer in the chest area, a fungal infection or a parasitic infection. Pericarditis can be: 1. acute -- New onset of an inflamed pericardium causing symptoms over several hours to a couple weeks; 2. chronic -- Persistent inflammation of the pericardium over many weeks and sometimes months; 3. recurrent -- Repeated episodes of acute pericarditis. In between, episodes there are no symptoms and no obvious inflammation of the pericardium. The inflammation of pericarditis usually causes fluid to weep into the pericardial sac. This is known as a pericardial effusion. If the pericardial effusion is large enough, it can interfere with the heart's ability to fill normally and to pump blood, a condition called cardiac tamponade. Sometimes, pericarditis leads to scarring of the lining around the heart. The inflamed pericardium thicken can thicken and contract around the heart, interfering with heart function. This condition is called constrictive pericarditis.</w:t>
      </w:r>
    </w:p>
    <w:p w14:paraId="1330DC54" w14:textId="77777777" w:rsidR="004B2954" w:rsidRPr="00BB79B8" w:rsidRDefault="004B2954" w:rsidP="004B2954">
      <w:pPr>
        <w:spacing w:after="20"/>
        <w:ind w:left="216"/>
        <w:rPr>
          <w:rFonts w:cs="Times New Roman"/>
          <w:sz w:val="20"/>
          <w:szCs w:val="20"/>
        </w:rPr>
      </w:pPr>
      <w:r w:rsidRPr="00BB79B8">
        <w:rPr>
          <w:rFonts w:cs="Times New Roman"/>
          <w:sz w:val="20"/>
          <w:szCs w:val="20"/>
        </w:rPr>
        <w:t>Side-by-side comparison</w:t>
      </w:r>
    </w:p>
    <w:p w14:paraId="548138C4"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Myocarditis; Pericarditis</w:t>
      </w:r>
    </w:p>
    <w:p w14:paraId="7C6B89A9" w14:textId="77777777" w:rsidR="004B2954" w:rsidRPr="00BB79B8" w:rsidRDefault="004B2954" w:rsidP="004B2954">
      <w:pPr>
        <w:spacing w:after="20"/>
        <w:ind w:left="216"/>
        <w:rPr>
          <w:rFonts w:cs="Times New Roman"/>
          <w:sz w:val="20"/>
          <w:szCs w:val="20"/>
        </w:rPr>
      </w:pPr>
      <w:r w:rsidRPr="00BB79B8">
        <w:rPr>
          <w:rFonts w:cs="Times New Roman"/>
          <w:sz w:val="20"/>
          <w:szCs w:val="20"/>
        </w:rPr>
        <w:t>What is inflamed?; Heart muscle (myocardium); Outer sac around the heart (pericardium)</w:t>
      </w:r>
    </w:p>
    <w:p w14:paraId="448D0172"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cause; Viral infections most common; also autoimmune disease, toxins, drugs, or bacteria; Often viral; also autoimmune disease, after heart attack, chest injury, kidney failure, or infection</w:t>
      </w:r>
    </w:p>
    <w:p w14:paraId="707D3F5D"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chest pain; Dull, pressure-like, similar to heart attack; Sharp, stabbing, worse when lying down, better when leaning forward</w:t>
      </w:r>
    </w:p>
    <w:p w14:paraId="0FF4C188"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symptoms; Shortness of breath, arrhythmias, fatigue, leg swelling, flu-like symptoms; Fever, cough, pain with swallowing, pericardial rub on exam</w:t>
      </w:r>
    </w:p>
    <w:p w14:paraId="3BB143DE" w14:textId="77777777" w:rsidR="004B2954" w:rsidRPr="00BB79B8" w:rsidRDefault="004B2954" w:rsidP="004B2954">
      <w:pPr>
        <w:spacing w:after="20"/>
        <w:ind w:left="216"/>
        <w:rPr>
          <w:rFonts w:cs="Times New Roman"/>
          <w:sz w:val="20"/>
          <w:szCs w:val="20"/>
        </w:rPr>
      </w:pPr>
      <w:r w:rsidRPr="00BB79B8">
        <w:rPr>
          <w:rFonts w:cs="Times New Roman"/>
          <w:sz w:val="20"/>
          <w:szCs w:val="20"/>
        </w:rPr>
        <w:t>Major risks; Heart failure, arrhythmias, cardiogenic shock, sudden cardiac death; Pericardial effusion, cardiac tamponade, constrictive pericarditis</w:t>
      </w:r>
    </w:p>
    <w:p w14:paraId="1A855DBD"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Treat cause; heart-failure meds; sometimes steroids; avoid exercise for months; NSAIDs, colchicine, sometimes steroids; drainage if fluid buildup is severe</w:t>
      </w:r>
    </w:p>
    <w:p w14:paraId="0969D715"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Many recover in weeks-months; severe cases may cause lasting damage; Most recover fully with treatment; some develop recurrent or chronic disease</w:t>
      </w:r>
    </w:p>
    <w:p w14:paraId="3C6CF5AE" w14:textId="77777777" w:rsidR="004B2954" w:rsidRPr="00BB79B8" w:rsidRDefault="004B2954" w:rsidP="004B2954">
      <w:pPr>
        <w:spacing w:after="20"/>
        <w:ind w:left="216"/>
        <w:rPr>
          <w:rFonts w:cs="Times New Roman"/>
          <w:sz w:val="20"/>
          <w:szCs w:val="20"/>
        </w:rPr>
      </w:pPr>
      <w:r w:rsidRPr="00BB79B8">
        <w:rPr>
          <w:rFonts w:cs="Times New Roman"/>
          <w:sz w:val="20"/>
          <w:szCs w:val="20"/>
        </w:rPr>
        <w:t>How to tell them apart clinically</w:t>
      </w:r>
    </w:p>
    <w:p w14:paraId="3B19DEC4"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pain (very characteristic)</w:t>
      </w:r>
    </w:p>
    <w:p w14:paraId="6A83D4C6" w14:textId="77777777" w:rsidR="004B2954" w:rsidRPr="00BB79B8" w:rsidRDefault="004B2954" w:rsidP="004B2954">
      <w:pPr>
        <w:spacing w:after="20"/>
        <w:ind w:left="216"/>
        <w:rPr>
          <w:rFonts w:cs="Times New Roman"/>
          <w:sz w:val="20"/>
          <w:szCs w:val="20"/>
        </w:rPr>
      </w:pPr>
      <w:r w:rsidRPr="00BB79B8">
        <w:rPr>
          <w:rFonts w:cs="Times New Roman"/>
          <w:sz w:val="20"/>
          <w:szCs w:val="20"/>
        </w:rPr>
        <w:t>Sharp, stabbing</w:t>
      </w:r>
    </w:p>
    <w:p w14:paraId="5E86AC62" w14:textId="77777777" w:rsidR="004B2954" w:rsidRPr="00BB79B8" w:rsidRDefault="004B2954" w:rsidP="004B2954">
      <w:pPr>
        <w:spacing w:after="20"/>
        <w:ind w:left="216"/>
        <w:rPr>
          <w:rFonts w:cs="Times New Roman"/>
          <w:sz w:val="20"/>
          <w:szCs w:val="20"/>
        </w:rPr>
      </w:pPr>
      <w:r w:rsidRPr="00BB79B8">
        <w:rPr>
          <w:rFonts w:cs="Times New Roman"/>
          <w:sz w:val="20"/>
          <w:szCs w:val="20"/>
        </w:rPr>
        <w:t>Worse with deep breaths, coughing, or lying flat</w:t>
      </w:r>
    </w:p>
    <w:p w14:paraId="6F90207D" w14:textId="77777777" w:rsidR="004B2954" w:rsidRPr="00BB79B8" w:rsidRDefault="004B2954" w:rsidP="004B2954">
      <w:pPr>
        <w:spacing w:after="20"/>
        <w:ind w:left="216"/>
        <w:rPr>
          <w:rFonts w:cs="Times New Roman"/>
          <w:sz w:val="20"/>
          <w:szCs w:val="20"/>
        </w:rPr>
      </w:pPr>
      <w:r w:rsidRPr="00BB79B8">
        <w:rPr>
          <w:rFonts w:cs="Times New Roman"/>
          <w:sz w:val="20"/>
          <w:szCs w:val="20"/>
        </w:rPr>
        <w:t>Improves when sitting up or leaning forward</w:t>
      </w:r>
    </w:p>
    <w:p w14:paraId="073B430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symptoms</w:t>
      </w:r>
    </w:p>
    <w:p w14:paraId="07879234"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resembles heart failure: shortness of breath, swelling, fatigue</w:t>
      </w:r>
    </w:p>
    <w:p w14:paraId="770097E0" w14:textId="77777777" w:rsidR="004B2954" w:rsidRPr="00BB79B8" w:rsidRDefault="004B2954" w:rsidP="004B2954">
      <w:pPr>
        <w:spacing w:after="20"/>
        <w:ind w:left="216"/>
        <w:rPr>
          <w:rFonts w:cs="Times New Roman"/>
          <w:sz w:val="20"/>
          <w:szCs w:val="20"/>
        </w:rPr>
      </w:pPr>
      <w:r w:rsidRPr="00BB79B8">
        <w:rPr>
          <w:rFonts w:cs="Times New Roman"/>
          <w:sz w:val="20"/>
          <w:szCs w:val="20"/>
        </w:rPr>
        <w:t>May cause arrhythmias or fainting</w:t>
      </w:r>
    </w:p>
    <w:p w14:paraId="6CCF550C"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may occur but is less positional</w:t>
      </w:r>
    </w:p>
    <w:p w14:paraId="68FEA41E" w14:textId="77777777" w:rsidR="004B2954" w:rsidRPr="00BB79B8" w:rsidRDefault="004B2954" w:rsidP="004B2954">
      <w:pPr>
        <w:spacing w:after="20"/>
        <w:ind w:left="216"/>
        <w:rPr>
          <w:rFonts w:cs="Times New Roman"/>
          <w:sz w:val="20"/>
          <w:szCs w:val="20"/>
        </w:rPr>
      </w:pPr>
      <w:r w:rsidRPr="00BB79B8">
        <w:rPr>
          <w:rFonts w:cs="Times New Roman"/>
          <w:sz w:val="20"/>
          <w:szCs w:val="20"/>
        </w:rPr>
        <w:t>Can they occur together?</w:t>
      </w:r>
    </w:p>
    <w:p w14:paraId="0BEB0F5C"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myopericarditis or perimyocarditis occurs when both the muscle and the sac are inflamed, often from a viral infection.</w:t>
      </w:r>
    </w:p>
    <w:p w14:paraId="53B8E495"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 distinction matters</w:t>
      </w:r>
    </w:p>
    <w:p w14:paraId="77260FC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weaken the heart muscle to risk of heart failure or dangerous arrhythmias.</w:t>
      </w:r>
    </w:p>
    <w:p w14:paraId="0A3740F9"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can cause fluid buildup to risk of cardiac tamponade, a medical emergency.</w:t>
      </w:r>
    </w:p>
    <w:p w14:paraId="04C44CA1" w14:textId="77777777" w:rsidR="004B2954" w:rsidRPr="00BB79B8" w:rsidRDefault="004B2954" w:rsidP="004B2954">
      <w:pPr>
        <w:spacing w:after="20"/>
        <w:ind w:left="216"/>
        <w:rPr>
          <w:rFonts w:cs="Times New Roman"/>
          <w:sz w:val="20"/>
          <w:szCs w:val="20"/>
        </w:rPr>
      </w:pPr>
      <w:r w:rsidRPr="00BB79B8">
        <w:rPr>
          <w:rFonts w:cs="Times New Roman"/>
          <w:sz w:val="20"/>
          <w:szCs w:val="20"/>
        </w:rPr>
        <w:t>Would you like a deeper dive?</w:t>
      </w:r>
    </w:p>
    <w:p w14:paraId="79BC6A7E" w14:textId="77777777" w:rsidR="004B2954" w:rsidRPr="00BB79B8" w:rsidRDefault="004B2954" w:rsidP="004B2954">
      <w:pPr>
        <w:spacing w:after="20"/>
        <w:ind w:left="216"/>
        <w:rPr>
          <w:rFonts w:cs="Times New Roman"/>
          <w:sz w:val="20"/>
          <w:szCs w:val="20"/>
        </w:rPr>
      </w:pPr>
      <w:r w:rsidRPr="00BB79B8">
        <w:rPr>
          <w:rFonts w:cs="Times New Roman"/>
          <w:sz w:val="20"/>
          <w:szCs w:val="20"/>
        </w:rPr>
        <w:t>Choose one if you want to go further:</w:t>
      </w:r>
    </w:p>
    <w:p w14:paraId="4C4E51D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vs. pericarditis symptoms</w:t>
      </w:r>
    </w:p>
    <w:p w14:paraId="73A69EDC" w14:textId="77777777" w:rsidR="004B2954" w:rsidRPr="00BB79B8" w:rsidRDefault="004B2954" w:rsidP="004B2954">
      <w:pPr>
        <w:spacing w:after="20"/>
        <w:ind w:left="216"/>
        <w:rPr>
          <w:rFonts w:cs="Times New Roman"/>
          <w:sz w:val="20"/>
          <w:szCs w:val="20"/>
        </w:rPr>
      </w:pPr>
      <w:r w:rsidRPr="00BB79B8">
        <w:rPr>
          <w:rFonts w:cs="Times New Roman"/>
          <w:sz w:val="20"/>
          <w:szCs w:val="20"/>
        </w:rPr>
        <w:t>How doctors diagnose each condition</w:t>
      </w:r>
    </w:p>
    <w:p w14:paraId="5A29647E"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differences</w:t>
      </w:r>
    </w:p>
    <w:p w14:paraId="0101184F" w14:textId="77777777" w:rsidR="004B2954" w:rsidRPr="00BB79B8" w:rsidRDefault="004B2954" w:rsidP="004B2954">
      <w:pPr>
        <w:spacing w:after="0"/>
        <w:rPr>
          <w:rFonts w:cs="Times New Roman"/>
          <w:sz w:val="20"/>
          <w:szCs w:val="20"/>
        </w:rPr>
      </w:pPr>
    </w:p>
    <w:p w14:paraId="220E3CB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73BB37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86094B0"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question, as the two conditions are often confused due to their similar causes (frequently viral) and location (the heart).</w:t>
      </w:r>
    </w:p>
    <w:p w14:paraId="5C350BD3" w14:textId="77777777" w:rsidR="004B2954" w:rsidRPr="00BB79B8" w:rsidRDefault="004B2954" w:rsidP="004B2954">
      <w:pPr>
        <w:spacing w:after="20"/>
        <w:ind w:left="216"/>
        <w:rPr>
          <w:rFonts w:cs="Times New Roman"/>
          <w:sz w:val="20"/>
          <w:szCs w:val="20"/>
        </w:rPr>
      </w:pPr>
      <w:r w:rsidRPr="00BB79B8">
        <w:rPr>
          <w:rFonts w:cs="Times New Roman"/>
          <w:sz w:val="20"/>
          <w:szCs w:val="20"/>
        </w:rPr>
        <w:t>The simplest difference is which specific layer of the heart wall is inflamed.</w:t>
      </w:r>
    </w:p>
    <w:p w14:paraId="7A1384C0"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 Inflammation of the pericardium (the thin, sac-like double layer surrounding the heart).</w:t>
      </w:r>
    </w:p>
    <w:p w14:paraId="59D8B78E"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Inflammation of the myocardium (the heart's middle, muscular layer that contracts to pump blood).</w:t>
      </w:r>
    </w:p>
    <w:p w14:paraId="6A069B8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Here is a breakdown of the key differences in presentation, diagnosis, and treatment.</w:t>
      </w:r>
    </w:p>
    <w:p w14:paraId="1A8954D3" w14:textId="77777777" w:rsidR="004B2954" w:rsidRPr="00BB79B8" w:rsidRDefault="004B2954" w:rsidP="004B2954">
      <w:pPr>
        <w:spacing w:after="20"/>
        <w:ind w:left="216"/>
        <w:rPr>
          <w:rFonts w:cs="Times New Roman"/>
          <w:sz w:val="20"/>
          <w:szCs w:val="20"/>
        </w:rPr>
      </w:pPr>
      <w:r w:rsidRPr="00BB79B8">
        <w:rPr>
          <w:rFonts w:cs="Times New Roman"/>
          <w:sz w:val="20"/>
          <w:szCs w:val="20"/>
        </w:rPr>
        <w:t>Head-to-Head Comparison</w:t>
      </w:r>
    </w:p>
    <w:p w14:paraId="2187E0C5"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Pericarditis; Myocarditis</w:t>
      </w:r>
    </w:p>
    <w:p w14:paraId="74C6AF4B"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Symptom; Sharp, pleuritic chest pain (worse with deep breath or lying flat, better leaning forward).; Symptoms of heart failure or arrhythmia (shortness of breath, fatigue, palpitations, leg swelling). Chest pain is less common, but can occur if both layers are inflamed (myopericarditis).</w:t>
      </w:r>
    </w:p>
    <w:p w14:paraId="053FC643" w14:textId="77777777" w:rsidR="004B2954" w:rsidRPr="00BB79B8" w:rsidRDefault="004B2954" w:rsidP="004B2954">
      <w:pPr>
        <w:spacing w:after="20"/>
        <w:ind w:left="216"/>
        <w:rPr>
          <w:rFonts w:cs="Times New Roman"/>
          <w:sz w:val="20"/>
          <w:szCs w:val="20"/>
        </w:rPr>
      </w:pPr>
      <w:r w:rsidRPr="00BB79B8">
        <w:rPr>
          <w:rFonts w:cs="Times New Roman"/>
          <w:sz w:val="20"/>
          <w:szCs w:val="20"/>
        </w:rPr>
        <w:t>Key Physical Finding; Pericardial friction rub (a scratching, leathery sound heard with a stethoscope).; Muffled heart sounds, gallop rhythm (S3), or signs of fluid overload (crackles in lungs, JVD).</w:t>
      </w:r>
    </w:p>
    <w:p w14:paraId="7AA5AF1C"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ECG Finding; Diffuse ST-segment elevation (in virtually all leads) and PR-segment depression.; Non-specific ST/T wave changes, arrhythmias (e.g., PVCs, heart block, VT), or low voltage.</w:t>
      </w:r>
    </w:p>
    <w:p w14:paraId="413BBCE8" w14:textId="77777777" w:rsidR="004B2954" w:rsidRPr="00BB79B8" w:rsidRDefault="004B2954" w:rsidP="004B2954">
      <w:pPr>
        <w:spacing w:after="20"/>
        <w:ind w:left="216"/>
        <w:rPr>
          <w:rFonts w:cs="Times New Roman"/>
          <w:sz w:val="20"/>
          <w:szCs w:val="20"/>
        </w:rPr>
      </w:pPr>
      <w:r w:rsidRPr="00BB79B8">
        <w:rPr>
          <w:rFonts w:cs="Times New Roman"/>
          <w:sz w:val="20"/>
          <w:szCs w:val="20"/>
        </w:rPr>
        <w:t>Key Lab Finding; Elevated inflammatory markers (CRP, ESR). Troponin is normal or mildly elevated (if the epicardium is irritated).; Highly elevated troponin (indicating actual death of heart muscle cells).</w:t>
      </w:r>
    </w:p>
    <w:p w14:paraId="2BCAF450" w14:textId="77777777" w:rsidR="004B2954" w:rsidRPr="00BB79B8" w:rsidRDefault="004B2954" w:rsidP="004B2954">
      <w:pPr>
        <w:spacing w:after="20"/>
        <w:ind w:left="216"/>
        <w:rPr>
          <w:rFonts w:cs="Times New Roman"/>
          <w:sz w:val="20"/>
          <w:szCs w:val="20"/>
        </w:rPr>
      </w:pPr>
      <w:r w:rsidRPr="00BB79B8">
        <w:rPr>
          <w:rFonts w:cs="Times New Roman"/>
          <w:sz w:val="20"/>
          <w:szCs w:val="20"/>
        </w:rPr>
        <w:t>Gold Standard Test; Echocardiogram (looks for pericardial effusion or thickening). Cardiac MRI (CMR) is best for confirmation.; Cardiac MRI (CMR) (shows inflammation and edema in the myocardium). Endomyocardial biopsy is rarely done.</w:t>
      </w:r>
    </w:p>
    <w:p w14:paraId="240B6759"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Risk; Cardiac tamponade (fluid compresses the heart) or constrictive pericarditis (pericardium stiffens like a shell).; Dilated cardiomyopathy (heart becomes weak, enlarged, and pumps poorly), leading to chronic heart failure or sudden death from arrhythmias.</w:t>
      </w:r>
    </w:p>
    <w:p w14:paraId="64888358"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Treatment; High-dose NSAIDs (e.g., ibuprofen) or colchicine. Steroids only if refractory.; Supportive care (rest, heart failure meds like beta-blockers/ACEi, diuretics). Avoid NSAIDs and steroids in acute viral phase.</w:t>
      </w:r>
    </w:p>
    <w:p w14:paraId="6423A1C8"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 to Activity; No strenuous exercise until symptoms resolve and markers normalize (usually ~1-3 months).; Strict no competitive sports for 3-6 months; requires normal cardiac function and Holter monitor before clearance.</w:t>
      </w:r>
    </w:p>
    <w:p w14:paraId="46025531" w14:textId="77777777" w:rsidR="004B2954" w:rsidRPr="00BB79B8" w:rsidRDefault="004B2954" w:rsidP="004B2954">
      <w:pPr>
        <w:spacing w:after="20"/>
        <w:ind w:left="216"/>
        <w:rPr>
          <w:rFonts w:cs="Times New Roman"/>
          <w:sz w:val="20"/>
          <w:szCs w:val="20"/>
        </w:rPr>
      </w:pPr>
      <w:r w:rsidRPr="00BB79B8">
        <w:rPr>
          <w:rFonts w:cs="Times New Roman"/>
          <w:sz w:val="20"/>
          <w:szCs w:val="20"/>
        </w:rPr>
        <w:t>Why Are They Often Confused?</w:t>
      </w:r>
    </w:p>
    <w:p w14:paraId="628B02FA" w14:textId="77777777" w:rsidR="004B2954" w:rsidRPr="00BB79B8" w:rsidRDefault="004B2954" w:rsidP="004B2954">
      <w:pPr>
        <w:spacing w:after="20"/>
        <w:ind w:left="216"/>
        <w:rPr>
          <w:rFonts w:cs="Times New Roman"/>
          <w:sz w:val="20"/>
          <w:szCs w:val="20"/>
        </w:rPr>
      </w:pPr>
      <w:r w:rsidRPr="00BB79B8">
        <w:rPr>
          <w:rFonts w:cs="Times New Roman"/>
          <w:sz w:val="20"/>
          <w:szCs w:val="20"/>
        </w:rPr>
        <w:t>Same Cause: Both are most often triggered by viral infections (e.g., Coxsackievirus, COVID-19, influenza, parvovirus B19).</w:t>
      </w:r>
    </w:p>
    <w:p w14:paraId="09FE2A48" w14:textId="77777777" w:rsidR="004B2954" w:rsidRPr="00BB79B8" w:rsidRDefault="004B2954" w:rsidP="004B2954">
      <w:pPr>
        <w:spacing w:after="20"/>
        <w:ind w:left="216"/>
        <w:rPr>
          <w:rFonts w:cs="Times New Roman"/>
          <w:sz w:val="20"/>
          <w:szCs w:val="20"/>
        </w:rPr>
      </w:pPr>
      <w:r w:rsidRPr="00BB79B8">
        <w:rPr>
          <w:rFonts w:cs="Times New Roman"/>
          <w:sz w:val="20"/>
          <w:szCs w:val="20"/>
        </w:rPr>
        <w:t>Overlap (Myopericarditis): In up to 15% of cases, the inflammation affects both layers simultaneously. A patient can have the sharp, positional pain of pericarditis plus the elevated troponin and weak heart function of myocarditis.</w:t>
      </w:r>
    </w:p>
    <w:p w14:paraId="76A8D07D" w14:textId="77777777" w:rsidR="004B2954" w:rsidRPr="00BB79B8" w:rsidRDefault="004B2954" w:rsidP="004B2954">
      <w:pPr>
        <w:spacing w:after="20"/>
        <w:ind w:left="216"/>
        <w:rPr>
          <w:rFonts w:cs="Times New Roman"/>
          <w:sz w:val="20"/>
          <w:szCs w:val="20"/>
        </w:rPr>
      </w:pPr>
      <w:r w:rsidRPr="00BB79B8">
        <w:rPr>
          <w:rFonts w:cs="Times New Roman"/>
          <w:sz w:val="20"/>
          <w:szCs w:val="20"/>
        </w:rPr>
        <w:t>Shared Symptoms: Both can cause fever, chest discomfort, fatigue, and shortness of breath.</w:t>
      </w:r>
    </w:p>
    <w:p w14:paraId="45533E6D" w14:textId="77777777" w:rsidR="004B2954" w:rsidRPr="00BB79B8" w:rsidRDefault="004B2954" w:rsidP="004B2954">
      <w:pPr>
        <w:spacing w:after="20"/>
        <w:ind w:left="216"/>
        <w:rPr>
          <w:rFonts w:cs="Times New Roman"/>
          <w:sz w:val="20"/>
          <w:szCs w:val="20"/>
        </w:rPr>
      </w:pPr>
      <w:r w:rsidRPr="00BB79B8">
        <w:rPr>
          <w:rFonts w:cs="Times New Roman"/>
          <w:sz w:val="20"/>
          <w:szCs w:val="20"/>
        </w:rPr>
        <w:t>A Simple Analogy</w:t>
      </w:r>
    </w:p>
    <w:p w14:paraId="258EAE8C"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is like a raw, irritated skin rash on the outside of a water balloon. The balloon (heart) can still pump fine, but the rubbing of the sac causes sharp pain.</w:t>
      </w:r>
    </w:p>
    <w:p w14:paraId="6DCAE741"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like inflammation causing weakness in the rubber wall of the balloon itself. The balloon struggles to contract, becomes floppy, and may stretch out permanently.</w:t>
      </w:r>
    </w:p>
    <w:p w14:paraId="1C16A3DF"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Important Clinical Distinction</w:t>
      </w:r>
    </w:p>
    <w:p w14:paraId="2B997436" w14:textId="77777777" w:rsidR="004B2954" w:rsidRPr="00BB79B8" w:rsidRDefault="004B2954" w:rsidP="004B2954">
      <w:pPr>
        <w:spacing w:after="20"/>
        <w:ind w:left="216"/>
        <w:rPr>
          <w:rFonts w:cs="Times New Roman"/>
          <w:sz w:val="20"/>
          <w:szCs w:val="20"/>
        </w:rPr>
      </w:pPr>
      <w:r w:rsidRPr="00BB79B8">
        <w:rPr>
          <w:rFonts w:cs="Times New Roman"/>
          <w:sz w:val="20"/>
          <w:szCs w:val="20"/>
        </w:rPr>
        <w:t>If a patient's chest pain gets worse when they lie flat and better when they sit up and lean forward, think PERICARDITIS.</w:t>
      </w:r>
    </w:p>
    <w:p w14:paraId="390BF90F" w14:textId="77777777" w:rsidR="004B2954" w:rsidRPr="00BB79B8" w:rsidRDefault="004B2954" w:rsidP="004B2954">
      <w:pPr>
        <w:spacing w:after="20"/>
        <w:ind w:left="216"/>
        <w:rPr>
          <w:rFonts w:cs="Times New Roman"/>
          <w:sz w:val="20"/>
          <w:szCs w:val="20"/>
        </w:rPr>
      </w:pPr>
      <w:r w:rsidRPr="00BB79B8">
        <w:rPr>
          <w:rFonts w:cs="Times New Roman"/>
          <w:sz w:val="20"/>
          <w:szCs w:val="20"/>
        </w:rPr>
        <w:t>If a patient presents with "new heart failure" (short of breath, swollen legs, can't walk up stairs) without a prior heart attack, think MYOCARDITIS.</w:t>
      </w:r>
    </w:p>
    <w:p w14:paraId="1B5E8C3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Pericarditis is an inflammatory irritation of the heart's lining to risk is fluid around the heart. Myocarditis is inflammatory injury to the heart muscle itself to risk is a weak, failing pump.</w:t>
      </w:r>
    </w:p>
    <w:p w14:paraId="1535022E" w14:textId="77777777" w:rsidR="004B2954" w:rsidRPr="00BB79B8" w:rsidRDefault="004B2954" w:rsidP="004B2954">
      <w:pPr>
        <w:spacing w:after="0"/>
        <w:rPr>
          <w:rFonts w:cs="Times New Roman"/>
          <w:sz w:val="20"/>
          <w:szCs w:val="20"/>
        </w:rPr>
      </w:pPr>
    </w:p>
    <w:p w14:paraId="2DA1520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0D50D5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86EB0C8" w14:textId="77777777" w:rsidR="004B2954" w:rsidRPr="00BB79B8" w:rsidRDefault="004B2954" w:rsidP="004B2954">
      <w:pPr>
        <w:spacing w:after="20"/>
        <w:ind w:left="216"/>
        <w:rPr>
          <w:rFonts w:cs="Times New Roman"/>
          <w:sz w:val="20"/>
          <w:szCs w:val="20"/>
        </w:rPr>
      </w:pPr>
      <w:r w:rsidRPr="00BB79B8">
        <w:rPr>
          <w:rFonts w:cs="Times New Roman"/>
          <w:sz w:val="20"/>
          <w:szCs w:val="20"/>
        </w:rPr>
        <w:t>Difference between Myocarditis and Pericarditis</w:t>
      </w:r>
    </w:p>
    <w:p w14:paraId="3980B622" w14:textId="77777777" w:rsidR="004B2954" w:rsidRPr="00BB79B8" w:rsidRDefault="004B2954" w:rsidP="004B2954">
      <w:pPr>
        <w:spacing w:after="20"/>
        <w:ind w:left="216"/>
        <w:rPr>
          <w:rFonts w:cs="Times New Roman"/>
          <w:sz w:val="20"/>
          <w:szCs w:val="20"/>
        </w:rPr>
      </w:pPr>
      <w:r w:rsidRPr="00BB79B8">
        <w:rPr>
          <w:rFonts w:cs="Times New Roman"/>
          <w:sz w:val="20"/>
          <w:szCs w:val="20"/>
        </w:rPr>
        <w:t>1. Affected tissue</w:t>
      </w:r>
    </w:p>
    <w:p w14:paraId="19D80926"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Inflammation of the myocardium (heart muscle layer).</w:t>
      </w:r>
    </w:p>
    <w:p w14:paraId="0FE3C5A2"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Inflammation of the pericardium (thin outer sac surrounding the heart).</w:t>
      </w:r>
    </w:p>
    <w:p w14:paraId="30218EA0" w14:textId="77777777" w:rsidR="004B2954" w:rsidRPr="00BB79B8" w:rsidRDefault="004B2954" w:rsidP="004B2954">
      <w:pPr>
        <w:spacing w:after="20"/>
        <w:ind w:left="216"/>
        <w:rPr>
          <w:rFonts w:cs="Times New Roman"/>
          <w:sz w:val="20"/>
          <w:szCs w:val="20"/>
        </w:rPr>
      </w:pPr>
      <w:r w:rsidRPr="00BB79B8">
        <w:rPr>
          <w:rFonts w:cs="Times New Roman"/>
          <w:sz w:val="20"/>
          <w:szCs w:val="20"/>
        </w:rPr>
        <w:t>2. Common causes</w:t>
      </w:r>
    </w:p>
    <w:p w14:paraId="1269618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Mostly viral infections (e.g., COVID-19, Coxsackievirus), bacterial infection, autoimmune disease, drug reaction.</w:t>
      </w:r>
    </w:p>
    <w:p w14:paraId="6FCE2903"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Viral infection, idiopathic causes, bacterial infection, post-injury/post-surgery, autoimmune disorders.</w:t>
      </w:r>
    </w:p>
    <w:p w14:paraId="53085D29" w14:textId="77777777" w:rsidR="004B2954" w:rsidRPr="00BB79B8" w:rsidRDefault="004B2954" w:rsidP="004B2954">
      <w:pPr>
        <w:spacing w:after="20"/>
        <w:ind w:left="216"/>
        <w:rPr>
          <w:rFonts w:cs="Times New Roman"/>
          <w:sz w:val="20"/>
          <w:szCs w:val="20"/>
        </w:rPr>
      </w:pPr>
      <w:r w:rsidRPr="00BB79B8">
        <w:rPr>
          <w:rFonts w:cs="Times New Roman"/>
          <w:sz w:val="20"/>
          <w:szCs w:val="20"/>
        </w:rPr>
        <w:t>3. Typical symptoms</w:t>
      </w:r>
    </w:p>
    <w:p w14:paraId="02EADE84"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Fatigue, chest pain, shortness of breath, palpitations, arrhythmia, even heart failure in severe cases.</w:t>
      </w:r>
    </w:p>
    <w:p w14:paraId="076721A8"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Sharp chest pain (worse when lying down, relieved by sitting forward), fever, dry cough.</w:t>
      </w:r>
    </w:p>
    <w:p w14:paraId="1A82EA40" w14:textId="77777777" w:rsidR="004B2954" w:rsidRPr="00BB79B8" w:rsidRDefault="004B2954" w:rsidP="004B2954">
      <w:pPr>
        <w:spacing w:after="20"/>
        <w:ind w:left="216"/>
        <w:rPr>
          <w:rFonts w:cs="Times New Roman"/>
          <w:sz w:val="20"/>
          <w:szCs w:val="20"/>
        </w:rPr>
      </w:pPr>
      <w:r w:rsidRPr="00BB79B8">
        <w:rPr>
          <w:rFonts w:cs="Times New Roman"/>
          <w:sz w:val="20"/>
          <w:szCs w:val="20"/>
        </w:rPr>
        <w:t>4. Main complications</w:t>
      </w:r>
    </w:p>
    <w:p w14:paraId="2B6156E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Cardiomyopathy, heart failure, life-threatening arrhythmias, sudden cardiac death.</w:t>
      </w:r>
    </w:p>
    <w:p w14:paraId="504FDFAE"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Pericardial effusion, cardiac tamponade, constrictive pericarditis.</w:t>
      </w:r>
    </w:p>
    <w:p w14:paraId="2344ECCB"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5. Key examination findings</w:t>
      </w:r>
    </w:p>
    <w:p w14:paraId="263CE9FC"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Abnormal ECG, elevated cardiac biomarkers (troponin), abnormal cardiac MRI, reduced heart contractility.</w:t>
      </w:r>
    </w:p>
    <w:p w14:paraId="09E931E8"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Typical diffuse ST-segment elevation on ECG, pericardial friction rub heard by stethoscope, pericardial effusion on ultrasound.</w:t>
      </w:r>
    </w:p>
    <w:p w14:paraId="522C3E16" w14:textId="77777777" w:rsidR="004B2954" w:rsidRPr="00BB79B8" w:rsidRDefault="004B2954" w:rsidP="004B2954">
      <w:pPr>
        <w:rPr>
          <w:rFonts w:cs="Times New Roman"/>
          <w:sz w:val="20"/>
          <w:szCs w:val="20"/>
        </w:rPr>
      </w:pPr>
    </w:p>
    <w:p w14:paraId="0656C3AA" w14:textId="77777777" w:rsidR="004B2954" w:rsidRPr="00BB79B8" w:rsidRDefault="004B2954" w:rsidP="004B2954">
      <w:pPr>
        <w:keepNext/>
        <w:rPr>
          <w:rFonts w:cs="Times New Roman"/>
          <w:sz w:val="20"/>
          <w:szCs w:val="20"/>
        </w:rPr>
      </w:pPr>
      <w:r w:rsidRPr="00BB79B8">
        <w:rPr>
          <w:rFonts w:cs="Times New Roman"/>
          <w:b/>
          <w:color w:val="1F4E79"/>
          <w:sz w:val="20"/>
          <w:szCs w:val="20"/>
        </w:rPr>
        <w:t>Q4. What is the difference between myocarditis and myocardial infarction?</w:t>
      </w:r>
    </w:p>
    <w:p w14:paraId="499CF2E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2520415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1779F3D" w14:textId="77777777" w:rsidR="004B2954" w:rsidRPr="00BB79B8" w:rsidRDefault="004B2954" w:rsidP="004B2954">
      <w:pPr>
        <w:spacing w:after="20"/>
        <w:ind w:left="216"/>
        <w:rPr>
          <w:rFonts w:cs="Times New Roman"/>
          <w:sz w:val="20"/>
          <w:szCs w:val="20"/>
        </w:rPr>
      </w:pPr>
      <w:r w:rsidRPr="00BB79B8">
        <w:rPr>
          <w:rFonts w:cs="Times New Roman"/>
          <w:sz w:val="20"/>
          <w:szCs w:val="20"/>
        </w:rPr>
        <w:t>The difference between myocarditis and myocardial infarction (MI) lies in their cause, pathology, and presentation:</w:t>
      </w:r>
    </w:p>
    <w:p w14:paraId="4524D1EF" w14:textId="77777777" w:rsidR="004B2954" w:rsidRPr="00BB79B8" w:rsidRDefault="004B2954" w:rsidP="004B2954">
      <w:pPr>
        <w:spacing w:after="20"/>
        <w:ind w:left="216"/>
        <w:rPr>
          <w:rFonts w:cs="Times New Roman"/>
          <w:sz w:val="20"/>
          <w:szCs w:val="20"/>
        </w:rPr>
      </w:pPr>
      <w:r w:rsidRPr="00BB79B8">
        <w:rPr>
          <w:rFonts w:cs="Times New Roman"/>
          <w:sz w:val="20"/>
          <w:szCs w:val="20"/>
        </w:rPr>
        <w:t>Cause:</w:t>
      </w:r>
    </w:p>
    <w:p w14:paraId="3096917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inflammation of the heart muscle (myocardium), usually caused by viral infections, autoimmune reactions, or toxins.</w:t>
      </w:r>
    </w:p>
    <w:p w14:paraId="1B56912B"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 death of heart muscle tissue due to ischemia, most commonly caused by blockage of a coronary artery from a blood clot (thrombosis) or atherosclerosis.</w:t>
      </w:r>
    </w:p>
    <w:p w14:paraId="630BCE6C" w14:textId="77777777" w:rsidR="004B2954" w:rsidRPr="00BB79B8" w:rsidRDefault="004B2954" w:rsidP="004B2954">
      <w:pPr>
        <w:spacing w:after="20"/>
        <w:ind w:left="216"/>
        <w:rPr>
          <w:rFonts w:cs="Times New Roman"/>
          <w:sz w:val="20"/>
          <w:szCs w:val="20"/>
        </w:rPr>
      </w:pPr>
      <w:r w:rsidRPr="00BB79B8">
        <w:rPr>
          <w:rFonts w:cs="Times New Roman"/>
          <w:sz w:val="20"/>
          <w:szCs w:val="20"/>
        </w:rPr>
        <w:t>Pathology:</w:t>
      </w:r>
    </w:p>
    <w:p w14:paraId="56FB0117"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the heart muscle becomes inflamed and sometimes swollen; heart cells may be damaged but not always permanently.</w:t>
      </w:r>
    </w:p>
    <w:p w14:paraId="7665B2DB" w14:textId="77777777" w:rsidR="004B2954" w:rsidRPr="00BB79B8" w:rsidRDefault="004B2954" w:rsidP="004B2954">
      <w:pPr>
        <w:spacing w:after="20"/>
        <w:ind w:left="216"/>
        <w:rPr>
          <w:rFonts w:cs="Times New Roman"/>
          <w:sz w:val="20"/>
          <w:szCs w:val="20"/>
        </w:rPr>
      </w:pPr>
      <w:r w:rsidRPr="00BB79B8">
        <w:rPr>
          <w:rFonts w:cs="Times New Roman"/>
          <w:sz w:val="20"/>
          <w:szCs w:val="20"/>
        </w:rPr>
        <w:t>MI - the affected heart tissue undergoes necrosis because of lack of oxygen; the damage is permanent if blood flow isn't restored quickly.</w:t>
      </w:r>
    </w:p>
    <w:p w14:paraId="368B8427"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w:t>
      </w:r>
    </w:p>
    <w:p w14:paraId="2159AB1B"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chest pain (often mild or sharp), fatigue, shortness of breath, palpitations, sometimes flu-like symptoms.</w:t>
      </w:r>
    </w:p>
    <w:p w14:paraId="0805E39C" w14:textId="77777777" w:rsidR="004B2954" w:rsidRPr="00BB79B8" w:rsidRDefault="004B2954" w:rsidP="004B2954">
      <w:pPr>
        <w:spacing w:after="20"/>
        <w:ind w:left="216"/>
        <w:rPr>
          <w:rFonts w:cs="Times New Roman"/>
          <w:sz w:val="20"/>
          <w:szCs w:val="20"/>
        </w:rPr>
      </w:pPr>
      <w:r w:rsidRPr="00BB79B8">
        <w:rPr>
          <w:rFonts w:cs="Times New Roman"/>
          <w:sz w:val="20"/>
          <w:szCs w:val="20"/>
        </w:rPr>
        <w:t>MI - sudden, severe pressure-like chest pain, often radiating to the arm, neck, or jaw, associated with sweating, nausea, and shortness of breath.</w:t>
      </w:r>
    </w:p>
    <w:p w14:paraId="64F97F02"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Diagnostic Tests:</w:t>
      </w:r>
    </w:p>
    <w:p w14:paraId="528A576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may show elevated cardiac enzymes, ECG changes, cardiac MRI can detect inflammation; biopsy is definitive but rare.</w:t>
      </w:r>
    </w:p>
    <w:p w14:paraId="2048D96D" w14:textId="77777777" w:rsidR="004B2954" w:rsidRPr="00BB79B8" w:rsidRDefault="004B2954" w:rsidP="004B2954">
      <w:pPr>
        <w:spacing w:after="20"/>
        <w:ind w:left="216"/>
        <w:rPr>
          <w:rFonts w:cs="Times New Roman"/>
          <w:sz w:val="20"/>
          <w:szCs w:val="20"/>
        </w:rPr>
      </w:pPr>
      <w:r w:rsidRPr="00BB79B8">
        <w:rPr>
          <w:rFonts w:cs="Times New Roman"/>
          <w:sz w:val="20"/>
          <w:szCs w:val="20"/>
        </w:rPr>
        <w:t>MI - elevated cardiac enzymes (troponin), ECG shows characteristic changes (ST elevation/depression), imaging shows blocked arteries.</w:t>
      </w:r>
    </w:p>
    <w:p w14:paraId="25C9E27F"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w:t>
      </w:r>
    </w:p>
    <w:p w14:paraId="4D02E8F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mainly supportive; treat the underlying cause (e.g., infection, inflammation), sometimes medications for heart failure or arrhythmia.</w:t>
      </w:r>
    </w:p>
    <w:p w14:paraId="03AF5858" w14:textId="77777777" w:rsidR="004B2954" w:rsidRPr="00BB79B8" w:rsidRDefault="004B2954" w:rsidP="004B2954">
      <w:pPr>
        <w:spacing w:after="20"/>
        <w:ind w:left="216"/>
        <w:rPr>
          <w:rFonts w:cs="Times New Roman"/>
          <w:sz w:val="20"/>
          <w:szCs w:val="20"/>
        </w:rPr>
      </w:pPr>
      <w:r w:rsidRPr="00BB79B8">
        <w:rPr>
          <w:rFonts w:cs="Times New Roman"/>
          <w:sz w:val="20"/>
          <w:szCs w:val="20"/>
        </w:rPr>
        <w:t>MI - urgent restoration of blood flow (angioplasty, thrombolysis), medications to prevent further clots, long-term heart-protective therapy.</w:t>
      </w:r>
    </w:p>
    <w:p w14:paraId="78DCE5EE"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4D6DE3FB"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inflammation of the heart muscle (often infectious/immune).</w:t>
      </w:r>
    </w:p>
    <w:p w14:paraId="0BCFEC3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 heart attack from blocked blood flow causing tissue death.</w:t>
      </w:r>
    </w:p>
    <w:p w14:paraId="42A630F5" w14:textId="77777777" w:rsidR="004B2954" w:rsidRPr="00BB79B8" w:rsidRDefault="004B2954" w:rsidP="004B2954">
      <w:pPr>
        <w:spacing w:after="0"/>
        <w:rPr>
          <w:rFonts w:cs="Times New Roman"/>
          <w:sz w:val="20"/>
          <w:szCs w:val="20"/>
        </w:rPr>
      </w:pPr>
    </w:p>
    <w:p w14:paraId="7CB0F03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AFC0CD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285DABE"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both conditions involve the heart muscle (myocardium) and can present with similar symptoms like chest pain, they have fundamentally different causes and underlying mechanisms.</w:t>
      </w:r>
    </w:p>
    <w:p w14:paraId="042572CF" w14:textId="77777777" w:rsidR="004B2954" w:rsidRPr="00BB79B8" w:rsidRDefault="004B2954" w:rsidP="004B2954">
      <w:pPr>
        <w:spacing w:after="20"/>
        <w:ind w:left="216"/>
        <w:rPr>
          <w:rFonts w:cs="Times New Roman"/>
          <w:sz w:val="20"/>
          <w:szCs w:val="20"/>
        </w:rPr>
      </w:pPr>
      <w:r w:rsidRPr="00BB79B8">
        <w:rPr>
          <w:rFonts w:cs="Times New Roman"/>
          <w:sz w:val="20"/>
          <w:szCs w:val="20"/>
        </w:rPr>
        <w:t>1. The Core Difference</w:t>
      </w:r>
    </w:p>
    <w:p w14:paraId="2BB2232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inflammation of the heart muscle. It is usually caused by an immune response to an external trigger, such as a virus.</w:t>
      </w:r>
    </w:p>
    <w:p w14:paraId="6BFA57BE"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(MI), commonly known as a heart attack, is tissue death caused by a lack of blood supply. It is typically a plumbing issue where an artery is blocked.</w:t>
      </w:r>
    </w:p>
    <w:p w14:paraId="7E04FB0C" w14:textId="77777777" w:rsidR="004B2954" w:rsidRPr="00BB79B8" w:rsidRDefault="004B2954" w:rsidP="004B2954">
      <w:pPr>
        <w:spacing w:after="20"/>
        <w:ind w:left="216"/>
        <w:rPr>
          <w:rFonts w:cs="Times New Roman"/>
          <w:sz w:val="20"/>
          <w:szCs w:val="20"/>
        </w:rPr>
      </w:pPr>
      <w:r w:rsidRPr="00BB79B8">
        <w:rPr>
          <w:rFonts w:cs="Times New Roman"/>
          <w:sz w:val="20"/>
          <w:szCs w:val="20"/>
        </w:rPr>
        <w:t>2. Comparison Table</w:t>
      </w:r>
    </w:p>
    <w:p w14:paraId="201FF246"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Myocarditis; Myocardial Infarction (Heart Attack)</w:t>
      </w:r>
    </w:p>
    <w:p w14:paraId="049E251A"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Cause; Viral, bacterial, or fungal infections; autoimmune reactions; or drug reactions.; Rupture of plaque in a coronary artery, leading to a blood clot that blocks blood flow.</w:t>
      </w:r>
    </w:p>
    <w:p w14:paraId="4201F65D"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 The immune system attacks the heart muscle cells, causing swelling and damage.; The heart muscle is "starved" of oxygen due to a blocked "pipe" (artery).</w:t>
      </w:r>
    </w:p>
    <w:p w14:paraId="60553629"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Patient; Can affect young, healthy individuals with few cardiovascular risk factors.; Usually associated with risk factors like high blood pressure, high cholesterol, smoking, and age.</w:t>
      </w:r>
    </w:p>
    <w:p w14:paraId="400B9DB5"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Onset Context; Often preceded by flu-like symptoms (fever, fatigue, or respiratory issues).; Often triggered by physical exertion or stress, but can occur at rest.</w:t>
      </w:r>
    </w:p>
    <w:p w14:paraId="18AE084A"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ECG changes (often diffuse), elevated troponin, and Cardiac MRI (gold standard for tissue characterization).; ECG changes (specific leads), elevated troponin, and Coronary Angiogram (to locate the blockage).</w:t>
      </w:r>
    </w:p>
    <w:p w14:paraId="6780C90F" w14:textId="77777777" w:rsidR="004B2954" w:rsidRPr="00BB79B8" w:rsidRDefault="004B2954" w:rsidP="004B2954">
      <w:pPr>
        <w:spacing w:after="20"/>
        <w:ind w:left="216"/>
        <w:rPr>
          <w:rFonts w:cs="Times New Roman"/>
          <w:sz w:val="20"/>
          <w:szCs w:val="20"/>
        </w:rPr>
      </w:pPr>
      <w:r w:rsidRPr="00BB79B8">
        <w:rPr>
          <w:rFonts w:cs="Times New Roman"/>
          <w:sz w:val="20"/>
          <w:szCs w:val="20"/>
        </w:rPr>
        <w:t>3. Key Clinical Markers</w:t>
      </w:r>
    </w:p>
    <w:p w14:paraId="52AE3DE8" w14:textId="77777777" w:rsidR="004B2954" w:rsidRPr="00BB79B8" w:rsidRDefault="004B2954" w:rsidP="004B2954">
      <w:pPr>
        <w:spacing w:after="20"/>
        <w:ind w:left="216"/>
        <w:rPr>
          <w:rFonts w:cs="Times New Roman"/>
          <w:sz w:val="20"/>
          <w:szCs w:val="20"/>
        </w:rPr>
      </w:pPr>
      <w:r w:rsidRPr="00BB79B8">
        <w:rPr>
          <w:rFonts w:cs="Times New Roman"/>
          <w:sz w:val="20"/>
          <w:szCs w:val="20"/>
        </w:rPr>
        <w:t>ECG Findings: In a heart attack, the ECG usually shows changes in specific leads corresponding to the blocked artery (e.g., ST-elevation in the anterior leads). In myocarditis, the ST-segment changes are often more widespread or "diffuse" across the entire heart.</w:t>
      </w:r>
    </w:p>
    <w:p w14:paraId="0189D7FC"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w:t>
      </w:r>
    </w:p>
    <w:p w14:paraId="202F84D6" w14:textId="77777777" w:rsidR="004B2954" w:rsidRPr="00BB79B8" w:rsidRDefault="004B2954" w:rsidP="004B2954">
      <w:pPr>
        <w:spacing w:after="20"/>
        <w:ind w:left="216"/>
        <w:rPr>
          <w:rFonts w:cs="Times New Roman"/>
          <w:sz w:val="20"/>
          <w:szCs w:val="20"/>
        </w:rPr>
      </w:pPr>
      <w:r w:rsidRPr="00BB79B8">
        <w:rPr>
          <w:rFonts w:cs="Times New Roman"/>
          <w:sz w:val="20"/>
          <w:szCs w:val="20"/>
        </w:rPr>
        <w:t>MI: Requires immediate restoration of blood flow via medication (thrombolytics) or a procedure (stenting/angioplasty).</w:t>
      </w:r>
    </w:p>
    <w:p w14:paraId="5A07D89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Focuses on reducing inflammation, managing symptoms, and supporting heart function while the muscle heals.</w:t>
      </w:r>
    </w:p>
    <w:p w14:paraId="7A0DE054" w14:textId="77777777" w:rsidR="004B2954" w:rsidRPr="00BB79B8" w:rsidRDefault="004B2954" w:rsidP="004B2954">
      <w:pPr>
        <w:spacing w:after="20"/>
        <w:ind w:left="216"/>
        <w:rPr>
          <w:rFonts w:cs="Times New Roman"/>
          <w:sz w:val="20"/>
          <w:szCs w:val="20"/>
        </w:rPr>
      </w:pPr>
      <w:r w:rsidRPr="00BB79B8">
        <w:rPr>
          <w:rFonts w:cs="Times New Roman"/>
          <w:sz w:val="20"/>
          <w:szCs w:val="20"/>
        </w:rPr>
        <w:t>4. Overlap</w:t>
      </w:r>
    </w:p>
    <w:p w14:paraId="0163DE38" w14:textId="77777777" w:rsidR="004B2954" w:rsidRPr="00BB79B8" w:rsidRDefault="004B2954" w:rsidP="004B2954">
      <w:pPr>
        <w:spacing w:after="20"/>
        <w:ind w:left="216"/>
        <w:rPr>
          <w:rFonts w:cs="Times New Roman"/>
          <w:sz w:val="20"/>
          <w:szCs w:val="20"/>
        </w:rPr>
      </w:pPr>
      <w:r w:rsidRPr="00BB79B8">
        <w:rPr>
          <w:rFonts w:cs="Times New Roman"/>
          <w:sz w:val="20"/>
          <w:szCs w:val="20"/>
        </w:rPr>
        <w:t>The two can be difficult to distinguish initially because both cause an elevation in Troponin (a protein released when heart cells are damaged). In cases where the arteries are clear but the patient has heart attack symptoms, doctors often look toward myocarditis or other conditions like Takotsubo cardiomyopathy as the culprit.</w:t>
      </w:r>
    </w:p>
    <w:p w14:paraId="6F50CCCD" w14:textId="77777777" w:rsidR="004B2954" w:rsidRPr="00BB79B8" w:rsidRDefault="004B2954" w:rsidP="004B2954">
      <w:pPr>
        <w:spacing w:after="0"/>
        <w:rPr>
          <w:rFonts w:cs="Times New Roman"/>
          <w:sz w:val="20"/>
          <w:szCs w:val="20"/>
        </w:rPr>
      </w:pPr>
    </w:p>
    <w:p w14:paraId="09CDD91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390E666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87C5556" w14:textId="77777777" w:rsidR="004B2954" w:rsidRPr="00BB79B8" w:rsidRDefault="004B2954" w:rsidP="004B2954">
      <w:pPr>
        <w:spacing w:after="20"/>
        <w:ind w:left="216"/>
        <w:rPr>
          <w:rFonts w:cs="Times New Roman"/>
          <w:sz w:val="20"/>
          <w:szCs w:val="20"/>
        </w:rPr>
      </w:pPr>
      <w:r w:rsidRPr="00BB79B8">
        <w:rPr>
          <w:rFonts w:cs="Times New Roman"/>
          <w:sz w:val="20"/>
          <w:szCs w:val="20"/>
        </w:rPr>
        <w:t>The key difference is that myocarditis is inflammation of the heart muscle, while myocardial infarction is death of heart muscle due to blocked blood flow. They can look similar clinically, but their causes, mechanisms, and treatments are fundamentally different.</w:t>
      </w:r>
    </w:p>
    <w:p w14:paraId="54E2BA1A" w14:textId="77777777" w:rsidR="004B2954" w:rsidRPr="00BB79B8" w:rsidRDefault="004B2954" w:rsidP="004B2954">
      <w:pPr>
        <w:spacing w:after="20"/>
        <w:ind w:left="216"/>
        <w:rPr>
          <w:rFonts w:cs="Times New Roman"/>
          <w:sz w:val="20"/>
          <w:szCs w:val="20"/>
        </w:rPr>
      </w:pPr>
      <w:r w:rsidRPr="00BB79B8">
        <w:rPr>
          <w:rFonts w:cs="Times New Roman"/>
          <w:sz w:val="20"/>
          <w:szCs w:val="20"/>
        </w:rPr>
        <w:t>Core Difference (One-sentence answer)</w:t>
      </w:r>
    </w:p>
    <w:p w14:paraId="190A6D03"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 heart muscle inflamed (usually from infection or immune reaction). Myocardial infarction (heart attack) = heart muscle dying because a coronary artery is blocked.</w:t>
      </w:r>
    </w:p>
    <w:p w14:paraId="4004BF57" w14:textId="77777777" w:rsidR="004B2954" w:rsidRPr="00BB79B8" w:rsidRDefault="004B2954" w:rsidP="004B2954">
      <w:pPr>
        <w:spacing w:after="20"/>
        <w:ind w:left="216"/>
        <w:rPr>
          <w:rFonts w:cs="Times New Roman"/>
          <w:sz w:val="20"/>
          <w:szCs w:val="20"/>
        </w:rPr>
      </w:pPr>
      <w:r w:rsidRPr="00BB79B8">
        <w:rPr>
          <w:rFonts w:cs="Times New Roman"/>
          <w:sz w:val="20"/>
          <w:szCs w:val="20"/>
        </w:rPr>
        <w:t>Side-by-side comparison</w:t>
      </w:r>
    </w:p>
    <w:p w14:paraId="112D4FBD"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Myocarditis; Myocardial infarction</w:t>
      </w:r>
    </w:p>
    <w:p w14:paraId="1258C50D" w14:textId="77777777" w:rsidR="004B2954" w:rsidRPr="00BB79B8" w:rsidRDefault="004B2954" w:rsidP="004B2954">
      <w:pPr>
        <w:spacing w:after="20"/>
        <w:ind w:left="216"/>
        <w:rPr>
          <w:rFonts w:cs="Times New Roman"/>
          <w:sz w:val="20"/>
          <w:szCs w:val="20"/>
        </w:rPr>
      </w:pPr>
      <w:r w:rsidRPr="00BB79B8">
        <w:rPr>
          <w:rFonts w:cs="Times New Roman"/>
          <w:sz w:val="20"/>
          <w:szCs w:val="20"/>
        </w:rPr>
        <w:t>What it is; Inflammation of the myocardium; Death of myocardium from lack of blood flow</w:t>
      </w:r>
    </w:p>
    <w:p w14:paraId="728C50D2"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cause; Viral infections, autoimmune disease, toxins, drugs; Coronary artery blockage from plaque rupture + clot</w:t>
      </w:r>
    </w:p>
    <w:p w14:paraId="0C0584F9"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 Immune cells attack heart muscle to swelling, dysfunction; Blocked coronary artery to oxygen deprivation to tissue death</w:t>
      </w:r>
    </w:p>
    <w:p w14:paraId="4ACB0186"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symptoms; Chest pain, fatigue, arrhythmias, shortness of breath; may mimic a heart attack; Crushing chest pain, radiating pain, sweating, nausea, shortness of breath</w:t>
      </w:r>
    </w:p>
    <w:p w14:paraId="69064CF1"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 Recent viral illness, autoimmune disease, certain drugs, toxins; High cholesterol, hypertension, diabetes, smoking, age, family history</w:t>
      </w:r>
    </w:p>
    <w:p w14:paraId="31C29C88"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ECG, troponin, cardiac MRI, biopsy (sometimes); ECG (STEMI/NSTEMI), troponin, angiography</w:t>
      </w:r>
    </w:p>
    <w:p w14:paraId="11FBE53A"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Supportive care, treat infection/inflammation, avoid exercise; severe cases need immunosuppression or heart failure therapy; Emergency reperfusion (PCI/stent), thrombolytics, aspirin, beta-blockers, statins</w:t>
      </w:r>
    </w:p>
    <w:p w14:paraId="0795910E" w14:textId="77777777" w:rsidR="004B2954" w:rsidRPr="00BB79B8" w:rsidRDefault="004B2954" w:rsidP="004B2954">
      <w:pPr>
        <w:spacing w:after="20"/>
        <w:ind w:left="216"/>
        <w:rPr>
          <w:rFonts w:cs="Times New Roman"/>
          <w:sz w:val="20"/>
          <w:szCs w:val="20"/>
        </w:rPr>
      </w:pPr>
      <w:r w:rsidRPr="00BB79B8">
        <w:rPr>
          <w:rFonts w:cs="Times New Roman"/>
          <w:sz w:val="20"/>
          <w:szCs w:val="20"/>
        </w:rPr>
        <w:t>Prognosis; Often recovers; severe cases can cause heart failure or arrhythmias; Depends on speed of treatment; delays cause permanent damage or death</w:t>
      </w:r>
    </w:p>
    <w:p w14:paraId="0FEA754B"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they're often confused</w:t>
      </w:r>
    </w:p>
    <w:p w14:paraId="30A2825B" w14:textId="77777777" w:rsidR="004B2954" w:rsidRPr="00BB79B8" w:rsidRDefault="004B2954" w:rsidP="004B2954">
      <w:pPr>
        <w:spacing w:after="20"/>
        <w:ind w:left="216"/>
        <w:rPr>
          <w:rFonts w:cs="Times New Roman"/>
          <w:sz w:val="20"/>
          <w:szCs w:val="20"/>
        </w:rPr>
      </w:pPr>
      <w:r w:rsidRPr="00BB79B8">
        <w:rPr>
          <w:rFonts w:cs="Times New Roman"/>
          <w:sz w:val="20"/>
          <w:szCs w:val="20"/>
        </w:rPr>
        <w:t>Both can cause:</w:t>
      </w:r>
    </w:p>
    <w:p w14:paraId="656FBB2B"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0A6C3FDC" w14:textId="77777777" w:rsidR="004B2954" w:rsidRPr="00BB79B8" w:rsidRDefault="004B2954" w:rsidP="004B2954">
      <w:pPr>
        <w:spacing w:after="20"/>
        <w:ind w:left="216"/>
        <w:rPr>
          <w:rFonts w:cs="Times New Roman"/>
          <w:sz w:val="20"/>
          <w:szCs w:val="20"/>
        </w:rPr>
      </w:pPr>
      <w:r w:rsidRPr="00BB79B8">
        <w:rPr>
          <w:rFonts w:cs="Times New Roman"/>
          <w:sz w:val="20"/>
          <w:szCs w:val="20"/>
        </w:rPr>
        <w:t>Elevated troponin</w:t>
      </w:r>
    </w:p>
    <w:p w14:paraId="75DA8939" w14:textId="77777777" w:rsidR="004B2954" w:rsidRPr="00BB79B8" w:rsidRDefault="004B2954" w:rsidP="004B2954">
      <w:pPr>
        <w:spacing w:after="20"/>
        <w:ind w:left="216"/>
        <w:rPr>
          <w:rFonts w:cs="Times New Roman"/>
          <w:sz w:val="20"/>
          <w:szCs w:val="20"/>
        </w:rPr>
      </w:pPr>
      <w:r w:rsidRPr="00BB79B8">
        <w:rPr>
          <w:rFonts w:cs="Times New Roman"/>
          <w:sz w:val="20"/>
          <w:szCs w:val="20"/>
        </w:rPr>
        <w:t>ECG changes</w:t>
      </w:r>
    </w:p>
    <w:p w14:paraId="5BCF59A6" w14:textId="77777777" w:rsidR="004B2954" w:rsidRPr="00BB79B8" w:rsidRDefault="004B2954" w:rsidP="004B2954">
      <w:pPr>
        <w:spacing w:after="20"/>
        <w:ind w:left="216"/>
        <w:rPr>
          <w:rFonts w:cs="Times New Roman"/>
          <w:sz w:val="20"/>
          <w:szCs w:val="20"/>
        </w:rPr>
      </w:pPr>
      <w:r w:rsidRPr="00BB79B8">
        <w:rPr>
          <w:rFonts w:cs="Times New Roman"/>
          <w:sz w:val="20"/>
          <w:szCs w:val="20"/>
        </w:rPr>
        <w:t>But the underlying problem is completely different, so treatment must match the cause. Giving clot-busting drugs to someone with myocarditis, for example, would not help.</w:t>
      </w:r>
    </w:p>
    <w:p w14:paraId="3CAF1E94" w14:textId="77777777" w:rsidR="004B2954" w:rsidRPr="00BB79B8" w:rsidRDefault="004B2954" w:rsidP="004B2954">
      <w:pPr>
        <w:spacing w:after="0"/>
        <w:rPr>
          <w:rFonts w:cs="Times New Roman"/>
          <w:sz w:val="20"/>
          <w:szCs w:val="20"/>
        </w:rPr>
      </w:pPr>
    </w:p>
    <w:p w14:paraId="2534F57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BB9F76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854F918"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question, as the two conditions can sometimes present with similar symptoms (like chest pain), but they are fundamentally different in their cause, mechanism, and treatment.</w:t>
      </w:r>
    </w:p>
    <w:p w14:paraId="5EE4DD11"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a breakdown of the key differences between myocarditis (inflammation of the heart muscle) and myocardial infarction (heart attack).</w:t>
      </w:r>
    </w:p>
    <w:p w14:paraId="0D01BCBB" w14:textId="77777777" w:rsidR="004B2954" w:rsidRPr="00BB79B8" w:rsidRDefault="004B2954" w:rsidP="004B2954">
      <w:pPr>
        <w:spacing w:after="20"/>
        <w:ind w:left="216"/>
        <w:rPr>
          <w:rFonts w:cs="Times New Roman"/>
          <w:sz w:val="20"/>
          <w:szCs w:val="20"/>
        </w:rPr>
      </w:pPr>
      <w:r w:rsidRPr="00BB79B8">
        <w:rPr>
          <w:rFonts w:cs="Times New Roman"/>
          <w:sz w:val="20"/>
          <w:szCs w:val="20"/>
        </w:rPr>
        <w:t>The Core Difference in 30 Seconds</w:t>
      </w:r>
    </w:p>
    <w:p w14:paraId="16B2067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Myocardial Infarction (MI/Heart Attack): A plumbing problem. A blockage in a coronary artery stops blood flow, causing a section of heart muscle to die from lack of oxygen.</w:t>
      </w:r>
    </w:p>
    <w:p w14:paraId="46AE9D01"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An electrical/inflammatory problem. The heart muscle itself becomes inflamed, often due to a virus or immune response, which weakens its ability to pump and can disrupt electrical signals.</w:t>
      </w:r>
    </w:p>
    <w:p w14:paraId="33CA1BC9" w14:textId="77777777" w:rsidR="004B2954" w:rsidRPr="00BB79B8" w:rsidRDefault="004B2954" w:rsidP="004B2954">
      <w:pPr>
        <w:spacing w:after="20"/>
        <w:ind w:left="216"/>
        <w:rPr>
          <w:rFonts w:cs="Times New Roman"/>
          <w:sz w:val="20"/>
          <w:szCs w:val="20"/>
        </w:rPr>
      </w:pPr>
      <w:r w:rsidRPr="00BB79B8">
        <w:rPr>
          <w:rFonts w:cs="Times New Roman"/>
          <w:sz w:val="20"/>
          <w:szCs w:val="20"/>
        </w:rPr>
        <w:t>Detailed Comparison Table</w:t>
      </w:r>
    </w:p>
    <w:p w14:paraId="6B98C17D"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Myocarditis; Myocardial Infarction (Heart Attack)</w:t>
      </w:r>
    </w:p>
    <w:p w14:paraId="5E43BF96" w14:textId="77777777" w:rsidR="004B2954" w:rsidRPr="00BB79B8" w:rsidRDefault="004B2954" w:rsidP="004B2954">
      <w:pPr>
        <w:spacing w:after="20"/>
        <w:ind w:left="216"/>
        <w:rPr>
          <w:rFonts w:cs="Times New Roman"/>
          <w:sz w:val="20"/>
          <w:szCs w:val="20"/>
        </w:rPr>
      </w:pPr>
      <w:r w:rsidRPr="00BB79B8">
        <w:rPr>
          <w:rFonts w:cs="Times New Roman"/>
          <w:sz w:val="20"/>
          <w:szCs w:val="20"/>
        </w:rPr>
        <w:t>What it is; Inflammation of the heart muscle (myocardium).; Death of heart muscle tissue due to prolonged lack of oxygen.</w:t>
      </w:r>
    </w:p>
    <w:p w14:paraId="6819BBFA"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Cause; Viral infection (e.g., COVID-19, Coxsackie B, flu), bacterial infection, autoimmune disease, or reaction to a drug/vaccine.; Atherosclerosis (plaque buildup) leading to a blood clot that blocks a coronary artery.</w:t>
      </w:r>
    </w:p>
    <w:p w14:paraId="3E4D4188"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 Immune cells attack the heart muscle directly or via an overactive immune response.; Oxygen supply is cut off (ischemia), leading to cell death (necrosis).</w:t>
      </w:r>
    </w:p>
    <w:p w14:paraId="34D7E4D6"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Patient; Can affect all ages, including young, healthy individuals and children.; More common in older adults with risk factors (high cholesterol, smoking, diabetes, high blood pressure).</w:t>
      </w:r>
    </w:p>
    <w:p w14:paraId="5972A4D5"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Symptom; Chest pain, but often accompanied by fatigue, shortness of breath, fever, and flu-like symptoms.; Crushing chest pain (often radiating to left arm/jaw), shortness of breath, nausea, cold sweat.</w:t>
      </w:r>
    </w:p>
    <w:p w14:paraId="1E2A56F9" w14:textId="77777777" w:rsidR="004B2954" w:rsidRPr="00BB79B8" w:rsidRDefault="004B2954" w:rsidP="004B2954">
      <w:pPr>
        <w:spacing w:after="20"/>
        <w:ind w:left="216"/>
        <w:rPr>
          <w:rFonts w:cs="Times New Roman"/>
          <w:sz w:val="20"/>
          <w:szCs w:val="20"/>
        </w:rPr>
      </w:pPr>
      <w:r w:rsidRPr="00BB79B8">
        <w:rPr>
          <w:rFonts w:cs="Times New Roman"/>
          <w:sz w:val="20"/>
          <w:szCs w:val="20"/>
        </w:rPr>
        <w:t>Key Lab Finding; Elevated troponin (a protein released by damaged heart cells) but often with no blocked arteries on angiogram. Inflammatory markers (CRP, ESR) are high.; Elevated troponin plus evidence of a blocked artery on an angiogram.</w:t>
      </w:r>
    </w:p>
    <w:p w14:paraId="59574EE5" w14:textId="77777777" w:rsidR="004B2954" w:rsidRPr="00BB79B8" w:rsidRDefault="004B2954" w:rsidP="004B2954">
      <w:pPr>
        <w:spacing w:after="20"/>
        <w:ind w:left="216"/>
        <w:rPr>
          <w:rFonts w:cs="Times New Roman"/>
          <w:sz w:val="20"/>
          <w:szCs w:val="20"/>
        </w:rPr>
      </w:pPr>
      <w:r w:rsidRPr="00BB79B8">
        <w:rPr>
          <w:rFonts w:cs="Times New Roman"/>
          <w:sz w:val="20"/>
          <w:szCs w:val="20"/>
        </w:rPr>
        <w:t>ECG Findings; Diffuse, non-specific changes. May mimic a heart attack but typically affects multiple territories at once.; Localized changes (e.g., ST-elevation in leads V2-V4) that match the territory of the blocked artery.</w:t>
      </w:r>
    </w:p>
    <w:p w14:paraId="057A8920" w14:textId="77777777" w:rsidR="004B2954" w:rsidRPr="00BB79B8" w:rsidRDefault="004B2954" w:rsidP="004B2954">
      <w:pPr>
        <w:spacing w:after="20"/>
        <w:ind w:left="216"/>
        <w:rPr>
          <w:rFonts w:cs="Times New Roman"/>
          <w:sz w:val="20"/>
          <w:szCs w:val="20"/>
        </w:rPr>
      </w:pPr>
      <w:r w:rsidRPr="00BB79B8">
        <w:rPr>
          <w:rFonts w:cs="Times New Roman"/>
          <w:sz w:val="20"/>
          <w:szCs w:val="20"/>
        </w:rPr>
        <w:t>Angiogram; Normal arteries (no blockage).; Shows a significant blockage (clot or severe plaque).</w:t>
      </w:r>
    </w:p>
    <w:p w14:paraId="48EB539C"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Imaging (MRI); Cardiac MRI often shows inflammation and swelling of the heart wall.; Cardiac MRI shows scar tissue from dead muscle in the distribution of a specific artery.</w:t>
      </w:r>
    </w:p>
    <w:p w14:paraId="06F3705A"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Supportive care, anti-inflammatories (ibuprofen, colchicine), heart failure medications. No blood thinners or stents (unless a clot is found).; Emergency reperfusion (stent or clot-busting drugs), blood thinners, aspirin, beta-blockers.</w:t>
      </w:r>
    </w:p>
    <w:p w14:paraId="4429D6A8"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 Confusion? They Can Look Alike.</w:t>
      </w:r>
    </w:p>
    <w:p w14:paraId="141CBA15" w14:textId="77777777" w:rsidR="004B2954" w:rsidRPr="00BB79B8" w:rsidRDefault="004B2954" w:rsidP="004B2954">
      <w:pPr>
        <w:spacing w:after="20"/>
        <w:ind w:left="216"/>
        <w:rPr>
          <w:rFonts w:cs="Times New Roman"/>
          <w:sz w:val="20"/>
          <w:szCs w:val="20"/>
        </w:rPr>
      </w:pPr>
      <w:r w:rsidRPr="00BB79B8">
        <w:rPr>
          <w:rFonts w:cs="Times New Roman"/>
          <w:sz w:val="20"/>
          <w:szCs w:val="20"/>
        </w:rPr>
        <w:t>The two conditions are most often confused when a young, healthy person presents with chest pain, EKG changes, and a high troponin level.</w:t>
      </w:r>
    </w:p>
    <w:p w14:paraId="2D1B834F" w14:textId="77777777" w:rsidR="004B2954" w:rsidRPr="00BB79B8" w:rsidRDefault="004B2954" w:rsidP="004B2954">
      <w:pPr>
        <w:spacing w:after="20"/>
        <w:ind w:left="216"/>
        <w:rPr>
          <w:rFonts w:cs="Times New Roman"/>
          <w:sz w:val="20"/>
          <w:szCs w:val="20"/>
        </w:rPr>
      </w:pPr>
      <w:r w:rsidRPr="00BB79B8">
        <w:rPr>
          <w:rFonts w:cs="Times New Roman"/>
          <w:sz w:val="20"/>
          <w:szCs w:val="20"/>
        </w:rPr>
        <w:t>"MINOCA" (Myocardial Infarction with Non-Obstructive Coronary Arteries): This is a clinical scenario where a patient appears to be having a heart attack (high troponin, chest pain) but has no blocked arteries on an angiogram. Myocarditis is the most common cause of MINOCA.</w:t>
      </w:r>
    </w:p>
    <w:p w14:paraId="138932B6" w14:textId="77777777" w:rsidR="004B2954" w:rsidRPr="00BB79B8" w:rsidRDefault="004B2954" w:rsidP="004B2954">
      <w:pPr>
        <w:spacing w:after="20"/>
        <w:ind w:left="216"/>
        <w:rPr>
          <w:rFonts w:cs="Times New Roman"/>
          <w:sz w:val="20"/>
          <w:szCs w:val="20"/>
        </w:rPr>
      </w:pPr>
      <w:r w:rsidRPr="00BB79B8">
        <w:rPr>
          <w:rFonts w:cs="Times New Roman"/>
          <w:sz w:val="20"/>
          <w:szCs w:val="20"/>
        </w:rPr>
        <w:t>Stress Cardiomyopathy (Takotsubo): Another mimic, caused by extreme emotional or physical stress, leading to temporary heart muscle weakness.</w:t>
      </w:r>
    </w:p>
    <w:p w14:paraId="116B2EC3" w14:textId="77777777" w:rsidR="004B2954" w:rsidRPr="00BB79B8" w:rsidRDefault="004B2954" w:rsidP="004B2954">
      <w:pPr>
        <w:spacing w:after="20"/>
        <w:ind w:left="216"/>
        <w:rPr>
          <w:rFonts w:cs="Times New Roman"/>
          <w:sz w:val="20"/>
          <w:szCs w:val="20"/>
        </w:rPr>
      </w:pPr>
      <w:r w:rsidRPr="00BB79B8">
        <w:rPr>
          <w:rFonts w:cs="Times New Roman"/>
          <w:sz w:val="20"/>
          <w:szCs w:val="20"/>
        </w:rPr>
        <w:t>The crucial step to tell them apart is the angiogram:</w:t>
      </w:r>
    </w:p>
    <w:p w14:paraId="57ED9C9F" w14:textId="77777777" w:rsidR="004B2954" w:rsidRPr="00BB79B8" w:rsidRDefault="004B2954" w:rsidP="004B2954">
      <w:pPr>
        <w:spacing w:after="20"/>
        <w:ind w:left="216"/>
        <w:rPr>
          <w:rFonts w:cs="Times New Roman"/>
          <w:sz w:val="20"/>
          <w:szCs w:val="20"/>
        </w:rPr>
      </w:pPr>
      <w:r w:rsidRPr="00BB79B8">
        <w:rPr>
          <w:rFonts w:cs="Times New Roman"/>
          <w:sz w:val="20"/>
          <w:szCs w:val="20"/>
        </w:rPr>
        <w:t>Blocked artery? = Myocardial infarction.</w:t>
      </w:r>
    </w:p>
    <w:p w14:paraId="519E58ED" w14:textId="77777777" w:rsidR="004B2954" w:rsidRPr="00BB79B8" w:rsidRDefault="004B2954" w:rsidP="004B2954">
      <w:pPr>
        <w:spacing w:after="20"/>
        <w:ind w:left="216"/>
        <w:rPr>
          <w:rFonts w:cs="Times New Roman"/>
          <w:sz w:val="20"/>
          <w:szCs w:val="20"/>
        </w:rPr>
      </w:pPr>
      <w:r w:rsidRPr="00BB79B8">
        <w:rPr>
          <w:rFonts w:cs="Times New Roman"/>
          <w:sz w:val="20"/>
          <w:szCs w:val="20"/>
        </w:rPr>
        <w:t>Open arteries? = Likely myocarditis (or MINOCA), requiring further testing (like a cardiac MRI).</w:t>
      </w:r>
    </w:p>
    <w:p w14:paraId="42C65BC8" w14:textId="77777777" w:rsidR="004B2954" w:rsidRPr="00BB79B8" w:rsidRDefault="004B2954" w:rsidP="004B2954">
      <w:pPr>
        <w:spacing w:after="20"/>
        <w:ind w:left="216"/>
        <w:rPr>
          <w:rFonts w:cs="Times New Roman"/>
          <w:sz w:val="20"/>
          <w:szCs w:val="20"/>
        </w:rPr>
      </w:pPr>
      <w:r w:rsidRPr="00BB79B8">
        <w:rPr>
          <w:rFonts w:cs="Times New Roman"/>
          <w:sz w:val="20"/>
          <w:szCs w:val="20"/>
        </w:rPr>
        <w:t>Remember This Analogy</w:t>
      </w:r>
    </w:p>
    <w:p w14:paraId="4EBBDFC5"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is like a water pipe bursting because a clog finally sealed it shut. The damage is downstream from the clog.</w:t>
      </w:r>
    </w:p>
    <w:p w14:paraId="188479C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like the entire plumbing system becoming inflamed and swollen from a bad chemical reaction, causing weak pressure everywhere, but all the pipes are open.</w:t>
      </w:r>
    </w:p>
    <w:p w14:paraId="2D40D91B"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for Patients</w:t>
      </w:r>
    </w:p>
    <w:p w14:paraId="2BD5A66B"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chest pain and shortness of breath, go to the ER immediately. Both conditions are serious and require completely different treatments. A heart attack needs emergency opening of the artery; myocarditis needs anti-inflammatory medications and rest. Only a doctor with an EKG, blood tests, and likely an angiogram can tell them apart for sure.</w:t>
      </w:r>
    </w:p>
    <w:p w14:paraId="3E5E26E5" w14:textId="77777777" w:rsidR="004B2954" w:rsidRPr="00BB79B8" w:rsidRDefault="004B2954" w:rsidP="004B2954">
      <w:pPr>
        <w:spacing w:after="0"/>
        <w:rPr>
          <w:rFonts w:cs="Times New Roman"/>
          <w:sz w:val="20"/>
          <w:szCs w:val="20"/>
        </w:rPr>
      </w:pPr>
    </w:p>
    <w:p w14:paraId="3D06F8B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4F80FA1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2075498" w14:textId="77777777" w:rsidR="004B2954" w:rsidRPr="00BB79B8" w:rsidRDefault="004B2954" w:rsidP="004B2954">
      <w:pPr>
        <w:spacing w:after="20"/>
        <w:ind w:left="216"/>
        <w:rPr>
          <w:rFonts w:cs="Times New Roman"/>
          <w:sz w:val="20"/>
          <w:szCs w:val="20"/>
        </w:rPr>
      </w:pPr>
      <w:r w:rsidRPr="00BB79B8">
        <w:rPr>
          <w:rFonts w:cs="Times New Roman"/>
          <w:sz w:val="20"/>
          <w:szCs w:val="20"/>
        </w:rPr>
        <w:t>Difference between Myocarditis and Myocardial Infarction</w:t>
      </w:r>
    </w:p>
    <w:p w14:paraId="0E4517F3" w14:textId="77777777" w:rsidR="004B2954" w:rsidRPr="00BB79B8" w:rsidRDefault="004B2954" w:rsidP="004B2954">
      <w:pPr>
        <w:spacing w:after="20"/>
        <w:ind w:left="216"/>
        <w:rPr>
          <w:rFonts w:cs="Times New Roman"/>
          <w:sz w:val="20"/>
          <w:szCs w:val="20"/>
        </w:rPr>
      </w:pPr>
      <w:r w:rsidRPr="00BB79B8">
        <w:rPr>
          <w:rFonts w:cs="Times New Roman"/>
          <w:sz w:val="20"/>
          <w:szCs w:val="20"/>
        </w:rPr>
        <w:t>Cause</w:t>
      </w:r>
    </w:p>
    <w:p w14:paraId="0BB478C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Usually caused by viral infection (e.g., cold, COVID-19), bacterial infection, autoimmune diseases, or drug reactions.</w:t>
      </w:r>
    </w:p>
    <w:p w14:paraId="258955C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(MI): Caused by coronary artery blockage due to atherosclerosis, leading to sudden interruption of blood supply to the heart muscle.</w:t>
      </w:r>
    </w:p>
    <w:p w14:paraId="20ACD969" w14:textId="77777777" w:rsidR="004B2954" w:rsidRPr="00BB79B8" w:rsidRDefault="004B2954" w:rsidP="004B2954">
      <w:pPr>
        <w:spacing w:after="20"/>
        <w:ind w:left="216"/>
        <w:rPr>
          <w:rFonts w:cs="Times New Roman"/>
          <w:sz w:val="20"/>
          <w:szCs w:val="20"/>
        </w:rPr>
      </w:pPr>
      <w:r w:rsidRPr="00BB79B8">
        <w:rPr>
          <w:rFonts w:cs="Times New Roman"/>
          <w:sz w:val="20"/>
          <w:szCs w:val="20"/>
        </w:rPr>
        <w:t>Pathology</w:t>
      </w:r>
    </w:p>
    <w:p w14:paraId="221D5F5F"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Inflammation and damage of the myocardium itself.</w:t>
      </w:r>
    </w:p>
    <w:p w14:paraId="5BE08B43"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Myocardial infarction: Ischemia and necrosis of heart muscle cells from blocked coronary arteries.</w:t>
      </w:r>
    </w:p>
    <w:p w14:paraId="504B7BAE" w14:textId="77777777" w:rsidR="004B2954" w:rsidRPr="00BB79B8" w:rsidRDefault="004B2954" w:rsidP="004B2954">
      <w:pPr>
        <w:spacing w:after="20"/>
        <w:ind w:left="216"/>
        <w:rPr>
          <w:rFonts w:cs="Times New Roman"/>
          <w:sz w:val="20"/>
          <w:szCs w:val="20"/>
        </w:rPr>
      </w:pPr>
      <w:r w:rsidRPr="00BB79B8">
        <w:rPr>
          <w:rFonts w:cs="Times New Roman"/>
          <w:sz w:val="20"/>
          <w:szCs w:val="20"/>
        </w:rPr>
        <w:t>Onset characteristics</w:t>
      </w:r>
    </w:p>
    <w:p w14:paraId="7AD4A317"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Often occurs after infection (1-2 weeks later); onset is relatively gradual.</w:t>
      </w:r>
    </w:p>
    <w:p w14:paraId="4A81A43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Onset is sudden, often triggered by overexertion, emotional stress, or cold stimulation.</w:t>
      </w:r>
    </w:p>
    <w:p w14:paraId="6A868DCD"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symptoms</w:t>
      </w:r>
    </w:p>
    <w:p w14:paraId="46FAE2E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Fatigue, chest tightness, palpitations, shortness of breath; mild cases may have no obvious symptoms.</w:t>
      </w:r>
    </w:p>
    <w:p w14:paraId="21E0050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Severe persistent chest pain, radiating to the shoulder/back, sweating, nausea, dyspnea, even shock.</w:t>
      </w:r>
    </w:p>
    <w:p w14:paraId="2A2C8A3F" w14:textId="77777777" w:rsidR="004B2954" w:rsidRPr="00BB79B8" w:rsidRDefault="004B2954" w:rsidP="004B2954">
      <w:pPr>
        <w:spacing w:after="20"/>
        <w:ind w:left="216"/>
        <w:rPr>
          <w:rFonts w:cs="Times New Roman"/>
          <w:sz w:val="20"/>
          <w:szCs w:val="20"/>
        </w:rPr>
      </w:pPr>
      <w:r w:rsidRPr="00BB79B8">
        <w:rPr>
          <w:rFonts w:cs="Times New Roman"/>
          <w:sz w:val="20"/>
          <w:szCs w:val="20"/>
        </w:rPr>
        <w:t>High-risk groups</w:t>
      </w:r>
    </w:p>
    <w:p w14:paraId="09C0640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Children, young adults, people with recent viral infections.</w:t>
      </w:r>
    </w:p>
    <w:p w14:paraId="34CA7C3F"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Middle-aged and elderly people, those with hypertension, diabetes, hyperlipidemia, long-term smoking.</w:t>
      </w:r>
    </w:p>
    <w:p w14:paraId="570D4198"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principle</w:t>
      </w:r>
    </w:p>
    <w:p w14:paraId="329A53B7"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Anti-infection, anti-inflammatory, rest, myocardial nutrition, symptomatic support.</w:t>
      </w:r>
    </w:p>
    <w:p w14:paraId="658A51BE"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Emergency reperfusion (thrombolysis, stent implantation), anti-platelet, lipid-lowering, anti-ischemia treatment.</w:t>
      </w:r>
    </w:p>
    <w:p w14:paraId="066EE40F" w14:textId="77777777" w:rsidR="004B2954" w:rsidRPr="00BB79B8" w:rsidRDefault="004B2954" w:rsidP="004B2954">
      <w:pPr>
        <w:rPr>
          <w:rFonts w:cs="Times New Roman"/>
          <w:sz w:val="20"/>
          <w:szCs w:val="20"/>
        </w:rPr>
      </w:pPr>
    </w:p>
    <w:p w14:paraId="672FB47E" w14:textId="77777777" w:rsidR="004B2954" w:rsidRPr="00BB79B8" w:rsidRDefault="004B2954" w:rsidP="004B2954">
      <w:pPr>
        <w:keepNext/>
        <w:rPr>
          <w:rFonts w:cs="Times New Roman"/>
          <w:sz w:val="20"/>
          <w:szCs w:val="20"/>
        </w:rPr>
      </w:pPr>
      <w:r w:rsidRPr="00BB79B8">
        <w:rPr>
          <w:rFonts w:cs="Times New Roman"/>
          <w:b/>
          <w:color w:val="1F4E79"/>
          <w:sz w:val="20"/>
          <w:szCs w:val="20"/>
        </w:rPr>
        <w:t>Q5. Why is fulminant myocarditis dangerous?</w:t>
      </w:r>
    </w:p>
    <w:p w14:paraId="2C2C239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345DF4D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387345A"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dangerous because it is a rapidly progressive and severe inflammation of the heart muscle that can lead to sudden and life-threatening complications. Key reasons include:</w:t>
      </w:r>
    </w:p>
    <w:p w14:paraId="44F01C6A"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heart dysfunction: The inflammation can quickly weaken the heart's ability to pump blood, leading to acute heart failure.</w:t>
      </w:r>
    </w:p>
    <w:p w14:paraId="4A7EDF6E"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Cardiogenic shock: The heart may fail to supply enough blood to vital organs, causing dangerously low blood pressure and multi-organ dysfunction.</w:t>
      </w:r>
    </w:p>
    <w:p w14:paraId="004E5F66"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Fulminant myocarditis can trigger life-threatening abnormal heart rhythms, including ventricular tachycardia or fibrillation.</w:t>
      </w:r>
    </w:p>
    <w:p w14:paraId="59AE76C3"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progression: Unlike milder forms, fulminant myocarditis develops within days, leaving little time for intervention.</w:t>
      </w:r>
    </w:p>
    <w:p w14:paraId="150F0537" w14:textId="77777777" w:rsidR="004B2954" w:rsidRPr="00BB79B8" w:rsidRDefault="004B2954" w:rsidP="004B2954">
      <w:pPr>
        <w:spacing w:after="20"/>
        <w:ind w:left="216"/>
        <w:rPr>
          <w:rFonts w:cs="Times New Roman"/>
          <w:sz w:val="20"/>
          <w:szCs w:val="20"/>
        </w:rPr>
      </w:pPr>
      <w:r w:rsidRPr="00BB79B8">
        <w:rPr>
          <w:rFonts w:cs="Times New Roman"/>
          <w:sz w:val="20"/>
          <w:szCs w:val="20"/>
        </w:rPr>
        <w:t>High risk of mortality: Even with aggressive treatment, the risk of death is significantly higher compared to non-fulminant myocarditis, though early intensive care and mechanical support (like ECMO) can improve survival.</w:t>
      </w:r>
    </w:p>
    <w:p w14:paraId="7C47BFD5"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it is dangerous because it combines rapid onset, severe heart failure, and high risk of fatal arrhythmias, requiring immediate medical attention.</w:t>
      </w:r>
    </w:p>
    <w:p w14:paraId="679738B3" w14:textId="77777777" w:rsidR="004B2954" w:rsidRPr="00BB79B8" w:rsidRDefault="004B2954" w:rsidP="004B2954">
      <w:pPr>
        <w:spacing w:after="0"/>
        <w:rPr>
          <w:rFonts w:cs="Times New Roman"/>
          <w:sz w:val="20"/>
          <w:szCs w:val="20"/>
        </w:rPr>
      </w:pPr>
    </w:p>
    <w:p w14:paraId="2F6721A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28258A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D901B31"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(FM) is considered a medical emergency because of its sudden onset and the speed at which it causes cardiac collapse. Unlike standard myocarditis, which may present with mild symptoms, the "fulminant" variety is characterized by intense inflammation of the heart muscle that leads to severe clinical consequences.</w:t>
      </w:r>
    </w:p>
    <w:p w14:paraId="1C7011CD" w14:textId="77777777" w:rsidR="004B2954" w:rsidRPr="00BB79B8" w:rsidRDefault="004B2954" w:rsidP="004B2954">
      <w:pPr>
        <w:spacing w:after="20"/>
        <w:ind w:left="216"/>
        <w:rPr>
          <w:rFonts w:cs="Times New Roman"/>
          <w:sz w:val="20"/>
          <w:szCs w:val="20"/>
        </w:rPr>
      </w:pPr>
      <w:r w:rsidRPr="00BB79B8">
        <w:rPr>
          <w:rFonts w:cs="Times New Roman"/>
          <w:sz w:val="20"/>
          <w:szCs w:val="20"/>
        </w:rPr>
        <w:t>The danger of this condition stems from several critical physiological factors:</w:t>
      </w:r>
    </w:p>
    <w:p w14:paraId="1267A7A3" w14:textId="77777777" w:rsidR="004B2954" w:rsidRPr="00BB79B8" w:rsidRDefault="004B2954" w:rsidP="004B2954">
      <w:pPr>
        <w:spacing w:after="20"/>
        <w:ind w:left="216"/>
        <w:rPr>
          <w:rFonts w:cs="Times New Roman"/>
          <w:sz w:val="20"/>
          <w:szCs w:val="20"/>
        </w:rPr>
      </w:pPr>
      <w:r w:rsidRPr="00BB79B8">
        <w:rPr>
          <w:rFonts w:cs="Times New Roman"/>
          <w:sz w:val="20"/>
          <w:szCs w:val="20"/>
        </w:rPr>
        <w:t>1. Rapid Hemodynamic Collapse</w:t>
      </w:r>
    </w:p>
    <w:p w14:paraId="2D96DA9A" w14:textId="77777777" w:rsidR="004B2954" w:rsidRPr="00BB79B8" w:rsidRDefault="004B2954" w:rsidP="004B2954">
      <w:pPr>
        <w:spacing w:after="20"/>
        <w:ind w:left="216"/>
        <w:rPr>
          <w:rFonts w:cs="Times New Roman"/>
          <w:sz w:val="20"/>
          <w:szCs w:val="20"/>
        </w:rPr>
      </w:pPr>
      <w:r w:rsidRPr="00BB79B8">
        <w:rPr>
          <w:rFonts w:cs="Times New Roman"/>
          <w:sz w:val="20"/>
          <w:szCs w:val="20"/>
        </w:rPr>
        <w:t>The hallmark of fulminant myocarditis is cardiogenic shock. The inflammation is so widespread and aggressive that the heart muscle (myocardium) suddenly loses its ability to pump enough blood to meet the body's metabolic demands. This can lead to multi-organ failure within hours or days of the initial symptoms.</w:t>
      </w:r>
    </w:p>
    <w:p w14:paraId="0F4D1D3D" w14:textId="77777777" w:rsidR="004B2954" w:rsidRPr="00BB79B8" w:rsidRDefault="004B2954" w:rsidP="004B2954">
      <w:pPr>
        <w:spacing w:after="20"/>
        <w:ind w:left="216"/>
        <w:rPr>
          <w:rFonts w:cs="Times New Roman"/>
          <w:sz w:val="20"/>
          <w:szCs w:val="20"/>
        </w:rPr>
      </w:pPr>
      <w:r w:rsidRPr="00BB79B8">
        <w:rPr>
          <w:rFonts w:cs="Times New Roman"/>
          <w:sz w:val="20"/>
          <w:szCs w:val="20"/>
        </w:rPr>
        <w:t>2. Fatal Arrhythmias</w:t>
      </w:r>
    </w:p>
    <w:p w14:paraId="1C677817" w14:textId="77777777" w:rsidR="004B2954" w:rsidRPr="00BB79B8" w:rsidRDefault="004B2954" w:rsidP="004B2954">
      <w:pPr>
        <w:spacing w:after="20"/>
        <w:ind w:left="216"/>
        <w:rPr>
          <w:rFonts w:cs="Times New Roman"/>
          <w:sz w:val="20"/>
          <w:szCs w:val="20"/>
        </w:rPr>
      </w:pPr>
      <w:r w:rsidRPr="00BB79B8">
        <w:rPr>
          <w:rFonts w:cs="Times New Roman"/>
          <w:sz w:val="20"/>
          <w:szCs w:val="20"/>
        </w:rPr>
        <w:t>The intense inflammation disrupts the heart's electrical signaling. This makes the heart highly "irritable," frequently resulting in life-threatening heart rhythms, such as:</w:t>
      </w:r>
    </w:p>
    <w:p w14:paraId="4876D668"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Tachycardia (VT) or Fibrillation (VF): These can cause sudden cardiac arrest.</w:t>
      </w:r>
    </w:p>
    <w:p w14:paraId="120C3BA3" w14:textId="77777777" w:rsidR="004B2954" w:rsidRPr="00BB79B8" w:rsidRDefault="004B2954" w:rsidP="004B2954">
      <w:pPr>
        <w:spacing w:after="20"/>
        <w:ind w:left="216"/>
        <w:rPr>
          <w:rFonts w:cs="Times New Roman"/>
          <w:sz w:val="20"/>
          <w:szCs w:val="20"/>
        </w:rPr>
      </w:pPr>
      <w:r w:rsidRPr="00BB79B8">
        <w:rPr>
          <w:rFonts w:cs="Times New Roman"/>
          <w:sz w:val="20"/>
          <w:szCs w:val="20"/>
        </w:rPr>
        <w:t>High-degree Atrioventricular Block: The electrical signal between the upper and lower chambers is severed, leading to a dangerously slow heart rate.</w:t>
      </w:r>
    </w:p>
    <w:p w14:paraId="7A58863F" w14:textId="77777777" w:rsidR="004B2954" w:rsidRPr="00BB79B8" w:rsidRDefault="004B2954" w:rsidP="004B2954">
      <w:pPr>
        <w:spacing w:after="20"/>
        <w:ind w:left="216"/>
        <w:rPr>
          <w:rFonts w:cs="Times New Roman"/>
          <w:sz w:val="20"/>
          <w:szCs w:val="20"/>
        </w:rPr>
      </w:pPr>
      <w:r w:rsidRPr="00BB79B8">
        <w:rPr>
          <w:rFonts w:cs="Times New Roman"/>
          <w:sz w:val="20"/>
          <w:szCs w:val="20"/>
        </w:rPr>
        <w:t>3. Severe Left Ventricular Dysfunction</w:t>
      </w:r>
    </w:p>
    <w:p w14:paraId="31231B45" w14:textId="77777777" w:rsidR="004B2954" w:rsidRPr="00BB79B8" w:rsidRDefault="004B2954" w:rsidP="004B2954">
      <w:pPr>
        <w:spacing w:after="20"/>
        <w:ind w:left="216"/>
        <w:rPr>
          <w:rFonts w:cs="Times New Roman"/>
          <w:sz w:val="20"/>
          <w:szCs w:val="20"/>
        </w:rPr>
      </w:pPr>
      <w:r w:rsidRPr="00BB79B8">
        <w:rPr>
          <w:rFonts w:cs="Times New Roman"/>
          <w:sz w:val="20"/>
          <w:szCs w:val="20"/>
        </w:rPr>
        <w:t>In FM, the left ventricle often becomes severely weakened and slightly thickened due to edema (swelling) rather than dilation. This acute loss of contractile function leads to:</w:t>
      </w:r>
    </w:p>
    <w:p w14:paraId="2AD9EDA0"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Pulmonary Edema: Fluid backs up into the lungs, causing severe respiratory distress.</w:t>
      </w:r>
    </w:p>
    <w:p w14:paraId="057DD883" w14:textId="77777777" w:rsidR="004B2954" w:rsidRPr="00BB79B8" w:rsidRDefault="004B2954" w:rsidP="004B2954">
      <w:pPr>
        <w:spacing w:after="20"/>
        <w:ind w:left="216"/>
        <w:rPr>
          <w:rFonts w:cs="Times New Roman"/>
          <w:sz w:val="20"/>
          <w:szCs w:val="20"/>
        </w:rPr>
      </w:pPr>
      <w:r w:rsidRPr="00BB79B8">
        <w:rPr>
          <w:rFonts w:cs="Times New Roman"/>
          <w:sz w:val="20"/>
          <w:szCs w:val="20"/>
        </w:rPr>
        <w:t>Low Cardiac Output: Insufficient blood flow to the brain, kidneys, and liver.</w:t>
      </w:r>
    </w:p>
    <w:p w14:paraId="47E7D4B5" w14:textId="77777777" w:rsidR="004B2954" w:rsidRPr="00BB79B8" w:rsidRDefault="004B2954" w:rsidP="004B2954">
      <w:pPr>
        <w:spacing w:after="20"/>
        <w:ind w:left="216"/>
        <w:rPr>
          <w:rFonts w:cs="Times New Roman"/>
          <w:sz w:val="20"/>
          <w:szCs w:val="20"/>
        </w:rPr>
      </w:pPr>
      <w:r w:rsidRPr="00BB79B8">
        <w:rPr>
          <w:rFonts w:cs="Times New Roman"/>
          <w:sz w:val="20"/>
          <w:szCs w:val="20"/>
        </w:rPr>
        <w:t>4. "The Great Masquerader"</w:t>
      </w:r>
    </w:p>
    <w:p w14:paraId="23D809A9"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In its early stages, FM often mimics other conditions, such as a massive myocardial infarction (heart attack) or severe sepsis. Because the initial symptoms may look like a common viral flu-fever, fatigue, and muscle aches-patients may not seek help until they are already in a state of advanced heart failure.</w:t>
      </w:r>
    </w:p>
    <w:p w14:paraId="31F74D12" w14:textId="77777777" w:rsidR="004B2954" w:rsidRPr="00BB79B8" w:rsidRDefault="004B2954" w:rsidP="004B2954">
      <w:pPr>
        <w:spacing w:after="20"/>
        <w:ind w:left="216"/>
        <w:rPr>
          <w:rFonts w:cs="Times New Roman"/>
          <w:sz w:val="20"/>
          <w:szCs w:val="20"/>
        </w:rPr>
      </w:pPr>
      <w:r w:rsidRPr="00BB79B8">
        <w:rPr>
          <w:rFonts w:cs="Times New Roman"/>
          <w:sz w:val="20"/>
          <w:szCs w:val="20"/>
        </w:rPr>
        <w:t>5. High Short-Term Mortality</w:t>
      </w:r>
    </w:p>
    <w:p w14:paraId="7754799C" w14:textId="77777777" w:rsidR="004B2954" w:rsidRPr="00BB79B8" w:rsidRDefault="004B2954" w:rsidP="004B2954">
      <w:pPr>
        <w:spacing w:after="20"/>
        <w:ind w:left="216"/>
        <w:rPr>
          <w:rFonts w:cs="Times New Roman"/>
          <w:sz w:val="20"/>
          <w:szCs w:val="20"/>
        </w:rPr>
      </w:pPr>
      <w:r w:rsidRPr="00BB79B8">
        <w:rPr>
          <w:rFonts w:cs="Times New Roman"/>
          <w:sz w:val="20"/>
          <w:szCs w:val="20"/>
        </w:rPr>
        <w:t>Without advanced life support, the short-term mortality rate for fulminant myocarditis is exceptionally high. Many patients require Mechanical Circulatory Support (MCS), such as:</w:t>
      </w:r>
    </w:p>
    <w:p w14:paraId="7ECA6036" w14:textId="77777777" w:rsidR="004B2954" w:rsidRPr="00BB79B8" w:rsidRDefault="004B2954" w:rsidP="004B2954">
      <w:pPr>
        <w:spacing w:after="20"/>
        <w:ind w:left="216"/>
        <w:rPr>
          <w:rFonts w:cs="Times New Roman"/>
          <w:sz w:val="20"/>
          <w:szCs w:val="20"/>
        </w:rPr>
      </w:pPr>
      <w:r w:rsidRPr="00BB79B8">
        <w:rPr>
          <w:rFonts w:cs="Times New Roman"/>
          <w:sz w:val="20"/>
          <w:szCs w:val="20"/>
        </w:rPr>
        <w:t>ECMO (Extracorporeal Membrane Oxygenation) to take over the work of the heart and lungs.</w:t>
      </w:r>
    </w:p>
    <w:p w14:paraId="34D9F247" w14:textId="77777777" w:rsidR="004B2954" w:rsidRPr="00BB79B8" w:rsidRDefault="004B2954" w:rsidP="004B2954">
      <w:pPr>
        <w:spacing w:after="20"/>
        <w:ind w:left="216"/>
        <w:rPr>
          <w:rFonts w:cs="Times New Roman"/>
          <w:sz w:val="20"/>
          <w:szCs w:val="20"/>
        </w:rPr>
      </w:pPr>
      <w:r w:rsidRPr="00BB79B8">
        <w:rPr>
          <w:rFonts w:cs="Times New Roman"/>
          <w:sz w:val="20"/>
          <w:szCs w:val="20"/>
        </w:rPr>
        <w:t>IABP (Intra-aortic Balloon Pump) or ventricular assist devices to stabilize the patient during the acute inflammatory phase.</w:t>
      </w:r>
    </w:p>
    <w:p w14:paraId="28304E9C" w14:textId="77777777" w:rsidR="004B2954" w:rsidRPr="00BB79B8" w:rsidRDefault="004B2954" w:rsidP="004B2954">
      <w:pPr>
        <w:spacing w:after="20"/>
        <w:ind w:left="216"/>
        <w:rPr>
          <w:rFonts w:cs="Times New Roman"/>
          <w:sz w:val="20"/>
          <w:szCs w:val="20"/>
        </w:rPr>
      </w:pPr>
      <w:r w:rsidRPr="00BB79B8">
        <w:rPr>
          <w:rFonts w:cs="Times New Roman"/>
          <w:sz w:val="20"/>
          <w:szCs w:val="20"/>
        </w:rPr>
        <w:t>The Silver Lining: While FM is incredibly dangerous in the acute phase, patients who survive the initial crisis with the help of aggressive support often have a surprisingly good long-term prognosis, frequently recovering near-normal heart function.</w:t>
      </w:r>
    </w:p>
    <w:p w14:paraId="60446EB7" w14:textId="77777777" w:rsidR="004B2954" w:rsidRPr="00BB79B8" w:rsidRDefault="004B2954" w:rsidP="004B2954">
      <w:pPr>
        <w:spacing w:after="0"/>
        <w:rPr>
          <w:rFonts w:cs="Times New Roman"/>
          <w:sz w:val="20"/>
          <w:szCs w:val="20"/>
        </w:rPr>
      </w:pPr>
    </w:p>
    <w:p w14:paraId="3C585D9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250B2E0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8F21AB6"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dangerous because it causes sudden, severe failure of the heart's ability to pump blood, often progressing within hours to cardiogenic shock, life-threatening arrhythmias, and multi-organ failure. This rapid deterioration is why it carries a high mortality rate if not treated immediately with advanced cardiac support.</w:t>
      </w:r>
    </w:p>
    <w:p w14:paraId="3AF7933B" w14:textId="77777777" w:rsidR="004B2954" w:rsidRPr="00BB79B8" w:rsidRDefault="004B2954" w:rsidP="004B2954">
      <w:pPr>
        <w:spacing w:after="20"/>
        <w:ind w:left="216"/>
        <w:rPr>
          <w:rFonts w:cs="Times New Roman"/>
          <w:sz w:val="20"/>
          <w:szCs w:val="20"/>
        </w:rPr>
      </w:pPr>
      <w:r w:rsidRPr="00BB79B8">
        <w:rPr>
          <w:rFonts w:cs="Times New Roman"/>
          <w:sz w:val="20"/>
          <w:szCs w:val="20"/>
        </w:rPr>
        <w:t>Why fulminant myocarditis is so dangerous</w:t>
      </w:r>
    </w:p>
    <w:p w14:paraId="46D8137A" w14:textId="77777777" w:rsidR="004B2954" w:rsidRPr="00BB79B8" w:rsidRDefault="004B2954" w:rsidP="004B2954">
      <w:pPr>
        <w:spacing w:after="20"/>
        <w:ind w:left="216"/>
        <w:rPr>
          <w:rFonts w:cs="Times New Roman"/>
          <w:sz w:val="20"/>
          <w:szCs w:val="20"/>
        </w:rPr>
      </w:pPr>
      <w:r w:rsidRPr="00BB79B8">
        <w:rPr>
          <w:rFonts w:cs="Times New Roman"/>
          <w:sz w:val="20"/>
          <w:szCs w:val="20"/>
        </w:rPr>
        <w:t>(Concise answer first)</w:t>
      </w:r>
    </w:p>
    <w:p w14:paraId="6A700F60"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dangerous because massive inflammation of the heart muscle causes abrupt loss of cardiac function, leading to cardiogenic shock, lethal arrhythmias, and multi-organ failure. It progresses far faster than typical myocarditis and often requires mechanical circulatory support (e.g., VA-ECMO, Impella) to keep the patient alive.</w:t>
      </w:r>
    </w:p>
    <w:p w14:paraId="680AD0D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makes it life-threatening?</w:t>
      </w:r>
    </w:p>
    <w:p w14:paraId="01FA57FF"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cardiac inflammation - Myocyte necrosis and interstitial edema weaken the heart muscle, sharply reducing its ability to contract.</w:t>
      </w:r>
    </w:p>
    <w:p w14:paraId="7C0E723A"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Cardiogenic shock - The heart suddenly cannot maintain blood pressure or perfusion, causing collapse of circulation. This is a hallmark of fulminant myocarditis.</w:t>
      </w:r>
    </w:p>
    <w:p w14:paraId="51411BCC" w14:textId="77777777" w:rsidR="004B2954" w:rsidRPr="00BB79B8" w:rsidRDefault="004B2954" w:rsidP="004B2954">
      <w:pPr>
        <w:spacing w:after="20"/>
        <w:ind w:left="216"/>
        <w:rPr>
          <w:rFonts w:cs="Times New Roman"/>
          <w:sz w:val="20"/>
          <w:szCs w:val="20"/>
        </w:rPr>
      </w:pPr>
      <w:r w:rsidRPr="00BB79B8">
        <w:rPr>
          <w:rFonts w:cs="Times New Roman"/>
          <w:sz w:val="20"/>
          <w:szCs w:val="20"/>
        </w:rPr>
        <w:t>Life-threatening arrhythmias - Electrical instability can trigger ventricular tachycardia, ventricular fibrillation, or complete heart block.</w:t>
      </w:r>
    </w:p>
    <w:p w14:paraId="49D45446"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progression - Patients can deteriorate within hours, unlike typical myocarditis which may evolve over days to weeks.</w:t>
      </w:r>
    </w:p>
    <w:p w14:paraId="71B1E23C" w14:textId="77777777" w:rsidR="004B2954" w:rsidRPr="00BB79B8" w:rsidRDefault="004B2954" w:rsidP="004B2954">
      <w:pPr>
        <w:spacing w:after="20"/>
        <w:ind w:left="216"/>
        <w:rPr>
          <w:rFonts w:cs="Times New Roman"/>
          <w:sz w:val="20"/>
          <w:szCs w:val="20"/>
        </w:rPr>
      </w:pPr>
      <w:r w:rsidRPr="00BB79B8">
        <w:rPr>
          <w:rFonts w:cs="Times New Roman"/>
          <w:sz w:val="20"/>
          <w:szCs w:val="20"/>
        </w:rPr>
        <w:t>Multi-organ failure - Poor cardiac output leads to kidney, liver, and brain dysfunction.</w:t>
      </w:r>
    </w:p>
    <w:p w14:paraId="50410BB6" w14:textId="77777777" w:rsidR="004B2954" w:rsidRPr="00BB79B8" w:rsidRDefault="004B2954" w:rsidP="004B2954">
      <w:pPr>
        <w:spacing w:after="20"/>
        <w:ind w:left="216"/>
        <w:rPr>
          <w:rFonts w:cs="Times New Roman"/>
          <w:sz w:val="20"/>
          <w:szCs w:val="20"/>
        </w:rPr>
      </w:pPr>
      <w:r w:rsidRPr="00BB79B8">
        <w:rPr>
          <w:rFonts w:cs="Times New Roman"/>
          <w:sz w:val="20"/>
          <w:szCs w:val="20"/>
        </w:rPr>
        <w:t>High mortality without mechanical support - Many patients require VA-ECMO or Impella to survive the acute phase.</w:t>
      </w:r>
    </w:p>
    <w:p w14:paraId="6A6B1EF4"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dangerous not because it is common, but because when it occurs, it can destroy heart function so quickly that only aggressive, immediate intervention prevents death.</w:t>
      </w:r>
    </w:p>
    <w:p w14:paraId="2A8F6EAD" w14:textId="77777777" w:rsidR="004B2954" w:rsidRPr="00BB79B8" w:rsidRDefault="004B2954" w:rsidP="004B2954">
      <w:pPr>
        <w:spacing w:after="0"/>
        <w:rPr>
          <w:rFonts w:cs="Times New Roman"/>
          <w:sz w:val="20"/>
          <w:szCs w:val="20"/>
        </w:rPr>
      </w:pPr>
    </w:p>
    <w:p w14:paraId="5B95BC3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A633E6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C5D27B7"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dangerous because it causes rapid and profound hemodynamic compromise (the heart suddenly loses its ability to pump blood effectively), leading to cardiogenic shock and malignant arrhythmias in hours to days.</w:t>
      </w:r>
    </w:p>
    <w:p w14:paraId="4CC989D2"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why this specific form of myocarditis is particularly lethal:</w:t>
      </w:r>
    </w:p>
    <w:p w14:paraId="6AB91E52" w14:textId="77777777" w:rsidR="004B2954" w:rsidRPr="00BB79B8" w:rsidRDefault="004B2954" w:rsidP="004B2954">
      <w:pPr>
        <w:spacing w:after="20"/>
        <w:ind w:left="216"/>
        <w:rPr>
          <w:rFonts w:cs="Times New Roman"/>
          <w:sz w:val="20"/>
          <w:szCs w:val="20"/>
        </w:rPr>
      </w:pPr>
      <w:r w:rsidRPr="00BB79B8">
        <w:rPr>
          <w:rFonts w:cs="Times New Roman"/>
          <w:sz w:val="20"/>
          <w:szCs w:val="20"/>
        </w:rPr>
        <w:t>1. Rapid-Onset Cardiogenic Shock</w:t>
      </w:r>
      <w:r w:rsidRPr="00BB79B8">
        <w:rPr>
          <w:rFonts w:cs="Times New Roman"/>
          <w:sz w:val="20"/>
          <w:szCs w:val="20"/>
        </w:rPr>
        <w:br/>
        <w:t>Unlike typical myocarditis, which may cause mild heart failure over weeks, the fulminant form strikes suddenly. The heart muscle becomes severely inflamed and stunned, leading to a dramatic drop in the ejection fraction. This results in:</w:t>
      </w:r>
    </w:p>
    <w:p w14:paraId="5ACD123E" w14:textId="77777777" w:rsidR="004B2954" w:rsidRPr="00BB79B8" w:rsidRDefault="004B2954" w:rsidP="004B2954">
      <w:pPr>
        <w:spacing w:after="20"/>
        <w:ind w:left="216"/>
        <w:rPr>
          <w:rFonts w:cs="Times New Roman"/>
          <w:sz w:val="20"/>
          <w:szCs w:val="20"/>
        </w:rPr>
      </w:pPr>
      <w:r w:rsidRPr="00BB79B8">
        <w:rPr>
          <w:rFonts w:cs="Times New Roman"/>
          <w:sz w:val="20"/>
          <w:szCs w:val="20"/>
        </w:rPr>
        <w:t>Hypoperfusion: Inadequate blood flow to the brain (causing confusion), kidneys (causing acute failure), and liver.</w:t>
      </w:r>
    </w:p>
    <w:p w14:paraId="0841C84B" w14:textId="77777777" w:rsidR="004B2954" w:rsidRPr="00BB79B8" w:rsidRDefault="004B2954" w:rsidP="004B2954">
      <w:pPr>
        <w:spacing w:after="20"/>
        <w:ind w:left="216"/>
        <w:rPr>
          <w:rFonts w:cs="Times New Roman"/>
          <w:sz w:val="20"/>
          <w:szCs w:val="20"/>
        </w:rPr>
      </w:pPr>
      <w:r w:rsidRPr="00BB79B8">
        <w:rPr>
          <w:rFonts w:cs="Times New Roman"/>
          <w:sz w:val="20"/>
          <w:szCs w:val="20"/>
        </w:rPr>
        <w:t>Hypotension: Extremely low blood pressure that does not respond well to standard medications (pressors).</w:t>
      </w:r>
    </w:p>
    <w:p w14:paraId="5EAD8AB5" w14:textId="77777777" w:rsidR="004B2954" w:rsidRPr="00BB79B8" w:rsidRDefault="004B2954" w:rsidP="004B2954">
      <w:pPr>
        <w:spacing w:after="20"/>
        <w:ind w:left="216"/>
        <w:rPr>
          <w:rFonts w:cs="Times New Roman"/>
          <w:sz w:val="20"/>
          <w:szCs w:val="20"/>
        </w:rPr>
      </w:pPr>
      <w:r w:rsidRPr="00BB79B8">
        <w:rPr>
          <w:rFonts w:cs="Times New Roman"/>
          <w:sz w:val="20"/>
          <w:szCs w:val="20"/>
        </w:rPr>
        <w:t>2. High Risk of Malignant Arrhythmias</w:t>
      </w:r>
      <w:r w:rsidRPr="00BB79B8">
        <w:rPr>
          <w:rFonts w:cs="Times New Roman"/>
          <w:sz w:val="20"/>
          <w:szCs w:val="20"/>
        </w:rPr>
        <w:br/>
        <w:t>The severe inflammation disrupts the heart's electrical system. Patients are at very high risk for:</w:t>
      </w:r>
    </w:p>
    <w:p w14:paraId="42AF3B10"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tachycardia/fibrillation: These can cause sudden cardiac arrest.</w:t>
      </w:r>
    </w:p>
    <w:p w14:paraId="5779B193" w14:textId="77777777" w:rsidR="004B2954" w:rsidRPr="00BB79B8" w:rsidRDefault="004B2954" w:rsidP="004B2954">
      <w:pPr>
        <w:spacing w:after="20"/>
        <w:ind w:left="216"/>
        <w:rPr>
          <w:rFonts w:cs="Times New Roman"/>
          <w:sz w:val="20"/>
          <w:szCs w:val="20"/>
        </w:rPr>
      </w:pPr>
      <w:r w:rsidRPr="00BB79B8">
        <w:rPr>
          <w:rFonts w:cs="Times New Roman"/>
          <w:sz w:val="20"/>
          <w:szCs w:val="20"/>
        </w:rPr>
        <w:t>Complete heart block: The electrical signal cannot pass from the upper to lower chambers, causing a very slow, unstable heartbeat.</w:t>
      </w:r>
    </w:p>
    <w:p w14:paraId="729E294B" w14:textId="77777777" w:rsidR="004B2954" w:rsidRPr="00BB79B8" w:rsidRDefault="004B2954" w:rsidP="004B2954">
      <w:pPr>
        <w:spacing w:after="20"/>
        <w:ind w:left="216"/>
        <w:rPr>
          <w:rFonts w:cs="Times New Roman"/>
          <w:sz w:val="20"/>
          <w:szCs w:val="20"/>
        </w:rPr>
      </w:pPr>
      <w:r w:rsidRPr="00BB79B8">
        <w:rPr>
          <w:rFonts w:cs="Times New Roman"/>
          <w:sz w:val="20"/>
          <w:szCs w:val="20"/>
        </w:rPr>
        <w:t>3. Need for Advanced Life Support</w:t>
      </w:r>
      <w:r w:rsidRPr="00BB79B8">
        <w:rPr>
          <w:rFonts w:cs="Times New Roman"/>
          <w:sz w:val="20"/>
          <w:szCs w:val="20"/>
        </w:rPr>
        <w:br/>
        <w:t>Because the shock is so severe and drug-refractory, many patients require MCS (Mechanical Circulatory Support), such as an ECMO (Extracorporeal Membrane Oxygenator) or a ventricular assist device, just to stay alive while the inflammation runs its course. Without immediate access to these technologies, mortality is high.</w:t>
      </w:r>
    </w:p>
    <w:p w14:paraId="38A31ABB" w14:textId="77777777" w:rsidR="004B2954" w:rsidRPr="00BB79B8" w:rsidRDefault="004B2954" w:rsidP="004B2954">
      <w:pPr>
        <w:spacing w:after="20"/>
        <w:ind w:left="216"/>
        <w:rPr>
          <w:rFonts w:cs="Times New Roman"/>
          <w:sz w:val="20"/>
          <w:szCs w:val="20"/>
        </w:rPr>
      </w:pPr>
      <w:r w:rsidRPr="00BB79B8">
        <w:rPr>
          <w:rFonts w:cs="Times New Roman"/>
          <w:sz w:val="20"/>
          <w:szCs w:val="20"/>
        </w:rPr>
        <w:t>4. "False Stability" Before Collapse</w:t>
      </w:r>
      <w:r w:rsidRPr="00BB79B8">
        <w:rPr>
          <w:rFonts w:cs="Times New Roman"/>
          <w:sz w:val="20"/>
          <w:szCs w:val="20"/>
        </w:rPr>
        <w:br/>
        <w:t xml:space="preserve">Patients often present with non-specific symptoms (fever, chest pain, shortness of breath) and may appear stable for a few </w:t>
      </w:r>
      <w:r w:rsidRPr="00BB79B8">
        <w:rPr>
          <w:rFonts w:cs="Times New Roman"/>
          <w:sz w:val="20"/>
          <w:szCs w:val="20"/>
        </w:rPr>
        <w:lastRenderedPageBreak/>
        <w:t>hours. However, they can decompensate catastrophically-suddenly developing very low blood pressure and cardiac arrest-with very little warning.</w:t>
      </w:r>
    </w:p>
    <w:p w14:paraId="644554C5" w14:textId="77777777" w:rsidR="004B2954" w:rsidRPr="00BB79B8" w:rsidRDefault="004B2954" w:rsidP="004B2954">
      <w:pPr>
        <w:spacing w:after="20"/>
        <w:ind w:left="216"/>
        <w:rPr>
          <w:rFonts w:cs="Times New Roman"/>
          <w:sz w:val="20"/>
          <w:szCs w:val="20"/>
        </w:rPr>
      </w:pPr>
      <w:r w:rsidRPr="00BB79B8">
        <w:rPr>
          <w:rFonts w:cs="Times New Roman"/>
          <w:sz w:val="20"/>
          <w:szCs w:val="20"/>
        </w:rPr>
        <w:t>5. High Mortality Without Prompt Treatment</w:t>
      </w:r>
      <w:r w:rsidRPr="00BB79B8">
        <w:rPr>
          <w:rFonts w:cs="Times New Roman"/>
          <w:sz w:val="20"/>
          <w:szCs w:val="20"/>
        </w:rPr>
        <w:br/>
        <w:t>Historically, fulminant myocarditis has an in-hospital mortality rate of 30-50%, especially if not recognized early. However, the critical nuance is: if patients survive the acute phase (typically 3-7 days) with aggressive supportive care, their long-term prognosis is often excellent, because the heart muscle can recover fully-unlike chronic heart failure.</w:t>
      </w:r>
    </w:p>
    <w:p w14:paraId="52D1E56D"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It is dangerous because it turns a healthy heart into a non-functional pump within hours, leading to lethal shock and arrhythmias, requiring immediate intensive care and often mechanical support to prevent death.</w:t>
      </w:r>
    </w:p>
    <w:p w14:paraId="595B7AF6" w14:textId="77777777" w:rsidR="004B2954" w:rsidRPr="00BB79B8" w:rsidRDefault="004B2954" w:rsidP="004B2954">
      <w:pPr>
        <w:spacing w:after="0"/>
        <w:rPr>
          <w:rFonts w:cs="Times New Roman"/>
          <w:sz w:val="20"/>
          <w:szCs w:val="20"/>
        </w:rPr>
      </w:pPr>
    </w:p>
    <w:p w14:paraId="25890C9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5B4621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4248591"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extremely dangerous for these key reasons:</w:t>
      </w:r>
    </w:p>
    <w:p w14:paraId="4824EAC2" w14:textId="77777777" w:rsidR="004B2954" w:rsidRPr="00BB79B8" w:rsidRDefault="004B2954" w:rsidP="004B2954">
      <w:pPr>
        <w:spacing w:after="20"/>
        <w:ind w:left="216"/>
        <w:rPr>
          <w:rFonts w:cs="Times New Roman"/>
          <w:sz w:val="20"/>
          <w:szCs w:val="20"/>
        </w:rPr>
      </w:pPr>
      <w:r w:rsidRPr="00BB79B8">
        <w:rPr>
          <w:rFonts w:cs="Times New Roman"/>
          <w:sz w:val="20"/>
          <w:szCs w:val="20"/>
        </w:rPr>
        <w:t>It develops rapidly and severely within hours to days, causing sudden, massive inflammation and damage to the heart muscle.</w:t>
      </w:r>
    </w:p>
    <w:p w14:paraId="4B4F0192" w14:textId="77777777" w:rsidR="004B2954" w:rsidRPr="00BB79B8" w:rsidRDefault="004B2954" w:rsidP="004B2954">
      <w:pPr>
        <w:spacing w:after="20"/>
        <w:ind w:left="216"/>
        <w:rPr>
          <w:rFonts w:cs="Times New Roman"/>
          <w:sz w:val="20"/>
          <w:szCs w:val="20"/>
        </w:rPr>
      </w:pPr>
      <w:r w:rsidRPr="00BB79B8">
        <w:rPr>
          <w:rFonts w:cs="Times New Roman"/>
          <w:sz w:val="20"/>
          <w:szCs w:val="20"/>
        </w:rPr>
        <w:t>It easily leads to acute heart failure, cardiogenic shock, with sharply reduced cardiac pumping function.</w:t>
      </w:r>
    </w:p>
    <w:p w14:paraId="30FC29DD" w14:textId="77777777" w:rsidR="004B2954" w:rsidRPr="00BB79B8" w:rsidRDefault="004B2954" w:rsidP="004B2954">
      <w:pPr>
        <w:spacing w:after="20"/>
        <w:ind w:left="216"/>
        <w:rPr>
          <w:rFonts w:cs="Times New Roman"/>
          <w:sz w:val="20"/>
          <w:szCs w:val="20"/>
        </w:rPr>
      </w:pPr>
      <w:r w:rsidRPr="00BB79B8">
        <w:rPr>
          <w:rFonts w:cs="Times New Roman"/>
          <w:sz w:val="20"/>
          <w:szCs w:val="20"/>
        </w:rPr>
        <w:t>It triggers life-threatening severe arrhythmias such as ventricular tachycardia or ventricular fibrillation.</w:t>
      </w:r>
    </w:p>
    <w:p w14:paraId="54DEC55F"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cause cardiac arrest and has a high short-term mortality rate without timely emergency treatment.</w:t>
      </w:r>
    </w:p>
    <w:p w14:paraId="0146AF4C" w14:textId="77777777" w:rsidR="004B2954" w:rsidRPr="00BB79B8" w:rsidRDefault="004B2954" w:rsidP="004B2954">
      <w:pPr>
        <w:rPr>
          <w:rFonts w:cs="Times New Roman"/>
          <w:sz w:val="20"/>
          <w:szCs w:val="20"/>
        </w:rPr>
      </w:pPr>
    </w:p>
    <w:p w14:paraId="0FBFABA9" w14:textId="77777777" w:rsidR="004B2954" w:rsidRPr="00BB79B8" w:rsidRDefault="004B2954" w:rsidP="004B2954">
      <w:pPr>
        <w:keepNext/>
        <w:rPr>
          <w:rFonts w:cs="Times New Roman"/>
          <w:sz w:val="20"/>
          <w:szCs w:val="20"/>
        </w:rPr>
      </w:pPr>
      <w:r w:rsidRPr="00BB79B8">
        <w:rPr>
          <w:rFonts w:cs="Times New Roman"/>
          <w:b/>
          <w:color w:val="1F4E79"/>
          <w:sz w:val="20"/>
          <w:szCs w:val="20"/>
        </w:rPr>
        <w:t>Q6. Can mild myocarditis resolve on its own?</w:t>
      </w:r>
    </w:p>
    <w:p w14:paraId="47293CF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1414115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0EA8E66" w14:textId="77777777" w:rsidR="004B2954" w:rsidRPr="00BB79B8" w:rsidRDefault="004B2954" w:rsidP="004B2954">
      <w:pPr>
        <w:spacing w:after="20"/>
        <w:ind w:left="216"/>
        <w:rPr>
          <w:rFonts w:cs="Times New Roman"/>
          <w:sz w:val="20"/>
          <w:szCs w:val="20"/>
        </w:rPr>
      </w:pPr>
      <w:r w:rsidRPr="00BB79B8">
        <w:rPr>
          <w:rFonts w:cs="Times New Roman"/>
          <w:sz w:val="20"/>
          <w:szCs w:val="20"/>
        </w:rPr>
        <w:t>Yes, mild myocarditis can sometimes resolve on its own without specific treatment. In many cases, especially when caused by a viral infection, the inflammation is self-limited and the heart recovers over weeks to months. Supportive care-such as rest, avoiding strenuous activity, and treating symptoms like fever or chest discomfort-is usually recommended.</w:t>
      </w:r>
    </w:p>
    <w:p w14:paraId="2165BDB1"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even mild cases should be monitored by a healthcare professional, because myocarditis can occasionally progress unexpectedly, and complications such as arrhythmias or reduced heart function may occur. Follow-up with an ECG, echocardiogram, or blood tests may be advised to ensure the heart is healing properly.</w:t>
      </w:r>
    </w:p>
    <w:p w14:paraId="572AF296"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want, I can also explain how recovery differs between mild, moderate, and fulminant myocarditis, which helps understand why monitoring is important.</w:t>
      </w:r>
    </w:p>
    <w:p w14:paraId="25A942AE" w14:textId="77777777" w:rsidR="004B2954" w:rsidRPr="00BB79B8" w:rsidRDefault="004B2954" w:rsidP="004B2954">
      <w:pPr>
        <w:spacing w:after="0"/>
        <w:rPr>
          <w:rFonts w:cs="Times New Roman"/>
          <w:sz w:val="20"/>
          <w:szCs w:val="20"/>
        </w:rPr>
      </w:pPr>
    </w:p>
    <w:p w14:paraId="696FCD0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011A3C4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6870705" w14:textId="77777777" w:rsidR="004B2954" w:rsidRPr="00BB79B8" w:rsidRDefault="004B2954" w:rsidP="004B2954">
      <w:pPr>
        <w:spacing w:after="20"/>
        <w:ind w:left="216"/>
        <w:rPr>
          <w:rFonts w:cs="Times New Roman"/>
          <w:sz w:val="20"/>
          <w:szCs w:val="20"/>
        </w:rPr>
      </w:pPr>
      <w:r w:rsidRPr="00BB79B8">
        <w:rPr>
          <w:rFonts w:cs="Times New Roman"/>
          <w:sz w:val="20"/>
          <w:szCs w:val="20"/>
        </w:rPr>
        <w:t>Understanding Mild Myocarditis Recovery</w:t>
      </w:r>
    </w:p>
    <w:p w14:paraId="6525307E" w14:textId="77777777" w:rsidR="004B2954" w:rsidRPr="00BB79B8" w:rsidRDefault="004B2954" w:rsidP="004B2954">
      <w:pPr>
        <w:spacing w:after="20"/>
        <w:ind w:left="216"/>
        <w:rPr>
          <w:rFonts w:cs="Times New Roman"/>
          <w:sz w:val="20"/>
          <w:szCs w:val="20"/>
        </w:rPr>
      </w:pPr>
      <w:r w:rsidRPr="00BB79B8">
        <w:rPr>
          <w:rFonts w:cs="Times New Roman"/>
          <w:sz w:val="20"/>
          <w:szCs w:val="20"/>
        </w:rPr>
        <w:t>In many cases, mild myocarditis can resolve on its own with sufficient rest and appropriate supportive care. Because the heart muscle has a natural ability to heal from minor inflammation, many individuals recover fully without specialized medical interventions.</w:t>
      </w:r>
    </w:p>
    <w:p w14:paraId="5EC249BB"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"resolving on its own" does not mean the condition should be unmanaged. Recovery typically involves several critical components:</w:t>
      </w:r>
    </w:p>
    <w:p w14:paraId="5E9383B7" w14:textId="77777777" w:rsidR="004B2954" w:rsidRPr="00BB79B8" w:rsidRDefault="004B2954" w:rsidP="004B2954">
      <w:pPr>
        <w:spacing w:after="20"/>
        <w:ind w:left="216"/>
        <w:rPr>
          <w:rFonts w:cs="Times New Roman"/>
          <w:sz w:val="20"/>
          <w:szCs w:val="20"/>
        </w:rPr>
      </w:pPr>
      <w:r w:rsidRPr="00BB79B8">
        <w:rPr>
          <w:rFonts w:cs="Times New Roman"/>
          <w:sz w:val="20"/>
          <w:szCs w:val="20"/>
        </w:rPr>
        <w:t>1. The Role of Physical Rest</w:t>
      </w:r>
    </w:p>
    <w:p w14:paraId="5C30FC30"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vital "treatment" for mild myocarditis is strict physical rest.</w:t>
      </w:r>
    </w:p>
    <w:p w14:paraId="5E47AF2D"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Cardiac Demand: Activity increases the heart rate and workload, which can exacerbate inflammation or lead to complications like arrhythmias while the muscle is vulnerable.</w:t>
      </w:r>
    </w:p>
    <w:p w14:paraId="7F184735" w14:textId="77777777" w:rsidR="004B2954" w:rsidRPr="00BB79B8" w:rsidRDefault="004B2954" w:rsidP="004B2954">
      <w:pPr>
        <w:spacing w:after="20"/>
        <w:ind w:left="216"/>
        <w:rPr>
          <w:rFonts w:cs="Times New Roman"/>
          <w:sz w:val="20"/>
          <w:szCs w:val="20"/>
        </w:rPr>
      </w:pPr>
      <w:r w:rsidRPr="00BB79B8">
        <w:rPr>
          <w:rFonts w:cs="Times New Roman"/>
          <w:sz w:val="20"/>
          <w:szCs w:val="20"/>
        </w:rPr>
        <w:t>Standard Guidelines: Medical professionals typically recommend avoiding strenuous exercise or competitive sports for a period of 3 to 6 months, depending on follow-up evaluations (such as ECGs or cardiac MRIs).</w:t>
      </w:r>
    </w:p>
    <w:p w14:paraId="6170B1BD" w14:textId="77777777" w:rsidR="004B2954" w:rsidRPr="00BB79B8" w:rsidRDefault="004B2954" w:rsidP="004B2954">
      <w:pPr>
        <w:spacing w:after="20"/>
        <w:ind w:left="216"/>
        <w:rPr>
          <w:rFonts w:cs="Times New Roman"/>
          <w:sz w:val="20"/>
          <w:szCs w:val="20"/>
        </w:rPr>
      </w:pPr>
      <w:r w:rsidRPr="00BB79B8">
        <w:rPr>
          <w:rFonts w:cs="Times New Roman"/>
          <w:sz w:val="20"/>
          <w:szCs w:val="20"/>
        </w:rPr>
        <w:t>2. Clinical Monitoring</w:t>
      </w:r>
    </w:p>
    <w:p w14:paraId="3B5F98AC"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if the inflammation is mild, medical supervision is necessary to ensure the condition is actually improving rather than progressing. Monitoring usually includes:</w:t>
      </w:r>
    </w:p>
    <w:p w14:paraId="5D70BF5F"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Echocardiograms: To check that heart pumping function remains stable.</w:t>
      </w:r>
    </w:p>
    <w:p w14:paraId="496A84E4"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To ensure cardiac enzymes (like Troponin) are returning to baseline.</w:t>
      </w:r>
    </w:p>
    <w:p w14:paraId="1678EF74" w14:textId="77777777" w:rsidR="004B2954" w:rsidRPr="00BB79B8" w:rsidRDefault="004B2954" w:rsidP="004B2954">
      <w:pPr>
        <w:spacing w:after="20"/>
        <w:ind w:left="216"/>
        <w:rPr>
          <w:rFonts w:cs="Times New Roman"/>
          <w:sz w:val="20"/>
          <w:szCs w:val="20"/>
        </w:rPr>
      </w:pPr>
      <w:r w:rsidRPr="00BB79B8">
        <w:rPr>
          <w:rFonts w:cs="Times New Roman"/>
          <w:sz w:val="20"/>
          <w:szCs w:val="20"/>
        </w:rPr>
        <w:t>ECG/Holter Monitoring: To rule out any underlying rhythm disturbances during the healing phase.</w:t>
      </w:r>
    </w:p>
    <w:p w14:paraId="3886F9B3" w14:textId="77777777" w:rsidR="004B2954" w:rsidRPr="00BB79B8" w:rsidRDefault="004B2954" w:rsidP="004B2954">
      <w:pPr>
        <w:spacing w:after="20"/>
        <w:ind w:left="216"/>
        <w:rPr>
          <w:rFonts w:cs="Times New Roman"/>
          <w:sz w:val="20"/>
          <w:szCs w:val="20"/>
        </w:rPr>
      </w:pPr>
      <w:r w:rsidRPr="00BB79B8">
        <w:rPr>
          <w:rFonts w:cs="Times New Roman"/>
          <w:sz w:val="20"/>
          <w:szCs w:val="20"/>
        </w:rPr>
        <w:t>3. Identifying Potential Risks</w:t>
      </w:r>
    </w:p>
    <w:p w14:paraId="2D262996"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the prognosis for mild myocarditis is generally excellent, there are rare instances where it can lead to:</w:t>
      </w:r>
    </w:p>
    <w:p w14:paraId="2C162600"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Inflammation: In some individuals, the inflammation may persist, potentially leading to dilated cardiomyopathy.</w:t>
      </w:r>
    </w:p>
    <w:p w14:paraId="68BCA4EA"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Recurrence: A small percentage of patients may experience a relapse if they return to intense activity too quickly.</w:t>
      </w:r>
    </w:p>
    <w:p w14:paraId="280F99D3"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798CEDF2"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While the body often clears the inflammation independently-especially when the cause is a common viral infection-the recovery process must be validated by a healthcare provider. If you experience symptoms such as chest pain, shortness of breath, or palpitations, it is essential to seek a professional evaluation to confirm the diagnosis and monitor the healing progress.</w:t>
      </w:r>
    </w:p>
    <w:p w14:paraId="2E9142E5" w14:textId="77777777" w:rsidR="004B2954" w:rsidRPr="00BB79B8" w:rsidRDefault="004B2954" w:rsidP="004B2954">
      <w:pPr>
        <w:spacing w:after="0"/>
        <w:rPr>
          <w:rFonts w:cs="Times New Roman"/>
          <w:sz w:val="20"/>
          <w:szCs w:val="20"/>
        </w:rPr>
      </w:pPr>
    </w:p>
    <w:p w14:paraId="15C006E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2D5E99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36E401B"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mild myocarditis can resolve on its own, and this is supported by major clinical sources. The Cleveland Clinic specifically states that "If you have a mild case, it may go away on its own."</w:t>
      </w:r>
    </w:p>
    <w:p w14:paraId="179E4340" w14:textId="77777777" w:rsidR="004B2954" w:rsidRPr="00BB79B8" w:rsidRDefault="004B2954" w:rsidP="004B2954">
      <w:pPr>
        <w:spacing w:after="20"/>
        <w:ind w:left="216"/>
        <w:rPr>
          <w:rFonts w:cs="Times New Roman"/>
          <w:sz w:val="20"/>
          <w:szCs w:val="20"/>
        </w:rPr>
      </w:pPr>
      <w:r w:rsidRPr="00BB79B8">
        <w:rPr>
          <w:rFonts w:cs="Times New Roman"/>
          <w:sz w:val="20"/>
          <w:szCs w:val="20"/>
        </w:rPr>
        <w:t>What "resolving on its own" actually means</w:t>
      </w:r>
    </w:p>
    <w:p w14:paraId="2D86A6E6" w14:textId="77777777" w:rsidR="004B2954" w:rsidRPr="00BB79B8" w:rsidRDefault="004B2954" w:rsidP="004B2954">
      <w:pPr>
        <w:spacing w:after="20"/>
        <w:ind w:left="216"/>
        <w:rPr>
          <w:rFonts w:cs="Times New Roman"/>
          <w:sz w:val="20"/>
          <w:szCs w:val="20"/>
        </w:rPr>
      </w:pPr>
      <w:r w:rsidRPr="00BB79B8">
        <w:rPr>
          <w:rFonts w:cs="Times New Roman"/>
          <w:sz w:val="20"/>
          <w:szCs w:val="20"/>
        </w:rPr>
        <w:t>Even when mild myocarditis improves without aggressive treatment, it still requires:</w:t>
      </w:r>
    </w:p>
    <w:p w14:paraId="21BD8552" w14:textId="77777777" w:rsidR="004B2954" w:rsidRPr="00BB79B8" w:rsidRDefault="004B2954" w:rsidP="004B2954">
      <w:pPr>
        <w:spacing w:after="20"/>
        <w:ind w:left="216"/>
        <w:rPr>
          <w:rFonts w:cs="Times New Roman"/>
          <w:sz w:val="20"/>
          <w:szCs w:val="20"/>
        </w:rPr>
      </w:pPr>
      <w:r w:rsidRPr="00BB79B8">
        <w:rPr>
          <w:rFonts w:cs="Times New Roman"/>
          <w:sz w:val="20"/>
          <w:szCs w:val="20"/>
        </w:rPr>
        <w:t>Rest and activity restriction (especially avoiding exercise)</w:t>
      </w:r>
    </w:p>
    <w:p w14:paraId="7EB0645D"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by a clinician</w:t>
      </w:r>
    </w:p>
    <w:p w14:paraId="50075239"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testing (often ECG, echocardiogram, or cardiac MRI)</w:t>
      </w:r>
    </w:p>
    <w:p w14:paraId="43EA3A16"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because even mild inflammation can temporarily weaken the heart or trigger arrhythmias.</w:t>
      </w:r>
    </w:p>
    <w:p w14:paraId="0BC32E9E" w14:textId="77777777" w:rsidR="004B2954" w:rsidRPr="00BB79B8" w:rsidRDefault="004B2954" w:rsidP="004B2954">
      <w:pPr>
        <w:spacing w:after="20"/>
        <w:ind w:left="216"/>
        <w:rPr>
          <w:rFonts w:cs="Times New Roman"/>
          <w:sz w:val="20"/>
          <w:szCs w:val="20"/>
        </w:rPr>
      </w:pPr>
      <w:r w:rsidRPr="00BB79B8">
        <w:rPr>
          <w:rFonts w:cs="Times New Roman"/>
          <w:sz w:val="20"/>
          <w:szCs w:val="20"/>
        </w:rPr>
        <w:t>Why mild cases often recover</w:t>
      </w:r>
    </w:p>
    <w:p w14:paraId="59E027F5" w14:textId="77777777" w:rsidR="004B2954" w:rsidRPr="00BB79B8" w:rsidRDefault="004B2954" w:rsidP="004B2954">
      <w:pPr>
        <w:spacing w:after="20"/>
        <w:ind w:left="216"/>
        <w:rPr>
          <w:rFonts w:cs="Times New Roman"/>
          <w:sz w:val="20"/>
          <w:szCs w:val="20"/>
        </w:rPr>
      </w:pPr>
      <w:r w:rsidRPr="00BB79B8">
        <w:rPr>
          <w:rFonts w:cs="Times New Roman"/>
          <w:sz w:val="20"/>
          <w:szCs w:val="20"/>
        </w:rPr>
        <w:t>Many cases are viral, and the inflammation subsides as the infection clears.</w:t>
      </w:r>
    </w:p>
    <w:p w14:paraId="0769C390" w14:textId="77777777" w:rsidR="004B2954" w:rsidRPr="00BB79B8" w:rsidRDefault="004B2954" w:rsidP="004B2954">
      <w:pPr>
        <w:spacing w:after="20"/>
        <w:ind w:left="216"/>
        <w:rPr>
          <w:rFonts w:cs="Times New Roman"/>
          <w:sz w:val="20"/>
          <w:szCs w:val="20"/>
        </w:rPr>
      </w:pPr>
      <w:r w:rsidRPr="00BB79B8">
        <w:rPr>
          <w:rFonts w:cs="Times New Roman"/>
          <w:sz w:val="20"/>
          <w:szCs w:val="20"/>
        </w:rPr>
        <w:t>The heart muscle can heal if it is not stressed during recovery.</w:t>
      </w:r>
    </w:p>
    <w:p w14:paraId="7F8031D1" w14:textId="77777777" w:rsidR="004B2954" w:rsidRPr="00BB79B8" w:rsidRDefault="004B2954" w:rsidP="004B2954">
      <w:pPr>
        <w:spacing w:after="20"/>
        <w:ind w:left="216"/>
        <w:rPr>
          <w:rFonts w:cs="Times New Roman"/>
          <w:sz w:val="20"/>
          <w:szCs w:val="20"/>
        </w:rPr>
      </w:pPr>
      <w:r w:rsidRPr="00BB79B8">
        <w:rPr>
          <w:rFonts w:cs="Times New Roman"/>
          <w:sz w:val="20"/>
          <w:szCs w:val="20"/>
        </w:rPr>
        <w:t>Most young, otherwise healthy people recover fully.</w:t>
      </w:r>
    </w:p>
    <w:p w14:paraId="74041C34" w14:textId="77777777" w:rsidR="004B2954" w:rsidRPr="00BB79B8" w:rsidRDefault="004B2954" w:rsidP="004B2954">
      <w:pPr>
        <w:spacing w:after="20"/>
        <w:ind w:left="216"/>
        <w:rPr>
          <w:rFonts w:cs="Times New Roman"/>
          <w:sz w:val="20"/>
          <w:szCs w:val="20"/>
        </w:rPr>
      </w:pPr>
      <w:r w:rsidRPr="00BB79B8">
        <w:rPr>
          <w:rFonts w:cs="Times New Roman"/>
          <w:sz w:val="20"/>
          <w:szCs w:val="20"/>
        </w:rPr>
        <w:t>The American Heart Association also notes that some cases resolve quickly, especially when inflammation is mild.</w:t>
      </w:r>
    </w:p>
    <w:p w14:paraId="5CBAEBB4"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mild myocarditis is not truly mild</w:t>
      </w:r>
    </w:p>
    <w:p w14:paraId="09F13920"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if symptoms seem minor, myocarditis can worsen. Seek medical care urgently if there is:</w:t>
      </w:r>
    </w:p>
    <w:p w14:paraId="06294736"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789D9A23"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512F2168"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w:t>
      </w:r>
    </w:p>
    <w:p w14:paraId="182173D1"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w:t>
      </w:r>
    </w:p>
    <w:p w14:paraId="5664D504"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can signal arrhythmias or heart dysfunction.</w:t>
      </w:r>
    </w:p>
    <w:p w14:paraId="754CEE3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ask your clinician next</w:t>
      </w:r>
    </w:p>
    <w:p w14:paraId="235BA62C" w14:textId="77777777" w:rsidR="004B2954" w:rsidRPr="00BB79B8" w:rsidRDefault="004B2954" w:rsidP="004B2954">
      <w:pPr>
        <w:spacing w:after="20"/>
        <w:ind w:left="216"/>
        <w:rPr>
          <w:rFonts w:cs="Times New Roman"/>
          <w:sz w:val="20"/>
          <w:szCs w:val="20"/>
        </w:rPr>
      </w:pPr>
      <w:r w:rsidRPr="00BB79B8">
        <w:rPr>
          <w:rFonts w:cs="Times New Roman"/>
          <w:sz w:val="20"/>
          <w:szCs w:val="20"/>
        </w:rPr>
        <w:t>Safe activity level</w:t>
      </w:r>
    </w:p>
    <w:p w14:paraId="0E02B8EF" w14:textId="77777777" w:rsidR="004B2954" w:rsidRPr="00BB79B8" w:rsidRDefault="004B2954" w:rsidP="004B2954">
      <w:pPr>
        <w:spacing w:after="20"/>
        <w:ind w:left="216"/>
        <w:rPr>
          <w:rFonts w:cs="Times New Roman"/>
          <w:sz w:val="20"/>
          <w:szCs w:val="20"/>
        </w:rPr>
      </w:pPr>
      <w:r w:rsidRPr="00BB79B8">
        <w:rPr>
          <w:rFonts w:cs="Times New Roman"/>
          <w:sz w:val="20"/>
          <w:szCs w:val="20"/>
        </w:rPr>
        <w:t>How long to avoid exercise</w:t>
      </w:r>
    </w:p>
    <w:p w14:paraId="197D5F3A" w14:textId="77777777" w:rsidR="004B2954" w:rsidRPr="00BB79B8" w:rsidRDefault="004B2954" w:rsidP="004B2954">
      <w:pPr>
        <w:spacing w:after="20"/>
        <w:ind w:left="216"/>
        <w:rPr>
          <w:rFonts w:cs="Times New Roman"/>
          <w:sz w:val="20"/>
          <w:szCs w:val="20"/>
        </w:rPr>
      </w:pPr>
      <w:r w:rsidRPr="00BB79B8">
        <w:rPr>
          <w:rFonts w:cs="Times New Roman"/>
          <w:sz w:val="20"/>
          <w:szCs w:val="20"/>
        </w:rPr>
        <w:t>Whether follow-up imaging is needed</w:t>
      </w:r>
    </w:p>
    <w:p w14:paraId="79BAE299" w14:textId="77777777" w:rsidR="004B2954" w:rsidRPr="00BB79B8" w:rsidRDefault="004B2954" w:rsidP="004B2954">
      <w:pPr>
        <w:spacing w:after="0"/>
        <w:rPr>
          <w:rFonts w:cs="Times New Roman"/>
          <w:sz w:val="20"/>
          <w:szCs w:val="20"/>
        </w:rPr>
      </w:pPr>
    </w:p>
    <w:p w14:paraId="1194001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5D3690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A7073F4"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question, as it gets to the heart of how myocarditis is managed.</w:t>
      </w:r>
    </w:p>
    <w:p w14:paraId="571D25CA" w14:textId="77777777" w:rsidR="004B2954" w:rsidRPr="00BB79B8" w:rsidRDefault="004B2954" w:rsidP="004B2954">
      <w:pPr>
        <w:spacing w:after="20"/>
        <w:ind w:left="216"/>
        <w:rPr>
          <w:rFonts w:cs="Times New Roman"/>
          <w:sz w:val="20"/>
          <w:szCs w:val="20"/>
        </w:rPr>
      </w:pPr>
      <w:r w:rsidRPr="00BB79B8">
        <w:rPr>
          <w:rFonts w:cs="Times New Roman"/>
          <w:sz w:val="20"/>
          <w:szCs w:val="20"/>
        </w:rPr>
        <w:t>The short answer is yes, mild myocarditis can often resolve on its own, particularly when it's caused by a common viral infection. However, "on its own" doesn't mean ignoring it. It means the body's immune system fights off the virus and heals the inflammation, but this process requires specific medical supervision and lifestyle adjustments.</w:t>
      </w:r>
    </w:p>
    <w:p w14:paraId="143FA189" w14:textId="77777777" w:rsidR="004B2954" w:rsidRPr="00BB79B8" w:rsidRDefault="004B2954" w:rsidP="004B2954">
      <w:pPr>
        <w:spacing w:after="20"/>
        <w:ind w:left="216"/>
        <w:rPr>
          <w:rFonts w:cs="Times New Roman"/>
          <w:sz w:val="20"/>
          <w:szCs w:val="20"/>
        </w:rPr>
      </w:pPr>
      <w:r w:rsidRPr="00BB79B8">
        <w:rPr>
          <w:rFonts w:cs="Times New Roman"/>
          <w:sz w:val="20"/>
          <w:szCs w:val="20"/>
        </w:rPr>
        <w:t>Let's break that down.</w:t>
      </w:r>
    </w:p>
    <w:p w14:paraId="6824AE81" w14:textId="77777777" w:rsidR="004B2954" w:rsidRPr="00BB79B8" w:rsidRDefault="004B2954" w:rsidP="004B2954">
      <w:pPr>
        <w:spacing w:after="20"/>
        <w:ind w:left="216"/>
        <w:rPr>
          <w:rFonts w:cs="Times New Roman"/>
          <w:sz w:val="20"/>
          <w:szCs w:val="20"/>
        </w:rPr>
      </w:pPr>
      <w:r w:rsidRPr="00BB79B8">
        <w:rPr>
          <w:rFonts w:cs="Times New Roman"/>
          <w:sz w:val="20"/>
          <w:szCs w:val="20"/>
        </w:rPr>
        <w:t>When "Resolving on its Own" is the Expected Outcome</w:t>
      </w:r>
    </w:p>
    <w:p w14:paraId="62476B5F" w14:textId="77777777" w:rsidR="004B2954" w:rsidRPr="00BB79B8" w:rsidRDefault="004B2954" w:rsidP="004B2954">
      <w:pPr>
        <w:spacing w:after="20"/>
        <w:ind w:left="216"/>
        <w:rPr>
          <w:rFonts w:cs="Times New Roman"/>
          <w:sz w:val="20"/>
          <w:szCs w:val="20"/>
        </w:rPr>
      </w:pPr>
      <w:r w:rsidRPr="00BB79B8">
        <w:rPr>
          <w:rFonts w:cs="Times New Roman"/>
          <w:sz w:val="20"/>
          <w:szCs w:val="20"/>
        </w:rPr>
        <w:t>For many people with mild, uncomplicated viral myocarditis (often caused by viruses like Coxsackie B, influenza, or even COVID-19), the condition follows a self-limiting course. The timeline typically looks like this:</w:t>
      </w:r>
    </w:p>
    <w:p w14:paraId="68EEF38D"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Phase (Days 1-14): You may have flu-like symptoms and some chest discomfort or fatigue. The heart is inflamed.</w:t>
      </w:r>
    </w:p>
    <w:p w14:paraId="32025279"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Phase (Weeks to Months): The immune system clears the virus. The inflammation gradually subsides. The heart muscle heals, usually without permanent damage.</w:t>
      </w:r>
    </w:p>
    <w:p w14:paraId="1E22B52A" w14:textId="77777777" w:rsidR="004B2954" w:rsidRPr="00BB79B8" w:rsidRDefault="004B2954" w:rsidP="004B2954">
      <w:pPr>
        <w:spacing w:after="20"/>
        <w:ind w:left="216"/>
        <w:rPr>
          <w:rFonts w:cs="Times New Roman"/>
          <w:sz w:val="20"/>
          <w:szCs w:val="20"/>
        </w:rPr>
      </w:pPr>
      <w:r w:rsidRPr="00BB79B8">
        <w:rPr>
          <w:rFonts w:cs="Times New Roman"/>
          <w:sz w:val="20"/>
          <w:szCs w:val="20"/>
        </w:rPr>
        <w:t>Resolution (3-6 months): Follow-up MRI or echocardiogram shows that the inflammation is gone and heart function is normal.</w:t>
      </w:r>
    </w:p>
    <w:p w14:paraId="348CD17E"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these cases, the "treatment" is not a drug to kill the virus (since antivirals for common viruses are rarely used), but rather supportive care: rest, anti-inflammatory medications (like ibuprofen, but only under a doctor's direction), and close monitoring.</w:t>
      </w:r>
    </w:p>
    <w:p w14:paraId="194DA252" w14:textId="77777777" w:rsidR="004B2954" w:rsidRPr="00BB79B8" w:rsidRDefault="004B2954" w:rsidP="004B2954">
      <w:pPr>
        <w:spacing w:after="20"/>
        <w:ind w:left="216"/>
        <w:rPr>
          <w:rFonts w:cs="Times New Roman"/>
          <w:sz w:val="20"/>
          <w:szCs w:val="20"/>
        </w:rPr>
      </w:pPr>
      <w:r w:rsidRPr="00BB79B8">
        <w:rPr>
          <w:rFonts w:cs="Times New Roman"/>
          <w:sz w:val="20"/>
          <w:szCs w:val="20"/>
        </w:rPr>
        <w:t>The Critical Catch: What "On its Own" Really Means</w:t>
      </w:r>
    </w:p>
    <w:p w14:paraId="5258EB92"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the most important part. Letting mild myocarditis resolve "on its own" does not mean going about your normal life and hoping it gets better. The single most dangerous thing you can do is continue exercising or strenuous activity.</w:t>
      </w:r>
    </w:p>
    <w:p w14:paraId="38521A54" w14:textId="77777777" w:rsidR="004B2954" w:rsidRPr="00BB79B8" w:rsidRDefault="004B2954" w:rsidP="004B2954">
      <w:pPr>
        <w:spacing w:after="20"/>
        <w:ind w:left="216"/>
        <w:rPr>
          <w:rFonts w:cs="Times New Roman"/>
          <w:sz w:val="20"/>
          <w:szCs w:val="20"/>
        </w:rPr>
      </w:pPr>
      <w:r w:rsidRPr="00BB79B8">
        <w:rPr>
          <w:rFonts w:cs="Times New Roman"/>
          <w:sz w:val="20"/>
          <w:szCs w:val="20"/>
        </w:rPr>
        <w:t>The 1 Rule: Strict Rest. The heart is an injured muscle, just like a pulled hamstring. Exercising an inflamed heart can trigger a fatal arrhythmia (sudden cardiac arrest) or cause permanent, irreversible heart failure (dilated cardiomyopathy). Doctors typically recommend 3-6 months of no competitive sports or intense exercise.</w:t>
      </w:r>
    </w:p>
    <w:p w14:paraId="40C8DDA2"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No NSAIDs Initially? While ibuprofen is used for pericarditis (inflammation of the sac around the heart), it can worsen acute viral myocarditis in some cases. A doctor must make this call.</w:t>
      </w:r>
    </w:p>
    <w:p w14:paraId="74EB76E0"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is Mandatory. "On its own" requires follow-up. Your doctor will need to re-check your heart function with an echocardiogram or cardiac MRI to confirm the inflammation is truly gone.</w:t>
      </w:r>
    </w:p>
    <w:p w14:paraId="083C663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Mild Myocarditis Does NOT Resolve on its Own (Red Flags)</w:t>
      </w:r>
    </w:p>
    <w:p w14:paraId="102A02C2" w14:textId="77777777" w:rsidR="004B2954" w:rsidRPr="00BB79B8" w:rsidRDefault="004B2954" w:rsidP="004B2954">
      <w:pPr>
        <w:spacing w:after="20"/>
        <w:ind w:left="216"/>
        <w:rPr>
          <w:rFonts w:cs="Times New Roman"/>
          <w:sz w:val="20"/>
          <w:szCs w:val="20"/>
        </w:rPr>
      </w:pPr>
      <w:r w:rsidRPr="00BB79B8">
        <w:rPr>
          <w:rFonts w:cs="Times New Roman"/>
          <w:sz w:val="20"/>
          <w:szCs w:val="20"/>
        </w:rPr>
        <w:t>Some cases that start mild can worsen or become chronic. You cannot just "wait and see" if you experience any of these. Seek immediate medical attention if you have:</w:t>
      </w:r>
    </w:p>
    <w:p w14:paraId="36B8777C" w14:textId="77777777" w:rsidR="004B2954" w:rsidRPr="00BB79B8" w:rsidRDefault="004B2954" w:rsidP="004B2954">
      <w:pPr>
        <w:spacing w:after="20"/>
        <w:ind w:left="216"/>
        <w:rPr>
          <w:rFonts w:cs="Times New Roman"/>
          <w:sz w:val="20"/>
          <w:szCs w:val="20"/>
        </w:rPr>
      </w:pPr>
      <w:r w:rsidRPr="00BB79B8">
        <w:rPr>
          <w:rFonts w:cs="Times New Roman"/>
          <w:sz w:val="20"/>
          <w:szCs w:val="20"/>
        </w:rPr>
        <w:t>Worsening chest pain, especially if it spreads to your arm, jaw, or back.</w:t>
      </w:r>
    </w:p>
    <w:p w14:paraId="5DCCB3ED" w14:textId="77777777" w:rsidR="004B2954" w:rsidRPr="00BB79B8" w:rsidRDefault="004B2954" w:rsidP="004B2954">
      <w:pPr>
        <w:spacing w:after="20"/>
        <w:ind w:left="216"/>
        <w:rPr>
          <w:rFonts w:cs="Times New Roman"/>
          <w:sz w:val="20"/>
          <w:szCs w:val="20"/>
        </w:rPr>
      </w:pPr>
      <w:r w:rsidRPr="00BB79B8">
        <w:rPr>
          <w:rFonts w:cs="Times New Roman"/>
          <w:sz w:val="20"/>
          <w:szCs w:val="20"/>
        </w:rPr>
        <w:t>New or increasing shortness of breath (e.g., feeling winded after walking up a flight of stairs, or waking up gasping for air at night).</w:t>
      </w:r>
    </w:p>
    <w:p w14:paraId="111F69CF"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that feel like a fluttering, racing, or pounding heart, especially if they are persistent.</w:t>
      </w:r>
    </w:p>
    <w:p w14:paraId="7D2AF473"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your legs, ankles, or feet.</w:t>
      </w:r>
    </w:p>
    <w:p w14:paraId="73F0E034" w14:textId="77777777" w:rsidR="004B2954" w:rsidRPr="00BB79B8" w:rsidRDefault="004B2954" w:rsidP="004B2954">
      <w:pPr>
        <w:spacing w:after="20"/>
        <w:ind w:left="216"/>
        <w:rPr>
          <w:rFonts w:cs="Times New Roman"/>
          <w:sz w:val="20"/>
          <w:szCs w:val="20"/>
        </w:rPr>
      </w:pPr>
      <w:r w:rsidRPr="00BB79B8">
        <w:rPr>
          <w:rFonts w:cs="Times New Roman"/>
          <w:sz w:val="20"/>
          <w:szCs w:val="20"/>
        </w:rPr>
        <w:t>Lightheadedness or fainting.</w:t>
      </w:r>
    </w:p>
    <w:p w14:paraId="7AD6119D"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suggest the inflammation is not resolving and may be leading to heart failure or a dangerous rhythm disorder.</w:t>
      </w:r>
    </w:p>
    <w:p w14:paraId="016EB571"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The Most Important Things to Know</w:t>
      </w:r>
    </w:p>
    <w:p w14:paraId="0F3357D7" w14:textId="77777777" w:rsidR="004B2954" w:rsidRPr="00BB79B8" w:rsidRDefault="004B2954" w:rsidP="004B2954">
      <w:pPr>
        <w:spacing w:after="20"/>
        <w:ind w:left="216"/>
        <w:rPr>
          <w:rFonts w:cs="Times New Roman"/>
          <w:sz w:val="20"/>
          <w:szCs w:val="20"/>
        </w:rPr>
      </w:pPr>
      <w:r w:rsidRPr="00BB79B8">
        <w:rPr>
          <w:rFonts w:cs="Times New Roman"/>
          <w:sz w:val="20"/>
          <w:szCs w:val="20"/>
        </w:rPr>
        <w:t>Yes, mild viral myocarditis CAN resolve on its own...; BUT this requires:</w:t>
      </w:r>
    </w:p>
    <w:p w14:paraId="3FBD97E4" w14:textId="77777777" w:rsidR="004B2954" w:rsidRPr="00BB79B8" w:rsidRDefault="004B2954" w:rsidP="004B2954">
      <w:pPr>
        <w:spacing w:after="20"/>
        <w:ind w:left="216"/>
        <w:rPr>
          <w:rFonts w:cs="Times New Roman"/>
          <w:sz w:val="20"/>
          <w:szCs w:val="20"/>
        </w:rPr>
      </w:pPr>
      <w:r w:rsidRPr="00BB79B8">
        <w:rPr>
          <w:rFonts w:cs="Times New Roman"/>
          <w:sz w:val="20"/>
          <w:szCs w:val="20"/>
        </w:rPr>
        <w:t>The cause is a common virus (not an autoimmune disease or toxin).; Absolute physical rest for several months.</w:t>
      </w:r>
    </w:p>
    <w:p w14:paraId="6778E16D" w14:textId="77777777" w:rsidR="004B2954" w:rsidRPr="00BB79B8" w:rsidRDefault="004B2954" w:rsidP="004B2954">
      <w:pPr>
        <w:spacing w:after="20"/>
        <w:ind w:left="216"/>
        <w:rPr>
          <w:rFonts w:cs="Times New Roman"/>
          <w:sz w:val="20"/>
          <w:szCs w:val="20"/>
        </w:rPr>
      </w:pPr>
      <w:r w:rsidRPr="00BB79B8">
        <w:rPr>
          <w:rFonts w:cs="Times New Roman"/>
          <w:sz w:val="20"/>
          <w:szCs w:val="20"/>
        </w:rPr>
        <w:t>The person has no pre-existing heart conditions.; Close medical follow-up with repeat imaging.</w:t>
      </w:r>
    </w:p>
    <w:p w14:paraId="236D01CB" w14:textId="77777777" w:rsidR="004B2954" w:rsidRPr="00BB79B8" w:rsidRDefault="004B2954" w:rsidP="004B2954">
      <w:pPr>
        <w:spacing w:after="20"/>
        <w:ind w:left="216"/>
        <w:rPr>
          <w:rFonts w:cs="Times New Roman"/>
          <w:sz w:val="20"/>
          <w:szCs w:val="20"/>
        </w:rPr>
      </w:pPr>
      <w:r w:rsidRPr="00BB79B8">
        <w:rPr>
          <w:rFonts w:cs="Times New Roman"/>
          <w:sz w:val="20"/>
          <w:szCs w:val="20"/>
        </w:rPr>
        <w:t>There are no signs of heart failure or arrhythmias.; Knowing the red flags and seeking help immediately if they appear.</w:t>
      </w:r>
    </w:p>
    <w:p w14:paraId="27EA918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If you have been diagnosed with mild myocarditis, take it very seriously. While your prognosis for a full recovery is excellent (over 90% for mild viral cases), that recovery depends on you partnering with your doctor and strictly resting your heart. Do not try to "tough it out" or return to sports on your own timeline.</w:t>
      </w:r>
    </w:p>
    <w:p w14:paraId="6CDCC3A6"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This information is for educational purposes and does not constitute medical advice. Myocarditis can be unpredictable. Always follow the specific treatment and monitoring plan provided by your cardiologist or primary care physician.</w:t>
      </w:r>
    </w:p>
    <w:p w14:paraId="6C4AA393" w14:textId="77777777" w:rsidR="004B2954" w:rsidRPr="00BB79B8" w:rsidRDefault="004B2954" w:rsidP="004B2954">
      <w:pPr>
        <w:spacing w:after="0"/>
        <w:rPr>
          <w:rFonts w:cs="Times New Roman"/>
          <w:sz w:val="20"/>
          <w:szCs w:val="20"/>
        </w:rPr>
      </w:pPr>
    </w:p>
    <w:p w14:paraId="06722A6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64D074F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C2454F7" w14:textId="77777777" w:rsidR="004B2954" w:rsidRPr="00BB79B8" w:rsidRDefault="004B2954" w:rsidP="004B2954">
      <w:pPr>
        <w:spacing w:after="20"/>
        <w:ind w:left="216"/>
        <w:rPr>
          <w:rFonts w:cs="Times New Roman"/>
          <w:sz w:val="20"/>
          <w:szCs w:val="20"/>
        </w:rPr>
      </w:pPr>
      <w:r w:rsidRPr="00BB79B8">
        <w:rPr>
          <w:rFonts w:cs="Times New Roman"/>
          <w:sz w:val="20"/>
          <w:szCs w:val="20"/>
        </w:rPr>
        <w:t>Yes, most cases of mild myocarditis can resolve completely on their own with proper rest and supportive care.</w:t>
      </w:r>
    </w:p>
    <w:p w14:paraId="08DC5FC6"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0952F2D2" w14:textId="77777777" w:rsidR="004B2954" w:rsidRPr="00BB79B8" w:rsidRDefault="004B2954" w:rsidP="004B2954">
      <w:pPr>
        <w:spacing w:after="20"/>
        <w:ind w:left="216"/>
        <w:rPr>
          <w:rFonts w:cs="Times New Roman"/>
          <w:sz w:val="20"/>
          <w:szCs w:val="20"/>
        </w:rPr>
      </w:pPr>
      <w:r w:rsidRPr="00BB79B8">
        <w:rPr>
          <w:rFonts w:cs="Times New Roman"/>
          <w:sz w:val="20"/>
          <w:szCs w:val="20"/>
        </w:rPr>
        <w:t>Mild viral myocarditis is the most common type; the body's immune system can gradually clear the virus and repair damaged heart muscle.</w:t>
      </w:r>
    </w:p>
    <w:p w14:paraId="4E3A0521" w14:textId="77777777" w:rsidR="004B2954" w:rsidRPr="00BB79B8" w:rsidRDefault="004B2954" w:rsidP="004B2954">
      <w:pPr>
        <w:spacing w:after="20"/>
        <w:ind w:left="216"/>
        <w:rPr>
          <w:rFonts w:cs="Times New Roman"/>
          <w:sz w:val="20"/>
          <w:szCs w:val="20"/>
        </w:rPr>
      </w:pPr>
      <w:r w:rsidRPr="00BB79B8">
        <w:rPr>
          <w:rFonts w:cs="Times New Roman"/>
          <w:sz w:val="20"/>
          <w:szCs w:val="20"/>
        </w:rPr>
        <w:t>Complete bed rest for weeks to months is the core of recovery, avoiding exercise, fatigue and stress.</w:t>
      </w:r>
    </w:p>
    <w:p w14:paraId="22E3AE96"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patients with mild symptoms have no long-term heart sequelae and recover normal heart function fully.</w:t>
      </w:r>
    </w:p>
    <w:p w14:paraId="13AD840A" w14:textId="77777777" w:rsidR="004B2954" w:rsidRPr="00BB79B8" w:rsidRDefault="004B2954" w:rsidP="004B2954">
      <w:pPr>
        <w:spacing w:after="20"/>
        <w:ind w:left="216"/>
        <w:rPr>
          <w:rFonts w:cs="Times New Roman"/>
          <w:sz w:val="20"/>
          <w:szCs w:val="20"/>
        </w:rPr>
      </w:pPr>
      <w:r w:rsidRPr="00BB79B8">
        <w:rPr>
          <w:rFonts w:cs="Times New Roman"/>
          <w:sz w:val="20"/>
          <w:szCs w:val="20"/>
        </w:rPr>
        <w:t>A small number may have lingering mild arrhythmias or need follow-up monitoring to rule out progression.</w:t>
      </w:r>
    </w:p>
    <w:p w14:paraId="02AF3B6B" w14:textId="77777777" w:rsidR="004B2954" w:rsidRPr="00BB79B8" w:rsidRDefault="004B2954" w:rsidP="004B2954">
      <w:pPr>
        <w:rPr>
          <w:rFonts w:cs="Times New Roman"/>
          <w:sz w:val="20"/>
          <w:szCs w:val="20"/>
        </w:rPr>
      </w:pPr>
    </w:p>
    <w:p w14:paraId="17872BCD" w14:textId="77777777" w:rsidR="004B2954" w:rsidRPr="00BB79B8" w:rsidRDefault="004B2954" w:rsidP="004B2954">
      <w:pPr>
        <w:keepNext/>
        <w:rPr>
          <w:rFonts w:cs="Times New Roman"/>
          <w:sz w:val="20"/>
          <w:szCs w:val="20"/>
        </w:rPr>
      </w:pPr>
      <w:r w:rsidRPr="00BB79B8">
        <w:rPr>
          <w:rFonts w:cs="Times New Roman"/>
          <w:b/>
          <w:color w:val="1F4E79"/>
          <w:sz w:val="20"/>
          <w:szCs w:val="20"/>
        </w:rPr>
        <w:t>Q7. What are the most common early symptoms of myocarditis?</w:t>
      </w:r>
    </w:p>
    <w:p w14:paraId="37A8063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4403DD1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345F5DA"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early symptoms of myocarditis can be subtle and often resemble those of a viral infection or flu. They include:</w:t>
      </w:r>
    </w:p>
    <w:p w14:paraId="0DF58A02"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or unusual tiredness - feeling more tired than usual, even with normal activity.</w:t>
      </w:r>
    </w:p>
    <w:p w14:paraId="1FBC3217"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 especially during physical activity or when lying down.</w:t>
      </w:r>
    </w:p>
    <w:p w14:paraId="11DA5B26"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discomfort - can be sharp, stabbing, or pressure-like; sometimes similar to heartburn.</w:t>
      </w:r>
    </w:p>
    <w:p w14:paraId="00E77C87"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 feeling your heart beating irregularly, fast, or skipping beats.</w:t>
      </w:r>
    </w:p>
    <w:p w14:paraId="4BA0F19A" w14:textId="77777777" w:rsidR="004B2954" w:rsidRPr="00BB79B8" w:rsidRDefault="004B2954" w:rsidP="004B2954">
      <w:pPr>
        <w:spacing w:after="20"/>
        <w:ind w:left="216"/>
        <w:rPr>
          <w:rFonts w:cs="Times New Roman"/>
          <w:sz w:val="20"/>
          <w:szCs w:val="20"/>
        </w:rPr>
      </w:pPr>
      <w:r w:rsidRPr="00BB79B8">
        <w:rPr>
          <w:rFonts w:cs="Times New Roman"/>
          <w:sz w:val="20"/>
          <w:szCs w:val="20"/>
        </w:rPr>
        <w:t>Fever - low-grade fever is common if the cause is viral.</w:t>
      </w:r>
    </w:p>
    <w:p w14:paraId="78618160"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 mild swelling in the legs, ankles, or feet due to fluid buildup.</w:t>
      </w:r>
    </w:p>
    <w:p w14:paraId="4FAD42C6"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flu-like symptoms - including body aches, sore throat, headache, or gastrointestinal symptoms like nausea.</w:t>
      </w:r>
    </w:p>
    <w:p w14:paraId="44E78C5B"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Early symptoms can be very mild, and some people may not notice them at all until more serious complications occur, such as arrhythmias or heart failure. Anyone experiencing unexplained chest pain, severe shortness of breath, or fainting should seek urgent medical attention.</w:t>
      </w:r>
    </w:p>
    <w:p w14:paraId="02006484" w14:textId="77777777" w:rsidR="004B2954" w:rsidRPr="00BB79B8" w:rsidRDefault="004B2954" w:rsidP="004B2954">
      <w:pPr>
        <w:spacing w:after="0"/>
        <w:rPr>
          <w:rFonts w:cs="Times New Roman"/>
          <w:sz w:val="20"/>
          <w:szCs w:val="20"/>
        </w:rPr>
      </w:pPr>
    </w:p>
    <w:p w14:paraId="641CCD2E"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3FF8448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2694E86" w14:textId="77777777" w:rsidR="004B2954" w:rsidRPr="00BB79B8" w:rsidRDefault="004B2954" w:rsidP="004B2954">
      <w:pPr>
        <w:spacing w:after="20"/>
        <w:ind w:left="216"/>
        <w:rPr>
          <w:rFonts w:cs="Times New Roman"/>
          <w:sz w:val="20"/>
          <w:szCs w:val="20"/>
        </w:rPr>
      </w:pPr>
      <w:r w:rsidRPr="00BB79B8">
        <w:rPr>
          <w:rFonts w:cs="Times New Roman"/>
          <w:sz w:val="20"/>
          <w:szCs w:val="20"/>
        </w:rPr>
        <w:t>The early symptoms of myocarditis can be subtle and often mimic more common illnesses, such as the flu or a chest infection. Because the inflammation affects the heart muscle, the symptoms typically reflect the heart's struggle to pump efficiently or its increased irritability.</w:t>
      </w:r>
    </w:p>
    <w:p w14:paraId="0CF64AF7"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early signs include:</w:t>
      </w:r>
    </w:p>
    <w:p w14:paraId="5FA6A8DD" w14:textId="77777777" w:rsidR="004B2954" w:rsidRPr="00BB79B8" w:rsidRDefault="004B2954" w:rsidP="004B2954">
      <w:pPr>
        <w:spacing w:after="20"/>
        <w:ind w:left="216"/>
        <w:rPr>
          <w:rFonts w:cs="Times New Roman"/>
          <w:sz w:val="20"/>
          <w:szCs w:val="20"/>
        </w:rPr>
      </w:pPr>
      <w:r w:rsidRPr="00BB79B8">
        <w:rPr>
          <w:rFonts w:cs="Times New Roman"/>
          <w:sz w:val="20"/>
          <w:szCs w:val="20"/>
        </w:rPr>
        <w:t>1. Chest Pain</w:t>
      </w:r>
    </w:p>
    <w:p w14:paraId="17A91CE6"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one of the most frequent symptoms. It can vary in nature:</w:t>
      </w:r>
    </w:p>
    <w:p w14:paraId="4DC66BA3" w14:textId="77777777" w:rsidR="004B2954" w:rsidRPr="00BB79B8" w:rsidRDefault="004B2954" w:rsidP="004B2954">
      <w:pPr>
        <w:spacing w:after="20"/>
        <w:ind w:left="216"/>
        <w:rPr>
          <w:rFonts w:cs="Times New Roman"/>
          <w:sz w:val="20"/>
          <w:szCs w:val="20"/>
        </w:rPr>
      </w:pPr>
      <w:r w:rsidRPr="00BB79B8">
        <w:rPr>
          <w:rFonts w:cs="Times New Roman"/>
          <w:sz w:val="20"/>
          <w:szCs w:val="20"/>
        </w:rPr>
        <w:t>Quality: It may feel like a sharp, stabbing pain or a dull pressure.</w:t>
      </w:r>
    </w:p>
    <w:p w14:paraId="501C1C03" w14:textId="77777777" w:rsidR="004B2954" w:rsidRPr="00BB79B8" w:rsidRDefault="004B2954" w:rsidP="004B2954">
      <w:pPr>
        <w:spacing w:after="20"/>
        <w:ind w:left="216"/>
        <w:rPr>
          <w:rFonts w:cs="Times New Roman"/>
          <w:sz w:val="20"/>
          <w:szCs w:val="20"/>
        </w:rPr>
      </w:pPr>
      <w:r w:rsidRPr="00BB79B8">
        <w:rPr>
          <w:rFonts w:cs="Times New Roman"/>
          <w:sz w:val="20"/>
          <w:szCs w:val="20"/>
        </w:rPr>
        <w:t>Position-Dependent: The pain sometimes worsens when lying down and improves when leaning forward (which can also indicate pericarditis, an inflammation of the lining around the heart).</w:t>
      </w:r>
    </w:p>
    <w:p w14:paraId="616B8A16" w14:textId="77777777" w:rsidR="004B2954" w:rsidRPr="00BB79B8" w:rsidRDefault="004B2954" w:rsidP="004B2954">
      <w:pPr>
        <w:spacing w:after="20"/>
        <w:ind w:left="216"/>
        <w:rPr>
          <w:rFonts w:cs="Times New Roman"/>
          <w:sz w:val="20"/>
          <w:szCs w:val="20"/>
        </w:rPr>
      </w:pPr>
      <w:r w:rsidRPr="00BB79B8">
        <w:rPr>
          <w:rFonts w:cs="Times New Roman"/>
          <w:sz w:val="20"/>
          <w:szCs w:val="20"/>
        </w:rPr>
        <w:t>2. Shortness of Breath (Dyspnea)</w:t>
      </w:r>
    </w:p>
    <w:p w14:paraId="759D5684" w14:textId="77777777" w:rsidR="004B2954" w:rsidRPr="00BB79B8" w:rsidRDefault="004B2954" w:rsidP="004B2954">
      <w:pPr>
        <w:spacing w:after="20"/>
        <w:ind w:left="216"/>
        <w:rPr>
          <w:rFonts w:cs="Times New Roman"/>
          <w:sz w:val="20"/>
          <w:szCs w:val="20"/>
        </w:rPr>
      </w:pPr>
      <w:r w:rsidRPr="00BB79B8">
        <w:rPr>
          <w:rFonts w:cs="Times New Roman"/>
          <w:sz w:val="20"/>
          <w:szCs w:val="20"/>
        </w:rPr>
        <w:t>You may notice difficulty breathing during activities that were previously easy, such as climbing stairs or walking. In some cases, shortness of breath can also occur while at rest or when lying flat at night.</w:t>
      </w:r>
    </w:p>
    <w:p w14:paraId="300CEEB4" w14:textId="77777777" w:rsidR="004B2954" w:rsidRPr="00BB79B8" w:rsidRDefault="004B2954" w:rsidP="004B2954">
      <w:pPr>
        <w:spacing w:after="20"/>
        <w:ind w:left="216"/>
        <w:rPr>
          <w:rFonts w:cs="Times New Roman"/>
          <w:sz w:val="20"/>
          <w:szCs w:val="20"/>
        </w:rPr>
      </w:pPr>
      <w:r w:rsidRPr="00BB79B8">
        <w:rPr>
          <w:rFonts w:cs="Times New Roman"/>
          <w:sz w:val="20"/>
          <w:szCs w:val="20"/>
        </w:rPr>
        <w:t>3. Fatigue and Weakness</w:t>
      </w:r>
    </w:p>
    <w:p w14:paraId="7B2E46D4" w14:textId="77777777" w:rsidR="004B2954" w:rsidRPr="00BB79B8" w:rsidRDefault="004B2954" w:rsidP="004B2954">
      <w:pPr>
        <w:spacing w:after="20"/>
        <w:ind w:left="216"/>
        <w:rPr>
          <w:rFonts w:cs="Times New Roman"/>
          <w:sz w:val="20"/>
          <w:szCs w:val="20"/>
        </w:rPr>
      </w:pPr>
      <w:r w:rsidRPr="00BB79B8">
        <w:rPr>
          <w:rFonts w:cs="Times New Roman"/>
          <w:sz w:val="20"/>
          <w:szCs w:val="20"/>
        </w:rPr>
        <w:t>As the heart muscle becomes inflamed, it may pump less effectively, leading to a general sense of exhaustion. This fatigue is often more profound than what you would expect from a typical cold or viral infection.</w:t>
      </w:r>
    </w:p>
    <w:p w14:paraId="3960323F" w14:textId="77777777" w:rsidR="004B2954" w:rsidRPr="00BB79B8" w:rsidRDefault="004B2954" w:rsidP="004B2954">
      <w:pPr>
        <w:spacing w:after="20"/>
        <w:ind w:left="216"/>
        <w:rPr>
          <w:rFonts w:cs="Times New Roman"/>
          <w:sz w:val="20"/>
          <w:szCs w:val="20"/>
        </w:rPr>
      </w:pPr>
      <w:r w:rsidRPr="00BB79B8">
        <w:rPr>
          <w:rFonts w:cs="Times New Roman"/>
          <w:sz w:val="20"/>
          <w:szCs w:val="20"/>
        </w:rPr>
        <w:t>4. Heart Palpitations</w:t>
      </w:r>
    </w:p>
    <w:p w14:paraId="3A745ED9" w14:textId="77777777" w:rsidR="004B2954" w:rsidRPr="00BB79B8" w:rsidRDefault="004B2954" w:rsidP="004B2954">
      <w:pPr>
        <w:spacing w:after="20"/>
        <w:ind w:left="216"/>
        <w:rPr>
          <w:rFonts w:cs="Times New Roman"/>
          <w:sz w:val="20"/>
          <w:szCs w:val="20"/>
        </w:rPr>
      </w:pPr>
      <w:r w:rsidRPr="00BB79B8">
        <w:rPr>
          <w:rFonts w:cs="Times New Roman"/>
          <w:sz w:val="20"/>
          <w:szCs w:val="20"/>
        </w:rPr>
        <w:t>The inflammation can disrupt the heart's electrical system, leading to:</w:t>
      </w:r>
    </w:p>
    <w:p w14:paraId="1D677B02" w14:textId="77777777" w:rsidR="004B2954" w:rsidRPr="00BB79B8" w:rsidRDefault="004B2954" w:rsidP="004B2954">
      <w:pPr>
        <w:spacing w:after="20"/>
        <w:ind w:left="216"/>
        <w:rPr>
          <w:rFonts w:cs="Times New Roman"/>
          <w:sz w:val="20"/>
          <w:szCs w:val="20"/>
        </w:rPr>
      </w:pPr>
      <w:r w:rsidRPr="00BB79B8">
        <w:rPr>
          <w:rFonts w:cs="Times New Roman"/>
          <w:sz w:val="20"/>
          <w:szCs w:val="20"/>
        </w:rPr>
        <w:t>A sensation of a rapid, fluttering, or pounding heartbeat.</w:t>
      </w:r>
    </w:p>
    <w:p w14:paraId="25E6BCD7" w14:textId="77777777" w:rsidR="004B2954" w:rsidRPr="00BB79B8" w:rsidRDefault="004B2954" w:rsidP="004B2954">
      <w:pPr>
        <w:spacing w:after="20"/>
        <w:ind w:left="216"/>
        <w:rPr>
          <w:rFonts w:cs="Times New Roman"/>
          <w:sz w:val="20"/>
          <w:szCs w:val="20"/>
        </w:rPr>
      </w:pPr>
      <w:r w:rsidRPr="00BB79B8">
        <w:rPr>
          <w:rFonts w:cs="Times New Roman"/>
          <w:sz w:val="20"/>
          <w:szCs w:val="20"/>
        </w:rPr>
        <w:t>The feeling that the heart is "skipping" a beat.</w:t>
      </w:r>
    </w:p>
    <w:p w14:paraId="1FE75807" w14:textId="77777777" w:rsidR="004B2954" w:rsidRPr="00BB79B8" w:rsidRDefault="004B2954" w:rsidP="004B2954">
      <w:pPr>
        <w:spacing w:after="20"/>
        <w:ind w:left="216"/>
        <w:rPr>
          <w:rFonts w:cs="Times New Roman"/>
          <w:sz w:val="20"/>
          <w:szCs w:val="20"/>
        </w:rPr>
      </w:pPr>
      <w:r w:rsidRPr="00BB79B8">
        <w:rPr>
          <w:rFonts w:cs="Times New Roman"/>
          <w:sz w:val="20"/>
          <w:szCs w:val="20"/>
        </w:rPr>
        <w:t>5. Flu-like Symptoms</w:t>
      </w:r>
    </w:p>
    <w:p w14:paraId="0928C8CE" w14:textId="77777777" w:rsidR="004B2954" w:rsidRPr="00BB79B8" w:rsidRDefault="004B2954" w:rsidP="004B2954">
      <w:pPr>
        <w:spacing w:after="20"/>
        <w:ind w:left="216"/>
        <w:rPr>
          <w:rFonts w:cs="Times New Roman"/>
          <w:sz w:val="20"/>
          <w:szCs w:val="20"/>
        </w:rPr>
      </w:pPr>
      <w:r w:rsidRPr="00BB79B8">
        <w:rPr>
          <w:rFonts w:cs="Times New Roman"/>
          <w:sz w:val="20"/>
          <w:szCs w:val="20"/>
        </w:rPr>
        <w:t>Since myocarditis is often triggered by a viral infection, early symptoms frequently overlap with systemic viral signs:</w:t>
      </w:r>
    </w:p>
    <w:p w14:paraId="7CAC4C84" w14:textId="77777777" w:rsidR="004B2954" w:rsidRPr="00BB79B8" w:rsidRDefault="004B2954" w:rsidP="004B2954">
      <w:pPr>
        <w:spacing w:after="20"/>
        <w:ind w:left="216"/>
        <w:rPr>
          <w:rFonts w:cs="Times New Roman"/>
          <w:sz w:val="20"/>
          <w:szCs w:val="20"/>
        </w:rPr>
      </w:pPr>
      <w:r w:rsidRPr="00BB79B8">
        <w:rPr>
          <w:rFonts w:cs="Times New Roman"/>
          <w:sz w:val="20"/>
          <w:szCs w:val="20"/>
        </w:rPr>
        <w:t>Low-grade fever</w:t>
      </w:r>
    </w:p>
    <w:p w14:paraId="7900614E" w14:textId="77777777" w:rsidR="004B2954" w:rsidRPr="00BB79B8" w:rsidRDefault="004B2954" w:rsidP="004B2954">
      <w:pPr>
        <w:spacing w:after="20"/>
        <w:ind w:left="216"/>
        <w:rPr>
          <w:rFonts w:cs="Times New Roman"/>
          <w:sz w:val="20"/>
          <w:szCs w:val="20"/>
        </w:rPr>
      </w:pPr>
      <w:r w:rsidRPr="00BB79B8">
        <w:rPr>
          <w:rFonts w:cs="Times New Roman"/>
          <w:sz w:val="20"/>
          <w:szCs w:val="20"/>
        </w:rPr>
        <w:t>Body aches or joint pain</w:t>
      </w:r>
    </w:p>
    <w:p w14:paraId="1EA1E932" w14:textId="77777777" w:rsidR="004B2954" w:rsidRPr="00BB79B8" w:rsidRDefault="004B2954" w:rsidP="004B2954">
      <w:pPr>
        <w:spacing w:after="20"/>
        <w:ind w:left="216"/>
        <w:rPr>
          <w:rFonts w:cs="Times New Roman"/>
          <w:sz w:val="20"/>
          <w:szCs w:val="20"/>
        </w:rPr>
      </w:pPr>
      <w:r w:rsidRPr="00BB79B8">
        <w:rPr>
          <w:rFonts w:cs="Times New Roman"/>
          <w:sz w:val="20"/>
          <w:szCs w:val="20"/>
        </w:rPr>
        <w:t>Sore throat</w:t>
      </w:r>
    </w:p>
    <w:p w14:paraId="447BE061" w14:textId="77777777" w:rsidR="004B2954" w:rsidRPr="00BB79B8" w:rsidRDefault="004B2954" w:rsidP="004B2954">
      <w:pPr>
        <w:spacing w:after="20"/>
        <w:ind w:left="216"/>
        <w:rPr>
          <w:rFonts w:cs="Times New Roman"/>
          <w:sz w:val="20"/>
          <w:szCs w:val="20"/>
        </w:rPr>
      </w:pPr>
      <w:r w:rsidRPr="00BB79B8">
        <w:rPr>
          <w:rFonts w:cs="Times New Roman"/>
          <w:sz w:val="20"/>
          <w:szCs w:val="20"/>
        </w:rPr>
        <w:t>Headache</w:t>
      </w:r>
    </w:p>
    <w:p w14:paraId="5F5BD27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Evaluation</w:t>
      </w:r>
    </w:p>
    <w:p w14:paraId="60A4ED6D"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important to consult a healthcare professional if these symptoms-particularly chest pain and shortness of breath-appear following a recent viral illness. While these signs can be caused by many different conditions, a professional evaluation (often involving an ECG and blood tests for cardiac enzymes) is the only way to rule out or confirm heart muscle inflammation.</w:t>
      </w:r>
    </w:p>
    <w:p w14:paraId="3235472A" w14:textId="77777777" w:rsidR="004B2954" w:rsidRPr="00BB79B8" w:rsidRDefault="004B2954" w:rsidP="004B2954">
      <w:pPr>
        <w:spacing w:after="0"/>
        <w:rPr>
          <w:rFonts w:cs="Times New Roman"/>
          <w:sz w:val="20"/>
          <w:szCs w:val="20"/>
        </w:rPr>
      </w:pPr>
    </w:p>
    <w:p w14:paraId="40F7E48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10814A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E0DD258"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early symptoms of myocarditis are typically chest pain, fatigue, shortness of breath, and rapid or irregular heartbeats. These often appear in the first phase of the illness and may resemble a viral infection or even a mild flu.</w:t>
      </w:r>
    </w:p>
    <w:p w14:paraId="634B34DD"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Symptoms You're Most Likely to Notice</w:t>
      </w:r>
    </w:p>
    <w:p w14:paraId="5737DEC8"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 Often sharp or pressure-like; can mimic a heart attack.</w:t>
      </w:r>
    </w:p>
    <w:p w14:paraId="156A94BF"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 A common early sign as the inflamed heart struggles to pump efficiently.</w:t>
      </w:r>
    </w:p>
    <w:p w14:paraId="34D9210E"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 May occur at rest or with activity.</w:t>
      </w:r>
    </w:p>
    <w:p w14:paraId="08D5DC5F"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 (arrhythmias) - A fluttering or racing sensation.</w:t>
      </w:r>
    </w:p>
    <w:p w14:paraId="0F73EA87" w14:textId="77777777" w:rsidR="004B2954" w:rsidRPr="00BB79B8" w:rsidRDefault="004B2954" w:rsidP="004B2954">
      <w:pPr>
        <w:spacing w:after="20"/>
        <w:ind w:left="216"/>
        <w:rPr>
          <w:rFonts w:cs="Times New Roman"/>
          <w:sz w:val="20"/>
          <w:szCs w:val="20"/>
        </w:rPr>
      </w:pPr>
      <w:r w:rsidRPr="00BB79B8">
        <w:rPr>
          <w:rFonts w:cs="Times New Roman"/>
          <w:sz w:val="20"/>
          <w:szCs w:val="20"/>
        </w:rPr>
        <w:t>Lightheadedness or fainting - Due to abnormal heart rhythms.</w:t>
      </w:r>
    </w:p>
    <w:p w14:paraId="6CF8F17E" w14:textId="77777777" w:rsidR="004B2954" w:rsidRPr="00BB79B8" w:rsidRDefault="004B2954" w:rsidP="004B2954">
      <w:pPr>
        <w:spacing w:after="20"/>
        <w:ind w:left="216"/>
        <w:rPr>
          <w:rFonts w:cs="Times New Roman"/>
          <w:sz w:val="20"/>
          <w:szCs w:val="20"/>
        </w:rPr>
      </w:pPr>
      <w:r w:rsidRPr="00BB79B8">
        <w:rPr>
          <w:rFonts w:cs="Times New Roman"/>
          <w:sz w:val="20"/>
          <w:szCs w:val="20"/>
        </w:rPr>
        <w:t>Flu-like symptoms - Fever, headache, body aches, sore throat, or joint pain.</w:t>
      </w:r>
    </w:p>
    <w:p w14:paraId="25554E4F" w14:textId="77777777" w:rsidR="004B2954" w:rsidRPr="00BB79B8" w:rsidRDefault="004B2954" w:rsidP="004B2954">
      <w:pPr>
        <w:spacing w:after="20"/>
        <w:ind w:left="216"/>
        <w:rPr>
          <w:rFonts w:cs="Times New Roman"/>
          <w:sz w:val="20"/>
          <w:szCs w:val="20"/>
        </w:rPr>
      </w:pPr>
      <w:r w:rsidRPr="00BB79B8">
        <w:rPr>
          <w:rFonts w:cs="Times New Roman"/>
          <w:sz w:val="20"/>
          <w:szCs w:val="20"/>
        </w:rPr>
        <w:t>Leg or ankle swelling - Less common early but can appear if heart function is affected.</w:t>
      </w:r>
    </w:p>
    <w:p w14:paraId="54A9F6F4" w14:textId="77777777" w:rsidR="004B2954" w:rsidRPr="00BB79B8" w:rsidRDefault="004B2954" w:rsidP="004B2954">
      <w:pPr>
        <w:spacing w:after="20"/>
        <w:ind w:left="216"/>
        <w:rPr>
          <w:rFonts w:cs="Times New Roman"/>
          <w:sz w:val="20"/>
          <w:szCs w:val="20"/>
        </w:rPr>
      </w:pPr>
      <w:r w:rsidRPr="00BB79B8">
        <w:rPr>
          <w:rFonts w:cs="Times New Roman"/>
          <w:sz w:val="20"/>
          <w:szCs w:val="20"/>
        </w:rPr>
        <w:t>In Children</w:t>
      </w:r>
    </w:p>
    <w:p w14:paraId="1773C8B5" w14:textId="77777777" w:rsidR="004B2954" w:rsidRPr="00BB79B8" w:rsidRDefault="004B2954" w:rsidP="004B2954">
      <w:pPr>
        <w:spacing w:after="20"/>
        <w:ind w:left="216"/>
        <w:rPr>
          <w:rFonts w:cs="Times New Roman"/>
          <w:sz w:val="20"/>
          <w:szCs w:val="20"/>
        </w:rPr>
      </w:pPr>
      <w:r w:rsidRPr="00BB79B8">
        <w:rPr>
          <w:rFonts w:cs="Times New Roman"/>
          <w:sz w:val="20"/>
          <w:szCs w:val="20"/>
        </w:rPr>
        <w:t>Children may show rapid breathing, difficulty breathing, fainting, or fever early on.</w:t>
      </w:r>
    </w:p>
    <w:p w14:paraId="4FE787F8"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Care</w:t>
      </w:r>
    </w:p>
    <w:p w14:paraId="00580220"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myocarditis can resemble a heart attack or a viral illness, any unexplained chest pain, shortness of breath, or irregular heartbeat should be evaluated promptly by a healthcare professional.</w:t>
      </w:r>
    </w:p>
    <w:p w14:paraId="4B562E9C" w14:textId="77777777" w:rsidR="004B2954" w:rsidRPr="00BB79B8" w:rsidRDefault="004B2954" w:rsidP="004B2954">
      <w:pPr>
        <w:spacing w:after="0"/>
        <w:rPr>
          <w:rFonts w:cs="Times New Roman"/>
          <w:sz w:val="20"/>
          <w:szCs w:val="20"/>
        </w:rPr>
      </w:pPr>
    </w:p>
    <w:p w14:paraId="4446FE3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293B9F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852B3E4"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or inflammation of the heart muscle, can have a wide range of early symptoms. These are often subtle and can easily be mistaken for more common, less serious illnesses, such as a cold or the flu.</w:t>
      </w:r>
    </w:p>
    <w:p w14:paraId="07CC0647"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The Most Common Early Symptoms</w:t>
      </w:r>
    </w:p>
    <w:p w14:paraId="39197A1B" w14:textId="77777777" w:rsidR="004B2954" w:rsidRPr="00BB79B8" w:rsidRDefault="004B2954" w:rsidP="004B2954">
      <w:pPr>
        <w:spacing w:after="20"/>
        <w:ind w:left="216"/>
        <w:rPr>
          <w:rFonts w:cs="Times New Roman"/>
          <w:sz w:val="20"/>
          <w:szCs w:val="20"/>
        </w:rPr>
      </w:pPr>
      <w:r w:rsidRPr="00BB79B8">
        <w:rPr>
          <w:rFonts w:cs="Times New Roman"/>
          <w:sz w:val="20"/>
          <w:szCs w:val="20"/>
        </w:rPr>
        <w:t>The earliest signs of myocarditis are frequently non-specific. Here are the key symptoms doctors look for when identifying the condition in its early stages:</w:t>
      </w:r>
    </w:p>
    <w:p w14:paraId="216E2D0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Pain/Discomfort: This is often cited as the most common symptom.</w:t>
      </w:r>
    </w:p>
    <w:p w14:paraId="1AC17F58" w14:textId="77777777" w:rsidR="004B2954" w:rsidRPr="00BB79B8" w:rsidRDefault="004B2954" w:rsidP="004B2954">
      <w:pPr>
        <w:spacing w:after="20"/>
        <w:ind w:left="216"/>
        <w:rPr>
          <w:rFonts w:cs="Times New Roman"/>
          <w:sz w:val="20"/>
          <w:szCs w:val="20"/>
        </w:rPr>
      </w:pPr>
      <w:r w:rsidRPr="00BB79B8">
        <w:rPr>
          <w:rFonts w:cs="Times New Roman"/>
          <w:sz w:val="20"/>
          <w:szCs w:val="20"/>
        </w:rPr>
        <w:t>Characteristics: The pain can be sharp, dull, or feel like a persistent pressure or tightness in the chest.</w:t>
      </w:r>
    </w:p>
    <w:p w14:paraId="0C3F0FBD" w14:textId="77777777" w:rsidR="004B2954" w:rsidRPr="00BB79B8" w:rsidRDefault="004B2954" w:rsidP="004B2954">
      <w:pPr>
        <w:spacing w:after="20"/>
        <w:ind w:left="216"/>
        <w:rPr>
          <w:rFonts w:cs="Times New Roman"/>
          <w:sz w:val="20"/>
          <w:szCs w:val="20"/>
        </w:rPr>
      </w:pPr>
      <w:r w:rsidRPr="00BB79B8">
        <w:rPr>
          <w:rFonts w:cs="Times New Roman"/>
          <w:sz w:val="20"/>
          <w:szCs w:val="20"/>
        </w:rPr>
        <w:t>Aggravating Factors: It may worsen with physical activity or deep breathing.</w:t>
      </w:r>
    </w:p>
    <w:p w14:paraId="6A4B850C" w14:textId="77777777" w:rsidR="004B2954" w:rsidRPr="00BB79B8" w:rsidRDefault="004B2954" w:rsidP="004B2954">
      <w:pPr>
        <w:spacing w:after="20"/>
        <w:ind w:left="216"/>
        <w:rPr>
          <w:rFonts w:cs="Times New Roman"/>
          <w:sz w:val="20"/>
          <w:szCs w:val="20"/>
        </w:rPr>
      </w:pPr>
      <w:r w:rsidRPr="00BB79B8">
        <w:rPr>
          <w:rFonts w:cs="Times New Roman"/>
          <w:sz w:val="20"/>
          <w:szCs w:val="20"/>
        </w:rPr>
        <w:t>Flu-Like Symptoms: Many people experience symptoms that mimic a common viral illness.</w:t>
      </w:r>
    </w:p>
    <w:p w14:paraId="6E3C10D2"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look for: This can include a low-grade fever, chills, headache, general body aches, joint pain, or a sore throat.</w:t>
      </w:r>
    </w:p>
    <w:p w14:paraId="115E44F9"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Fatigue and Weakness: This is a very common early sign but is often overlooked.</w:t>
      </w:r>
    </w:p>
    <w:p w14:paraId="6888C185" w14:textId="77777777" w:rsidR="004B2954" w:rsidRPr="00BB79B8" w:rsidRDefault="004B2954" w:rsidP="004B2954">
      <w:pPr>
        <w:spacing w:after="20"/>
        <w:ind w:left="216"/>
        <w:rPr>
          <w:rFonts w:cs="Times New Roman"/>
          <w:sz w:val="20"/>
          <w:szCs w:val="20"/>
        </w:rPr>
      </w:pPr>
      <w:r w:rsidRPr="00BB79B8">
        <w:rPr>
          <w:rFonts w:cs="Times New Roman"/>
          <w:sz w:val="20"/>
          <w:szCs w:val="20"/>
        </w:rPr>
        <w:t>Key distinction: The fatigue is often profound and not relieved by rest, distinguishing it from normal tiredness.</w:t>
      </w:r>
    </w:p>
    <w:p w14:paraId="61750CF1"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(Dyspnea): This symptom can appear without much physical exertion.</w:t>
      </w:r>
    </w:p>
    <w:p w14:paraId="627E5C8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look for: You might find yourself feeling breathless while doing simple tasks or even while at rest.</w:t>
      </w:r>
    </w:p>
    <w:p w14:paraId="24B0A539"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Palpitations: You may feel as though your heart is racing, fluttering, or beating irregularly (arrhythmia). This can sometimes be accompanied by lightheadedness or a feeling of nearly fainting (pre-syncope).</w:t>
      </w:r>
    </w:p>
    <w:p w14:paraId="27BF510D"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Lower Extremities (Edema): As the heart's pumping ability weakens, fluid can build up in the body.</w:t>
      </w:r>
    </w:p>
    <w:p w14:paraId="7195354A" w14:textId="77777777" w:rsidR="004B2954" w:rsidRPr="00BB79B8" w:rsidRDefault="004B2954" w:rsidP="004B2954">
      <w:pPr>
        <w:spacing w:after="20"/>
        <w:ind w:left="216"/>
        <w:rPr>
          <w:rFonts w:cs="Times New Roman"/>
          <w:sz w:val="20"/>
          <w:szCs w:val="20"/>
        </w:rPr>
      </w:pPr>
      <w:r w:rsidRPr="00BB79B8">
        <w:rPr>
          <w:rFonts w:cs="Times New Roman"/>
          <w:sz w:val="20"/>
          <w:szCs w:val="20"/>
        </w:rPr>
        <w:t>Where it occurs: This most often leads to noticeable swelling in the legs, ankles, and feet.</w:t>
      </w:r>
    </w:p>
    <w:p w14:paraId="042A425C" w14:textId="77777777" w:rsidR="004B2954" w:rsidRPr="00BB79B8" w:rsidRDefault="004B2954" w:rsidP="004B2954">
      <w:pPr>
        <w:spacing w:after="20"/>
        <w:ind w:left="216"/>
        <w:rPr>
          <w:rFonts w:cs="Times New Roman"/>
          <w:sz w:val="20"/>
          <w:szCs w:val="20"/>
        </w:rPr>
      </w:pPr>
      <w:r w:rsidRPr="00BB79B8">
        <w:rPr>
          <w:rFonts w:cs="Times New Roman"/>
          <w:sz w:val="20"/>
          <w:szCs w:val="20"/>
        </w:rPr>
        <w:t>A Note on Asymptomatic Cases</w:t>
      </w:r>
    </w:p>
    <w:p w14:paraId="64407B3E" w14:textId="77777777" w:rsidR="004B2954" w:rsidRPr="00BB79B8" w:rsidRDefault="004B2954" w:rsidP="004B2954">
      <w:pPr>
        <w:spacing w:after="20"/>
        <w:ind w:left="216"/>
        <w:rPr>
          <w:rFonts w:cs="Times New Roman"/>
          <w:sz w:val="20"/>
          <w:szCs w:val="20"/>
        </w:rPr>
      </w:pPr>
      <w:r w:rsidRPr="00BB79B8">
        <w:rPr>
          <w:rFonts w:cs="Times New Roman"/>
          <w:sz w:val="20"/>
          <w:szCs w:val="20"/>
        </w:rPr>
        <w:t>It's also important to know that some people with myocarditis may not experience any recognizable early symptoms at all. In these cases, the inflammation might be mild and resolve on its own, or it could be discovered accidentally during tests for another condition. The variability of symptoms is part of what makes myocarditis challenging to diagnose.</w:t>
      </w:r>
    </w:p>
    <w:p w14:paraId="18C4DFBA"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in Children</w:t>
      </w:r>
    </w:p>
    <w:p w14:paraId="53C7B31E" w14:textId="77777777" w:rsidR="004B2954" w:rsidRPr="00BB79B8" w:rsidRDefault="004B2954" w:rsidP="004B2954">
      <w:pPr>
        <w:spacing w:after="20"/>
        <w:ind w:left="216"/>
        <w:rPr>
          <w:rFonts w:cs="Times New Roman"/>
          <w:sz w:val="20"/>
          <w:szCs w:val="20"/>
        </w:rPr>
      </w:pPr>
      <w:r w:rsidRPr="00BB79B8">
        <w:rPr>
          <w:rFonts w:cs="Times New Roman"/>
          <w:sz w:val="20"/>
          <w:szCs w:val="20"/>
        </w:rPr>
        <w:t>If a child develops myocarditis, the signs can be different:</w:t>
      </w:r>
    </w:p>
    <w:p w14:paraId="2F2F69DB" w14:textId="77777777" w:rsidR="004B2954" w:rsidRPr="00BB79B8" w:rsidRDefault="004B2954" w:rsidP="004B2954">
      <w:pPr>
        <w:spacing w:after="20"/>
        <w:ind w:left="216"/>
        <w:rPr>
          <w:rFonts w:cs="Times New Roman"/>
          <w:sz w:val="20"/>
          <w:szCs w:val="20"/>
        </w:rPr>
      </w:pPr>
      <w:r w:rsidRPr="00BB79B8">
        <w:rPr>
          <w:rFonts w:cs="Times New Roman"/>
          <w:sz w:val="20"/>
          <w:szCs w:val="20"/>
        </w:rPr>
        <w:t>Infants and Toddlers: They might show vague signs like irritability, poor feeding, vomiting, rapid breathing, or unusual lethargy.</w:t>
      </w:r>
    </w:p>
    <w:p w14:paraId="48FCB5DF" w14:textId="77777777" w:rsidR="004B2954" w:rsidRPr="00BB79B8" w:rsidRDefault="004B2954" w:rsidP="004B2954">
      <w:pPr>
        <w:spacing w:after="20"/>
        <w:ind w:left="216"/>
        <w:rPr>
          <w:rFonts w:cs="Times New Roman"/>
          <w:sz w:val="20"/>
          <w:szCs w:val="20"/>
        </w:rPr>
      </w:pPr>
      <w:r w:rsidRPr="00BB79B8">
        <w:rPr>
          <w:rFonts w:cs="Times New Roman"/>
          <w:sz w:val="20"/>
          <w:szCs w:val="20"/>
        </w:rPr>
        <w:t>Older Children and Adolescents: The symptoms are more similar to adults, including chest pain, shortness of breath, fever, and a noticeably rapid or irregular heartbeat.</w:t>
      </w:r>
    </w:p>
    <w:p w14:paraId="21DA1883"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 a Doctor</w:t>
      </w:r>
    </w:p>
    <w:p w14:paraId="46EB0DAA"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experience any combination of the symptoms above-especially unexplained chest pain, significant shortness of breath, or a persistent feeling of a racing or irregular heartbeat-it is crucial to seek medical attention promptly. Early diagnosis and management are key to a successful recovery.</w:t>
      </w:r>
    </w:p>
    <w:p w14:paraId="427815D0" w14:textId="77777777" w:rsidR="004B2954" w:rsidRPr="00BB79B8" w:rsidRDefault="004B2954" w:rsidP="004B2954">
      <w:pPr>
        <w:spacing w:after="0"/>
        <w:rPr>
          <w:rFonts w:cs="Times New Roman"/>
          <w:sz w:val="20"/>
          <w:szCs w:val="20"/>
        </w:rPr>
      </w:pPr>
    </w:p>
    <w:p w14:paraId="13E9AB5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065F468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0228B88"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early symptoms of myocarditis:</w:t>
      </w:r>
    </w:p>
    <w:p w14:paraId="184FA0FF" w14:textId="77777777" w:rsidR="004B2954" w:rsidRPr="00BB79B8" w:rsidRDefault="004B2954" w:rsidP="004B2954">
      <w:pPr>
        <w:spacing w:after="20"/>
        <w:ind w:left="216"/>
        <w:rPr>
          <w:rFonts w:cs="Times New Roman"/>
          <w:sz w:val="20"/>
          <w:szCs w:val="20"/>
        </w:rPr>
      </w:pPr>
      <w:r w:rsidRPr="00BB79B8">
        <w:rPr>
          <w:rFonts w:cs="Times New Roman"/>
          <w:sz w:val="20"/>
          <w:szCs w:val="20"/>
        </w:rPr>
        <w:t>Flu-like prodrome: Fever, fatigue, sore throat, cough, muscle aches.</w:t>
      </w:r>
    </w:p>
    <w:p w14:paraId="41E02024"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symptoms: Chest pain, palpitations, shortness of breath.</w:t>
      </w:r>
    </w:p>
    <w:p w14:paraId="4E3DE62F" w14:textId="77777777" w:rsidR="004B2954" w:rsidRPr="00BB79B8" w:rsidRDefault="004B2954" w:rsidP="004B2954">
      <w:pPr>
        <w:spacing w:after="20"/>
        <w:ind w:left="216"/>
        <w:rPr>
          <w:rFonts w:cs="Times New Roman"/>
          <w:sz w:val="20"/>
          <w:szCs w:val="20"/>
        </w:rPr>
      </w:pPr>
      <w:r w:rsidRPr="00BB79B8">
        <w:rPr>
          <w:rFonts w:cs="Times New Roman"/>
          <w:sz w:val="20"/>
          <w:szCs w:val="20"/>
        </w:rPr>
        <w:t>General discomfort: Dizziness, weakness, easy fatigue.</w:t>
      </w:r>
    </w:p>
    <w:p w14:paraId="37B48280" w14:textId="77777777" w:rsidR="004B2954" w:rsidRPr="00BB79B8" w:rsidRDefault="004B2954" w:rsidP="004B2954">
      <w:pPr>
        <w:rPr>
          <w:rFonts w:cs="Times New Roman"/>
          <w:sz w:val="20"/>
          <w:szCs w:val="20"/>
        </w:rPr>
      </w:pPr>
    </w:p>
    <w:p w14:paraId="22FF31C8" w14:textId="77777777" w:rsidR="004B2954" w:rsidRPr="00BB79B8" w:rsidRDefault="004B2954" w:rsidP="004B2954">
      <w:pPr>
        <w:keepNext/>
        <w:rPr>
          <w:rFonts w:cs="Times New Roman"/>
          <w:sz w:val="20"/>
          <w:szCs w:val="20"/>
        </w:rPr>
      </w:pPr>
      <w:r w:rsidRPr="00BB79B8">
        <w:rPr>
          <w:rFonts w:cs="Times New Roman"/>
          <w:b/>
          <w:color w:val="1F4E79"/>
          <w:sz w:val="20"/>
          <w:szCs w:val="20"/>
        </w:rPr>
        <w:t>Q8. What are the typical features of chest pain caused by myocarditis?</w:t>
      </w:r>
    </w:p>
    <w:p w14:paraId="332591D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4359745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9D1427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caused by myocarditis can vary widely, but there are some typical features that help distinguish it from other causes of chest pain, such as myocardial infarction or pericarditis:</w:t>
      </w:r>
    </w:p>
    <w:p w14:paraId="4BF08C2D" w14:textId="77777777" w:rsidR="004B2954" w:rsidRPr="00BB79B8" w:rsidRDefault="004B2954" w:rsidP="004B2954">
      <w:pPr>
        <w:spacing w:after="20"/>
        <w:ind w:left="216"/>
        <w:rPr>
          <w:rFonts w:cs="Times New Roman"/>
          <w:sz w:val="20"/>
          <w:szCs w:val="20"/>
        </w:rPr>
      </w:pPr>
      <w:r w:rsidRPr="00BB79B8">
        <w:rPr>
          <w:rFonts w:cs="Times New Roman"/>
          <w:sz w:val="20"/>
          <w:szCs w:val="20"/>
        </w:rPr>
        <w:t>Quality and Nature</w:t>
      </w:r>
    </w:p>
    <w:p w14:paraId="663E8139"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sharp, stabbing, or pressure-like rather than purely crushing.</w:t>
      </w:r>
    </w:p>
    <w:p w14:paraId="06F0509C" w14:textId="77777777" w:rsidR="004B2954" w:rsidRPr="00BB79B8" w:rsidRDefault="004B2954" w:rsidP="004B2954">
      <w:pPr>
        <w:spacing w:after="20"/>
        <w:ind w:left="216"/>
        <w:rPr>
          <w:rFonts w:cs="Times New Roman"/>
          <w:sz w:val="20"/>
          <w:szCs w:val="20"/>
        </w:rPr>
      </w:pPr>
      <w:r w:rsidRPr="00BB79B8">
        <w:rPr>
          <w:rFonts w:cs="Times New Roman"/>
          <w:sz w:val="20"/>
          <w:szCs w:val="20"/>
        </w:rPr>
        <w:t>Can be dull or diffuse, sometimes hard to localize precisely.</w:t>
      </w:r>
    </w:p>
    <w:p w14:paraId="4C512F89" w14:textId="77777777" w:rsidR="004B2954" w:rsidRPr="00BB79B8" w:rsidRDefault="004B2954" w:rsidP="004B2954">
      <w:pPr>
        <w:spacing w:after="20"/>
        <w:ind w:left="216"/>
        <w:rPr>
          <w:rFonts w:cs="Times New Roman"/>
          <w:sz w:val="20"/>
          <w:szCs w:val="20"/>
        </w:rPr>
      </w:pPr>
      <w:r w:rsidRPr="00BB79B8">
        <w:rPr>
          <w:rFonts w:cs="Times New Roman"/>
          <w:sz w:val="20"/>
          <w:szCs w:val="20"/>
        </w:rPr>
        <w:t>Location</w:t>
      </w:r>
    </w:p>
    <w:p w14:paraId="619983D1" w14:textId="77777777" w:rsidR="004B2954" w:rsidRPr="00BB79B8" w:rsidRDefault="004B2954" w:rsidP="004B2954">
      <w:pPr>
        <w:spacing w:after="20"/>
        <w:ind w:left="216"/>
        <w:rPr>
          <w:rFonts w:cs="Times New Roman"/>
          <w:sz w:val="20"/>
          <w:szCs w:val="20"/>
        </w:rPr>
      </w:pPr>
      <w:r w:rsidRPr="00BB79B8">
        <w:rPr>
          <w:rFonts w:cs="Times New Roman"/>
          <w:sz w:val="20"/>
          <w:szCs w:val="20"/>
        </w:rPr>
        <w:t>Usually central or left-sided, sometimes radiating to the neck, shoulder, or arm.</w:t>
      </w:r>
    </w:p>
    <w:p w14:paraId="5962DC17" w14:textId="77777777" w:rsidR="004B2954" w:rsidRPr="00BB79B8" w:rsidRDefault="004B2954" w:rsidP="004B2954">
      <w:pPr>
        <w:spacing w:after="20"/>
        <w:ind w:left="216"/>
        <w:rPr>
          <w:rFonts w:cs="Times New Roman"/>
          <w:sz w:val="20"/>
          <w:szCs w:val="20"/>
        </w:rPr>
      </w:pPr>
      <w:r w:rsidRPr="00BB79B8">
        <w:rPr>
          <w:rFonts w:cs="Times New Roman"/>
          <w:sz w:val="20"/>
          <w:szCs w:val="20"/>
        </w:rPr>
        <w:t>Less commonly, the pain may be generalized across the chest.</w:t>
      </w:r>
    </w:p>
    <w:p w14:paraId="40A23F2A" w14:textId="77777777" w:rsidR="004B2954" w:rsidRPr="00BB79B8" w:rsidRDefault="004B2954" w:rsidP="004B2954">
      <w:pPr>
        <w:spacing w:after="20"/>
        <w:ind w:left="216"/>
        <w:rPr>
          <w:rFonts w:cs="Times New Roman"/>
          <w:sz w:val="20"/>
          <w:szCs w:val="20"/>
        </w:rPr>
      </w:pPr>
      <w:r w:rsidRPr="00BB79B8">
        <w:rPr>
          <w:rFonts w:cs="Times New Roman"/>
          <w:sz w:val="20"/>
          <w:szCs w:val="20"/>
        </w:rPr>
        <w:t>Relation to Activity</w:t>
      </w:r>
    </w:p>
    <w:p w14:paraId="2B5DFBCF" w14:textId="77777777" w:rsidR="004B2954" w:rsidRPr="00BB79B8" w:rsidRDefault="004B2954" w:rsidP="004B2954">
      <w:pPr>
        <w:spacing w:after="20"/>
        <w:ind w:left="216"/>
        <w:rPr>
          <w:rFonts w:cs="Times New Roman"/>
          <w:sz w:val="20"/>
          <w:szCs w:val="20"/>
        </w:rPr>
      </w:pPr>
      <w:r w:rsidRPr="00BB79B8">
        <w:rPr>
          <w:rFonts w:cs="Times New Roman"/>
          <w:sz w:val="20"/>
          <w:szCs w:val="20"/>
        </w:rPr>
        <w:t>May not always correlate with exertion, unlike typical angina.</w:t>
      </w:r>
    </w:p>
    <w:p w14:paraId="4F920DF6" w14:textId="77777777" w:rsidR="004B2954" w:rsidRPr="00BB79B8" w:rsidRDefault="004B2954" w:rsidP="004B2954">
      <w:pPr>
        <w:spacing w:after="20"/>
        <w:ind w:left="216"/>
        <w:rPr>
          <w:rFonts w:cs="Times New Roman"/>
          <w:sz w:val="20"/>
          <w:szCs w:val="20"/>
        </w:rPr>
      </w:pPr>
      <w:r w:rsidRPr="00BB79B8">
        <w:rPr>
          <w:rFonts w:cs="Times New Roman"/>
          <w:sz w:val="20"/>
          <w:szCs w:val="20"/>
        </w:rPr>
        <w:t>Can occur at rest or during activity.</w:t>
      </w:r>
    </w:p>
    <w:p w14:paraId="312E876F" w14:textId="77777777" w:rsidR="004B2954" w:rsidRPr="00BB79B8" w:rsidRDefault="004B2954" w:rsidP="004B2954">
      <w:pPr>
        <w:spacing w:after="20"/>
        <w:ind w:left="216"/>
        <w:rPr>
          <w:rFonts w:cs="Times New Roman"/>
          <w:sz w:val="20"/>
          <w:szCs w:val="20"/>
        </w:rPr>
      </w:pPr>
      <w:r w:rsidRPr="00BB79B8">
        <w:rPr>
          <w:rFonts w:cs="Times New Roman"/>
          <w:sz w:val="20"/>
          <w:szCs w:val="20"/>
        </w:rPr>
        <w:t>Temporal Pattern</w:t>
      </w:r>
    </w:p>
    <w:p w14:paraId="610E8AD5"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persistent or intermittent, lasting hours to days.</w:t>
      </w:r>
    </w:p>
    <w:p w14:paraId="05F10199"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Sometimes worsens with deep breathing or positional changes.</w:t>
      </w:r>
    </w:p>
    <w:p w14:paraId="09D6F37F"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Symptoms</w:t>
      </w:r>
    </w:p>
    <w:p w14:paraId="1648095C"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accompanied by fatigue, shortness of breath, palpitations, or fever.</w:t>
      </w:r>
    </w:p>
    <w:p w14:paraId="649BC711" w14:textId="77777777" w:rsidR="004B2954" w:rsidRPr="00BB79B8" w:rsidRDefault="004B2954" w:rsidP="004B2954">
      <w:pPr>
        <w:spacing w:after="20"/>
        <w:ind w:left="216"/>
        <w:rPr>
          <w:rFonts w:cs="Times New Roman"/>
          <w:sz w:val="20"/>
          <w:szCs w:val="20"/>
        </w:rPr>
      </w:pPr>
      <w:r w:rsidRPr="00BB79B8">
        <w:rPr>
          <w:rFonts w:cs="Times New Roman"/>
          <w:sz w:val="20"/>
          <w:szCs w:val="20"/>
        </w:rPr>
        <w:t>In viral myocarditis, may follow a recent flu-like illness.</w:t>
      </w:r>
    </w:p>
    <w:p w14:paraId="4730BD4E" w14:textId="77777777" w:rsidR="004B2954" w:rsidRPr="00BB79B8" w:rsidRDefault="004B2954" w:rsidP="004B2954">
      <w:pPr>
        <w:spacing w:after="20"/>
        <w:ind w:left="216"/>
        <w:rPr>
          <w:rFonts w:cs="Times New Roman"/>
          <w:sz w:val="20"/>
          <w:szCs w:val="20"/>
        </w:rPr>
      </w:pPr>
      <w:r w:rsidRPr="00BB79B8">
        <w:rPr>
          <w:rFonts w:cs="Times New Roman"/>
          <w:sz w:val="20"/>
          <w:szCs w:val="20"/>
        </w:rPr>
        <w:t>Distinguishing from Other Causes</w:t>
      </w:r>
    </w:p>
    <w:p w14:paraId="33DB22EB"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vs. myocardial infarction: MI pain is usually crushing, severe, and exertional, often radiating to the left arm or jaw.</w:t>
      </w:r>
    </w:p>
    <w:p w14:paraId="78D75314"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vs. pericarditis: Pericarditis pain often improves when sitting up and leaning forward, whereas myocarditis pain may not change much with position.</w:t>
      </w:r>
    </w:p>
    <w:p w14:paraId="779B31EE"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Chest pain in myocarditis can mimic a heart attack, so any new or severe chest pain should prompt urgent medical evaluation, including ECG, cardiac enzymes, and possibly imaging like cardiac MRI.</w:t>
      </w:r>
    </w:p>
    <w:p w14:paraId="17D7677B" w14:textId="77777777" w:rsidR="004B2954" w:rsidRPr="00BB79B8" w:rsidRDefault="004B2954" w:rsidP="004B2954">
      <w:pPr>
        <w:spacing w:after="0"/>
        <w:rPr>
          <w:rFonts w:cs="Times New Roman"/>
          <w:sz w:val="20"/>
          <w:szCs w:val="20"/>
        </w:rPr>
      </w:pPr>
    </w:p>
    <w:p w14:paraId="3DA9A27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FC98AD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1E0200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in the context of myocarditis can be quite variable, often mimicking other cardiac conditions like pericarditis or even a myocardial infarction (heart attack).</w:t>
      </w:r>
    </w:p>
    <w:p w14:paraId="6E38FEFC" w14:textId="77777777" w:rsidR="004B2954" w:rsidRPr="00BB79B8" w:rsidRDefault="004B2954" w:rsidP="004B2954">
      <w:pPr>
        <w:spacing w:after="20"/>
        <w:ind w:left="216"/>
        <w:rPr>
          <w:rFonts w:cs="Times New Roman"/>
          <w:sz w:val="20"/>
          <w:szCs w:val="20"/>
        </w:rPr>
      </w:pPr>
      <w:r w:rsidRPr="00BB79B8">
        <w:rPr>
          <w:rFonts w:cs="Times New Roman"/>
          <w:sz w:val="20"/>
          <w:szCs w:val="20"/>
        </w:rPr>
        <w:t>The typical features generally include:</w:t>
      </w:r>
    </w:p>
    <w:p w14:paraId="1B9AF8F8" w14:textId="77777777" w:rsidR="004B2954" w:rsidRPr="00BB79B8" w:rsidRDefault="004B2954" w:rsidP="004B2954">
      <w:pPr>
        <w:spacing w:after="20"/>
        <w:ind w:left="216"/>
        <w:rPr>
          <w:rFonts w:cs="Times New Roman"/>
          <w:sz w:val="20"/>
          <w:szCs w:val="20"/>
        </w:rPr>
      </w:pPr>
      <w:r w:rsidRPr="00BB79B8">
        <w:rPr>
          <w:rFonts w:cs="Times New Roman"/>
          <w:sz w:val="20"/>
          <w:szCs w:val="20"/>
        </w:rPr>
        <w:t>1. Character and Quality</w:t>
      </w:r>
    </w:p>
    <w:p w14:paraId="234DF978" w14:textId="77777777" w:rsidR="004B2954" w:rsidRPr="00BB79B8" w:rsidRDefault="004B2954" w:rsidP="004B2954">
      <w:pPr>
        <w:spacing w:after="20"/>
        <w:ind w:left="216"/>
        <w:rPr>
          <w:rFonts w:cs="Times New Roman"/>
          <w:sz w:val="20"/>
          <w:szCs w:val="20"/>
        </w:rPr>
      </w:pPr>
      <w:r w:rsidRPr="00BB79B8">
        <w:rPr>
          <w:rFonts w:cs="Times New Roman"/>
          <w:sz w:val="20"/>
          <w:szCs w:val="20"/>
        </w:rPr>
        <w:t>Sharp or Stabbing: Often described as pleuritic, meaning the pain feels sharp and worsens with deep breathing or coughing.</w:t>
      </w:r>
    </w:p>
    <w:p w14:paraId="01682CFD" w14:textId="77777777" w:rsidR="004B2954" w:rsidRPr="00BB79B8" w:rsidRDefault="004B2954" w:rsidP="004B2954">
      <w:pPr>
        <w:spacing w:after="20"/>
        <w:ind w:left="216"/>
        <w:rPr>
          <w:rFonts w:cs="Times New Roman"/>
          <w:sz w:val="20"/>
          <w:szCs w:val="20"/>
        </w:rPr>
      </w:pPr>
      <w:r w:rsidRPr="00BB79B8">
        <w:rPr>
          <w:rFonts w:cs="Times New Roman"/>
          <w:sz w:val="20"/>
          <w:szCs w:val="20"/>
        </w:rPr>
        <w:t>Pressure or Heaviness: In some cases, it may present as a dull, aching pressure behind the breastbone (substernal), similar to angina.</w:t>
      </w:r>
    </w:p>
    <w:p w14:paraId="1492A8D3" w14:textId="77777777" w:rsidR="004B2954" w:rsidRPr="00BB79B8" w:rsidRDefault="004B2954" w:rsidP="004B2954">
      <w:pPr>
        <w:spacing w:after="20"/>
        <w:ind w:left="216"/>
        <w:rPr>
          <w:rFonts w:cs="Times New Roman"/>
          <w:sz w:val="20"/>
          <w:szCs w:val="20"/>
        </w:rPr>
      </w:pPr>
      <w:r w:rsidRPr="00BB79B8">
        <w:rPr>
          <w:rFonts w:cs="Times New Roman"/>
          <w:sz w:val="20"/>
          <w:szCs w:val="20"/>
        </w:rPr>
        <w:t>2. Positional Changes</w:t>
      </w:r>
    </w:p>
    <w:p w14:paraId="596361FF" w14:textId="77777777" w:rsidR="004B2954" w:rsidRPr="00BB79B8" w:rsidRDefault="004B2954" w:rsidP="004B2954">
      <w:pPr>
        <w:spacing w:after="20"/>
        <w:ind w:left="216"/>
        <w:rPr>
          <w:rFonts w:cs="Times New Roman"/>
          <w:sz w:val="20"/>
          <w:szCs w:val="20"/>
        </w:rPr>
      </w:pPr>
      <w:r w:rsidRPr="00BB79B8">
        <w:rPr>
          <w:rFonts w:cs="Times New Roman"/>
          <w:sz w:val="20"/>
          <w:szCs w:val="20"/>
        </w:rPr>
        <w:t>Relief when Leaning Forward: If the inflammation involves the pericardium (myopericarditis), the pain often intensifies when lying flat and improves significantly when sitting up or leaning forward.</w:t>
      </w:r>
    </w:p>
    <w:p w14:paraId="54B35395" w14:textId="77777777" w:rsidR="004B2954" w:rsidRPr="00BB79B8" w:rsidRDefault="004B2954" w:rsidP="004B2954">
      <w:pPr>
        <w:spacing w:after="20"/>
        <w:ind w:left="216"/>
        <w:rPr>
          <w:rFonts w:cs="Times New Roman"/>
          <w:sz w:val="20"/>
          <w:szCs w:val="20"/>
        </w:rPr>
      </w:pPr>
      <w:r w:rsidRPr="00BB79B8">
        <w:rPr>
          <w:rFonts w:cs="Times New Roman"/>
          <w:sz w:val="20"/>
          <w:szCs w:val="20"/>
        </w:rPr>
        <w:t>3. Associated Symptoms</w:t>
      </w:r>
    </w:p>
    <w:p w14:paraId="7E9A587C" w14:textId="77777777" w:rsidR="004B2954" w:rsidRPr="00BB79B8" w:rsidRDefault="004B2954" w:rsidP="004B2954">
      <w:pPr>
        <w:spacing w:after="20"/>
        <w:ind w:left="216"/>
        <w:rPr>
          <w:rFonts w:cs="Times New Roman"/>
          <w:sz w:val="20"/>
          <w:szCs w:val="20"/>
        </w:rPr>
      </w:pPr>
      <w:r w:rsidRPr="00BB79B8">
        <w:rPr>
          <w:rFonts w:cs="Times New Roman"/>
          <w:sz w:val="20"/>
          <w:szCs w:val="20"/>
        </w:rPr>
        <w:t>Preceding Viral Illness: Pain often develops days or weeks after symptoms of a viral infection, such as fever, fatigue, sore throat, or muscle aches.</w:t>
      </w:r>
    </w:p>
    <w:p w14:paraId="024199B1" w14:textId="77777777" w:rsidR="004B2954" w:rsidRPr="00BB79B8" w:rsidRDefault="004B2954" w:rsidP="004B2954">
      <w:pPr>
        <w:spacing w:after="20"/>
        <w:ind w:left="216"/>
        <w:rPr>
          <w:rFonts w:cs="Times New Roman"/>
          <w:sz w:val="20"/>
          <w:szCs w:val="20"/>
        </w:rPr>
      </w:pPr>
      <w:r w:rsidRPr="00BB79B8">
        <w:rPr>
          <w:rFonts w:cs="Times New Roman"/>
          <w:sz w:val="20"/>
          <w:szCs w:val="20"/>
        </w:rPr>
        <w:t>Dyspnea: Shortness of breath, especially during physical exertion or while lying down, frequently accompanies the chest pain.</w:t>
      </w:r>
    </w:p>
    <w:p w14:paraId="29B1CC88"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 sensation of a racing or irregular heartbeat.</w:t>
      </w:r>
    </w:p>
    <w:p w14:paraId="25003DD9" w14:textId="77777777" w:rsidR="004B2954" w:rsidRPr="00BB79B8" w:rsidRDefault="004B2954" w:rsidP="004B2954">
      <w:pPr>
        <w:spacing w:after="20"/>
        <w:ind w:left="216"/>
        <w:rPr>
          <w:rFonts w:cs="Times New Roman"/>
          <w:sz w:val="20"/>
          <w:szCs w:val="20"/>
        </w:rPr>
      </w:pPr>
      <w:r w:rsidRPr="00BB79B8">
        <w:rPr>
          <w:rFonts w:cs="Times New Roman"/>
          <w:sz w:val="20"/>
          <w:szCs w:val="20"/>
        </w:rPr>
        <w:t>4. Duration and Triggers</w:t>
      </w:r>
    </w:p>
    <w:p w14:paraId="15518068"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Unlike stable angina, which usually subsides with rest, myocarditis-related pain can be persistent and may not have a clear trigger related to physical activity.</w:t>
      </w:r>
    </w:p>
    <w:p w14:paraId="72B7CFB3"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of Clinical Presentation</w:t>
      </w:r>
    </w:p>
    <w:p w14:paraId="10A7EF88"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Typical Presentation</w:t>
      </w:r>
    </w:p>
    <w:p w14:paraId="159CDE4B" w14:textId="77777777" w:rsidR="004B2954" w:rsidRPr="00BB79B8" w:rsidRDefault="004B2954" w:rsidP="004B2954">
      <w:pPr>
        <w:spacing w:after="20"/>
        <w:ind w:left="216"/>
        <w:rPr>
          <w:rFonts w:cs="Times New Roman"/>
          <w:sz w:val="20"/>
          <w:szCs w:val="20"/>
        </w:rPr>
      </w:pPr>
      <w:r w:rsidRPr="00BB79B8">
        <w:rPr>
          <w:rFonts w:cs="Times New Roman"/>
          <w:sz w:val="20"/>
          <w:szCs w:val="20"/>
        </w:rPr>
        <w:t>Location; Substernal or precordial (left side of the chest)</w:t>
      </w:r>
    </w:p>
    <w:p w14:paraId="3E08AB54" w14:textId="77777777" w:rsidR="004B2954" w:rsidRPr="00BB79B8" w:rsidRDefault="004B2954" w:rsidP="004B2954">
      <w:pPr>
        <w:spacing w:after="20"/>
        <w:ind w:left="216"/>
        <w:rPr>
          <w:rFonts w:cs="Times New Roman"/>
          <w:sz w:val="20"/>
          <w:szCs w:val="20"/>
        </w:rPr>
      </w:pPr>
      <w:r w:rsidRPr="00BB79B8">
        <w:rPr>
          <w:rFonts w:cs="Times New Roman"/>
          <w:sz w:val="20"/>
          <w:szCs w:val="20"/>
        </w:rPr>
        <w:t>Aggravating Factors; Deep inspiration, lying flat, or swallowing</w:t>
      </w:r>
    </w:p>
    <w:p w14:paraId="6DA18550" w14:textId="77777777" w:rsidR="004B2954" w:rsidRPr="00BB79B8" w:rsidRDefault="004B2954" w:rsidP="004B2954">
      <w:pPr>
        <w:spacing w:after="20"/>
        <w:ind w:left="216"/>
        <w:rPr>
          <w:rFonts w:cs="Times New Roman"/>
          <w:sz w:val="20"/>
          <w:szCs w:val="20"/>
        </w:rPr>
      </w:pPr>
      <w:r w:rsidRPr="00BB79B8">
        <w:rPr>
          <w:rFonts w:cs="Times New Roman"/>
          <w:sz w:val="20"/>
          <w:szCs w:val="20"/>
        </w:rPr>
        <w:t>Relieving Factors; Sitting upright or leaning forward</w:t>
      </w:r>
    </w:p>
    <w:p w14:paraId="6884390F" w14:textId="77777777" w:rsidR="004B2954" w:rsidRPr="00BB79B8" w:rsidRDefault="004B2954" w:rsidP="004B2954">
      <w:pPr>
        <w:spacing w:after="20"/>
        <w:ind w:left="216"/>
        <w:rPr>
          <w:rFonts w:cs="Times New Roman"/>
          <w:sz w:val="20"/>
          <w:szCs w:val="20"/>
        </w:rPr>
      </w:pPr>
      <w:r w:rsidRPr="00BB79B8">
        <w:rPr>
          <w:rFonts w:cs="Times New Roman"/>
          <w:sz w:val="20"/>
          <w:szCs w:val="20"/>
        </w:rPr>
        <w:t>Radiation; May radiate to the neck, trapezeous ridge, or shoulders</w:t>
      </w:r>
    </w:p>
    <w:p w14:paraId="338DDCFA"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the presentation can overlap with more acute cardiac events, clinical evaluation typically requires an ECG, cardiac enzyme testing (like Troponin), and often imaging such as an echocardiogram or cardiac MRI to confirm the diagnosis.</w:t>
      </w:r>
    </w:p>
    <w:p w14:paraId="64632534" w14:textId="77777777" w:rsidR="004B2954" w:rsidRPr="00BB79B8" w:rsidRDefault="004B2954" w:rsidP="004B2954">
      <w:pPr>
        <w:spacing w:after="0"/>
        <w:rPr>
          <w:rFonts w:cs="Times New Roman"/>
          <w:sz w:val="20"/>
          <w:szCs w:val="20"/>
        </w:rPr>
      </w:pPr>
    </w:p>
    <w:p w14:paraId="4A97398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26877AC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67E6370"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from myocarditis typically has a recognizable pattern: it is often sharp, worse with breathing, and may resemble pericarditis-type pain, but it can also mimic a heart attack.</w:t>
      </w:r>
    </w:p>
    <w:p w14:paraId="29B9812D" w14:textId="77777777" w:rsidR="004B2954" w:rsidRPr="00BB79B8" w:rsidRDefault="004B2954" w:rsidP="004B2954">
      <w:pPr>
        <w:spacing w:after="20"/>
        <w:ind w:left="216"/>
        <w:rPr>
          <w:rFonts w:cs="Times New Roman"/>
          <w:sz w:val="20"/>
          <w:szCs w:val="20"/>
        </w:rPr>
      </w:pPr>
      <w:r w:rsidRPr="00BB79B8">
        <w:rPr>
          <w:rFonts w:cs="Times New Roman"/>
          <w:sz w:val="20"/>
          <w:szCs w:val="20"/>
        </w:rPr>
        <w:t>Core features of myocarditis-related chest pain</w:t>
      </w:r>
    </w:p>
    <w:p w14:paraId="4C9D6BBF" w14:textId="77777777" w:rsidR="004B2954" w:rsidRPr="00BB79B8" w:rsidRDefault="004B2954" w:rsidP="004B2954">
      <w:pPr>
        <w:spacing w:after="20"/>
        <w:ind w:left="216"/>
        <w:rPr>
          <w:rFonts w:cs="Times New Roman"/>
          <w:sz w:val="20"/>
          <w:szCs w:val="20"/>
        </w:rPr>
      </w:pPr>
      <w:r w:rsidRPr="00BB79B8">
        <w:rPr>
          <w:rFonts w:cs="Times New Roman"/>
          <w:sz w:val="20"/>
          <w:szCs w:val="20"/>
        </w:rPr>
        <w:t>Sharp chest pain - often described as stabbing or localized.</w:t>
      </w:r>
    </w:p>
    <w:p w14:paraId="4E3B5467" w14:textId="77777777" w:rsidR="004B2954" w:rsidRPr="00BB79B8" w:rsidRDefault="004B2954" w:rsidP="004B2954">
      <w:pPr>
        <w:spacing w:after="20"/>
        <w:ind w:left="216"/>
        <w:rPr>
          <w:rFonts w:cs="Times New Roman"/>
          <w:sz w:val="20"/>
          <w:szCs w:val="20"/>
        </w:rPr>
      </w:pPr>
      <w:r w:rsidRPr="00BB79B8">
        <w:rPr>
          <w:rFonts w:cs="Times New Roman"/>
          <w:sz w:val="20"/>
          <w:szCs w:val="20"/>
        </w:rPr>
        <w:t>Worse with deep inspiration - because inflammation irritates the heart muscle and sometimes the pericardium.</w:t>
      </w:r>
    </w:p>
    <w:p w14:paraId="5521E156" w14:textId="77777777" w:rsidR="004B2954" w:rsidRPr="00BB79B8" w:rsidRDefault="004B2954" w:rsidP="004B2954">
      <w:pPr>
        <w:spacing w:after="20"/>
        <w:ind w:left="216"/>
        <w:rPr>
          <w:rFonts w:cs="Times New Roman"/>
          <w:sz w:val="20"/>
          <w:szCs w:val="20"/>
        </w:rPr>
      </w:pPr>
      <w:r w:rsidRPr="00BB79B8">
        <w:rPr>
          <w:rFonts w:cs="Times New Roman"/>
          <w:sz w:val="20"/>
          <w:szCs w:val="20"/>
        </w:rPr>
        <w:t>Worse when lying flat and improves when sitting forward - especially when pericardial inflammation is present.</w:t>
      </w:r>
    </w:p>
    <w:p w14:paraId="0FCE8BFE" w14:textId="77777777" w:rsidR="004B2954" w:rsidRPr="00BB79B8" w:rsidRDefault="004B2954" w:rsidP="004B2954">
      <w:pPr>
        <w:spacing w:after="20"/>
        <w:ind w:left="216"/>
        <w:rPr>
          <w:rFonts w:cs="Times New Roman"/>
          <w:sz w:val="20"/>
          <w:szCs w:val="20"/>
        </w:rPr>
      </w:pPr>
      <w:r w:rsidRPr="00BB79B8">
        <w:rPr>
          <w:rFonts w:cs="Times New Roman"/>
          <w:sz w:val="20"/>
          <w:szCs w:val="20"/>
        </w:rPr>
        <w:t>May mimic a heart attack - pressure-like, central chest pain can occur, sometimes with radiation.</w:t>
      </w:r>
    </w:p>
    <w:p w14:paraId="01DD4A65"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with systemic symptoms - fever, fatigue, palpitations, shortness of breath, or recent viral illness.</w:t>
      </w:r>
    </w:p>
    <w:p w14:paraId="217BC43C" w14:textId="77777777" w:rsidR="004B2954" w:rsidRPr="00BB79B8" w:rsidRDefault="004B2954" w:rsidP="004B2954">
      <w:pPr>
        <w:spacing w:after="20"/>
        <w:ind w:left="216"/>
        <w:rPr>
          <w:rFonts w:cs="Times New Roman"/>
          <w:sz w:val="20"/>
          <w:szCs w:val="20"/>
        </w:rPr>
      </w:pPr>
      <w:r w:rsidRPr="00BB79B8">
        <w:rPr>
          <w:rFonts w:cs="Times New Roman"/>
          <w:sz w:val="20"/>
          <w:szCs w:val="20"/>
        </w:rPr>
        <w:t>Not reliably triggered by exertion - unlike ischemic chest pain, myocarditis pain may occur at rest.Why these features matter</w:t>
      </w:r>
    </w:p>
    <w:p w14:paraId="2423E67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causes inflammation of the heart muscle, which irritates surrounding tissues and can produce pain similar to pericarditis. This explains the pleuritic (breathing-related) and positional nature of the pain. Sources consistently note chest pain as a common symptom of myocarditis, often resembling heart attack symptoms or presenting with flu-like illness beforehand.</w:t>
      </w:r>
    </w:p>
    <w:p w14:paraId="104D950A"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Quick comparison: myocarditis vs. ischemic chest pain</w:t>
      </w:r>
    </w:p>
    <w:p w14:paraId="0B5B5563"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Myocarditis; Ischemic (heart attack-type)</w:t>
      </w:r>
    </w:p>
    <w:p w14:paraId="49E765A5" w14:textId="77777777" w:rsidR="004B2954" w:rsidRPr="00BB79B8" w:rsidRDefault="004B2954" w:rsidP="004B2954">
      <w:pPr>
        <w:spacing w:after="20"/>
        <w:ind w:left="216"/>
        <w:rPr>
          <w:rFonts w:cs="Times New Roman"/>
          <w:sz w:val="20"/>
          <w:szCs w:val="20"/>
        </w:rPr>
      </w:pPr>
      <w:r w:rsidRPr="00BB79B8">
        <w:rPr>
          <w:rFonts w:cs="Times New Roman"/>
          <w:sz w:val="20"/>
          <w:szCs w:val="20"/>
        </w:rPr>
        <w:t>Pain quality; Sharp or stabbing; Pressure, squeezing</w:t>
      </w:r>
    </w:p>
    <w:p w14:paraId="4D334B00" w14:textId="77777777" w:rsidR="004B2954" w:rsidRPr="00BB79B8" w:rsidRDefault="004B2954" w:rsidP="004B2954">
      <w:pPr>
        <w:spacing w:after="20"/>
        <w:ind w:left="216"/>
        <w:rPr>
          <w:rFonts w:cs="Times New Roman"/>
          <w:sz w:val="20"/>
          <w:szCs w:val="20"/>
        </w:rPr>
      </w:pPr>
      <w:r w:rsidRPr="00BB79B8">
        <w:rPr>
          <w:rFonts w:cs="Times New Roman"/>
          <w:sz w:val="20"/>
          <w:szCs w:val="20"/>
        </w:rPr>
        <w:t>Breathing effect; Worse with inspiration; Usually unchanged</w:t>
      </w:r>
    </w:p>
    <w:p w14:paraId="43D11398" w14:textId="77777777" w:rsidR="004B2954" w:rsidRPr="00BB79B8" w:rsidRDefault="004B2954" w:rsidP="004B2954">
      <w:pPr>
        <w:spacing w:after="20"/>
        <w:ind w:left="216"/>
        <w:rPr>
          <w:rFonts w:cs="Times New Roman"/>
          <w:sz w:val="20"/>
          <w:szCs w:val="20"/>
        </w:rPr>
      </w:pPr>
      <w:r w:rsidRPr="00BB79B8">
        <w:rPr>
          <w:rFonts w:cs="Times New Roman"/>
          <w:sz w:val="20"/>
          <w:szCs w:val="20"/>
        </w:rPr>
        <w:t>Positional changes; Better sitting forward; No major change</w:t>
      </w:r>
    </w:p>
    <w:p w14:paraId="46E98AD4"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symptoms; Fever, fatigue, palpitations; Sweating, nausea, exertional onset</w:t>
      </w:r>
    </w:p>
    <w:p w14:paraId="087FD457" w14:textId="77777777" w:rsidR="004B2954" w:rsidRPr="00BB79B8" w:rsidRDefault="004B2954" w:rsidP="004B2954">
      <w:pPr>
        <w:spacing w:after="20"/>
        <w:ind w:left="216"/>
        <w:rPr>
          <w:rFonts w:cs="Times New Roman"/>
          <w:sz w:val="20"/>
          <w:szCs w:val="20"/>
        </w:rPr>
      </w:pPr>
      <w:r w:rsidRPr="00BB79B8">
        <w:rPr>
          <w:rFonts w:cs="Times New Roman"/>
          <w:sz w:val="20"/>
          <w:szCs w:val="20"/>
        </w:rPr>
        <w:t>Trigger; Often at rest, post-viral; Often exertional or stress-related</w:t>
      </w:r>
    </w:p>
    <w:p w14:paraId="2B01C19B" w14:textId="77777777" w:rsidR="004B2954" w:rsidRPr="00BB79B8" w:rsidRDefault="004B2954" w:rsidP="004B2954">
      <w:pPr>
        <w:spacing w:after="0"/>
        <w:rPr>
          <w:rFonts w:cs="Times New Roman"/>
          <w:sz w:val="20"/>
          <w:szCs w:val="20"/>
        </w:rPr>
      </w:pPr>
    </w:p>
    <w:p w14:paraId="7D6D336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61598C9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3739A6E"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clinical question. Myocarditis (inflammation of the heart muscle) can produce chest pain, but its features are often distinct from the classic "crushing pressure" of a heart attack (myocardial infarction).</w:t>
      </w:r>
    </w:p>
    <w:p w14:paraId="44F8476D" w14:textId="77777777" w:rsidR="004B2954" w:rsidRPr="00BB79B8" w:rsidRDefault="004B2954" w:rsidP="004B2954">
      <w:pPr>
        <w:spacing w:after="20"/>
        <w:ind w:left="216"/>
        <w:rPr>
          <w:rFonts w:cs="Times New Roman"/>
          <w:sz w:val="20"/>
          <w:szCs w:val="20"/>
        </w:rPr>
      </w:pPr>
      <w:r w:rsidRPr="00BB79B8">
        <w:rPr>
          <w:rFonts w:cs="Times New Roman"/>
          <w:sz w:val="20"/>
          <w:szCs w:val="20"/>
        </w:rPr>
        <w:t>Here are the typical features of chest pain caused by myocarditis:</w:t>
      </w:r>
    </w:p>
    <w:p w14:paraId="03D8F5CC" w14:textId="77777777" w:rsidR="004B2954" w:rsidRPr="00BB79B8" w:rsidRDefault="004B2954" w:rsidP="004B2954">
      <w:pPr>
        <w:spacing w:after="20"/>
        <w:ind w:left="216"/>
        <w:rPr>
          <w:rFonts w:cs="Times New Roman"/>
          <w:sz w:val="20"/>
          <w:szCs w:val="20"/>
        </w:rPr>
      </w:pPr>
      <w:r w:rsidRPr="00BB79B8">
        <w:rPr>
          <w:rFonts w:cs="Times New Roman"/>
          <w:sz w:val="20"/>
          <w:szCs w:val="20"/>
        </w:rPr>
        <w:t>1. Quality of Pain</w:t>
      </w:r>
    </w:p>
    <w:p w14:paraId="355A3461" w14:textId="77777777" w:rsidR="004B2954" w:rsidRPr="00BB79B8" w:rsidRDefault="004B2954" w:rsidP="004B2954">
      <w:pPr>
        <w:spacing w:after="20"/>
        <w:ind w:left="216"/>
        <w:rPr>
          <w:rFonts w:cs="Times New Roman"/>
          <w:sz w:val="20"/>
          <w:szCs w:val="20"/>
        </w:rPr>
      </w:pPr>
      <w:r w:rsidRPr="00BB79B8">
        <w:rPr>
          <w:rFonts w:cs="Times New Roman"/>
          <w:sz w:val="20"/>
          <w:szCs w:val="20"/>
        </w:rPr>
        <w:t>Sharp or Stabbing: Unlike the pressure or heaviness of a typical heart attack, myocarditis pain is often described as sharp, knife-like, or stabbing.</w:t>
      </w:r>
    </w:p>
    <w:p w14:paraId="60983997" w14:textId="77777777" w:rsidR="004B2954" w:rsidRPr="00BB79B8" w:rsidRDefault="004B2954" w:rsidP="004B2954">
      <w:pPr>
        <w:spacing w:after="20"/>
        <w:ind w:left="216"/>
        <w:rPr>
          <w:rFonts w:cs="Times New Roman"/>
          <w:sz w:val="20"/>
          <w:szCs w:val="20"/>
        </w:rPr>
      </w:pPr>
      <w:r w:rsidRPr="00BB79B8">
        <w:rPr>
          <w:rFonts w:cs="Times New Roman"/>
          <w:sz w:val="20"/>
          <w:szCs w:val="20"/>
        </w:rPr>
        <w:t>Aching or Squeezing (less common): Some patients, particularly those with significant heart failure, may report a more diffuse, dull ache or pressure.</w:t>
      </w:r>
    </w:p>
    <w:p w14:paraId="4AE63337" w14:textId="77777777" w:rsidR="004B2954" w:rsidRPr="00BB79B8" w:rsidRDefault="004B2954" w:rsidP="004B2954">
      <w:pPr>
        <w:spacing w:after="20"/>
        <w:ind w:left="216"/>
        <w:rPr>
          <w:rFonts w:cs="Times New Roman"/>
          <w:sz w:val="20"/>
          <w:szCs w:val="20"/>
        </w:rPr>
      </w:pPr>
      <w:r w:rsidRPr="00BB79B8">
        <w:rPr>
          <w:rFonts w:cs="Times New Roman"/>
          <w:sz w:val="20"/>
          <w:szCs w:val="20"/>
        </w:rPr>
        <w:t>2. Location and Radiation</w:t>
      </w:r>
    </w:p>
    <w:p w14:paraId="7C47AB41" w14:textId="77777777" w:rsidR="004B2954" w:rsidRPr="00BB79B8" w:rsidRDefault="004B2954" w:rsidP="004B2954">
      <w:pPr>
        <w:spacing w:after="20"/>
        <w:ind w:left="216"/>
        <w:rPr>
          <w:rFonts w:cs="Times New Roman"/>
          <w:sz w:val="20"/>
          <w:szCs w:val="20"/>
        </w:rPr>
      </w:pPr>
      <w:r w:rsidRPr="00BB79B8">
        <w:rPr>
          <w:rFonts w:cs="Times New Roman"/>
          <w:sz w:val="20"/>
          <w:szCs w:val="20"/>
        </w:rPr>
        <w:t>Diffuse: The pain is usually not a small, pinpoint area. It often covers a large area of the chest.</w:t>
      </w:r>
    </w:p>
    <w:p w14:paraId="6481DA7E" w14:textId="77777777" w:rsidR="004B2954" w:rsidRPr="00BB79B8" w:rsidRDefault="004B2954" w:rsidP="004B2954">
      <w:pPr>
        <w:spacing w:after="20"/>
        <w:ind w:left="216"/>
        <w:rPr>
          <w:rFonts w:cs="Times New Roman"/>
          <w:sz w:val="20"/>
          <w:szCs w:val="20"/>
        </w:rPr>
      </w:pPr>
      <w:r w:rsidRPr="00BB79B8">
        <w:rPr>
          <w:rFonts w:cs="Times New Roman"/>
          <w:sz w:val="20"/>
          <w:szCs w:val="20"/>
        </w:rPr>
        <w:t>Retrosternal: Centered behind the breastbone (sternum).</w:t>
      </w:r>
    </w:p>
    <w:p w14:paraId="64A7F39B" w14:textId="77777777" w:rsidR="004B2954" w:rsidRPr="00BB79B8" w:rsidRDefault="004B2954" w:rsidP="004B2954">
      <w:pPr>
        <w:spacing w:after="20"/>
        <w:ind w:left="216"/>
        <w:rPr>
          <w:rFonts w:cs="Times New Roman"/>
          <w:sz w:val="20"/>
          <w:szCs w:val="20"/>
        </w:rPr>
      </w:pPr>
      <w:r w:rsidRPr="00BB79B8">
        <w:rPr>
          <w:rFonts w:cs="Times New Roman"/>
          <w:sz w:val="20"/>
          <w:szCs w:val="20"/>
        </w:rPr>
        <w:t>Radiation: May radiate to the neck, jaw, shoulders, or both arms. It can also radiate to the upper back.</w:t>
      </w:r>
    </w:p>
    <w:p w14:paraId="1A39675D" w14:textId="77777777" w:rsidR="004B2954" w:rsidRPr="00BB79B8" w:rsidRDefault="004B2954" w:rsidP="004B2954">
      <w:pPr>
        <w:spacing w:after="20"/>
        <w:ind w:left="216"/>
        <w:rPr>
          <w:rFonts w:cs="Times New Roman"/>
          <w:sz w:val="20"/>
          <w:szCs w:val="20"/>
        </w:rPr>
      </w:pPr>
      <w:r w:rsidRPr="00BB79B8">
        <w:rPr>
          <w:rFonts w:cs="Times New Roman"/>
          <w:sz w:val="20"/>
          <w:szCs w:val="20"/>
        </w:rPr>
        <w:t>3. Key Distinguishing Features (What makes it different from a heart attack)</w:t>
      </w:r>
    </w:p>
    <w:p w14:paraId="273F1D66"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the most critical part for differential diagnosis:</w:t>
      </w:r>
    </w:p>
    <w:p w14:paraId="3B5797E3" w14:textId="77777777" w:rsidR="004B2954" w:rsidRPr="00BB79B8" w:rsidRDefault="004B2954" w:rsidP="004B2954">
      <w:pPr>
        <w:spacing w:after="20"/>
        <w:ind w:left="216"/>
        <w:rPr>
          <w:rFonts w:cs="Times New Roman"/>
          <w:sz w:val="20"/>
          <w:szCs w:val="20"/>
        </w:rPr>
      </w:pPr>
      <w:r w:rsidRPr="00BB79B8">
        <w:rPr>
          <w:rFonts w:cs="Times New Roman"/>
          <w:sz w:val="20"/>
          <w:szCs w:val="20"/>
        </w:rPr>
        <w:t>Pleuritic Component (Pain with breathing): The pain often worsens with a deep breath, coughing, or lying flat on the back. This is due to concurrent inflammation of the pericardium (the sac around the heart), a condition called myopericarditis.</w:t>
      </w:r>
    </w:p>
    <w:p w14:paraId="2A6AC465" w14:textId="77777777" w:rsidR="004B2954" w:rsidRPr="00BB79B8" w:rsidRDefault="004B2954" w:rsidP="004B2954">
      <w:pPr>
        <w:spacing w:after="20"/>
        <w:ind w:left="216"/>
        <w:rPr>
          <w:rFonts w:cs="Times New Roman"/>
          <w:sz w:val="20"/>
          <w:szCs w:val="20"/>
        </w:rPr>
      </w:pPr>
      <w:r w:rsidRPr="00BB79B8">
        <w:rPr>
          <w:rFonts w:cs="Times New Roman"/>
          <w:sz w:val="20"/>
          <w:szCs w:val="20"/>
        </w:rPr>
        <w:t>Positional Relief: Patients may feel better by sitting up and leaning forward. Lying flat (recumbent position) typically worsens the pain.</w:t>
      </w:r>
    </w:p>
    <w:p w14:paraId="5CFD23DE"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Dependence: Unlike stable angina (which gets predictable with exertion), the relationship with exercise is variable. It can worsen with activity, but it can also occur at rest.</w:t>
      </w:r>
    </w:p>
    <w:p w14:paraId="7655D8EE" w14:textId="77777777" w:rsidR="004B2954" w:rsidRPr="00BB79B8" w:rsidRDefault="004B2954" w:rsidP="004B2954">
      <w:pPr>
        <w:spacing w:after="20"/>
        <w:ind w:left="216"/>
        <w:rPr>
          <w:rFonts w:cs="Times New Roman"/>
          <w:sz w:val="20"/>
          <w:szCs w:val="20"/>
        </w:rPr>
      </w:pPr>
      <w:r w:rsidRPr="00BB79B8">
        <w:rPr>
          <w:rFonts w:cs="Times New Roman"/>
          <w:sz w:val="20"/>
          <w:szCs w:val="20"/>
        </w:rPr>
        <w:t>Post-Viral Onset: The pain often begins 1-4 weeks after a viral illness (URI, flu, COVID-19, or a gastrointestinal bug).</w:t>
      </w:r>
    </w:p>
    <w:p w14:paraId="56702822" w14:textId="77777777" w:rsidR="004B2954" w:rsidRPr="00BB79B8" w:rsidRDefault="004B2954" w:rsidP="004B2954">
      <w:pPr>
        <w:spacing w:after="20"/>
        <w:ind w:left="216"/>
        <w:rPr>
          <w:rFonts w:cs="Times New Roman"/>
          <w:sz w:val="20"/>
          <w:szCs w:val="20"/>
        </w:rPr>
      </w:pPr>
      <w:r w:rsidRPr="00BB79B8">
        <w:rPr>
          <w:rFonts w:cs="Times New Roman"/>
          <w:sz w:val="20"/>
          <w:szCs w:val="20"/>
        </w:rPr>
        <w:t>4. Accompanying Symptoms (Crucial for diagnosis)</w:t>
      </w:r>
    </w:p>
    <w:p w14:paraId="27C07BFE" w14:textId="77777777" w:rsidR="004B2954" w:rsidRPr="00BB79B8" w:rsidRDefault="004B2954" w:rsidP="004B2954">
      <w:pPr>
        <w:spacing w:after="20"/>
        <w:ind w:left="216"/>
        <w:rPr>
          <w:rFonts w:cs="Times New Roman"/>
          <w:sz w:val="20"/>
          <w:szCs w:val="20"/>
        </w:rPr>
      </w:pPr>
      <w:r w:rsidRPr="00BB79B8">
        <w:rPr>
          <w:rFonts w:cs="Times New Roman"/>
          <w:sz w:val="20"/>
          <w:szCs w:val="20"/>
        </w:rPr>
        <w:t>The chest pain is rarely isolated. Look for these "red flags" that point to myocardial inflammation:</w:t>
      </w:r>
    </w:p>
    <w:p w14:paraId="1E61785F" w14:textId="77777777" w:rsidR="004B2954" w:rsidRPr="00BB79B8" w:rsidRDefault="004B2954" w:rsidP="004B2954">
      <w:pPr>
        <w:spacing w:after="20"/>
        <w:ind w:left="216"/>
        <w:rPr>
          <w:rFonts w:cs="Times New Roman"/>
          <w:sz w:val="20"/>
          <w:szCs w:val="20"/>
        </w:rPr>
      </w:pPr>
      <w:r w:rsidRPr="00BB79B8">
        <w:rPr>
          <w:rFonts w:cs="Times New Roman"/>
          <w:sz w:val="20"/>
          <w:szCs w:val="20"/>
        </w:rPr>
        <w:t>Fever or flu-like symptoms (present in the acute phase).</w:t>
      </w:r>
    </w:p>
    <w:p w14:paraId="1C5397BA"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(feeling of rapid, fluttering, or irregular heartbeat due to arrhythmias).</w:t>
      </w:r>
    </w:p>
    <w:p w14:paraId="4DF06B6C"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fatigue (out of proportion to the pain).</w:t>
      </w:r>
    </w:p>
    <w:p w14:paraId="1B55F88F" w14:textId="77777777" w:rsidR="004B2954" w:rsidRPr="00BB79B8" w:rsidRDefault="004B2954" w:rsidP="004B2954">
      <w:pPr>
        <w:spacing w:after="20"/>
        <w:ind w:left="216"/>
        <w:rPr>
          <w:rFonts w:cs="Times New Roman"/>
          <w:sz w:val="20"/>
          <w:szCs w:val="20"/>
        </w:rPr>
      </w:pPr>
      <w:r w:rsidRPr="00BB79B8">
        <w:rPr>
          <w:rFonts w:cs="Times New Roman"/>
          <w:sz w:val="20"/>
          <w:szCs w:val="20"/>
        </w:rPr>
        <w:t>Exertional dyspnea (shortness of breath with minimal activity, signaling possible heart failure).</w:t>
      </w:r>
    </w:p>
    <w:p w14:paraId="4C2D561F"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legs/ankles (in subacute or chronic cases with reduced pump function).</w:t>
      </w:r>
    </w:p>
    <w:p w14:paraId="024DCABE"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Clinical Pearls to Remember:</w:t>
      </w:r>
    </w:p>
    <w:p w14:paraId="7D678894" w14:textId="77777777" w:rsidR="004B2954" w:rsidRPr="00BB79B8" w:rsidRDefault="004B2954" w:rsidP="004B2954">
      <w:pPr>
        <w:spacing w:after="20"/>
        <w:ind w:left="216"/>
        <w:rPr>
          <w:rFonts w:cs="Times New Roman"/>
          <w:sz w:val="20"/>
          <w:szCs w:val="20"/>
        </w:rPr>
      </w:pPr>
      <w:r w:rsidRPr="00BB79B8">
        <w:rPr>
          <w:rFonts w:cs="Times New Roman"/>
          <w:sz w:val="20"/>
          <w:szCs w:val="20"/>
        </w:rPr>
        <w:t>"Silent" presentation is possible. Up to 30% of biopsy-proven myocarditis cases have no chest pain at all, presenting instead with unexplained heart failure (shortness of breath, fatigue, edema) or new-onset arrhythmias (palpitations, syncope).</w:t>
      </w:r>
    </w:p>
    <w:p w14:paraId="07EF8065" w14:textId="77777777" w:rsidR="004B2954" w:rsidRPr="00BB79B8" w:rsidRDefault="004B2954" w:rsidP="004B2954">
      <w:pPr>
        <w:spacing w:after="20"/>
        <w:ind w:left="216"/>
        <w:rPr>
          <w:rFonts w:cs="Times New Roman"/>
          <w:sz w:val="20"/>
          <w:szCs w:val="20"/>
        </w:rPr>
      </w:pPr>
      <w:r w:rsidRPr="00BB79B8">
        <w:rPr>
          <w:rFonts w:cs="Times New Roman"/>
          <w:sz w:val="20"/>
          <w:szCs w:val="20"/>
        </w:rPr>
        <w:t>Differential diagnosis: The pain of myopericarditis can mimic acute coronary syndrome (heart attack) and pulmonary embolism. However, the pleuritic/positional nature + preceding viral illness + sharp quality strongly favor myocarditis/pericarditis over a classic heart attack.</w:t>
      </w:r>
    </w:p>
    <w:p w14:paraId="0A1D5905"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suspect myocarditis in a young, otherwise healthy person: A teenager or young adult who had the flu 2 weeks ago now presents with sharp chest pain that hurts more when they lie down to sleep, feels better leaning forward, and is short of breath walking up one flight of stairs.</w:t>
      </w:r>
    </w:p>
    <w:p w14:paraId="22ECBC61"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This information is for educational purposes. Chest pain is always a medical emergency. Any new, unexplained, or severe chest pain requires immediate evaluation by a healthcare professional to rule out life-threatening causes like myocardial infarction, aortic dissection, or pulmonary embolism.</w:t>
      </w:r>
    </w:p>
    <w:p w14:paraId="6F03AB7A" w14:textId="77777777" w:rsidR="004B2954" w:rsidRPr="00BB79B8" w:rsidRDefault="004B2954" w:rsidP="004B2954">
      <w:pPr>
        <w:spacing w:after="0"/>
        <w:rPr>
          <w:rFonts w:cs="Times New Roman"/>
          <w:sz w:val="20"/>
          <w:szCs w:val="20"/>
        </w:rPr>
      </w:pPr>
    </w:p>
    <w:p w14:paraId="7AD66A2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0EB2ECF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139FD14" w14:textId="77777777" w:rsidR="004B2954" w:rsidRPr="00BB79B8" w:rsidRDefault="004B2954" w:rsidP="004B2954">
      <w:pPr>
        <w:spacing w:after="20"/>
        <w:ind w:left="216"/>
        <w:rPr>
          <w:rFonts w:cs="Times New Roman"/>
          <w:sz w:val="20"/>
          <w:szCs w:val="20"/>
        </w:rPr>
      </w:pPr>
      <w:r w:rsidRPr="00BB79B8">
        <w:rPr>
          <w:rFonts w:cs="Times New Roman"/>
          <w:sz w:val="20"/>
          <w:szCs w:val="20"/>
        </w:rPr>
        <w:t>Answer: Typical features of myocarditis-related chest pain</w:t>
      </w:r>
    </w:p>
    <w:p w14:paraId="28AE9BF8"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Nature of pain</w:t>
      </w:r>
    </w:p>
    <w:p w14:paraId="4DA2394F" w14:textId="77777777" w:rsidR="004B2954" w:rsidRPr="00BB79B8" w:rsidRDefault="004B2954" w:rsidP="004B2954">
      <w:pPr>
        <w:spacing w:after="20"/>
        <w:ind w:left="216"/>
        <w:rPr>
          <w:rFonts w:cs="Times New Roman"/>
          <w:sz w:val="20"/>
          <w:szCs w:val="20"/>
        </w:rPr>
      </w:pPr>
      <w:r w:rsidRPr="00BB79B8">
        <w:rPr>
          <w:rFonts w:cs="Times New Roman"/>
          <w:sz w:val="20"/>
          <w:szCs w:val="20"/>
        </w:rPr>
        <w:t>Dull, stabbing, squeezing or constrictive chest discomfort; sometimes sharp pleuritic pain.</w:t>
      </w:r>
    </w:p>
    <w:p w14:paraId="637D643A" w14:textId="77777777" w:rsidR="004B2954" w:rsidRPr="00BB79B8" w:rsidRDefault="004B2954" w:rsidP="004B2954">
      <w:pPr>
        <w:spacing w:after="20"/>
        <w:ind w:left="216"/>
        <w:rPr>
          <w:rFonts w:cs="Times New Roman"/>
          <w:sz w:val="20"/>
          <w:szCs w:val="20"/>
        </w:rPr>
      </w:pPr>
      <w:r w:rsidRPr="00BB79B8">
        <w:rPr>
          <w:rFonts w:cs="Times New Roman"/>
          <w:sz w:val="20"/>
          <w:szCs w:val="20"/>
        </w:rPr>
        <w:t>Location</w:t>
      </w:r>
    </w:p>
    <w:p w14:paraId="5C7AE307" w14:textId="77777777" w:rsidR="004B2954" w:rsidRPr="00BB79B8" w:rsidRDefault="004B2954" w:rsidP="004B2954">
      <w:pPr>
        <w:spacing w:after="20"/>
        <w:ind w:left="216"/>
        <w:rPr>
          <w:rFonts w:cs="Times New Roman"/>
          <w:sz w:val="20"/>
          <w:szCs w:val="20"/>
        </w:rPr>
      </w:pPr>
      <w:r w:rsidRPr="00BB79B8">
        <w:rPr>
          <w:rFonts w:cs="Times New Roman"/>
          <w:sz w:val="20"/>
          <w:szCs w:val="20"/>
        </w:rPr>
        <w:t>Usually precordial (substernal or left chest); may radiate to the back, shoulder or neck.</w:t>
      </w:r>
    </w:p>
    <w:p w14:paraId="71647B33" w14:textId="77777777" w:rsidR="004B2954" w:rsidRPr="00BB79B8" w:rsidRDefault="004B2954" w:rsidP="004B2954">
      <w:pPr>
        <w:spacing w:after="20"/>
        <w:ind w:left="216"/>
        <w:rPr>
          <w:rFonts w:cs="Times New Roman"/>
          <w:sz w:val="20"/>
          <w:szCs w:val="20"/>
        </w:rPr>
      </w:pPr>
      <w:r w:rsidRPr="00BB79B8">
        <w:rPr>
          <w:rFonts w:cs="Times New Roman"/>
          <w:sz w:val="20"/>
          <w:szCs w:val="20"/>
        </w:rPr>
        <w:t>Precipitating &amp; relieving factors</w:t>
      </w:r>
    </w:p>
    <w:p w14:paraId="36D756CD"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unrelated to physical exertion (unlike angina).</w:t>
      </w:r>
    </w:p>
    <w:p w14:paraId="7E29D94D" w14:textId="77777777" w:rsidR="004B2954" w:rsidRPr="00BB79B8" w:rsidRDefault="004B2954" w:rsidP="004B2954">
      <w:pPr>
        <w:spacing w:after="20"/>
        <w:ind w:left="216"/>
        <w:rPr>
          <w:rFonts w:cs="Times New Roman"/>
          <w:sz w:val="20"/>
          <w:szCs w:val="20"/>
        </w:rPr>
      </w:pPr>
      <w:r w:rsidRPr="00BB79B8">
        <w:rPr>
          <w:rFonts w:cs="Times New Roman"/>
          <w:sz w:val="20"/>
          <w:szCs w:val="20"/>
        </w:rPr>
        <w:t>May worsen with deep breathing, coughing, lying supine; partially relieved by sitting forward.</w:t>
      </w:r>
    </w:p>
    <w:p w14:paraId="26824F38" w14:textId="77777777" w:rsidR="004B2954" w:rsidRPr="00BB79B8" w:rsidRDefault="004B2954" w:rsidP="004B2954">
      <w:pPr>
        <w:spacing w:after="20"/>
        <w:ind w:left="216"/>
        <w:rPr>
          <w:rFonts w:cs="Times New Roman"/>
          <w:sz w:val="20"/>
          <w:szCs w:val="20"/>
        </w:rPr>
      </w:pPr>
      <w:r w:rsidRPr="00BB79B8">
        <w:rPr>
          <w:rFonts w:cs="Times New Roman"/>
          <w:sz w:val="20"/>
          <w:szCs w:val="20"/>
        </w:rPr>
        <w:t>Duration</w:t>
      </w:r>
    </w:p>
    <w:p w14:paraId="7025CEB7"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or intermittent chest pain, lasting hours to days, not relieved by rest alone.</w:t>
      </w:r>
    </w:p>
    <w:p w14:paraId="7578253C" w14:textId="77777777" w:rsidR="004B2954" w:rsidRPr="00BB79B8" w:rsidRDefault="004B2954" w:rsidP="004B2954">
      <w:pPr>
        <w:spacing w:after="20"/>
        <w:ind w:left="216"/>
        <w:rPr>
          <w:rFonts w:cs="Times New Roman"/>
          <w:sz w:val="20"/>
          <w:szCs w:val="20"/>
        </w:rPr>
      </w:pPr>
      <w:r w:rsidRPr="00BB79B8">
        <w:rPr>
          <w:rFonts w:cs="Times New Roman"/>
          <w:sz w:val="20"/>
          <w:szCs w:val="20"/>
        </w:rPr>
        <w:t>Accompanying symptoms</w:t>
      </w:r>
    </w:p>
    <w:p w14:paraId="1D395839"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Commonly accompanied by fatigue, fever, palpitations, dyspnea, lightheadedness, or flu-like symptoms (myalgia, sore throat) before pain onset.</w:t>
      </w:r>
    </w:p>
    <w:p w14:paraId="3BFA4C10" w14:textId="77777777" w:rsidR="004B2954" w:rsidRPr="00BB79B8" w:rsidRDefault="004B2954" w:rsidP="004B2954">
      <w:pPr>
        <w:spacing w:after="20"/>
        <w:ind w:left="216"/>
        <w:rPr>
          <w:rFonts w:cs="Times New Roman"/>
          <w:sz w:val="20"/>
          <w:szCs w:val="20"/>
        </w:rPr>
      </w:pPr>
      <w:r w:rsidRPr="00BB79B8">
        <w:rPr>
          <w:rFonts w:cs="Times New Roman"/>
          <w:sz w:val="20"/>
          <w:szCs w:val="20"/>
        </w:rPr>
        <w:t>Special manifestation</w:t>
      </w:r>
    </w:p>
    <w:p w14:paraId="0C44D4FD" w14:textId="77777777" w:rsidR="004B2954" w:rsidRPr="00BB79B8" w:rsidRDefault="004B2954" w:rsidP="004B2954">
      <w:pPr>
        <w:spacing w:after="20"/>
        <w:ind w:left="216"/>
        <w:rPr>
          <w:rFonts w:cs="Times New Roman"/>
          <w:sz w:val="20"/>
          <w:szCs w:val="20"/>
        </w:rPr>
      </w:pPr>
      <w:r w:rsidRPr="00BB79B8">
        <w:rPr>
          <w:rFonts w:cs="Times New Roman"/>
          <w:sz w:val="20"/>
          <w:szCs w:val="20"/>
        </w:rPr>
        <w:t>Pain may mimic acute myocardial infarction; in severe cases, it is associated with heart failure or arrhythmia.</w:t>
      </w:r>
    </w:p>
    <w:p w14:paraId="47AB92DA" w14:textId="77777777" w:rsidR="004B2954" w:rsidRPr="00BB79B8" w:rsidRDefault="004B2954" w:rsidP="004B2954">
      <w:pPr>
        <w:rPr>
          <w:rFonts w:cs="Times New Roman"/>
          <w:sz w:val="20"/>
          <w:szCs w:val="20"/>
        </w:rPr>
      </w:pPr>
    </w:p>
    <w:p w14:paraId="1C2D7DBA" w14:textId="77777777" w:rsidR="004B2954" w:rsidRPr="00BB79B8" w:rsidRDefault="004B2954" w:rsidP="004B2954">
      <w:pPr>
        <w:keepNext/>
        <w:rPr>
          <w:rFonts w:cs="Times New Roman"/>
          <w:sz w:val="20"/>
          <w:szCs w:val="20"/>
        </w:rPr>
      </w:pPr>
      <w:r w:rsidRPr="00BB79B8">
        <w:rPr>
          <w:rFonts w:cs="Times New Roman"/>
          <w:b/>
          <w:color w:val="1F4E79"/>
          <w:sz w:val="20"/>
          <w:szCs w:val="20"/>
        </w:rPr>
        <w:t>Q9. Could chest tightness with shortness of breath be myocarditis?</w:t>
      </w:r>
    </w:p>
    <w:p w14:paraId="183D1BD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7B60F33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15EAFF0"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tightness with shortness of breath can be a symptom of myocarditis, but it is not specific-other conditions like myocardial infarction, pulmonary embolism, pneumonia, or anxiety can also cause these symptoms.</w:t>
      </w:r>
    </w:p>
    <w:p w14:paraId="38905DE2"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156E7CD3"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symptoms can include chest pain or tightness, shortness of breath (especially with exertion), fatigue, palpitations, or even fainting in severe cases.</w:t>
      </w:r>
    </w:p>
    <w:p w14:paraId="4AB75656" w14:textId="77777777" w:rsidR="004B2954" w:rsidRPr="00BB79B8" w:rsidRDefault="004B2954" w:rsidP="004B2954">
      <w:pPr>
        <w:spacing w:after="20"/>
        <w:ind w:left="216"/>
        <w:rPr>
          <w:rFonts w:cs="Times New Roman"/>
          <w:sz w:val="20"/>
          <w:szCs w:val="20"/>
        </w:rPr>
      </w:pPr>
      <w:r w:rsidRPr="00BB79B8">
        <w:rPr>
          <w:rFonts w:cs="Times New Roman"/>
          <w:sz w:val="20"/>
          <w:szCs w:val="20"/>
        </w:rPr>
        <w:t>Variation: Some patients have mild or no symptoms, while others-especially with fulminant myocarditis-can develop severe heart failure.</w:t>
      </w:r>
    </w:p>
    <w:p w14:paraId="7677F71B"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To confirm myocarditis, doctors typically use a combination of:</w:t>
      </w:r>
    </w:p>
    <w:p w14:paraId="734FCD27"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(e.g., cardiac troponins, inflammatory markers)</w:t>
      </w:r>
    </w:p>
    <w:p w14:paraId="577E453B" w14:textId="77777777" w:rsidR="004B2954" w:rsidRPr="00BB79B8" w:rsidRDefault="004B2954" w:rsidP="004B2954">
      <w:pPr>
        <w:spacing w:after="20"/>
        <w:ind w:left="216"/>
        <w:rPr>
          <w:rFonts w:cs="Times New Roman"/>
          <w:sz w:val="20"/>
          <w:szCs w:val="20"/>
        </w:rPr>
      </w:pPr>
      <w:r w:rsidRPr="00BB79B8">
        <w:rPr>
          <w:rFonts w:cs="Times New Roman"/>
          <w:sz w:val="20"/>
          <w:szCs w:val="20"/>
        </w:rPr>
        <w:t>ECG changes</w:t>
      </w:r>
    </w:p>
    <w:p w14:paraId="2232D036"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or cardiac MRI</w:t>
      </w:r>
    </w:p>
    <w:p w14:paraId="126A710D" w14:textId="77777777" w:rsidR="004B2954" w:rsidRPr="00BB79B8" w:rsidRDefault="004B2954" w:rsidP="004B2954">
      <w:pPr>
        <w:spacing w:after="20"/>
        <w:ind w:left="216"/>
        <w:rPr>
          <w:rFonts w:cs="Times New Roman"/>
          <w:sz w:val="20"/>
          <w:szCs w:val="20"/>
        </w:rPr>
      </w:pPr>
      <w:r w:rsidRPr="00BB79B8">
        <w:rPr>
          <w:rFonts w:cs="Times New Roman"/>
          <w:sz w:val="20"/>
          <w:szCs w:val="20"/>
        </w:rPr>
        <w:t>Sometimes endomyocardial biopsy (rarely)</w:t>
      </w:r>
    </w:p>
    <w:p w14:paraId="187FB380"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Chest tightness with shortness of breath can signal urgent heart or lung issues. Anyone experiencing these symptoms should seek medical attention immediately rather than self-diagnose.</w:t>
      </w:r>
    </w:p>
    <w:p w14:paraId="7615FCAE" w14:textId="77777777" w:rsidR="004B2954" w:rsidRPr="00BB79B8" w:rsidRDefault="004B2954" w:rsidP="004B2954">
      <w:pPr>
        <w:spacing w:after="0"/>
        <w:rPr>
          <w:rFonts w:cs="Times New Roman"/>
          <w:sz w:val="20"/>
          <w:szCs w:val="20"/>
        </w:rPr>
      </w:pPr>
    </w:p>
    <w:p w14:paraId="448B8E7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8E5D47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4155DAE"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tightness combined with shortness of breath can indeed be a symptom of myocarditis, but because these symptoms are non-specific, they can also signal various other cardiovascular or pulmonary conditions.</w:t>
      </w:r>
    </w:p>
    <w:p w14:paraId="22B7C4BD"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 context of myocarditis-which is an inflammation of the heart muscle (myocardium)-these symptoms typically arise because the inflammation interferes with the heart's ability to pump blood effectively.</w:t>
      </w:r>
    </w:p>
    <w:p w14:paraId="7F03490B"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Presentation in Myocarditis</w:t>
      </w:r>
    </w:p>
    <w:p w14:paraId="3C1628A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myocarditis is the underlying cause, chest tightness and shortness of breath often present alongside other clinical indicators:</w:t>
      </w:r>
    </w:p>
    <w:p w14:paraId="392259AC" w14:textId="77777777" w:rsidR="004B2954" w:rsidRPr="00BB79B8" w:rsidRDefault="004B2954" w:rsidP="004B2954">
      <w:pPr>
        <w:spacing w:after="20"/>
        <w:ind w:left="216"/>
        <w:rPr>
          <w:rFonts w:cs="Times New Roman"/>
          <w:sz w:val="20"/>
          <w:szCs w:val="20"/>
        </w:rPr>
      </w:pPr>
      <w:r w:rsidRPr="00BB79B8">
        <w:rPr>
          <w:rFonts w:cs="Times New Roman"/>
          <w:sz w:val="20"/>
          <w:szCs w:val="20"/>
        </w:rPr>
        <w:t>Preceding Viral Illness: Many patients report symptoms of a viral infection (such as fever, sore throat, or gastrointestinal issues) 1 to 2 weeks before the onset of cardiac symptoms.</w:t>
      </w:r>
    </w:p>
    <w:p w14:paraId="75D6EE81"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This may mimic a heart attack or pericarditis (sharp pain that changes when you lean forward).</w:t>
      </w:r>
    </w:p>
    <w:p w14:paraId="5188AE98"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Palpitations: A general sense of weakness or feeling like the heart is skipping beats.</w:t>
      </w:r>
    </w:p>
    <w:p w14:paraId="039ECE12" w14:textId="77777777" w:rsidR="004B2954" w:rsidRPr="00BB79B8" w:rsidRDefault="004B2954" w:rsidP="004B2954">
      <w:pPr>
        <w:spacing w:after="20"/>
        <w:ind w:left="216"/>
        <w:rPr>
          <w:rFonts w:cs="Times New Roman"/>
          <w:sz w:val="20"/>
          <w:szCs w:val="20"/>
        </w:rPr>
      </w:pPr>
      <w:r w:rsidRPr="00BB79B8">
        <w:rPr>
          <w:rFonts w:cs="Times New Roman"/>
          <w:sz w:val="20"/>
          <w:szCs w:val="20"/>
        </w:rPr>
        <w:t>Differential Diagnosis</w:t>
      </w:r>
    </w:p>
    <w:p w14:paraId="7E543BA3" w14:textId="77777777" w:rsidR="004B2954" w:rsidRPr="00BB79B8" w:rsidRDefault="004B2954" w:rsidP="004B2954">
      <w:pPr>
        <w:spacing w:after="20"/>
        <w:ind w:left="216"/>
        <w:rPr>
          <w:rFonts w:cs="Times New Roman"/>
          <w:sz w:val="20"/>
          <w:szCs w:val="20"/>
        </w:rPr>
      </w:pPr>
      <w:r w:rsidRPr="00BB79B8">
        <w:rPr>
          <w:rFonts w:cs="Times New Roman"/>
          <w:sz w:val="20"/>
          <w:szCs w:val="20"/>
        </w:rPr>
        <w:t>Since chest tightness and shortness of breath are broad symptoms, clinicians typically work to rule out other common causes, including:</w:t>
      </w:r>
    </w:p>
    <w:p w14:paraId="0080D7C7"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Coronary Syndrome (ACS): Such as a myocardial infarction (heart attack).</w:t>
      </w:r>
    </w:p>
    <w:p w14:paraId="69E28EA2"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Inflammation of the sac surrounding the heart (often occurs alongside myocarditis).</w:t>
      </w:r>
    </w:p>
    <w:p w14:paraId="3386D68A"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A blood clot in the lungs.</w:t>
      </w:r>
    </w:p>
    <w:p w14:paraId="56E12A79" w14:textId="77777777" w:rsidR="004B2954" w:rsidRPr="00BB79B8" w:rsidRDefault="004B2954" w:rsidP="004B2954">
      <w:pPr>
        <w:spacing w:after="20"/>
        <w:ind w:left="216"/>
        <w:rPr>
          <w:rFonts w:cs="Times New Roman"/>
          <w:sz w:val="20"/>
          <w:szCs w:val="20"/>
        </w:rPr>
      </w:pPr>
      <w:r w:rsidRPr="00BB79B8">
        <w:rPr>
          <w:rFonts w:cs="Times New Roman"/>
          <w:sz w:val="20"/>
          <w:szCs w:val="20"/>
        </w:rPr>
        <w:t>Pneumonia or Asthma: Respiratory-based causes of breathlessness.</w:t>
      </w:r>
    </w:p>
    <w:p w14:paraId="17274298" w14:textId="77777777" w:rsidR="004B2954" w:rsidRPr="00BB79B8" w:rsidRDefault="004B2954" w:rsidP="004B2954">
      <w:pPr>
        <w:spacing w:after="20"/>
        <w:ind w:left="216"/>
        <w:rPr>
          <w:rFonts w:cs="Times New Roman"/>
          <w:sz w:val="20"/>
          <w:szCs w:val="20"/>
        </w:rPr>
      </w:pPr>
      <w:r w:rsidRPr="00BB79B8">
        <w:rPr>
          <w:rFonts w:cs="Times New Roman"/>
          <w:sz w:val="20"/>
          <w:szCs w:val="20"/>
        </w:rPr>
        <w:t>Anxiety or Panic Attacks: Which can manifest with significant chest tightness and air hunger.</w:t>
      </w:r>
    </w:p>
    <w:p w14:paraId="5832848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Diagnostic Evaluation</w:t>
      </w:r>
    </w:p>
    <w:p w14:paraId="2512270D" w14:textId="77777777" w:rsidR="004B2954" w:rsidRPr="00BB79B8" w:rsidRDefault="004B2954" w:rsidP="004B2954">
      <w:pPr>
        <w:spacing w:after="20"/>
        <w:ind w:left="216"/>
        <w:rPr>
          <w:rFonts w:cs="Times New Roman"/>
          <w:sz w:val="20"/>
          <w:szCs w:val="20"/>
        </w:rPr>
      </w:pPr>
      <w:r w:rsidRPr="00BB79B8">
        <w:rPr>
          <w:rFonts w:cs="Times New Roman"/>
          <w:sz w:val="20"/>
          <w:szCs w:val="20"/>
        </w:rPr>
        <w:t>To determine if myocarditis is the cause, the following diagnostic steps are generally prioritized:</w:t>
      </w:r>
    </w:p>
    <w:p w14:paraId="4470DD90"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To look for arrhythmias or ST-segment changes.</w:t>
      </w:r>
    </w:p>
    <w:p w14:paraId="38F0ADDC"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Testing for elevated Troponin levels, which indicate myocardial injury.</w:t>
      </w:r>
    </w:p>
    <w:p w14:paraId="044AB4E1"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To assess the heart's ejection fraction and look for wall motion abnormalities.</w:t>
      </w:r>
    </w:p>
    <w:p w14:paraId="4109DB0E"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Imaging (cMRI): Currently the "gold standard" for non-invasive diagnosis, as it can detect edema and late gadolinium enhancement (LGE) characteristic of inflammation.</w:t>
      </w:r>
    </w:p>
    <w:p w14:paraId="32256E38" w14:textId="77777777" w:rsidR="004B2954" w:rsidRPr="00BB79B8" w:rsidRDefault="004B2954" w:rsidP="004B2954">
      <w:pPr>
        <w:spacing w:after="20"/>
        <w:ind w:left="216"/>
        <w:rPr>
          <w:rFonts w:cs="Times New Roman"/>
          <w:sz w:val="20"/>
          <w:szCs w:val="20"/>
        </w:rPr>
      </w:pPr>
      <w:r w:rsidRPr="00BB79B8">
        <w:rPr>
          <w:rFonts w:cs="Times New Roman"/>
          <w:sz w:val="20"/>
          <w:szCs w:val="20"/>
        </w:rPr>
        <w:t>Note: If you or someone else is experiencing severe shortness of breath, sudden chest pain, or fainting, it is critical to seek immediate medical evaluation at an emergency department.</w:t>
      </w:r>
    </w:p>
    <w:p w14:paraId="610234C8" w14:textId="77777777" w:rsidR="004B2954" w:rsidRPr="00BB79B8" w:rsidRDefault="004B2954" w:rsidP="004B2954">
      <w:pPr>
        <w:spacing w:after="0"/>
        <w:rPr>
          <w:rFonts w:cs="Times New Roman"/>
          <w:sz w:val="20"/>
          <w:szCs w:val="20"/>
        </w:rPr>
      </w:pPr>
    </w:p>
    <w:p w14:paraId="2CAFBFB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6D5A87E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51C7A2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tightness with shortness of breath can be caused by myocarditis, but these symptoms are not specific to it and can occur in many other conditions. Myocarditis often presents with chest pain or tightness, shortness of breath, fatigue, and sometimes rapid or irregular heartbeats. These symptoms can resemble a heart attack, which is why urgent medical evaluation is important if they appear unexpectedly.</w:t>
      </w:r>
    </w:p>
    <w:p w14:paraId="70868D05" w14:textId="77777777" w:rsidR="004B2954" w:rsidRPr="00BB79B8" w:rsidRDefault="004B2954" w:rsidP="004B2954">
      <w:pPr>
        <w:spacing w:after="20"/>
        <w:ind w:left="216"/>
        <w:rPr>
          <w:rFonts w:cs="Times New Roman"/>
          <w:sz w:val="20"/>
          <w:szCs w:val="20"/>
        </w:rPr>
      </w:pPr>
      <w:r w:rsidRPr="00BB79B8">
        <w:rPr>
          <w:rFonts w:cs="Times New Roman"/>
          <w:sz w:val="20"/>
          <w:szCs w:val="20"/>
        </w:rPr>
        <w:t>Harvard Health</w:t>
      </w:r>
    </w:p>
    <w:p w14:paraId="74DCDFC4" w14:textId="77777777" w:rsidR="004B2954" w:rsidRPr="00BB79B8" w:rsidRDefault="004B2954" w:rsidP="004B2954">
      <w:pPr>
        <w:spacing w:after="20"/>
        <w:ind w:left="216"/>
        <w:rPr>
          <w:rFonts w:cs="Times New Roman"/>
          <w:sz w:val="20"/>
          <w:szCs w:val="20"/>
        </w:rPr>
      </w:pPr>
      <w:r w:rsidRPr="00BB79B8">
        <w:rPr>
          <w:rFonts w:cs="Times New Roman"/>
          <w:sz w:val="20"/>
          <w:szCs w:val="20"/>
        </w:rPr>
        <w:t>Credible health information source</w:t>
      </w:r>
    </w:p>
    <w:p w14:paraId="5881523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symptoms</w:t>
      </w:r>
    </w:p>
    <w:p w14:paraId="743C1D76" w14:textId="77777777" w:rsidR="004B2954" w:rsidRPr="00BB79B8" w:rsidRDefault="004B2954" w:rsidP="004B2954">
      <w:pPr>
        <w:spacing w:after="20"/>
        <w:ind w:left="216"/>
        <w:rPr>
          <w:rFonts w:cs="Times New Roman"/>
          <w:sz w:val="20"/>
          <w:szCs w:val="20"/>
        </w:rPr>
      </w:pPr>
      <w:r w:rsidRPr="00BB79B8">
        <w:rPr>
          <w:rFonts w:cs="Times New Roman"/>
          <w:sz w:val="20"/>
          <w:szCs w:val="20"/>
        </w:rPr>
        <w:t>The symptoms of myocarditis depend on the cause and severity. For example, many people with uncomplicated myocarditis caused by coxsackievirus don't have any symptoms. Other people have fever, chest pain, cardiac arrhythmias (abnormally fast, slow, or irregular heartbeats), sudden loss of consciousness (syncope), or symptoms related to heart failure (shortness of breath, leg swelling).</w:t>
      </w:r>
    </w:p>
    <w:p w14:paraId="41432005" w14:textId="77777777" w:rsidR="004B2954" w:rsidRPr="00BB79B8" w:rsidRDefault="004B2954" w:rsidP="004B2954">
      <w:pPr>
        <w:spacing w:after="20"/>
        <w:ind w:left="216"/>
        <w:rPr>
          <w:rFonts w:cs="Times New Roman"/>
          <w:sz w:val="20"/>
          <w:szCs w:val="20"/>
        </w:rPr>
      </w:pPr>
      <w:r w:rsidRPr="00BB79B8">
        <w:rPr>
          <w:rFonts w:cs="Times New Roman"/>
          <w:sz w:val="20"/>
          <w:szCs w:val="20"/>
        </w:rPr>
        <w:t>See more</w:t>
      </w:r>
    </w:p>
    <w:p w14:paraId="473025E0" w14:textId="77777777" w:rsidR="004B2954" w:rsidRPr="00BB79B8" w:rsidRDefault="004B2954" w:rsidP="004B2954">
      <w:pPr>
        <w:spacing w:after="20"/>
        <w:ind w:left="216"/>
        <w:rPr>
          <w:rFonts w:cs="Times New Roman"/>
          <w:sz w:val="20"/>
          <w:szCs w:val="20"/>
        </w:rPr>
      </w:pPr>
      <w:r w:rsidRPr="00BB79B8">
        <w:rPr>
          <w:rFonts w:cs="Times New Roman"/>
          <w:sz w:val="20"/>
          <w:szCs w:val="20"/>
        </w:rPr>
        <w:t>Could these symptoms be myocarditis?</w:t>
      </w:r>
    </w:p>
    <w:p w14:paraId="1D29D5D9"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myocarditis commonly causes:</w:t>
      </w:r>
    </w:p>
    <w:p w14:paraId="68FDA6A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tightness</w:t>
      </w:r>
    </w:p>
    <w:p w14:paraId="65EEE659"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either at rest or with activity</w:t>
      </w:r>
    </w:p>
    <w:p w14:paraId="1907DF71"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palpitations, or lightheadedness</w:t>
      </w:r>
    </w:p>
    <w:p w14:paraId="5E13B63C"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occur because inflammation of the heart muscle can weaken its ability to pump effectively.</w:t>
      </w:r>
    </w:p>
    <w:p w14:paraId="354300E0" w14:textId="77777777" w:rsidR="004B2954" w:rsidRPr="00BB79B8" w:rsidRDefault="004B2954" w:rsidP="004B2954">
      <w:pPr>
        <w:spacing w:after="20"/>
        <w:ind w:left="216"/>
        <w:rPr>
          <w:rFonts w:cs="Times New Roman"/>
          <w:sz w:val="20"/>
          <w:szCs w:val="20"/>
        </w:rPr>
      </w:pPr>
      <w:r w:rsidRPr="00BB79B8">
        <w:rPr>
          <w:rFonts w:cs="Times New Roman"/>
          <w:sz w:val="20"/>
          <w:szCs w:val="20"/>
        </w:rPr>
        <w:t>Why it's important to take these symptoms seriously</w:t>
      </w:r>
    </w:p>
    <w:p w14:paraId="66856C7C"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tightness and shortness of breath can also be caused by:</w:t>
      </w:r>
    </w:p>
    <w:p w14:paraId="279FCC75" w14:textId="77777777" w:rsidR="004B2954" w:rsidRPr="00BB79B8" w:rsidRDefault="004B2954" w:rsidP="004B2954">
      <w:pPr>
        <w:spacing w:after="20"/>
        <w:ind w:left="216"/>
        <w:rPr>
          <w:rFonts w:cs="Times New Roman"/>
          <w:sz w:val="20"/>
          <w:szCs w:val="20"/>
        </w:rPr>
      </w:pPr>
      <w:r w:rsidRPr="00BB79B8">
        <w:rPr>
          <w:rFonts w:cs="Times New Roman"/>
          <w:sz w:val="20"/>
          <w:szCs w:val="20"/>
        </w:rPr>
        <w:t>Anxiety or panic episodes</w:t>
      </w:r>
    </w:p>
    <w:p w14:paraId="38735E33" w14:textId="77777777" w:rsidR="004B2954" w:rsidRPr="00BB79B8" w:rsidRDefault="004B2954" w:rsidP="004B2954">
      <w:pPr>
        <w:spacing w:after="20"/>
        <w:ind w:left="216"/>
        <w:rPr>
          <w:rFonts w:cs="Times New Roman"/>
          <w:sz w:val="20"/>
          <w:szCs w:val="20"/>
        </w:rPr>
      </w:pPr>
      <w:r w:rsidRPr="00BB79B8">
        <w:rPr>
          <w:rFonts w:cs="Times New Roman"/>
          <w:sz w:val="20"/>
          <w:szCs w:val="20"/>
        </w:rPr>
        <w:t>Asthma or lung infections</w:t>
      </w:r>
    </w:p>
    <w:p w14:paraId="3CF19F1F" w14:textId="77777777" w:rsidR="004B2954" w:rsidRPr="00BB79B8" w:rsidRDefault="004B2954" w:rsidP="004B2954">
      <w:pPr>
        <w:spacing w:after="20"/>
        <w:ind w:left="216"/>
        <w:rPr>
          <w:rFonts w:cs="Times New Roman"/>
          <w:sz w:val="20"/>
          <w:szCs w:val="20"/>
        </w:rPr>
      </w:pPr>
      <w:r w:rsidRPr="00BB79B8">
        <w:rPr>
          <w:rFonts w:cs="Times New Roman"/>
          <w:sz w:val="20"/>
          <w:szCs w:val="20"/>
        </w:rPr>
        <w:t>Acid reflux</w:t>
      </w:r>
    </w:p>
    <w:p w14:paraId="1C7244E0"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attack or other cardiac conditions</w:t>
      </w:r>
    </w:p>
    <w:p w14:paraId="66C90C54"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myocarditis symptoms can mimic a heart attack, medical sources emphasize seeking emergency care for unexplained chest pain or shortness of breath.</w:t>
      </w:r>
    </w:p>
    <w:p w14:paraId="49EAF33E"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do next</w:t>
      </w:r>
    </w:p>
    <w:p w14:paraId="55826D9C" w14:textId="77777777" w:rsidR="004B2954" w:rsidRPr="00BB79B8" w:rsidRDefault="004B2954" w:rsidP="004B2954">
      <w:pPr>
        <w:spacing w:after="20"/>
        <w:ind w:left="216"/>
        <w:rPr>
          <w:rFonts w:cs="Times New Roman"/>
          <w:sz w:val="20"/>
          <w:szCs w:val="20"/>
        </w:rPr>
      </w:pPr>
      <w:r w:rsidRPr="00BB79B8">
        <w:rPr>
          <w:rFonts w:cs="Times New Roman"/>
          <w:sz w:val="20"/>
          <w:szCs w:val="20"/>
        </w:rPr>
        <w:t>I can't diagnose you, but these symptoms warrant prompt evaluation by a healthcare professional, especially if they are:</w:t>
      </w:r>
    </w:p>
    <w:p w14:paraId="07B3DC95" w14:textId="77777777" w:rsidR="004B2954" w:rsidRPr="00BB79B8" w:rsidRDefault="004B2954" w:rsidP="004B2954">
      <w:pPr>
        <w:spacing w:after="20"/>
        <w:ind w:left="216"/>
        <w:rPr>
          <w:rFonts w:cs="Times New Roman"/>
          <w:sz w:val="20"/>
          <w:szCs w:val="20"/>
        </w:rPr>
      </w:pPr>
      <w:r w:rsidRPr="00BB79B8">
        <w:rPr>
          <w:rFonts w:cs="Times New Roman"/>
          <w:sz w:val="20"/>
          <w:szCs w:val="20"/>
        </w:rPr>
        <w:t>New</w:t>
      </w:r>
    </w:p>
    <w:p w14:paraId="1A21EA9E" w14:textId="77777777" w:rsidR="004B2954" w:rsidRPr="00BB79B8" w:rsidRDefault="004B2954" w:rsidP="004B2954">
      <w:pPr>
        <w:spacing w:after="20"/>
        <w:ind w:left="216"/>
        <w:rPr>
          <w:rFonts w:cs="Times New Roman"/>
          <w:sz w:val="20"/>
          <w:szCs w:val="20"/>
        </w:rPr>
      </w:pPr>
      <w:r w:rsidRPr="00BB79B8">
        <w:rPr>
          <w:rFonts w:cs="Times New Roman"/>
          <w:sz w:val="20"/>
          <w:szCs w:val="20"/>
        </w:rPr>
        <w:t>Worsening</w:t>
      </w:r>
    </w:p>
    <w:p w14:paraId="22326280" w14:textId="77777777" w:rsidR="004B2954" w:rsidRPr="00BB79B8" w:rsidRDefault="004B2954" w:rsidP="004B2954">
      <w:pPr>
        <w:spacing w:after="20"/>
        <w:ind w:left="216"/>
        <w:rPr>
          <w:rFonts w:cs="Times New Roman"/>
          <w:sz w:val="20"/>
          <w:szCs w:val="20"/>
        </w:rPr>
      </w:pPr>
      <w:r w:rsidRPr="00BB79B8">
        <w:rPr>
          <w:rFonts w:cs="Times New Roman"/>
          <w:sz w:val="20"/>
          <w:szCs w:val="20"/>
        </w:rPr>
        <w:t>Occurring with fever, palpitations, or faintness</w:t>
      </w:r>
    </w:p>
    <w:p w14:paraId="01F99DB3"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you'd like, I can help you explore myocarditis symptoms, other possible causes, or when to seek emergency care.</w:t>
      </w:r>
    </w:p>
    <w:p w14:paraId="60237D4B" w14:textId="77777777" w:rsidR="004B2954" w:rsidRPr="00BB79B8" w:rsidRDefault="004B2954" w:rsidP="004B2954">
      <w:pPr>
        <w:spacing w:after="0"/>
        <w:rPr>
          <w:rFonts w:cs="Times New Roman"/>
          <w:sz w:val="20"/>
          <w:szCs w:val="20"/>
        </w:rPr>
      </w:pPr>
    </w:p>
    <w:p w14:paraId="4C8A98F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C1B09B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4512825"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 very important question. Yes, chest tightness with shortness of breath can be symptoms of myocarditis, but it is critical to know that these symptoms are also caused by many other less serious and more common conditions.</w:t>
      </w:r>
    </w:p>
    <w:p w14:paraId="287DEBC9"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to help you understand the connection and, more importantly, when to seek emergency care.</w:t>
      </w:r>
    </w:p>
    <w:p w14:paraId="01CB376B" w14:textId="77777777" w:rsidR="004B2954" w:rsidRPr="00BB79B8" w:rsidRDefault="004B2954" w:rsidP="004B2954">
      <w:pPr>
        <w:spacing w:after="20"/>
        <w:ind w:left="216"/>
        <w:rPr>
          <w:rFonts w:cs="Times New Roman"/>
          <w:sz w:val="20"/>
          <w:szCs w:val="20"/>
        </w:rPr>
      </w:pPr>
      <w:r w:rsidRPr="00BB79B8">
        <w:rPr>
          <w:rFonts w:cs="Times New Roman"/>
          <w:sz w:val="20"/>
          <w:szCs w:val="20"/>
        </w:rPr>
        <w:t>The Direct Answer: How Myocarditis Presents</w:t>
      </w:r>
    </w:p>
    <w:p w14:paraId="6C19BC97"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inflammation of the heart muscle. When the heart becomes inflamed, it doesn't pump blood as effectively. This leads to symptoms that mimic a heart attack or heart failure.</w:t>
      </w:r>
    </w:p>
    <w:p w14:paraId="3264D9F4" w14:textId="77777777" w:rsidR="004B2954" w:rsidRPr="00BB79B8" w:rsidRDefault="004B2954" w:rsidP="004B2954">
      <w:pPr>
        <w:spacing w:after="20"/>
        <w:ind w:left="216"/>
        <w:rPr>
          <w:rFonts w:cs="Times New Roman"/>
          <w:sz w:val="20"/>
          <w:szCs w:val="20"/>
        </w:rPr>
      </w:pPr>
      <w:r w:rsidRPr="00BB79B8">
        <w:rPr>
          <w:rFonts w:cs="Times New Roman"/>
          <w:sz w:val="20"/>
          <w:szCs w:val="20"/>
        </w:rPr>
        <w:t>In a case of myocarditis, chest tightness and shortness of breath typically:</w:t>
      </w:r>
    </w:p>
    <w:p w14:paraId="620A422D"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Can occur together or separately.</w:t>
      </w:r>
    </w:p>
    <w:p w14:paraId="3E999EB3" w14:textId="77777777" w:rsidR="004B2954" w:rsidRPr="00BB79B8" w:rsidRDefault="004B2954" w:rsidP="004B2954">
      <w:pPr>
        <w:spacing w:after="20"/>
        <w:ind w:left="216"/>
        <w:rPr>
          <w:rFonts w:cs="Times New Roman"/>
          <w:sz w:val="20"/>
          <w:szCs w:val="20"/>
        </w:rPr>
      </w:pPr>
      <w:r w:rsidRPr="00BB79B8">
        <w:rPr>
          <w:rFonts w:cs="Times New Roman"/>
          <w:sz w:val="20"/>
          <w:szCs w:val="20"/>
        </w:rPr>
        <w:t>May feel like pressure or squeezing (rather than a sharp, stabbing pain).</w:t>
      </w:r>
    </w:p>
    <w:p w14:paraId="266A1784"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worsen with physical activity or lying down flat (when lying flat, the heart works harder against gravity).</w:t>
      </w:r>
    </w:p>
    <w:p w14:paraId="4F14D84D" w14:textId="77777777" w:rsidR="004B2954" w:rsidRPr="00BB79B8" w:rsidRDefault="004B2954" w:rsidP="004B2954">
      <w:pPr>
        <w:spacing w:after="20"/>
        <w:ind w:left="216"/>
        <w:rPr>
          <w:rFonts w:cs="Times New Roman"/>
          <w:sz w:val="20"/>
          <w:szCs w:val="20"/>
        </w:rPr>
      </w:pPr>
      <w:r w:rsidRPr="00BB79B8">
        <w:rPr>
          <w:rFonts w:cs="Times New Roman"/>
          <w:sz w:val="20"/>
          <w:szCs w:val="20"/>
        </w:rPr>
        <w:t>May be accompanied by: fatigue, fever, rapid or irregular heartbeat (palpitations), or swelling in the legs/ankles.</w:t>
      </w:r>
    </w:p>
    <w:p w14:paraId="6DBAE866" w14:textId="77777777" w:rsidR="004B2954" w:rsidRPr="00BB79B8" w:rsidRDefault="004B2954" w:rsidP="004B2954">
      <w:pPr>
        <w:spacing w:after="20"/>
        <w:ind w:left="216"/>
        <w:rPr>
          <w:rFonts w:cs="Times New Roman"/>
          <w:sz w:val="20"/>
          <w:szCs w:val="20"/>
        </w:rPr>
      </w:pPr>
      <w:r w:rsidRPr="00BB79B8">
        <w:rPr>
          <w:rFonts w:cs="Times New Roman"/>
          <w:sz w:val="20"/>
          <w:szCs w:val="20"/>
        </w:rPr>
        <w:t>Critical Warning Signs: This is NOT a Diagnosis</w:t>
      </w:r>
    </w:p>
    <w:p w14:paraId="36727682" w14:textId="77777777" w:rsidR="004B2954" w:rsidRPr="00BB79B8" w:rsidRDefault="004B2954" w:rsidP="004B2954">
      <w:pPr>
        <w:spacing w:after="20"/>
        <w:ind w:left="216"/>
        <w:rPr>
          <w:rFonts w:cs="Times New Roman"/>
          <w:sz w:val="20"/>
          <w:szCs w:val="20"/>
        </w:rPr>
      </w:pPr>
      <w:r w:rsidRPr="00BB79B8">
        <w:rPr>
          <w:rFonts w:cs="Times New Roman"/>
          <w:sz w:val="20"/>
          <w:szCs w:val="20"/>
        </w:rPr>
        <w:t>The following features make myocarditis more likely, but they also point to other serious heart/lung conditions that need immediate care.</w:t>
      </w:r>
    </w:p>
    <w:p w14:paraId="603930F7" w14:textId="77777777" w:rsidR="004B2954" w:rsidRPr="00BB79B8" w:rsidRDefault="004B2954" w:rsidP="004B2954">
      <w:pPr>
        <w:spacing w:after="20"/>
        <w:ind w:left="216"/>
        <w:rPr>
          <w:rFonts w:cs="Times New Roman"/>
          <w:sz w:val="20"/>
          <w:szCs w:val="20"/>
        </w:rPr>
      </w:pPr>
      <w:r w:rsidRPr="00BB79B8">
        <w:rPr>
          <w:rFonts w:cs="Times New Roman"/>
          <w:sz w:val="20"/>
          <w:szCs w:val="20"/>
        </w:rPr>
        <w:t>Seek emergency medical attention (call 911 or go to an ER) if your chest tightness and shortness of breath are accompanied by any of these:</w:t>
      </w:r>
    </w:p>
    <w:p w14:paraId="0D186879" w14:textId="77777777" w:rsidR="004B2954" w:rsidRPr="00BB79B8" w:rsidRDefault="004B2954" w:rsidP="004B2954">
      <w:pPr>
        <w:spacing w:after="20"/>
        <w:ind w:left="216"/>
        <w:rPr>
          <w:rFonts w:cs="Times New Roman"/>
          <w:sz w:val="20"/>
          <w:szCs w:val="20"/>
        </w:rPr>
      </w:pPr>
      <w:r w:rsidRPr="00BB79B8">
        <w:rPr>
          <w:rFonts w:cs="Times New Roman"/>
          <w:sz w:val="20"/>
          <w:szCs w:val="20"/>
        </w:rPr>
        <w:t>Pain that spreads to your arm, jaw, neck, or back.</w:t>
      </w:r>
    </w:p>
    <w:p w14:paraId="7C6C9D48" w14:textId="77777777" w:rsidR="004B2954" w:rsidRPr="00BB79B8" w:rsidRDefault="004B2954" w:rsidP="004B2954">
      <w:pPr>
        <w:spacing w:after="20"/>
        <w:ind w:left="216"/>
        <w:rPr>
          <w:rFonts w:cs="Times New Roman"/>
          <w:sz w:val="20"/>
          <w:szCs w:val="20"/>
        </w:rPr>
      </w:pPr>
      <w:r w:rsidRPr="00BB79B8">
        <w:rPr>
          <w:rFonts w:cs="Times New Roman"/>
          <w:sz w:val="20"/>
          <w:szCs w:val="20"/>
        </w:rPr>
        <w:t>Feeling faint, dizzy, or actually passing out.</w:t>
      </w:r>
    </w:p>
    <w:p w14:paraId="6DDABD41"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severe shortness of breath that wakes you from sleep or occurs at rest.</w:t>
      </w:r>
    </w:p>
    <w:p w14:paraId="7B9B483E" w14:textId="77777777" w:rsidR="004B2954" w:rsidRPr="00BB79B8" w:rsidRDefault="004B2954" w:rsidP="004B2954">
      <w:pPr>
        <w:spacing w:after="20"/>
        <w:ind w:left="216"/>
        <w:rPr>
          <w:rFonts w:cs="Times New Roman"/>
          <w:sz w:val="20"/>
          <w:szCs w:val="20"/>
        </w:rPr>
      </w:pPr>
      <w:r w:rsidRPr="00BB79B8">
        <w:rPr>
          <w:rFonts w:cs="Times New Roman"/>
          <w:sz w:val="20"/>
          <w:szCs w:val="20"/>
        </w:rPr>
        <w:t>A very fast or very irregular heartbeat (feels like fluttering or pounding in your chest).</w:t>
      </w:r>
    </w:p>
    <w:p w14:paraId="0F2F6671" w14:textId="77777777" w:rsidR="004B2954" w:rsidRPr="00BB79B8" w:rsidRDefault="004B2954" w:rsidP="004B2954">
      <w:pPr>
        <w:spacing w:after="20"/>
        <w:ind w:left="216"/>
        <w:rPr>
          <w:rFonts w:cs="Times New Roman"/>
          <w:sz w:val="20"/>
          <w:szCs w:val="20"/>
        </w:rPr>
      </w:pPr>
      <w:r w:rsidRPr="00BB79B8">
        <w:rPr>
          <w:rFonts w:cs="Times New Roman"/>
          <w:sz w:val="20"/>
          <w:szCs w:val="20"/>
        </w:rPr>
        <w:t>Recent viral illness: Myocarditis often follows a flu-like illness, COVID-19, or a stomach virus by 1-2 weeks. If you just got over a bad cold or fever and now have chest tightness, this is a key clue.</w:t>
      </w:r>
    </w:p>
    <w:p w14:paraId="2879B087"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Causes of Your Symptoms (The Differential Diagnosis)</w:t>
      </w:r>
    </w:p>
    <w:p w14:paraId="5F75FCB7" w14:textId="77777777" w:rsidR="004B2954" w:rsidRPr="00BB79B8" w:rsidRDefault="004B2954" w:rsidP="004B2954">
      <w:pPr>
        <w:spacing w:after="20"/>
        <w:ind w:left="216"/>
        <w:rPr>
          <w:rFonts w:cs="Times New Roman"/>
          <w:sz w:val="20"/>
          <w:szCs w:val="20"/>
        </w:rPr>
      </w:pPr>
      <w:r w:rsidRPr="00BB79B8">
        <w:rPr>
          <w:rFonts w:cs="Times New Roman"/>
          <w:sz w:val="20"/>
          <w:szCs w:val="20"/>
        </w:rPr>
        <w:t>Before assuming it's myocarditis, doctors will consider these far more common causes of chest tightness + shortness of breath:</w:t>
      </w:r>
    </w:p>
    <w:p w14:paraId="4C6CD1DF" w14:textId="77777777" w:rsidR="004B2954" w:rsidRPr="00BB79B8" w:rsidRDefault="004B2954" w:rsidP="004B2954">
      <w:pPr>
        <w:spacing w:after="20"/>
        <w:ind w:left="216"/>
        <w:rPr>
          <w:rFonts w:cs="Times New Roman"/>
          <w:sz w:val="20"/>
          <w:szCs w:val="20"/>
        </w:rPr>
      </w:pPr>
      <w:r w:rsidRPr="00BB79B8">
        <w:rPr>
          <w:rFonts w:cs="Times New Roman"/>
          <w:sz w:val="20"/>
          <w:szCs w:val="20"/>
        </w:rPr>
        <w:t>Cause; Typical Features</w:t>
      </w:r>
    </w:p>
    <w:p w14:paraId="05BC263E" w14:textId="77777777" w:rsidR="004B2954" w:rsidRPr="00BB79B8" w:rsidRDefault="004B2954" w:rsidP="004B2954">
      <w:pPr>
        <w:spacing w:after="20"/>
        <w:ind w:left="216"/>
        <w:rPr>
          <w:rFonts w:cs="Times New Roman"/>
          <w:sz w:val="20"/>
          <w:szCs w:val="20"/>
        </w:rPr>
      </w:pPr>
      <w:r w:rsidRPr="00BB79B8">
        <w:rPr>
          <w:rFonts w:cs="Times New Roman"/>
          <w:sz w:val="20"/>
          <w:szCs w:val="20"/>
        </w:rPr>
        <w:t>Anxiety / Panic Attack; Rapid breathing, feeling of impending doom, resolves in 10-20 minutes, often no physical exertion needed.</w:t>
      </w:r>
    </w:p>
    <w:p w14:paraId="1E13BDEA" w14:textId="77777777" w:rsidR="004B2954" w:rsidRPr="00BB79B8" w:rsidRDefault="004B2954" w:rsidP="004B2954">
      <w:pPr>
        <w:spacing w:after="20"/>
        <w:ind w:left="216"/>
        <w:rPr>
          <w:rFonts w:cs="Times New Roman"/>
          <w:sz w:val="20"/>
          <w:szCs w:val="20"/>
        </w:rPr>
      </w:pPr>
      <w:r w:rsidRPr="00BB79B8">
        <w:rPr>
          <w:rFonts w:cs="Times New Roman"/>
          <w:sz w:val="20"/>
          <w:szCs w:val="20"/>
        </w:rPr>
        <w:t>Asthma / COPD; Wheezing, symptoms triggered by cold air/allergies/exercise, relieves with an inhaler.</w:t>
      </w:r>
    </w:p>
    <w:p w14:paraId="766985FB" w14:textId="77777777" w:rsidR="004B2954" w:rsidRPr="00BB79B8" w:rsidRDefault="004B2954" w:rsidP="004B2954">
      <w:pPr>
        <w:spacing w:after="20"/>
        <w:ind w:left="216"/>
        <w:rPr>
          <w:rFonts w:cs="Times New Roman"/>
          <w:sz w:val="20"/>
          <w:szCs w:val="20"/>
        </w:rPr>
      </w:pPr>
      <w:r w:rsidRPr="00BB79B8">
        <w:rPr>
          <w:rFonts w:cs="Times New Roman"/>
          <w:sz w:val="20"/>
          <w:szCs w:val="20"/>
        </w:rPr>
        <w:t>Gastroesophageal Reflux (GERD); Worse after meals, lying down, or bending over; often a burning sensation in the chest.</w:t>
      </w:r>
    </w:p>
    <w:p w14:paraId="4945F56E" w14:textId="77777777" w:rsidR="004B2954" w:rsidRPr="00BB79B8" w:rsidRDefault="004B2954" w:rsidP="004B2954">
      <w:pPr>
        <w:spacing w:after="20"/>
        <w:ind w:left="216"/>
        <w:rPr>
          <w:rFonts w:cs="Times New Roman"/>
          <w:sz w:val="20"/>
          <w:szCs w:val="20"/>
        </w:rPr>
      </w:pPr>
      <w:r w:rsidRPr="00BB79B8">
        <w:rPr>
          <w:rFonts w:cs="Times New Roman"/>
          <w:sz w:val="20"/>
          <w:szCs w:val="20"/>
        </w:rPr>
        <w:t>Costochondritis; Sharp, reproducible pain when you press on your chest wall or move your torso; usually not associated with true shortness of breath.</w:t>
      </w:r>
    </w:p>
    <w:p w14:paraId="1BE5518F" w14:textId="77777777" w:rsidR="004B2954" w:rsidRPr="00BB79B8" w:rsidRDefault="004B2954" w:rsidP="004B2954">
      <w:pPr>
        <w:spacing w:after="20"/>
        <w:ind w:left="216"/>
        <w:rPr>
          <w:rFonts w:cs="Times New Roman"/>
          <w:sz w:val="20"/>
          <w:szCs w:val="20"/>
        </w:rPr>
      </w:pPr>
      <w:r w:rsidRPr="00BB79B8">
        <w:rPr>
          <w:rFonts w:cs="Times New Roman"/>
          <w:sz w:val="20"/>
          <w:szCs w:val="20"/>
        </w:rPr>
        <w:t>Coronary Artery Disease (Angina); Comes on with exertion, relieved by rest; more common in older adults with risk factors (high BP, diabetes, smoking).</w:t>
      </w:r>
    </w:p>
    <w:p w14:paraId="47769132" w14:textId="77777777" w:rsidR="004B2954" w:rsidRPr="00BB79B8" w:rsidRDefault="004B2954" w:rsidP="004B2954">
      <w:pPr>
        <w:spacing w:after="20"/>
        <w:ind w:left="216"/>
        <w:rPr>
          <w:rFonts w:cs="Times New Roman"/>
          <w:sz w:val="20"/>
          <w:szCs w:val="20"/>
        </w:rPr>
      </w:pPr>
      <w:r w:rsidRPr="00BB79B8">
        <w:rPr>
          <w:rFonts w:cs="Times New Roman"/>
          <w:sz w:val="20"/>
          <w:szCs w:val="20"/>
        </w:rPr>
        <w:t>What You Should Do Now</w:t>
      </w:r>
    </w:p>
    <w:p w14:paraId="2AAD187C"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self-diagnose. Do not assume it is "just anxiety" or "just reflux" if the symptoms are new, persistent, or severe. Do not assume it is myocarditis and simply wait for it to pass.</w:t>
      </w:r>
    </w:p>
    <w:p w14:paraId="4D912769" w14:textId="77777777" w:rsidR="004B2954" w:rsidRPr="00BB79B8" w:rsidRDefault="004B2954" w:rsidP="004B2954">
      <w:pPr>
        <w:spacing w:after="20"/>
        <w:ind w:left="216"/>
        <w:rPr>
          <w:rFonts w:cs="Times New Roman"/>
          <w:sz w:val="20"/>
          <w:szCs w:val="20"/>
        </w:rPr>
      </w:pPr>
      <w:r w:rsidRPr="00BB79B8">
        <w:rPr>
          <w:rFonts w:cs="Times New Roman"/>
          <w:sz w:val="20"/>
          <w:szCs w:val="20"/>
        </w:rPr>
        <w:t>Get a medical evaluation today. Your doctor will:</w:t>
      </w:r>
    </w:p>
    <w:p w14:paraId="54A1C33B" w14:textId="77777777" w:rsidR="004B2954" w:rsidRPr="00BB79B8" w:rsidRDefault="004B2954" w:rsidP="004B2954">
      <w:pPr>
        <w:spacing w:after="20"/>
        <w:ind w:left="216"/>
        <w:rPr>
          <w:rFonts w:cs="Times New Roman"/>
          <w:sz w:val="20"/>
          <w:szCs w:val="20"/>
        </w:rPr>
      </w:pPr>
      <w:r w:rsidRPr="00BB79B8">
        <w:rPr>
          <w:rFonts w:cs="Times New Roman"/>
          <w:sz w:val="20"/>
          <w:szCs w:val="20"/>
        </w:rPr>
        <w:t>Take a history (ask about recent viruses).</w:t>
      </w:r>
    </w:p>
    <w:p w14:paraId="5CCB9156" w14:textId="77777777" w:rsidR="004B2954" w:rsidRPr="00BB79B8" w:rsidRDefault="004B2954" w:rsidP="004B2954">
      <w:pPr>
        <w:spacing w:after="20"/>
        <w:ind w:left="216"/>
        <w:rPr>
          <w:rFonts w:cs="Times New Roman"/>
          <w:sz w:val="20"/>
          <w:szCs w:val="20"/>
        </w:rPr>
      </w:pPr>
      <w:r w:rsidRPr="00BB79B8">
        <w:rPr>
          <w:rFonts w:cs="Times New Roman"/>
          <w:sz w:val="20"/>
          <w:szCs w:val="20"/>
        </w:rPr>
        <w:t>Listen to your heart.</w:t>
      </w:r>
    </w:p>
    <w:p w14:paraId="08938775" w14:textId="77777777" w:rsidR="004B2954" w:rsidRPr="00BB79B8" w:rsidRDefault="004B2954" w:rsidP="004B2954">
      <w:pPr>
        <w:spacing w:after="20"/>
        <w:ind w:left="216"/>
        <w:rPr>
          <w:rFonts w:cs="Times New Roman"/>
          <w:sz w:val="20"/>
          <w:szCs w:val="20"/>
        </w:rPr>
      </w:pPr>
      <w:r w:rsidRPr="00BB79B8">
        <w:rPr>
          <w:rFonts w:cs="Times New Roman"/>
          <w:sz w:val="20"/>
          <w:szCs w:val="20"/>
        </w:rPr>
        <w:t>Order an ECG (to look for rhythm or electrical changes) and a blood test for troponin (a protein that is elevated when the heart muscle is damaged, including in myocarditis).</w:t>
      </w:r>
    </w:p>
    <w:p w14:paraId="1EC0469B" w14:textId="77777777" w:rsidR="004B2954" w:rsidRPr="00BB79B8" w:rsidRDefault="004B2954" w:rsidP="004B2954">
      <w:pPr>
        <w:spacing w:after="20"/>
        <w:ind w:left="216"/>
        <w:rPr>
          <w:rFonts w:cs="Times New Roman"/>
          <w:sz w:val="20"/>
          <w:szCs w:val="20"/>
        </w:rPr>
      </w:pPr>
      <w:r w:rsidRPr="00BB79B8">
        <w:rPr>
          <w:rFonts w:cs="Times New Roman"/>
          <w:sz w:val="20"/>
          <w:szCs w:val="20"/>
        </w:rPr>
        <w:t>Go to the ER immediately if you have any of the Critical Warning Signs listed above.</w:t>
      </w:r>
    </w:p>
    <w:p w14:paraId="51617D80"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2418857F" w14:textId="77777777" w:rsidR="004B2954" w:rsidRPr="00BB79B8" w:rsidRDefault="004B2954" w:rsidP="004B2954">
      <w:pPr>
        <w:spacing w:after="20"/>
        <w:ind w:left="216"/>
        <w:rPr>
          <w:rFonts w:cs="Times New Roman"/>
          <w:sz w:val="20"/>
          <w:szCs w:val="20"/>
        </w:rPr>
      </w:pPr>
      <w:r w:rsidRPr="00BB79B8">
        <w:rPr>
          <w:rFonts w:cs="Times New Roman"/>
          <w:sz w:val="20"/>
          <w:szCs w:val="20"/>
        </w:rPr>
        <w:t>Can it be myocarditis? Yes, absolutely.</w:t>
      </w:r>
    </w:p>
    <w:p w14:paraId="5BC6257D" w14:textId="77777777" w:rsidR="004B2954" w:rsidRPr="00BB79B8" w:rsidRDefault="004B2954" w:rsidP="004B2954">
      <w:pPr>
        <w:spacing w:after="20"/>
        <w:ind w:left="216"/>
        <w:rPr>
          <w:rFonts w:cs="Times New Roman"/>
          <w:sz w:val="20"/>
          <w:szCs w:val="20"/>
        </w:rPr>
      </w:pPr>
      <w:r w:rsidRPr="00BB79B8">
        <w:rPr>
          <w:rFonts w:cs="Times New Roman"/>
          <w:sz w:val="20"/>
          <w:szCs w:val="20"/>
        </w:rPr>
        <w:t>Is it likely? For a young, otherwise healthy person with no risk factors, myocarditis is much less common than anxiety, reflux, or costochondritis. However, if you have a recent viral illness, the odds increase significantly.</w:t>
      </w:r>
    </w:p>
    <w:p w14:paraId="5B9909C5" w14:textId="77777777" w:rsidR="004B2954" w:rsidRPr="00BB79B8" w:rsidRDefault="004B2954" w:rsidP="004B2954">
      <w:pPr>
        <w:spacing w:after="20"/>
        <w:ind w:left="216"/>
        <w:rPr>
          <w:rFonts w:cs="Times New Roman"/>
          <w:sz w:val="20"/>
          <w:szCs w:val="20"/>
        </w:rPr>
      </w:pPr>
      <w:r w:rsidRPr="00BB79B8">
        <w:rPr>
          <w:rFonts w:cs="Times New Roman"/>
          <w:sz w:val="20"/>
          <w:szCs w:val="20"/>
        </w:rPr>
        <w:t>The bottom line: Chest tightness + shortness of breath = See a doctor promptly. Let them rule out the dangerous causes (myocarditis, heart attack, pulmonary embolism) first. It is not safe to wait and see.</w:t>
      </w:r>
    </w:p>
    <w:p w14:paraId="1918B0D9" w14:textId="77777777" w:rsidR="004B2954" w:rsidRPr="00BB79B8" w:rsidRDefault="004B2954" w:rsidP="004B2954">
      <w:pPr>
        <w:spacing w:after="0"/>
        <w:rPr>
          <w:rFonts w:cs="Times New Roman"/>
          <w:sz w:val="20"/>
          <w:szCs w:val="20"/>
        </w:rPr>
      </w:pPr>
    </w:p>
    <w:p w14:paraId="634525F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6ECF146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94DB34B"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tightness and shortness of breath are common typical symptoms of myocarditis, especially viral myocarditis.</w:t>
      </w:r>
    </w:p>
    <w:p w14:paraId="54E40702" w14:textId="77777777" w:rsidR="004B2954" w:rsidRPr="00BB79B8" w:rsidRDefault="004B2954" w:rsidP="004B2954">
      <w:pPr>
        <w:spacing w:after="20"/>
        <w:ind w:left="216"/>
        <w:rPr>
          <w:rFonts w:cs="Times New Roman"/>
          <w:sz w:val="20"/>
          <w:szCs w:val="20"/>
        </w:rPr>
      </w:pPr>
      <w:r w:rsidRPr="00BB79B8">
        <w:rPr>
          <w:rFonts w:cs="Times New Roman"/>
          <w:sz w:val="20"/>
          <w:szCs w:val="20"/>
        </w:rPr>
        <w:t>But these symptoms can also be caused by other conditions, such as arrhythmia, anemia, bronchitis, anxiety or gastric problems.</w:t>
      </w:r>
    </w:p>
    <w:p w14:paraId="4AEDAB7F"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recently had a cold, fever or viral infection along with persistent chest tightness and breathlessness, it is recommended to see a doctor promptly for an electrocardiogram, myocardial enzyme and cardiac ultrasound to rule out myocarditis.</w:t>
      </w:r>
    </w:p>
    <w:p w14:paraId="1AD903D3" w14:textId="77777777" w:rsidR="004B2954" w:rsidRPr="00BB79B8" w:rsidRDefault="004B2954" w:rsidP="004B2954">
      <w:pPr>
        <w:rPr>
          <w:rFonts w:cs="Times New Roman"/>
          <w:sz w:val="20"/>
          <w:szCs w:val="20"/>
        </w:rPr>
      </w:pPr>
    </w:p>
    <w:p w14:paraId="12748395" w14:textId="77777777" w:rsidR="004B2954" w:rsidRPr="00BB79B8" w:rsidRDefault="004B2954" w:rsidP="004B2954">
      <w:pPr>
        <w:keepNext/>
        <w:rPr>
          <w:rFonts w:cs="Times New Roman"/>
          <w:sz w:val="20"/>
          <w:szCs w:val="20"/>
        </w:rPr>
      </w:pPr>
      <w:r w:rsidRPr="00BB79B8">
        <w:rPr>
          <w:rFonts w:cs="Times New Roman"/>
          <w:b/>
          <w:color w:val="1F4E79"/>
          <w:sz w:val="20"/>
          <w:szCs w:val="20"/>
        </w:rPr>
        <w:t>Q10. Could palpitations be a symptom of myocarditis?</w:t>
      </w:r>
    </w:p>
    <w:p w14:paraId="1AE89B0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688F783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302A8D2" w14:textId="77777777" w:rsidR="004B2954" w:rsidRPr="00BB79B8" w:rsidRDefault="004B2954" w:rsidP="004B2954">
      <w:pPr>
        <w:spacing w:after="20"/>
        <w:ind w:left="216"/>
        <w:rPr>
          <w:rFonts w:cs="Times New Roman"/>
          <w:sz w:val="20"/>
          <w:szCs w:val="20"/>
        </w:rPr>
      </w:pPr>
      <w:r w:rsidRPr="00BB79B8">
        <w:rPr>
          <w:rFonts w:cs="Times New Roman"/>
          <w:sz w:val="20"/>
          <w:szCs w:val="20"/>
        </w:rPr>
        <w:t>Yes, palpitations can be a symptom of myocarditis.</w:t>
      </w:r>
    </w:p>
    <w:p w14:paraId="781362E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Myocarditis is inflammation of the heart muscle, which can disrupt the heart's normal electrical activity. This disruption may lead to irregular heartbeats, which patients often describe as:</w:t>
      </w:r>
    </w:p>
    <w:p w14:paraId="1AC5C688" w14:textId="77777777" w:rsidR="004B2954" w:rsidRPr="00BB79B8" w:rsidRDefault="004B2954" w:rsidP="004B2954">
      <w:pPr>
        <w:spacing w:after="20"/>
        <w:ind w:left="216"/>
        <w:rPr>
          <w:rFonts w:cs="Times New Roman"/>
          <w:sz w:val="20"/>
          <w:szCs w:val="20"/>
        </w:rPr>
      </w:pPr>
      <w:r w:rsidRPr="00BB79B8">
        <w:rPr>
          <w:rFonts w:cs="Times New Roman"/>
          <w:sz w:val="20"/>
          <w:szCs w:val="20"/>
        </w:rPr>
        <w:t>Fluttering in the chest</w:t>
      </w:r>
    </w:p>
    <w:p w14:paraId="305E1311"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heartbeat</w:t>
      </w:r>
    </w:p>
    <w:p w14:paraId="240E4DD7" w14:textId="77777777" w:rsidR="004B2954" w:rsidRPr="00BB79B8" w:rsidRDefault="004B2954" w:rsidP="004B2954">
      <w:pPr>
        <w:spacing w:after="20"/>
        <w:ind w:left="216"/>
        <w:rPr>
          <w:rFonts w:cs="Times New Roman"/>
          <w:sz w:val="20"/>
          <w:szCs w:val="20"/>
        </w:rPr>
      </w:pPr>
      <w:r w:rsidRPr="00BB79B8">
        <w:rPr>
          <w:rFonts w:cs="Times New Roman"/>
          <w:sz w:val="20"/>
          <w:szCs w:val="20"/>
        </w:rPr>
        <w:t>Skipped or extra beats</w:t>
      </w:r>
    </w:p>
    <w:p w14:paraId="53CD02B4"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may occur with or without other symptoms, such as chest pain, shortness of breath, or fatigue. In some cases, they can be a sign of more serious arrhythmias, which require urgent medical evaluation.</w:t>
      </w:r>
    </w:p>
    <w:p w14:paraId="7AED85CF" w14:textId="77777777" w:rsidR="004B2954" w:rsidRPr="00BB79B8" w:rsidRDefault="004B2954" w:rsidP="004B2954">
      <w:pPr>
        <w:spacing w:after="20"/>
        <w:ind w:left="216"/>
        <w:rPr>
          <w:rFonts w:cs="Times New Roman"/>
          <w:sz w:val="20"/>
          <w:szCs w:val="20"/>
        </w:rPr>
      </w:pPr>
      <w:r w:rsidRPr="00BB79B8">
        <w:rPr>
          <w:rFonts w:cs="Times New Roman"/>
          <w:sz w:val="20"/>
          <w:szCs w:val="20"/>
        </w:rPr>
        <w:t>If palpitations are new, persistent, or associated with dizziness, fainting, or severe chest pain, it is important to seek medical attention promptly.</w:t>
      </w:r>
    </w:p>
    <w:p w14:paraId="05334EEA" w14:textId="77777777" w:rsidR="004B2954" w:rsidRPr="00BB79B8" w:rsidRDefault="004B2954" w:rsidP="004B2954">
      <w:pPr>
        <w:spacing w:after="0"/>
        <w:rPr>
          <w:rFonts w:cs="Times New Roman"/>
          <w:sz w:val="20"/>
          <w:szCs w:val="20"/>
        </w:rPr>
      </w:pPr>
    </w:p>
    <w:p w14:paraId="1C670C1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847F18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B0A793A" w14:textId="77777777" w:rsidR="004B2954" w:rsidRPr="00BB79B8" w:rsidRDefault="004B2954" w:rsidP="004B2954">
      <w:pPr>
        <w:spacing w:after="20"/>
        <w:ind w:left="216"/>
        <w:rPr>
          <w:rFonts w:cs="Times New Roman"/>
          <w:sz w:val="20"/>
          <w:szCs w:val="20"/>
        </w:rPr>
      </w:pPr>
      <w:r w:rsidRPr="00BB79B8">
        <w:rPr>
          <w:rFonts w:cs="Times New Roman"/>
          <w:sz w:val="20"/>
          <w:szCs w:val="20"/>
        </w:rPr>
        <w:t>Yes, palpitations (the sensation of a racing, fluttering, or pounding heart) are one of the most common symptoms of myocarditis.</w:t>
      </w:r>
    </w:p>
    <w:p w14:paraId="1BD97918"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 context of myocarditis-which is inflammation of the heart muscle-palpitations typically occur because the inflammation interferes with the heart's electrical signaling. This can lead to various types of arrhythmias (irregular heartbeats).</w:t>
      </w:r>
    </w:p>
    <w:p w14:paraId="01074B17" w14:textId="77777777" w:rsidR="004B2954" w:rsidRPr="00BB79B8" w:rsidRDefault="004B2954" w:rsidP="004B2954">
      <w:pPr>
        <w:spacing w:after="20"/>
        <w:ind w:left="216"/>
        <w:rPr>
          <w:rFonts w:cs="Times New Roman"/>
          <w:sz w:val="20"/>
          <w:szCs w:val="20"/>
        </w:rPr>
      </w:pPr>
      <w:r w:rsidRPr="00BB79B8">
        <w:rPr>
          <w:rFonts w:cs="Times New Roman"/>
          <w:sz w:val="20"/>
          <w:szCs w:val="20"/>
        </w:rPr>
        <w:t>Why Palpitations Occur in Myocarditis</w:t>
      </w:r>
    </w:p>
    <w:p w14:paraId="0FD85BC5" w14:textId="77777777" w:rsidR="004B2954" w:rsidRPr="00BB79B8" w:rsidRDefault="004B2954" w:rsidP="004B2954">
      <w:pPr>
        <w:spacing w:after="20"/>
        <w:ind w:left="216"/>
        <w:rPr>
          <w:rFonts w:cs="Times New Roman"/>
          <w:sz w:val="20"/>
          <w:szCs w:val="20"/>
        </w:rPr>
      </w:pPr>
      <w:r w:rsidRPr="00BB79B8">
        <w:rPr>
          <w:rFonts w:cs="Times New Roman"/>
          <w:sz w:val="20"/>
          <w:szCs w:val="20"/>
        </w:rPr>
        <w:t>Irritability of the Heart Muscle: Inflamed cardiac tissue is electrically unstable, which can trigger premature beats or "skipped" sensations.</w:t>
      </w:r>
    </w:p>
    <w:p w14:paraId="7A4540B2" w14:textId="77777777" w:rsidR="004B2954" w:rsidRPr="00BB79B8" w:rsidRDefault="004B2954" w:rsidP="004B2954">
      <w:pPr>
        <w:spacing w:after="20"/>
        <w:ind w:left="216"/>
        <w:rPr>
          <w:rFonts w:cs="Times New Roman"/>
          <w:sz w:val="20"/>
          <w:szCs w:val="20"/>
        </w:rPr>
      </w:pPr>
      <w:r w:rsidRPr="00BB79B8">
        <w:rPr>
          <w:rFonts w:cs="Times New Roman"/>
          <w:sz w:val="20"/>
          <w:szCs w:val="20"/>
        </w:rPr>
        <w:t>Tachycardia: The heart may beat faster than normal, even at rest, as it struggles to pump blood efficiently due to the inflammation.</w:t>
      </w:r>
    </w:p>
    <w:p w14:paraId="4DCFF7D8" w14:textId="77777777" w:rsidR="004B2954" w:rsidRPr="00BB79B8" w:rsidRDefault="004B2954" w:rsidP="004B2954">
      <w:pPr>
        <w:spacing w:after="20"/>
        <w:ind w:left="216"/>
        <w:rPr>
          <w:rFonts w:cs="Times New Roman"/>
          <w:sz w:val="20"/>
          <w:szCs w:val="20"/>
        </w:rPr>
      </w:pPr>
      <w:r w:rsidRPr="00BB79B8">
        <w:rPr>
          <w:rFonts w:cs="Times New Roman"/>
          <w:sz w:val="20"/>
          <w:szCs w:val="20"/>
        </w:rPr>
        <w:t>Conduction Blocks: In some cases, the inflammation slows down the electrical signals, leading to a disconnected or irregular rhythm.</w:t>
      </w:r>
    </w:p>
    <w:p w14:paraId="3E63EF69"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Common Symptoms to Watch For</w:t>
      </w:r>
    </w:p>
    <w:p w14:paraId="1AE47619"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rarely occur in isolation if myocarditis is the cause. They are often accompanied by:</w:t>
      </w:r>
    </w:p>
    <w:p w14:paraId="49936696"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This can feel like pressure or a sharp "stabbing" sensation, sometimes mimicking a heart attack.</w:t>
      </w:r>
    </w:p>
    <w:p w14:paraId="36D3699A"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Particularly during physical activity or while lying down.</w:t>
      </w:r>
    </w:p>
    <w:p w14:paraId="6786FC01"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Feeling unusually tired or weak.</w:t>
      </w:r>
    </w:p>
    <w:p w14:paraId="407EA202" w14:textId="77777777" w:rsidR="004B2954" w:rsidRPr="00BB79B8" w:rsidRDefault="004B2954" w:rsidP="004B2954">
      <w:pPr>
        <w:spacing w:after="20"/>
        <w:ind w:left="216"/>
        <w:rPr>
          <w:rFonts w:cs="Times New Roman"/>
          <w:sz w:val="20"/>
          <w:szCs w:val="20"/>
        </w:rPr>
      </w:pPr>
      <w:r w:rsidRPr="00BB79B8">
        <w:rPr>
          <w:rFonts w:cs="Times New Roman"/>
          <w:sz w:val="20"/>
          <w:szCs w:val="20"/>
        </w:rPr>
        <w:t>Flu-like Symptoms: Many cases are preceded by a viral infection, involving fever, body aches, or a sore throat.</w:t>
      </w:r>
    </w:p>
    <w:p w14:paraId="5519F2ED"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Medical Attention</w:t>
      </w:r>
    </w:p>
    <w:p w14:paraId="5F8963E2" w14:textId="77777777" w:rsidR="004B2954" w:rsidRPr="00BB79B8" w:rsidRDefault="004B2954" w:rsidP="004B2954">
      <w:pPr>
        <w:spacing w:after="20"/>
        <w:ind w:left="216"/>
        <w:rPr>
          <w:rFonts w:cs="Times New Roman"/>
          <w:sz w:val="20"/>
          <w:szCs w:val="20"/>
        </w:rPr>
      </w:pPr>
      <w:r w:rsidRPr="00BB79B8">
        <w:rPr>
          <w:rFonts w:cs="Times New Roman"/>
          <w:sz w:val="20"/>
          <w:szCs w:val="20"/>
        </w:rPr>
        <w:t>If palpitations are accompanied by fainting (syncope), severe dizziness, extreme shortness of breath, or crushing chest pain, it is important to seek emergency medical evaluation. Doctors typically use an Electrocardiogram (ECG), blood tests (such as Troponin levels), and imaging like an Echocardiogram or Cardiac MRI to diagnose the condition.</w:t>
      </w:r>
    </w:p>
    <w:p w14:paraId="34C9C39F" w14:textId="77777777" w:rsidR="004B2954" w:rsidRPr="00BB79B8" w:rsidRDefault="004B2954" w:rsidP="004B2954">
      <w:pPr>
        <w:spacing w:after="0"/>
        <w:rPr>
          <w:rFonts w:cs="Times New Roman"/>
          <w:sz w:val="20"/>
          <w:szCs w:val="20"/>
        </w:rPr>
      </w:pPr>
    </w:p>
    <w:p w14:paraId="3B62818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4D0FFEE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9B36644" w14:textId="77777777" w:rsidR="004B2954" w:rsidRPr="00BB79B8" w:rsidRDefault="004B2954" w:rsidP="004B2954">
      <w:pPr>
        <w:spacing w:after="20"/>
        <w:ind w:left="216"/>
        <w:rPr>
          <w:rFonts w:cs="Times New Roman"/>
          <w:sz w:val="20"/>
          <w:szCs w:val="20"/>
        </w:rPr>
      </w:pPr>
      <w:r w:rsidRPr="00BB79B8">
        <w:rPr>
          <w:rFonts w:cs="Times New Roman"/>
          <w:sz w:val="20"/>
          <w:szCs w:val="20"/>
        </w:rPr>
        <w:t>Yes - palpitations can be a symptom of myocarditis, and they are well-documented in clinical sources.</w:t>
      </w:r>
    </w:p>
    <w:p w14:paraId="72674A4B"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occur because myocarditis involves inflammation of the heart muscle, which can disrupt the heart's electrical system and lead to rapid or irregular heartbeats (arrhythmias).</w:t>
      </w:r>
    </w:p>
    <w:p w14:paraId="7F9A085E" w14:textId="77777777" w:rsidR="004B2954" w:rsidRPr="00BB79B8" w:rsidRDefault="004B2954" w:rsidP="004B2954">
      <w:pPr>
        <w:spacing w:after="20"/>
        <w:ind w:left="216"/>
        <w:rPr>
          <w:rFonts w:cs="Times New Roman"/>
          <w:sz w:val="20"/>
          <w:szCs w:val="20"/>
        </w:rPr>
      </w:pPr>
      <w:r w:rsidRPr="00BB79B8">
        <w:rPr>
          <w:rFonts w:cs="Times New Roman"/>
          <w:sz w:val="20"/>
          <w:szCs w:val="20"/>
        </w:rPr>
        <w:t>The Mayo Clinic lists rapid or irregular heartbeats as a common symptom of myocarditis.</w:t>
      </w:r>
    </w:p>
    <w:p w14:paraId="533FF85B" w14:textId="77777777" w:rsidR="004B2954" w:rsidRPr="00BB79B8" w:rsidRDefault="004B2954" w:rsidP="004B2954">
      <w:pPr>
        <w:spacing w:after="20"/>
        <w:ind w:left="216"/>
        <w:rPr>
          <w:rFonts w:cs="Times New Roman"/>
          <w:sz w:val="20"/>
          <w:szCs w:val="20"/>
        </w:rPr>
      </w:pPr>
      <w:r w:rsidRPr="00BB79B8">
        <w:rPr>
          <w:rFonts w:cs="Times New Roman"/>
          <w:sz w:val="20"/>
          <w:szCs w:val="20"/>
        </w:rPr>
        <w:t>The Cleveland Clinic notes that people with myocarditis may feel their heart "racing (palpitations)".</w:t>
      </w:r>
    </w:p>
    <w:p w14:paraId="58279EC9" w14:textId="77777777" w:rsidR="004B2954" w:rsidRPr="00BB79B8" w:rsidRDefault="004B2954" w:rsidP="004B2954">
      <w:pPr>
        <w:spacing w:after="20"/>
        <w:ind w:left="216"/>
        <w:rPr>
          <w:rFonts w:cs="Times New Roman"/>
          <w:sz w:val="20"/>
          <w:szCs w:val="20"/>
        </w:rPr>
      </w:pPr>
      <w:r w:rsidRPr="00BB79B8">
        <w:rPr>
          <w:rFonts w:cs="Times New Roman"/>
          <w:sz w:val="20"/>
          <w:szCs w:val="20"/>
        </w:rPr>
        <w:t>The British Heart Foundation also includes palpitations among typical symptoms.</w:t>
      </w:r>
    </w:p>
    <w:p w14:paraId="03037C29" w14:textId="77777777" w:rsidR="004B2954" w:rsidRPr="00BB79B8" w:rsidRDefault="004B2954" w:rsidP="004B2954">
      <w:pPr>
        <w:spacing w:after="20"/>
        <w:ind w:left="216"/>
        <w:rPr>
          <w:rFonts w:cs="Times New Roman"/>
          <w:sz w:val="20"/>
          <w:szCs w:val="20"/>
        </w:rPr>
      </w:pPr>
      <w:r w:rsidRPr="00BB79B8">
        <w:rPr>
          <w:rFonts w:cs="Times New Roman"/>
          <w:sz w:val="20"/>
          <w:szCs w:val="20"/>
        </w:rPr>
        <w:t>Why myocarditis can cause palpitations</w:t>
      </w:r>
    </w:p>
    <w:p w14:paraId="37BEDD07"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Inflammation of the myocardium can:</w:t>
      </w:r>
    </w:p>
    <w:p w14:paraId="30322EDC" w14:textId="77777777" w:rsidR="004B2954" w:rsidRPr="00BB79B8" w:rsidRDefault="004B2954" w:rsidP="004B2954">
      <w:pPr>
        <w:spacing w:after="20"/>
        <w:ind w:left="216"/>
        <w:rPr>
          <w:rFonts w:cs="Times New Roman"/>
          <w:sz w:val="20"/>
          <w:szCs w:val="20"/>
        </w:rPr>
      </w:pPr>
      <w:r w:rsidRPr="00BB79B8">
        <w:rPr>
          <w:rFonts w:cs="Times New Roman"/>
          <w:sz w:val="20"/>
          <w:szCs w:val="20"/>
        </w:rPr>
        <w:t>Irritate heart muscle cells</w:t>
      </w:r>
    </w:p>
    <w:p w14:paraId="103C8C2F" w14:textId="77777777" w:rsidR="004B2954" w:rsidRPr="00BB79B8" w:rsidRDefault="004B2954" w:rsidP="004B2954">
      <w:pPr>
        <w:spacing w:after="20"/>
        <w:ind w:left="216"/>
        <w:rPr>
          <w:rFonts w:cs="Times New Roman"/>
          <w:sz w:val="20"/>
          <w:szCs w:val="20"/>
        </w:rPr>
      </w:pPr>
      <w:r w:rsidRPr="00BB79B8">
        <w:rPr>
          <w:rFonts w:cs="Times New Roman"/>
          <w:sz w:val="20"/>
          <w:szCs w:val="20"/>
        </w:rPr>
        <w:t>Disrupt normal electrical conduction</w:t>
      </w:r>
    </w:p>
    <w:p w14:paraId="7DDAADE1" w14:textId="77777777" w:rsidR="004B2954" w:rsidRPr="00BB79B8" w:rsidRDefault="004B2954" w:rsidP="004B2954">
      <w:pPr>
        <w:spacing w:after="20"/>
        <w:ind w:left="216"/>
        <w:rPr>
          <w:rFonts w:cs="Times New Roman"/>
          <w:sz w:val="20"/>
          <w:szCs w:val="20"/>
        </w:rPr>
      </w:pPr>
      <w:r w:rsidRPr="00BB79B8">
        <w:rPr>
          <w:rFonts w:cs="Times New Roman"/>
          <w:sz w:val="20"/>
          <w:szCs w:val="20"/>
        </w:rPr>
        <w:t>Trigger extra beats or abnormal rhythms</w:t>
      </w:r>
    </w:p>
    <w:p w14:paraId="494D8387" w14:textId="77777777" w:rsidR="004B2954" w:rsidRPr="00BB79B8" w:rsidRDefault="004B2954" w:rsidP="004B2954">
      <w:pPr>
        <w:spacing w:after="20"/>
        <w:ind w:left="216"/>
        <w:rPr>
          <w:rFonts w:cs="Times New Roman"/>
          <w:sz w:val="20"/>
          <w:szCs w:val="20"/>
        </w:rPr>
      </w:pPr>
      <w:r w:rsidRPr="00BB79B8">
        <w:rPr>
          <w:rFonts w:cs="Times New Roman"/>
          <w:sz w:val="20"/>
          <w:szCs w:val="20"/>
        </w:rPr>
        <w:t>This can feel like:</w:t>
      </w:r>
    </w:p>
    <w:p w14:paraId="3DBBB65F" w14:textId="77777777" w:rsidR="004B2954" w:rsidRPr="00BB79B8" w:rsidRDefault="004B2954" w:rsidP="004B2954">
      <w:pPr>
        <w:spacing w:after="20"/>
        <w:ind w:left="216"/>
        <w:rPr>
          <w:rFonts w:cs="Times New Roman"/>
          <w:sz w:val="20"/>
          <w:szCs w:val="20"/>
        </w:rPr>
      </w:pPr>
      <w:r w:rsidRPr="00BB79B8">
        <w:rPr>
          <w:rFonts w:cs="Times New Roman"/>
          <w:sz w:val="20"/>
          <w:szCs w:val="20"/>
        </w:rPr>
        <w:t>Fluttering</w:t>
      </w:r>
    </w:p>
    <w:p w14:paraId="65503CAA" w14:textId="77777777" w:rsidR="004B2954" w:rsidRPr="00BB79B8" w:rsidRDefault="004B2954" w:rsidP="004B2954">
      <w:pPr>
        <w:spacing w:after="20"/>
        <w:ind w:left="216"/>
        <w:rPr>
          <w:rFonts w:cs="Times New Roman"/>
          <w:sz w:val="20"/>
          <w:szCs w:val="20"/>
        </w:rPr>
      </w:pPr>
      <w:r w:rsidRPr="00BB79B8">
        <w:rPr>
          <w:rFonts w:cs="Times New Roman"/>
          <w:sz w:val="20"/>
          <w:szCs w:val="20"/>
        </w:rPr>
        <w:t>Pounding</w:t>
      </w:r>
    </w:p>
    <w:p w14:paraId="52344403" w14:textId="77777777" w:rsidR="004B2954" w:rsidRPr="00BB79B8" w:rsidRDefault="004B2954" w:rsidP="004B2954">
      <w:pPr>
        <w:spacing w:after="20"/>
        <w:ind w:left="216"/>
        <w:rPr>
          <w:rFonts w:cs="Times New Roman"/>
          <w:sz w:val="20"/>
          <w:szCs w:val="20"/>
        </w:rPr>
      </w:pPr>
      <w:r w:rsidRPr="00BB79B8">
        <w:rPr>
          <w:rFonts w:cs="Times New Roman"/>
          <w:sz w:val="20"/>
          <w:szCs w:val="20"/>
        </w:rPr>
        <w:t>Racing</w:t>
      </w:r>
    </w:p>
    <w:p w14:paraId="3A220367" w14:textId="77777777" w:rsidR="004B2954" w:rsidRPr="00BB79B8" w:rsidRDefault="004B2954" w:rsidP="004B2954">
      <w:pPr>
        <w:spacing w:after="20"/>
        <w:ind w:left="216"/>
        <w:rPr>
          <w:rFonts w:cs="Times New Roman"/>
          <w:sz w:val="20"/>
          <w:szCs w:val="20"/>
        </w:rPr>
      </w:pPr>
      <w:r w:rsidRPr="00BB79B8">
        <w:rPr>
          <w:rFonts w:cs="Times New Roman"/>
          <w:sz w:val="20"/>
          <w:szCs w:val="20"/>
        </w:rPr>
        <w:t>Skipped beats</w:t>
      </w:r>
    </w:p>
    <w:p w14:paraId="45E957DD"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medical attention</w:t>
      </w:r>
    </w:p>
    <w:p w14:paraId="23DCA423"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Because myocarditis can sometimes resemble or lead to more serious heart problems, you should seek prompt medical care if palpitations occur with:</w:t>
      </w:r>
    </w:p>
    <w:p w14:paraId="629186F0"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03F2962F"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0C783942" w14:textId="77777777" w:rsidR="004B2954" w:rsidRPr="00BB79B8" w:rsidRDefault="004B2954" w:rsidP="004B2954">
      <w:pPr>
        <w:spacing w:after="20"/>
        <w:ind w:left="216"/>
        <w:rPr>
          <w:rFonts w:cs="Times New Roman"/>
          <w:sz w:val="20"/>
          <w:szCs w:val="20"/>
        </w:rPr>
      </w:pPr>
      <w:r w:rsidRPr="00BB79B8">
        <w:rPr>
          <w:rFonts w:cs="Times New Roman"/>
          <w:sz w:val="20"/>
          <w:szCs w:val="20"/>
        </w:rPr>
        <w:t>Lightheadedness or fainting</w:t>
      </w:r>
    </w:p>
    <w:p w14:paraId="7B394495" w14:textId="77777777" w:rsidR="004B2954" w:rsidRPr="00BB79B8" w:rsidRDefault="004B2954" w:rsidP="004B2954">
      <w:pPr>
        <w:spacing w:after="20"/>
        <w:ind w:left="216"/>
        <w:rPr>
          <w:rFonts w:cs="Times New Roman"/>
          <w:sz w:val="20"/>
          <w:szCs w:val="20"/>
        </w:rPr>
      </w:pPr>
      <w:r w:rsidRPr="00BB79B8">
        <w:rPr>
          <w:rFonts w:cs="Times New Roman"/>
          <w:sz w:val="20"/>
          <w:szCs w:val="20"/>
        </w:rPr>
        <w:t>Recent viral illness</w:t>
      </w:r>
    </w:p>
    <w:p w14:paraId="5F08FD64" w14:textId="77777777" w:rsidR="004B2954" w:rsidRPr="00BB79B8" w:rsidRDefault="004B2954" w:rsidP="004B2954">
      <w:pPr>
        <w:spacing w:after="20"/>
        <w:ind w:left="216"/>
        <w:rPr>
          <w:rFonts w:cs="Times New Roman"/>
          <w:sz w:val="20"/>
          <w:szCs w:val="20"/>
        </w:rPr>
      </w:pPr>
      <w:r w:rsidRPr="00BB79B8">
        <w:rPr>
          <w:rFonts w:cs="Times New Roman"/>
          <w:sz w:val="20"/>
          <w:szCs w:val="20"/>
        </w:rPr>
        <w:t>A healthcare professional can evaluate symptoms and determine whether myocarditis or another condition is involved.</w:t>
      </w:r>
    </w:p>
    <w:p w14:paraId="76EDC981" w14:textId="77777777" w:rsidR="004B2954" w:rsidRPr="00BB79B8" w:rsidRDefault="004B2954" w:rsidP="004B2954">
      <w:pPr>
        <w:spacing w:after="0"/>
        <w:rPr>
          <w:rFonts w:cs="Times New Roman"/>
          <w:sz w:val="20"/>
          <w:szCs w:val="20"/>
        </w:rPr>
      </w:pPr>
    </w:p>
    <w:p w14:paraId="1B58547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26AC798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1BFCB6C" w14:textId="77777777" w:rsidR="004B2954" w:rsidRPr="00BB79B8" w:rsidRDefault="004B2954" w:rsidP="004B2954">
      <w:pPr>
        <w:spacing w:after="20"/>
        <w:ind w:left="216"/>
        <w:rPr>
          <w:rFonts w:cs="Times New Roman"/>
          <w:sz w:val="20"/>
          <w:szCs w:val="20"/>
        </w:rPr>
      </w:pPr>
      <w:r w:rsidRPr="00BB79B8">
        <w:rPr>
          <w:rFonts w:cs="Times New Roman"/>
          <w:sz w:val="20"/>
          <w:szCs w:val="20"/>
        </w:rPr>
        <w:t>Yes, palpitations can be a symptom of myocarditis, though they are not the most common or specific one.</w:t>
      </w:r>
    </w:p>
    <w:p w14:paraId="75EBC6B9"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the clinical context you need:</w:t>
      </w:r>
    </w:p>
    <w:p w14:paraId="713394E6" w14:textId="77777777" w:rsidR="004B2954" w:rsidRPr="00BB79B8" w:rsidRDefault="004B2954" w:rsidP="004B2954">
      <w:pPr>
        <w:spacing w:after="20"/>
        <w:ind w:left="216"/>
        <w:rPr>
          <w:rFonts w:cs="Times New Roman"/>
          <w:sz w:val="20"/>
          <w:szCs w:val="20"/>
        </w:rPr>
      </w:pPr>
      <w:r w:rsidRPr="00BB79B8">
        <w:rPr>
          <w:rFonts w:cs="Times New Roman"/>
          <w:sz w:val="20"/>
          <w:szCs w:val="20"/>
        </w:rPr>
        <w:t>Why it happens: Myocarditis (inflammation of the heart muscle) can irritate the heart's electrical system or cause scarring. This can trigger abnormal heart rhythms (arrhythmias) such as PVCs (premature ventricular contractions), atrial fibrillation, or ventricular tachycardia, all of which feel like palpitations (a racing, fluttering, or pounding heartbeat).</w:t>
      </w:r>
    </w:p>
    <w:p w14:paraId="62E438C2" w14:textId="77777777" w:rsidR="004B2954" w:rsidRPr="00BB79B8" w:rsidRDefault="004B2954" w:rsidP="004B2954">
      <w:pPr>
        <w:spacing w:after="20"/>
        <w:ind w:left="216"/>
        <w:rPr>
          <w:rFonts w:cs="Times New Roman"/>
          <w:sz w:val="20"/>
          <w:szCs w:val="20"/>
        </w:rPr>
      </w:pPr>
      <w:r w:rsidRPr="00BB79B8">
        <w:rPr>
          <w:rFonts w:cs="Times New Roman"/>
          <w:sz w:val="20"/>
          <w:szCs w:val="20"/>
        </w:rPr>
        <w:t>How common? Palpitations occur in roughly 10-20% of confirmed myocarditis cases, making them a less frequent symptom than chest pain (~85-90%), fever, or shortness of breath.</w:t>
      </w:r>
    </w:p>
    <w:p w14:paraId="68625865" w14:textId="77777777" w:rsidR="004B2954" w:rsidRPr="00BB79B8" w:rsidRDefault="004B2954" w:rsidP="004B2954">
      <w:pPr>
        <w:spacing w:after="20"/>
        <w:ind w:left="216"/>
        <w:rPr>
          <w:rFonts w:cs="Times New Roman"/>
          <w:sz w:val="20"/>
          <w:szCs w:val="20"/>
        </w:rPr>
      </w:pPr>
      <w:r w:rsidRPr="00BB79B8">
        <w:rPr>
          <w:rFonts w:cs="Times New Roman"/>
          <w:sz w:val="20"/>
          <w:szCs w:val="20"/>
        </w:rPr>
        <w:t>Caution: Isolated palpitations without other symptoms are rarely caused by myocarditis. However, if palpitations appear alongside chest pain, unexplained fatigue, difficulty breathing with exertion, swelling in the legs, or especially after a recent viral illness (flu, COVID-19, parvovirus, etc.) or a vaccine (rarely), then myocarditis becomes a legitimate concern.</w:t>
      </w:r>
    </w:p>
    <w:p w14:paraId="1FE60671"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worry: Seek immediate medical attention if palpitations are sustained, cause dizziness, near-fainting, or fainting (syncope), or are accompanied by chest pressure or trouble breathing.</w:t>
      </w:r>
    </w:p>
    <w:p w14:paraId="5691D82B"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Palpitations alone are usually benign (anxiety, caffeine, dehydration). But in the right clinical setting-recent viral infection + palpitations + other cardiac symptoms-you should see a doctor for an ECG and a troponin blood test to rule out myocarditis.</w:t>
      </w:r>
    </w:p>
    <w:p w14:paraId="341ECF86"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This information is for educational purposes and does not constitute medical advice. Always consult a healthcare provider for any concerning symptoms.</w:t>
      </w:r>
    </w:p>
    <w:p w14:paraId="1D0C22B8" w14:textId="77777777" w:rsidR="004B2954" w:rsidRPr="00BB79B8" w:rsidRDefault="004B2954" w:rsidP="004B2954">
      <w:pPr>
        <w:spacing w:after="0"/>
        <w:rPr>
          <w:rFonts w:cs="Times New Roman"/>
          <w:sz w:val="20"/>
          <w:szCs w:val="20"/>
        </w:rPr>
      </w:pPr>
    </w:p>
    <w:p w14:paraId="759CBAE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8BBAD8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2FDCE84" w14:textId="77777777" w:rsidR="004B2954" w:rsidRPr="00BB79B8" w:rsidRDefault="004B2954" w:rsidP="004B2954">
      <w:pPr>
        <w:spacing w:after="20"/>
        <w:ind w:left="216"/>
        <w:rPr>
          <w:rFonts w:cs="Times New Roman"/>
          <w:sz w:val="20"/>
          <w:szCs w:val="20"/>
        </w:rPr>
      </w:pPr>
      <w:r w:rsidRPr="00BB79B8">
        <w:rPr>
          <w:rFonts w:cs="Times New Roman"/>
          <w:sz w:val="20"/>
          <w:szCs w:val="20"/>
        </w:rPr>
        <w:t>Yes, palpitations are a very common and typical symptom of myocarditis.</w:t>
      </w:r>
    </w:p>
    <w:p w14:paraId="0DE8850F"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inflames and damages the heart muscle, which can disrupt the heart's normal electrical rhythm. This often causes:</w:t>
      </w:r>
    </w:p>
    <w:p w14:paraId="2C454187"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fluttering, or pounding heartbeats</w:t>
      </w:r>
    </w:p>
    <w:p w14:paraId="77EFB0E8" w14:textId="77777777" w:rsidR="004B2954" w:rsidRPr="00BB79B8" w:rsidRDefault="004B2954" w:rsidP="004B2954">
      <w:pPr>
        <w:spacing w:after="20"/>
        <w:ind w:left="216"/>
        <w:rPr>
          <w:rFonts w:cs="Times New Roman"/>
          <w:sz w:val="20"/>
          <w:szCs w:val="20"/>
        </w:rPr>
      </w:pPr>
      <w:r w:rsidRPr="00BB79B8">
        <w:rPr>
          <w:rFonts w:cs="Times New Roman"/>
          <w:sz w:val="20"/>
          <w:szCs w:val="20"/>
        </w:rPr>
        <w:t>Irregular heart palpitations</w:t>
      </w:r>
    </w:p>
    <w:p w14:paraId="41629E74" w14:textId="77777777" w:rsidR="004B2954" w:rsidRPr="00BB79B8" w:rsidRDefault="004B2954" w:rsidP="004B2954">
      <w:pPr>
        <w:spacing w:after="20"/>
        <w:ind w:left="216"/>
        <w:rPr>
          <w:rFonts w:cs="Times New Roman"/>
          <w:sz w:val="20"/>
          <w:szCs w:val="20"/>
        </w:rPr>
      </w:pPr>
      <w:r w:rsidRPr="00BB79B8">
        <w:rPr>
          <w:rFonts w:cs="Times New Roman"/>
          <w:sz w:val="20"/>
          <w:szCs w:val="20"/>
        </w:rPr>
        <w:t>Even arrhythmias in severe cases</w:t>
      </w:r>
    </w:p>
    <w:p w14:paraId="7F65B0D0"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may appear alone or along with chest tightness, fatigue, shortness of breath, or dizziness after viral infection.</w:t>
      </w:r>
    </w:p>
    <w:p w14:paraId="7B3D123F" w14:textId="77777777" w:rsidR="004B2954" w:rsidRPr="00BB79B8" w:rsidRDefault="004B2954" w:rsidP="004B2954">
      <w:pPr>
        <w:rPr>
          <w:rFonts w:cs="Times New Roman"/>
          <w:sz w:val="20"/>
          <w:szCs w:val="20"/>
        </w:rPr>
      </w:pPr>
    </w:p>
    <w:p w14:paraId="70F1F04C" w14:textId="77777777" w:rsidR="004B2954" w:rsidRPr="00BB79B8" w:rsidRDefault="004B2954" w:rsidP="004B2954">
      <w:pPr>
        <w:keepNext/>
        <w:rPr>
          <w:rFonts w:cs="Times New Roman"/>
          <w:sz w:val="20"/>
          <w:szCs w:val="20"/>
        </w:rPr>
      </w:pPr>
      <w:r w:rsidRPr="00BB79B8">
        <w:rPr>
          <w:rFonts w:cs="Times New Roman"/>
          <w:b/>
          <w:color w:val="1F4E79"/>
          <w:sz w:val="20"/>
          <w:szCs w:val="20"/>
        </w:rPr>
        <w:t>Q11. Should chest pain after a cold raise concern about myocarditis?</w:t>
      </w:r>
    </w:p>
    <w:p w14:paraId="0C9C85B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6BC2FC9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262479D"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pain following a recent viral infection, like a cold, can be a warning sign of myocarditis, though it's not always the case. Myocarditis often occurs after viral illnesses, especially respiratory infections, and can present with:</w:t>
      </w:r>
    </w:p>
    <w:p w14:paraId="7F62229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 (sometimes sharp or stabbing)</w:t>
      </w:r>
    </w:p>
    <w:p w14:paraId="72D59215"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or fatigue</w:t>
      </w:r>
    </w:p>
    <w:p w14:paraId="06521576"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irregular heartbeat</w:t>
      </w:r>
    </w:p>
    <w:p w14:paraId="160DFDA7" w14:textId="77777777" w:rsidR="004B2954" w:rsidRPr="00BB79B8" w:rsidRDefault="004B2954" w:rsidP="004B2954">
      <w:pPr>
        <w:spacing w:after="20"/>
        <w:ind w:left="216"/>
        <w:rPr>
          <w:rFonts w:cs="Times New Roman"/>
          <w:sz w:val="20"/>
          <w:szCs w:val="20"/>
        </w:rPr>
      </w:pPr>
      <w:r w:rsidRPr="00BB79B8">
        <w:rPr>
          <w:rFonts w:cs="Times New Roman"/>
          <w:sz w:val="20"/>
          <w:szCs w:val="20"/>
        </w:rPr>
        <w:t>Occasionally fever or flu-like symptoms</w:t>
      </w:r>
    </w:p>
    <w:p w14:paraId="31C8A278"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to watch for: worsening chest pain, fainting, rapid heartbeat, severe shortness of breath, or sudden fatigue. These require urgent evaluation.</w:t>
      </w:r>
    </w:p>
    <w:p w14:paraId="790DB546"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most people with mild chest discomfort after a cold do not have myocarditis-many have benign post-viral chest irritation or musculoskeletal pain. The only way to confirm myocarditis is through medical evaluation, which may include ECG, blood tests for cardiac enzymes, echocardiography, or MRI.</w:t>
      </w:r>
    </w:p>
    <w:p w14:paraId="1DF03CE9"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chest pain is persistent, severe, or accompanied by palpitations or difficulty breathing, seek medical attention promptly.</w:t>
      </w:r>
    </w:p>
    <w:p w14:paraId="245D8180" w14:textId="77777777" w:rsidR="004B2954" w:rsidRPr="00BB79B8" w:rsidRDefault="004B2954" w:rsidP="004B2954">
      <w:pPr>
        <w:spacing w:after="0"/>
        <w:rPr>
          <w:rFonts w:cs="Times New Roman"/>
          <w:sz w:val="20"/>
          <w:szCs w:val="20"/>
        </w:rPr>
      </w:pPr>
    </w:p>
    <w:p w14:paraId="323DD096"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0877D01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7774577"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Following a viral infection like a cold or the flu, new or worsening chest pain is a symptom that should be taken seriously. While many post-viral symptoms are mild, chest pain can indeed be an indicator of myocarditis (inflammation of the heart muscle) or pericarditis (inflammation of the lining around the heart).</w:t>
      </w:r>
    </w:p>
    <w:p w14:paraId="35B0E622"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Medical Attention</w:t>
      </w:r>
    </w:p>
    <w:p w14:paraId="5E798296"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important to consult a healthcare professional if chest pain is accompanied by any of the following:</w:t>
      </w:r>
    </w:p>
    <w:p w14:paraId="7693A555"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Difficulty breathing during rest or light activity.</w:t>
      </w:r>
    </w:p>
    <w:p w14:paraId="193A9CDA"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 sensation that the heart is racing, fluttering, or skipping beats.</w:t>
      </w:r>
    </w:p>
    <w:p w14:paraId="78A00B1E"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Unusual exhaustion that is disproportionate to your recovery from the cold.</w:t>
      </w:r>
    </w:p>
    <w:p w14:paraId="2ED77962"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Feeling lightheaded, dizzy, or fainting.</w:t>
      </w:r>
    </w:p>
    <w:p w14:paraId="1B586544" w14:textId="77777777" w:rsidR="004B2954" w:rsidRPr="00BB79B8" w:rsidRDefault="004B2954" w:rsidP="004B2954">
      <w:pPr>
        <w:spacing w:after="20"/>
        <w:ind w:left="216"/>
        <w:rPr>
          <w:rFonts w:cs="Times New Roman"/>
          <w:sz w:val="20"/>
          <w:szCs w:val="20"/>
        </w:rPr>
      </w:pPr>
      <w:r w:rsidRPr="00BB79B8">
        <w:rPr>
          <w:rFonts w:cs="Times New Roman"/>
          <w:sz w:val="20"/>
          <w:szCs w:val="20"/>
        </w:rPr>
        <w:t>Edema: Swelling in the legs, ankles, or feet.</w:t>
      </w:r>
    </w:p>
    <w:p w14:paraId="2931B22E" w14:textId="77777777" w:rsidR="004B2954" w:rsidRPr="00BB79B8" w:rsidRDefault="004B2954" w:rsidP="004B2954">
      <w:pPr>
        <w:spacing w:after="20"/>
        <w:ind w:left="216"/>
        <w:rPr>
          <w:rFonts w:cs="Times New Roman"/>
          <w:sz w:val="20"/>
          <w:szCs w:val="20"/>
        </w:rPr>
      </w:pPr>
      <w:r w:rsidRPr="00BB79B8">
        <w:rPr>
          <w:rFonts w:cs="Times New Roman"/>
          <w:sz w:val="20"/>
          <w:szCs w:val="20"/>
        </w:rPr>
        <w:t>Key Considerations for Evaluation</w:t>
      </w:r>
    </w:p>
    <w:p w14:paraId="728D4555"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Clinicians typically look at several factors to differentiate between standard post-viral recovery and myocarditis:</w:t>
      </w:r>
    </w:p>
    <w:p w14:paraId="30A9B7AE" w14:textId="77777777" w:rsidR="004B2954" w:rsidRPr="00BB79B8" w:rsidRDefault="004B2954" w:rsidP="004B2954">
      <w:pPr>
        <w:spacing w:after="20"/>
        <w:ind w:left="216"/>
        <w:rPr>
          <w:rFonts w:cs="Times New Roman"/>
          <w:sz w:val="20"/>
          <w:szCs w:val="20"/>
        </w:rPr>
      </w:pPr>
      <w:r w:rsidRPr="00BB79B8">
        <w:rPr>
          <w:rFonts w:cs="Times New Roman"/>
          <w:sz w:val="20"/>
          <w:szCs w:val="20"/>
        </w:rPr>
        <w:t>Nature of the Pain: Myocarditis pain can be sharp, stabbing, or feel like pressure. It may worsen when lying flat and improve when leaning forward (often seen in pericarditis).</w:t>
      </w:r>
    </w:p>
    <w:p w14:paraId="79F853F7"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Symptoms often appear within 1 to 4 weeks after the initial viral symptoms have subsided.</w:t>
      </w:r>
    </w:p>
    <w:p w14:paraId="46BA2F0E"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Diagnostic Tools: If myocarditis is suspected, medical teams often utilize:</w:t>
      </w:r>
    </w:p>
    <w:p w14:paraId="6FABFD88"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To check for abnormal heart rhythms or ST-segment changes.</w:t>
      </w:r>
    </w:p>
    <w:p w14:paraId="342A3541"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Testing for elevated Troponin levels in the blood, which indicates heart muscle injury.</w:t>
      </w:r>
    </w:p>
    <w:p w14:paraId="5249D95A"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Echocardiograms or Cardiac MRI to visualize inflammation and heart function.</w:t>
      </w:r>
    </w:p>
    <w:p w14:paraId="76242A42" w14:textId="77777777" w:rsidR="004B2954" w:rsidRPr="00BB79B8" w:rsidRDefault="004B2954" w:rsidP="004B2954">
      <w:pPr>
        <w:spacing w:after="20"/>
        <w:ind w:left="216"/>
        <w:rPr>
          <w:rFonts w:cs="Times New Roman"/>
          <w:sz w:val="20"/>
          <w:szCs w:val="20"/>
        </w:rPr>
      </w:pPr>
      <w:r w:rsidRPr="00BB79B8">
        <w:rPr>
          <w:rFonts w:cs="Times New Roman"/>
          <w:sz w:val="20"/>
          <w:szCs w:val="20"/>
        </w:rPr>
        <w:t>Recommendation</w:t>
      </w:r>
    </w:p>
    <w:p w14:paraId="64761AA3"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are experiencing persistent chest discomfort after a respiratory illness, rest is critical. Engaging in strenuous physical activity while the heart muscle is potentially inflamed can increase the risk of complications. A formal evaluation by a doctor is the safest way to rule out cardiac involvement and ensure a proper recovery plan.</w:t>
      </w:r>
    </w:p>
    <w:p w14:paraId="21E8D860" w14:textId="77777777" w:rsidR="004B2954" w:rsidRPr="00BB79B8" w:rsidRDefault="004B2954" w:rsidP="004B2954">
      <w:pPr>
        <w:spacing w:after="0"/>
        <w:rPr>
          <w:rFonts w:cs="Times New Roman"/>
          <w:sz w:val="20"/>
          <w:szCs w:val="20"/>
        </w:rPr>
      </w:pPr>
    </w:p>
    <w:p w14:paraId="7CC1A9B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2C98152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170BDB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a recent cold can raise concern for myocarditis, but it depends on the type of pain, timing, and associated symptoms. Viral infections-including those that cause the common cold-are among the most common triggers of myocarditis, and symptoms often begin up to two weeks after the infection.</w:t>
      </w:r>
    </w:p>
    <w:p w14:paraId="3D2A8D3D"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chest pain is concerning for myocarditis</w:t>
      </w:r>
    </w:p>
    <w:p w14:paraId="247937C0"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following a cold deserves attention when it appears with any of the following:</w:t>
      </w:r>
    </w:p>
    <w:p w14:paraId="595C8B61"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 at rest or with activity</w:t>
      </w:r>
    </w:p>
    <w:p w14:paraId="4E5BDEC8"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irregular heartbeat</w:t>
      </w:r>
    </w:p>
    <w:p w14:paraId="357E70A1" w14:textId="77777777" w:rsidR="004B2954" w:rsidRPr="00BB79B8" w:rsidRDefault="004B2954" w:rsidP="004B2954">
      <w:pPr>
        <w:spacing w:after="20"/>
        <w:ind w:left="216"/>
        <w:rPr>
          <w:rFonts w:cs="Times New Roman"/>
          <w:sz w:val="20"/>
          <w:szCs w:val="20"/>
        </w:rPr>
      </w:pPr>
      <w:r w:rsidRPr="00BB79B8">
        <w:rPr>
          <w:rFonts w:cs="Times New Roman"/>
          <w:sz w:val="20"/>
          <w:szCs w:val="20"/>
        </w:rPr>
        <w:t>Unusual fatigue or exercise intolerance</w:t>
      </w:r>
    </w:p>
    <w:p w14:paraId="4EB39F63" w14:textId="77777777" w:rsidR="004B2954" w:rsidRPr="00BB79B8" w:rsidRDefault="004B2954" w:rsidP="004B2954">
      <w:pPr>
        <w:spacing w:after="20"/>
        <w:ind w:left="216"/>
        <w:rPr>
          <w:rFonts w:cs="Times New Roman"/>
          <w:sz w:val="20"/>
          <w:szCs w:val="20"/>
        </w:rPr>
      </w:pPr>
      <w:r w:rsidRPr="00BB79B8">
        <w:rPr>
          <w:rFonts w:cs="Times New Roman"/>
          <w:sz w:val="20"/>
          <w:szCs w:val="20"/>
        </w:rPr>
        <w:t>Lightheadedness or fainting</w:t>
      </w:r>
    </w:p>
    <w:p w14:paraId="5BF67D11"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that feels tight, pressure-like, or worsens when lying down</w:t>
      </w:r>
    </w:p>
    <w:p w14:paraId="1A28E8CB"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starting 1-2 weeks after the viral illness, which is typical for myocarditis onset</w:t>
      </w:r>
    </w:p>
    <w:p w14:paraId="2E7771A3" w14:textId="77777777" w:rsidR="004B2954" w:rsidRPr="00BB79B8" w:rsidRDefault="004B2954" w:rsidP="004B2954">
      <w:pPr>
        <w:spacing w:after="20"/>
        <w:ind w:left="216"/>
        <w:rPr>
          <w:rFonts w:cs="Times New Roman"/>
          <w:sz w:val="20"/>
          <w:szCs w:val="20"/>
        </w:rPr>
      </w:pPr>
      <w:r w:rsidRPr="00BB79B8">
        <w:rPr>
          <w:rFonts w:cs="Times New Roman"/>
          <w:sz w:val="20"/>
          <w:szCs w:val="20"/>
        </w:rPr>
        <w:t>Even mild or nonspecific symptoms can be significant-myocarditis often presents subtly, and normal ECG or echocardiogram results do not fully rule it out when suspicion is high.</w:t>
      </w:r>
    </w:p>
    <w:p w14:paraId="374F556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chest pain is less likely to be myocarditis</w:t>
      </w:r>
    </w:p>
    <w:p w14:paraId="798C2C6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a cold is more often caused by:</w:t>
      </w:r>
    </w:p>
    <w:p w14:paraId="119153E7" w14:textId="77777777" w:rsidR="004B2954" w:rsidRPr="00BB79B8" w:rsidRDefault="004B2954" w:rsidP="004B2954">
      <w:pPr>
        <w:spacing w:after="20"/>
        <w:ind w:left="216"/>
        <w:rPr>
          <w:rFonts w:cs="Times New Roman"/>
          <w:sz w:val="20"/>
          <w:szCs w:val="20"/>
        </w:rPr>
      </w:pPr>
      <w:r w:rsidRPr="00BB79B8">
        <w:rPr>
          <w:rFonts w:cs="Times New Roman"/>
          <w:sz w:val="20"/>
          <w:szCs w:val="20"/>
        </w:rPr>
        <w:t>Costochondritis - inflammation of the chest wall, often sharp and tender to touch</w:t>
      </w:r>
    </w:p>
    <w:p w14:paraId="0F4C739A" w14:textId="77777777" w:rsidR="004B2954" w:rsidRPr="00BB79B8" w:rsidRDefault="004B2954" w:rsidP="004B2954">
      <w:pPr>
        <w:spacing w:after="20"/>
        <w:ind w:left="216"/>
        <w:rPr>
          <w:rFonts w:cs="Times New Roman"/>
          <w:sz w:val="20"/>
          <w:szCs w:val="20"/>
        </w:rPr>
      </w:pPr>
      <w:r w:rsidRPr="00BB79B8">
        <w:rPr>
          <w:rFonts w:cs="Times New Roman"/>
          <w:sz w:val="20"/>
          <w:szCs w:val="20"/>
        </w:rPr>
        <w:t>Muscle strain from coughing</w:t>
      </w:r>
    </w:p>
    <w:p w14:paraId="02FB94A5" w14:textId="77777777" w:rsidR="004B2954" w:rsidRPr="00BB79B8" w:rsidRDefault="004B2954" w:rsidP="004B2954">
      <w:pPr>
        <w:spacing w:after="20"/>
        <w:ind w:left="216"/>
        <w:rPr>
          <w:rFonts w:cs="Times New Roman"/>
          <w:sz w:val="20"/>
          <w:szCs w:val="20"/>
        </w:rPr>
      </w:pPr>
      <w:r w:rsidRPr="00BB79B8">
        <w:rPr>
          <w:rFonts w:cs="Times New Roman"/>
          <w:sz w:val="20"/>
          <w:szCs w:val="20"/>
        </w:rPr>
        <w:t>Residual airway inflammation</w:t>
      </w:r>
    </w:p>
    <w:p w14:paraId="08822C2D"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causes usually produce localized, reproducible pain and lack the systemic or cardiac symptoms listed above.</w:t>
      </w:r>
    </w:p>
    <w:p w14:paraId="04E5709A" w14:textId="77777777" w:rsidR="004B2954" w:rsidRPr="00BB79B8" w:rsidRDefault="004B2954" w:rsidP="004B2954">
      <w:pPr>
        <w:spacing w:after="20"/>
        <w:ind w:left="216"/>
        <w:rPr>
          <w:rFonts w:cs="Times New Roman"/>
          <w:sz w:val="20"/>
          <w:szCs w:val="20"/>
        </w:rPr>
      </w:pPr>
      <w:r w:rsidRPr="00BB79B8">
        <w:rPr>
          <w:rFonts w:cs="Times New Roman"/>
          <w:sz w:val="20"/>
          <w:szCs w:val="20"/>
        </w:rPr>
        <w:t>Why myocarditis is taken seriously</w:t>
      </w:r>
    </w:p>
    <w:p w14:paraId="711D7B8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range from mild to severe. While many cases resolve on their own, complications can include:</w:t>
      </w:r>
    </w:p>
    <w:p w14:paraId="1318F8D0"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w:t>
      </w:r>
    </w:p>
    <w:p w14:paraId="400DFF6E"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w:t>
      </w:r>
    </w:p>
    <w:p w14:paraId="740CFDD1"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cardiac dysfunction</w:t>
      </w:r>
    </w:p>
    <w:p w14:paraId="3172397B" w14:textId="77777777" w:rsidR="004B2954" w:rsidRPr="00BB79B8" w:rsidRDefault="004B2954" w:rsidP="004B2954">
      <w:pPr>
        <w:spacing w:after="20"/>
        <w:ind w:left="216"/>
        <w:rPr>
          <w:rFonts w:cs="Times New Roman"/>
          <w:sz w:val="20"/>
          <w:szCs w:val="20"/>
        </w:rPr>
      </w:pPr>
      <w:r w:rsidRPr="00BB79B8">
        <w:rPr>
          <w:rFonts w:cs="Times New Roman"/>
          <w:sz w:val="20"/>
          <w:szCs w:val="20"/>
        </w:rPr>
        <w:t>Rarely, sudden cardiac events</w:t>
      </w:r>
    </w:p>
    <w:p w14:paraId="0613F596"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evaluation improves outcomes.</w:t>
      </w:r>
    </w:p>
    <w:p w14:paraId="46C11D0F"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When to seek medical care</w:t>
      </w:r>
    </w:p>
    <w:p w14:paraId="7984B0AC" w14:textId="77777777" w:rsidR="004B2954" w:rsidRPr="00BB79B8" w:rsidRDefault="004B2954" w:rsidP="004B2954">
      <w:pPr>
        <w:spacing w:after="20"/>
        <w:ind w:left="216"/>
        <w:rPr>
          <w:rFonts w:cs="Times New Roman"/>
          <w:sz w:val="20"/>
          <w:szCs w:val="20"/>
        </w:rPr>
      </w:pPr>
      <w:r w:rsidRPr="00BB79B8">
        <w:rPr>
          <w:rFonts w:cs="Times New Roman"/>
          <w:sz w:val="20"/>
          <w:szCs w:val="20"/>
        </w:rPr>
        <w:t>You should seek prompt medical evaluation if you have:</w:t>
      </w:r>
    </w:p>
    <w:p w14:paraId="727AA9B9"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or worsening chest pain</w:t>
      </w:r>
    </w:p>
    <w:p w14:paraId="66CE0621"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plus shortness of breath or palpitations</w:t>
      </w:r>
    </w:p>
    <w:p w14:paraId="08CE1DCC"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w:t>
      </w:r>
    </w:p>
    <w:p w14:paraId="6659CD9C"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that feels like pressure or heaviness</w:t>
      </w:r>
    </w:p>
    <w:p w14:paraId="1E31C3D9" w14:textId="77777777" w:rsidR="004B2954" w:rsidRPr="00BB79B8" w:rsidRDefault="004B2954" w:rsidP="004B2954">
      <w:pPr>
        <w:spacing w:after="20"/>
        <w:ind w:left="216"/>
        <w:rPr>
          <w:rFonts w:cs="Times New Roman"/>
          <w:sz w:val="20"/>
          <w:szCs w:val="20"/>
        </w:rPr>
      </w:pPr>
      <w:r w:rsidRPr="00BB79B8">
        <w:rPr>
          <w:rFonts w:cs="Times New Roman"/>
          <w:sz w:val="20"/>
          <w:szCs w:val="20"/>
        </w:rPr>
        <w:t>Emergency care is warranted for severe chest pain, difficulty breathing, or rapid/irregular heartbeat.</w:t>
      </w:r>
    </w:p>
    <w:p w14:paraId="76331E1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221561E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a cold can be a sign of myocarditis, especially if accompanied by shortness of breath, palpitations, fatigue, or symptoms that begin days to weeks after the infection. It's not always myocarditis-but it's important not to ignore the possibility.</w:t>
      </w:r>
    </w:p>
    <w:p w14:paraId="29596170" w14:textId="77777777" w:rsidR="004B2954" w:rsidRPr="00BB79B8" w:rsidRDefault="004B2954" w:rsidP="004B2954">
      <w:pPr>
        <w:spacing w:after="0"/>
        <w:rPr>
          <w:rFonts w:cs="Times New Roman"/>
          <w:sz w:val="20"/>
          <w:szCs w:val="20"/>
        </w:rPr>
      </w:pPr>
    </w:p>
    <w:p w14:paraId="64FBD7F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2C98BCC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A8EF1E9"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pain after a cold should raise a concern for myocarditis, though it is not the most common cause.</w:t>
      </w:r>
    </w:p>
    <w:p w14:paraId="58E36CC2"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clinical breakdown of why this symptom warrants attention, specifically regarding viral myocarditis (inflammation of the heart muscle).</w:t>
      </w:r>
    </w:p>
    <w:p w14:paraId="27D024B9"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 concern is valid</w:t>
      </w:r>
    </w:p>
    <w:p w14:paraId="771D834D"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is critical: Myocarditis often presents 1-2 weeks after a viral infection (like a cold, flu, or COVID-19), not during the peak of the cold. The chest pain appearing after the fever and runny nose have resolved is a classic pattern.</w:t>
      </w:r>
    </w:p>
    <w:p w14:paraId="424326B8"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 The immune response to the virus can mistakenly attack the heart muscle, causing inflammation.</w:t>
      </w:r>
    </w:p>
    <w:p w14:paraId="25314387" w14:textId="77777777" w:rsidR="004B2954" w:rsidRPr="00BB79B8" w:rsidRDefault="004B2954" w:rsidP="004B2954">
      <w:pPr>
        <w:spacing w:after="20"/>
        <w:ind w:left="216"/>
        <w:rPr>
          <w:rFonts w:cs="Times New Roman"/>
          <w:sz w:val="20"/>
          <w:szCs w:val="20"/>
        </w:rPr>
      </w:pPr>
      <w:r w:rsidRPr="00BB79B8">
        <w:rPr>
          <w:rFonts w:cs="Times New Roman"/>
          <w:sz w:val="20"/>
          <w:szCs w:val="20"/>
        </w:rPr>
        <w:t>Prevalence: While rare overall, viruses (especially Coxsackie B, influenza, and SARS-CoV-2) are the leading cause of myocarditis.</w:t>
      </w:r>
    </w:p>
    <w:p w14:paraId="6DF84DFC"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That Make Myocarditis More Likely</w:t>
      </w:r>
    </w:p>
    <w:p w14:paraId="69D4A25F"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chest pain is accompanied by any of these, seek immediate medical evaluation (Emergency Department):</w:t>
      </w:r>
    </w:p>
    <w:p w14:paraId="1D661106" w14:textId="77777777" w:rsidR="004B2954" w:rsidRPr="00BB79B8" w:rsidRDefault="004B2954" w:rsidP="004B2954">
      <w:pPr>
        <w:spacing w:after="20"/>
        <w:ind w:left="216"/>
        <w:rPr>
          <w:rFonts w:cs="Times New Roman"/>
          <w:sz w:val="20"/>
          <w:szCs w:val="20"/>
        </w:rPr>
      </w:pPr>
      <w:r w:rsidRPr="00BB79B8">
        <w:rPr>
          <w:rFonts w:cs="Times New Roman"/>
          <w:sz w:val="20"/>
          <w:szCs w:val="20"/>
        </w:rPr>
        <w:t>Pain characteristics: Sharp, positional chest pain that worsens when lying down flat and improves when leaning forward.</w:t>
      </w:r>
    </w:p>
    <w:p w14:paraId="6FA7C5FA" w14:textId="77777777" w:rsidR="004B2954" w:rsidRPr="00BB79B8" w:rsidRDefault="004B2954" w:rsidP="004B2954">
      <w:pPr>
        <w:spacing w:after="20"/>
        <w:ind w:left="216"/>
        <w:rPr>
          <w:rFonts w:cs="Times New Roman"/>
          <w:sz w:val="20"/>
          <w:szCs w:val="20"/>
        </w:rPr>
      </w:pPr>
      <w:r w:rsidRPr="00BB79B8">
        <w:rPr>
          <w:rFonts w:cs="Times New Roman"/>
          <w:sz w:val="20"/>
          <w:szCs w:val="20"/>
        </w:rPr>
        <w:t>Breathing difficulty: Shortness of breath with minimal exertion or while resting.</w:t>
      </w:r>
    </w:p>
    <w:p w14:paraId="12630DDF"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rhythm: Palpitations (skipping, fluttering, or racing heartbeat).</w:t>
      </w:r>
    </w:p>
    <w:p w14:paraId="7D17D5D6"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symptoms: New fatigue, swelling in legs/ankles, or fainting.</w:t>
      </w:r>
    </w:p>
    <w:p w14:paraId="16736AEE" w14:textId="77777777" w:rsidR="004B2954" w:rsidRPr="00BB79B8" w:rsidRDefault="004B2954" w:rsidP="004B2954">
      <w:pPr>
        <w:spacing w:after="20"/>
        <w:ind w:left="216"/>
        <w:rPr>
          <w:rFonts w:cs="Times New Roman"/>
          <w:sz w:val="20"/>
          <w:szCs w:val="20"/>
        </w:rPr>
      </w:pPr>
      <w:r w:rsidRPr="00BB79B8">
        <w:rPr>
          <w:rFonts w:cs="Times New Roman"/>
          <w:sz w:val="20"/>
          <w:szCs w:val="20"/>
        </w:rPr>
        <w:t>Alternative (and more common) explanations</w:t>
      </w:r>
    </w:p>
    <w:p w14:paraId="64D9ED6C" w14:textId="77777777" w:rsidR="004B2954" w:rsidRPr="00BB79B8" w:rsidRDefault="004B2954" w:rsidP="004B2954">
      <w:pPr>
        <w:spacing w:after="20"/>
        <w:ind w:left="216"/>
        <w:rPr>
          <w:rFonts w:cs="Times New Roman"/>
          <w:sz w:val="20"/>
          <w:szCs w:val="20"/>
        </w:rPr>
      </w:pPr>
      <w:r w:rsidRPr="00BB79B8">
        <w:rPr>
          <w:rFonts w:cs="Times New Roman"/>
          <w:sz w:val="20"/>
          <w:szCs w:val="20"/>
        </w:rPr>
        <w:t>Before assuming myocarditis, consider these benign causes of chest pain after a cold:</w:t>
      </w:r>
    </w:p>
    <w:p w14:paraId="17763495" w14:textId="77777777" w:rsidR="004B2954" w:rsidRPr="00BB79B8" w:rsidRDefault="004B2954" w:rsidP="004B2954">
      <w:pPr>
        <w:spacing w:after="20"/>
        <w:ind w:left="216"/>
        <w:rPr>
          <w:rFonts w:cs="Times New Roman"/>
          <w:sz w:val="20"/>
          <w:szCs w:val="20"/>
        </w:rPr>
      </w:pPr>
      <w:r w:rsidRPr="00BB79B8">
        <w:rPr>
          <w:rFonts w:cs="Times New Roman"/>
          <w:sz w:val="20"/>
          <w:szCs w:val="20"/>
        </w:rPr>
        <w:t>Cause; Key Features</w:t>
      </w:r>
    </w:p>
    <w:p w14:paraId="2CCC04A2" w14:textId="77777777" w:rsidR="004B2954" w:rsidRPr="00BB79B8" w:rsidRDefault="004B2954" w:rsidP="004B2954">
      <w:pPr>
        <w:spacing w:after="20"/>
        <w:ind w:left="216"/>
        <w:rPr>
          <w:rFonts w:cs="Times New Roman"/>
          <w:sz w:val="20"/>
          <w:szCs w:val="20"/>
        </w:rPr>
      </w:pPr>
      <w:r w:rsidRPr="00BB79B8">
        <w:rPr>
          <w:rFonts w:cs="Times New Roman"/>
          <w:sz w:val="20"/>
          <w:szCs w:val="20"/>
        </w:rPr>
        <w:t>Costochondritis; Sharp pain reproducible by pressing on the breastbone; no shortness of breath.</w:t>
      </w:r>
    </w:p>
    <w:p w14:paraId="29DA7FCA" w14:textId="77777777" w:rsidR="004B2954" w:rsidRPr="00BB79B8" w:rsidRDefault="004B2954" w:rsidP="004B2954">
      <w:pPr>
        <w:spacing w:after="20"/>
        <w:ind w:left="216"/>
        <w:rPr>
          <w:rFonts w:cs="Times New Roman"/>
          <w:sz w:val="20"/>
          <w:szCs w:val="20"/>
        </w:rPr>
      </w:pPr>
      <w:r w:rsidRPr="00BB79B8">
        <w:rPr>
          <w:rFonts w:cs="Times New Roman"/>
          <w:sz w:val="20"/>
          <w:szCs w:val="20"/>
        </w:rPr>
        <w:t>Pleurisy; Pain worsens with deep breathing or coughing; often follows severe coughing fits.</w:t>
      </w:r>
    </w:p>
    <w:p w14:paraId="3E65200E" w14:textId="77777777" w:rsidR="004B2954" w:rsidRPr="00BB79B8" w:rsidRDefault="004B2954" w:rsidP="004B2954">
      <w:pPr>
        <w:spacing w:after="20"/>
        <w:ind w:left="216"/>
        <w:rPr>
          <w:rFonts w:cs="Times New Roman"/>
          <w:sz w:val="20"/>
          <w:szCs w:val="20"/>
        </w:rPr>
      </w:pPr>
      <w:r w:rsidRPr="00BB79B8">
        <w:rPr>
          <w:rFonts w:cs="Times New Roman"/>
          <w:sz w:val="20"/>
          <w:szCs w:val="20"/>
        </w:rPr>
        <w:t>Muscle strain; Pain from persistent coughing; tender to touch over rib muscles.</w:t>
      </w:r>
    </w:p>
    <w:p w14:paraId="488B915A"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guidance: What you should do</w:t>
      </w:r>
    </w:p>
    <w:p w14:paraId="2D54027D"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ignore it. Even if you suspect costochondritis, see a doctor to rule out heart involvement.</w:t>
      </w:r>
    </w:p>
    <w:p w14:paraId="0AF03241" w14:textId="77777777" w:rsidR="004B2954" w:rsidRPr="00BB79B8" w:rsidRDefault="004B2954" w:rsidP="004B2954">
      <w:pPr>
        <w:spacing w:after="20"/>
        <w:ind w:left="216"/>
        <w:rPr>
          <w:rFonts w:cs="Times New Roman"/>
          <w:sz w:val="20"/>
          <w:szCs w:val="20"/>
        </w:rPr>
      </w:pPr>
      <w:r w:rsidRPr="00BB79B8">
        <w:rPr>
          <w:rFonts w:cs="Times New Roman"/>
          <w:sz w:val="20"/>
          <w:szCs w:val="20"/>
        </w:rPr>
        <w:t>Seek immediate care if: The pain is persistent, associated with shortness of breath, palpitations, or syncope (fainting).</w:t>
      </w:r>
    </w:p>
    <w:p w14:paraId="3BC4ADF9"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Diagnostic tests: A doctor will likely order an ECG (to look for ST-segment changes), troponin (blood test for heart muscle damage), and possibly an echocardiogram.</w:t>
      </w:r>
    </w:p>
    <w:p w14:paraId="0352F27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While most post-cold chest pain is musculoskeletal or related to lung irritation, myocarditis is a potentially life-threatening condition that requires exclusion. Do not attempt to self-diagnose or wait to see if it "goes away" if the pain is persistent or accompanied by cardiac symptoms.</w:t>
      </w:r>
    </w:p>
    <w:p w14:paraId="202B8962" w14:textId="77777777" w:rsidR="004B2954" w:rsidRPr="00BB79B8" w:rsidRDefault="004B2954" w:rsidP="004B2954">
      <w:pPr>
        <w:spacing w:after="0"/>
        <w:rPr>
          <w:rFonts w:cs="Times New Roman"/>
          <w:sz w:val="20"/>
          <w:szCs w:val="20"/>
        </w:rPr>
      </w:pPr>
    </w:p>
    <w:p w14:paraId="41422E2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2F1457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D02C205" w14:textId="77777777" w:rsidR="004B2954" w:rsidRPr="00BB79B8" w:rsidRDefault="004B2954" w:rsidP="004B2954">
      <w:pPr>
        <w:spacing w:after="20"/>
        <w:ind w:left="216"/>
        <w:rPr>
          <w:rFonts w:cs="Times New Roman"/>
          <w:sz w:val="20"/>
          <w:szCs w:val="20"/>
        </w:rPr>
      </w:pPr>
      <w:r w:rsidRPr="00BB79B8">
        <w:rPr>
          <w:rFonts w:cs="Times New Roman"/>
          <w:sz w:val="20"/>
          <w:szCs w:val="20"/>
        </w:rPr>
        <w:t>Answer: Yes, unexplained chest pain after a cold or viral infection should raise concern about myocarditis and needs medical evaluation.</w:t>
      </w:r>
    </w:p>
    <w:p w14:paraId="0DDA00DA"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reasons</w:t>
      </w:r>
    </w:p>
    <w:p w14:paraId="7F5F6629" w14:textId="77777777" w:rsidR="004B2954" w:rsidRPr="00BB79B8" w:rsidRDefault="004B2954" w:rsidP="004B2954">
      <w:pPr>
        <w:spacing w:after="20"/>
        <w:ind w:left="216"/>
        <w:rPr>
          <w:rFonts w:cs="Times New Roman"/>
          <w:sz w:val="20"/>
          <w:szCs w:val="20"/>
        </w:rPr>
      </w:pPr>
      <w:r w:rsidRPr="00BB79B8">
        <w:rPr>
          <w:rFonts w:cs="Times New Roman"/>
          <w:sz w:val="20"/>
          <w:szCs w:val="20"/>
        </w:rPr>
        <w:t>Many colds are caused by viruses that can invade the heart muscle and trigger viral myocarditis.</w:t>
      </w:r>
    </w:p>
    <w:p w14:paraId="09DF313A" w14:textId="77777777" w:rsidR="004B2954" w:rsidRPr="00BB79B8" w:rsidRDefault="004B2954" w:rsidP="004B2954">
      <w:pPr>
        <w:spacing w:after="20"/>
        <w:ind w:left="216"/>
        <w:rPr>
          <w:rFonts w:cs="Times New Roman"/>
          <w:sz w:val="20"/>
          <w:szCs w:val="20"/>
        </w:rPr>
      </w:pPr>
      <w:r w:rsidRPr="00BB79B8">
        <w:rPr>
          <w:rFonts w:cs="Times New Roman"/>
          <w:sz w:val="20"/>
          <w:szCs w:val="20"/>
        </w:rPr>
        <w:t>Post-cold chest pain, especially accompanied by palpitations, shortness of breath, fatigue, dizziness, is a classic warning sign.</w:t>
      </w:r>
    </w:p>
    <w:p w14:paraId="52703B23"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cases may feel like just a lingering cold; severe cases can lead to arrhythmia, heart failure, or even life-threatening complications.</w:t>
      </w:r>
    </w:p>
    <w:p w14:paraId="369988FA"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prompt medical care</w:t>
      </w:r>
    </w:p>
    <w:p w14:paraId="3B28C1C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a cold plus any of these:</w:t>
      </w:r>
    </w:p>
    <w:p w14:paraId="259FAD4A"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Rapid or irregular heartbeat</w:t>
      </w:r>
    </w:p>
    <w:p w14:paraId="79C7C539"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at rest or with mild activity</w:t>
      </w:r>
    </w:p>
    <w:p w14:paraId="7FE617A3"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fatigue, lightheadedness or fainting</w:t>
      </w:r>
    </w:p>
    <w:p w14:paraId="3925B2D7"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chest tightness/pressure</w:t>
      </w:r>
    </w:p>
    <w:p w14:paraId="764AA7DC" w14:textId="77777777" w:rsidR="004B2954" w:rsidRPr="00BB79B8" w:rsidRDefault="004B2954" w:rsidP="004B2954">
      <w:pPr>
        <w:rPr>
          <w:rFonts w:cs="Times New Roman"/>
          <w:sz w:val="20"/>
          <w:szCs w:val="20"/>
        </w:rPr>
      </w:pPr>
    </w:p>
    <w:p w14:paraId="2916A73F" w14:textId="77777777" w:rsidR="004B2954" w:rsidRPr="00BB79B8" w:rsidRDefault="004B2954" w:rsidP="004B2954">
      <w:pPr>
        <w:keepNext/>
        <w:rPr>
          <w:rFonts w:cs="Times New Roman"/>
          <w:sz w:val="20"/>
          <w:szCs w:val="20"/>
        </w:rPr>
      </w:pPr>
      <w:r w:rsidRPr="00BB79B8">
        <w:rPr>
          <w:rFonts w:cs="Times New Roman"/>
          <w:b/>
          <w:color w:val="1F4E79"/>
          <w:sz w:val="20"/>
          <w:szCs w:val="20"/>
        </w:rPr>
        <w:t>Q12. Should palpitations after fever raise concern about myocarditis?</w:t>
      </w:r>
    </w:p>
    <w:p w14:paraId="651AED5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50FC0B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8617A28" w14:textId="77777777" w:rsidR="004B2954" w:rsidRPr="00BB79B8" w:rsidRDefault="004B2954" w:rsidP="004B2954">
      <w:pPr>
        <w:spacing w:after="20"/>
        <w:ind w:left="216"/>
        <w:rPr>
          <w:rFonts w:cs="Times New Roman"/>
          <w:sz w:val="20"/>
          <w:szCs w:val="20"/>
        </w:rPr>
      </w:pPr>
      <w:r w:rsidRPr="00BB79B8">
        <w:rPr>
          <w:rFonts w:cs="Times New Roman"/>
          <w:sz w:val="20"/>
          <w:szCs w:val="20"/>
        </w:rPr>
        <w:t>Yes, palpitations after a fever can sometimes raise concern about myocarditis, but context is very important. Here's a detailed breakdown:</w:t>
      </w:r>
    </w:p>
    <w:p w14:paraId="2E984186" w14:textId="77777777" w:rsidR="004B2954" w:rsidRPr="00BB79B8" w:rsidRDefault="004B2954" w:rsidP="004B2954">
      <w:pPr>
        <w:spacing w:after="20"/>
        <w:ind w:left="216"/>
        <w:rPr>
          <w:rFonts w:cs="Times New Roman"/>
          <w:sz w:val="20"/>
          <w:szCs w:val="20"/>
        </w:rPr>
      </w:pPr>
      <w:r w:rsidRPr="00BB79B8">
        <w:rPr>
          <w:rFonts w:cs="Times New Roman"/>
          <w:sz w:val="20"/>
          <w:szCs w:val="20"/>
        </w:rPr>
        <w:t>1. Why palpitations may occur</w:t>
      </w:r>
    </w:p>
    <w:p w14:paraId="22168839" w14:textId="77777777" w:rsidR="004B2954" w:rsidRPr="00BB79B8" w:rsidRDefault="004B2954" w:rsidP="004B2954">
      <w:pPr>
        <w:spacing w:after="20"/>
        <w:ind w:left="216"/>
        <w:rPr>
          <w:rFonts w:cs="Times New Roman"/>
          <w:sz w:val="20"/>
          <w:szCs w:val="20"/>
        </w:rPr>
      </w:pPr>
      <w:r w:rsidRPr="00BB79B8">
        <w:rPr>
          <w:rFonts w:cs="Times New Roman"/>
          <w:sz w:val="20"/>
          <w:szCs w:val="20"/>
        </w:rPr>
        <w:t>Fever itself can temporarily increase heart rate, causing a sensation of palpitations.</w:t>
      </w:r>
    </w:p>
    <w:p w14:paraId="5574C4AD" w14:textId="77777777" w:rsidR="004B2954" w:rsidRPr="00BB79B8" w:rsidRDefault="004B2954" w:rsidP="004B2954">
      <w:pPr>
        <w:spacing w:after="20"/>
        <w:ind w:left="216"/>
        <w:rPr>
          <w:rFonts w:cs="Times New Roman"/>
          <w:sz w:val="20"/>
          <w:szCs w:val="20"/>
        </w:rPr>
      </w:pPr>
      <w:r w:rsidRPr="00BB79B8">
        <w:rPr>
          <w:rFonts w:cs="Times New Roman"/>
          <w:sz w:val="20"/>
          <w:szCs w:val="20"/>
        </w:rPr>
        <w:t>Dehydration, anemia, or electrolyte changes during or after an infection can also trigger palpitations.</w:t>
      </w:r>
    </w:p>
    <w:p w14:paraId="7BAA161B" w14:textId="77777777" w:rsidR="004B2954" w:rsidRPr="00BB79B8" w:rsidRDefault="004B2954" w:rsidP="004B2954">
      <w:pPr>
        <w:spacing w:after="20"/>
        <w:ind w:left="216"/>
        <w:rPr>
          <w:rFonts w:cs="Times New Roman"/>
          <w:sz w:val="20"/>
          <w:szCs w:val="20"/>
        </w:rPr>
      </w:pPr>
      <w:r w:rsidRPr="00BB79B8">
        <w:rPr>
          <w:rFonts w:cs="Times New Roman"/>
          <w:sz w:val="20"/>
          <w:szCs w:val="20"/>
        </w:rPr>
        <w:t>2. When myocarditis should be suspected</w:t>
      </w:r>
    </w:p>
    <w:p w14:paraId="471F1447"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may indicate myocarditis if they occur along with other warning signs, especially after a viral infection:</w:t>
      </w:r>
    </w:p>
    <w:p w14:paraId="0E59B50C"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w:t>
      </w:r>
    </w:p>
    <w:p w14:paraId="22834B41"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or exercise intolerance</w:t>
      </w:r>
    </w:p>
    <w:p w14:paraId="21EAB171"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out of proportion to the illness</w:t>
      </w:r>
    </w:p>
    <w:p w14:paraId="43A5F1B3"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 episodes</w:t>
      </w:r>
    </w:p>
    <w:p w14:paraId="50363BF7"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rapid or irregular heartbeat</w:t>
      </w:r>
    </w:p>
    <w:p w14:paraId="4BA747B3" w14:textId="77777777" w:rsidR="004B2954" w:rsidRPr="00BB79B8" w:rsidRDefault="004B2954" w:rsidP="004B2954">
      <w:pPr>
        <w:spacing w:after="20"/>
        <w:ind w:left="216"/>
        <w:rPr>
          <w:rFonts w:cs="Times New Roman"/>
          <w:sz w:val="20"/>
          <w:szCs w:val="20"/>
        </w:rPr>
      </w:pPr>
      <w:r w:rsidRPr="00BB79B8">
        <w:rPr>
          <w:rFonts w:cs="Times New Roman"/>
          <w:sz w:val="20"/>
          <w:szCs w:val="20"/>
        </w:rPr>
        <w:t>3. Risk factors and context</w:t>
      </w:r>
    </w:p>
    <w:p w14:paraId="6B76771D" w14:textId="77777777" w:rsidR="004B2954" w:rsidRPr="00BB79B8" w:rsidRDefault="004B2954" w:rsidP="004B2954">
      <w:pPr>
        <w:spacing w:after="20"/>
        <w:ind w:left="216"/>
        <w:rPr>
          <w:rFonts w:cs="Times New Roman"/>
          <w:sz w:val="20"/>
          <w:szCs w:val="20"/>
        </w:rPr>
      </w:pPr>
      <w:r w:rsidRPr="00BB79B8">
        <w:rPr>
          <w:rFonts w:cs="Times New Roman"/>
          <w:sz w:val="20"/>
          <w:szCs w:val="20"/>
        </w:rPr>
        <w:t>Young adults and children are more often affected by viral myocarditis.</w:t>
      </w:r>
    </w:p>
    <w:p w14:paraId="3AC4929D"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or prolonged viral infections increase the likelihood.</w:t>
      </w:r>
    </w:p>
    <w:p w14:paraId="22396D46" w14:textId="77777777" w:rsidR="004B2954" w:rsidRPr="00BB79B8" w:rsidRDefault="004B2954" w:rsidP="004B2954">
      <w:pPr>
        <w:spacing w:after="20"/>
        <w:ind w:left="216"/>
        <w:rPr>
          <w:rFonts w:cs="Times New Roman"/>
          <w:sz w:val="20"/>
          <w:szCs w:val="20"/>
        </w:rPr>
      </w:pPr>
      <w:r w:rsidRPr="00BB79B8">
        <w:rPr>
          <w:rFonts w:cs="Times New Roman"/>
          <w:sz w:val="20"/>
          <w:szCs w:val="20"/>
        </w:rPr>
        <w:t>4. What to do</w:t>
      </w:r>
    </w:p>
    <w:p w14:paraId="1021E0E9" w14:textId="77777777" w:rsidR="004B2954" w:rsidRPr="00BB79B8" w:rsidRDefault="004B2954" w:rsidP="004B2954">
      <w:pPr>
        <w:spacing w:after="20"/>
        <w:ind w:left="216"/>
        <w:rPr>
          <w:rFonts w:cs="Times New Roman"/>
          <w:sz w:val="20"/>
          <w:szCs w:val="20"/>
        </w:rPr>
      </w:pPr>
      <w:r w:rsidRPr="00BB79B8">
        <w:rPr>
          <w:rFonts w:cs="Times New Roman"/>
          <w:sz w:val="20"/>
          <w:szCs w:val="20"/>
        </w:rPr>
        <w:t>Mild palpitations without other symptoms are usually monitored and often benign.</w:t>
      </w:r>
    </w:p>
    <w:p w14:paraId="7EBE133F"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palpitations, chest discomfort, or syncope require urgent medical evaluation, including ECG, troponin, and possibly echocardiography.</w:t>
      </w:r>
    </w:p>
    <w:p w14:paraId="5CF55876"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Palpitations after a fever are not automatically a sign of myocarditis, but they warrant closer attention if accompanied by other cardiovascular symptoms.</w:t>
      </w:r>
    </w:p>
    <w:p w14:paraId="4B4F9B61" w14:textId="77777777" w:rsidR="004B2954" w:rsidRPr="00BB79B8" w:rsidRDefault="004B2954" w:rsidP="004B2954">
      <w:pPr>
        <w:spacing w:after="0"/>
        <w:rPr>
          <w:rFonts w:cs="Times New Roman"/>
          <w:sz w:val="20"/>
          <w:szCs w:val="20"/>
        </w:rPr>
      </w:pPr>
    </w:p>
    <w:p w14:paraId="4808C36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133C7D1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296AF53"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following a fever can be a normal physiological response, but they can also serve as a clinical indicator that requires closer observation.</w:t>
      </w:r>
    </w:p>
    <w:p w14:paraId="39D0B4D5" w14:textId="77777777" w:rsidR="004B2954" w:rsidRPr="00BB79B8" w:rsidRDefault="004B2954" w:rsidP="004B2954">
      <w:pPr>
        <w:spacing w:after="20"/>
        <w:ind w:left="216"/>
        <w:rPr>
          <w:rFonts w:cs="Times New Roman"/>
          <w:sz w:val="20"/>
          <w:szCs w:val="20"/>
        </w:rPr>
      </w:pPr>
      <w:r w:rsidRPr="00BB79B8">
        <w:rPr>
          <w:rFonts w:cs="Times New Roman"/>
          <w:sz w:val="20"/>
          <w:szCs w:val="20"/>
        </w:rPr>
        <w:t>Whether these symptoms should raise immediate concern depends on several factors, including the heart rate, the nature of the rhythm, and the presence of "red flag" symptoms.</w:t>
      </w:r>
    </w:p>
    <w:p w14:paraId="16B61344" w14:textId="77777777" w:rsidR="004B2954" w:rsidRPr="00BB79B8" w:rsidRDefault="004B2954" w:rsidP="004B2954">
      <w:pPr>
        <w:spacing w:after="20"/>
        <w:ind w:left="216"/>
        <w:rPr>
          <w:rFonts w:cs="Times New Roman"/>
          <w:sz w:val="20"/>
          <w:szCs w:val="20"/>
        </w:rPr>
      </w:pPr>
      <w:r w:rsidRPr="00BB79B8">
        <w:rPr>
          <w:rFonts w:cs="Times New Roman"/>
          <w:sz w:val="20"/>
          <w:szCs w:val="20"/>
        </w:rPr>
        <w:t>1. Normal Physiological Response</w:t>
      </w:r>
    </w:p>
    <w:p w14:paraId="620DE0E8"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common for the heart rate to remain slightly elevated for several days or even weeks following a viral infection. This is often due to:</w:t>
      </w:r>
    </w:p>
    <w:p w14:paraId="497A0FE1" w14:textId="77777777" w:rsidR="004B2954" w:rsidRPr="00BB79B8" w:rsidRDefault="004B2954" w:rsidP="004B2954">
      <w:pPr>
        <w:spacing w:after="20"/>
        <w:ind w:left="216"/>
        <w:rPr>
          <w:rFonts w:cs="Times New Roman"/>
          <w:sz w:val="20"/>
          <w:szCs w:val="20"/>
        </w:rPr>
      </w:pPr>
      <w:r w:rsidRPr="00BB79B8">
        <w:rPr>
          <w:rFonts w:cs="Times New Roman"/>
          <w:sz w:val="20"/>
          <w:szCs w:val="20"/>
        </w:rPr>
        <w:t>Dehydration: Fluid loss during a fever reduces blood volume, causing the heart to pump faster.</w:t>
      </w:r>
    </w:p>
    <w:p w14:paraId="6ABFFE48" w14:textId="77777777" w:rsidR="004B2954" w:rsidRPr="00BB79B8" w:rsidRDefault="004B2954" w:rsidP="004B2954">
      <w:pPr>
        <w:spacing w:after="20"/>
        <w:ind w:left="216"/>
        <w:rPr>
          <w:rFonts w:cs="Times New Roman"/>
          <w:sz w:val="20"/>
          <w:szCs w:val="20"/>
        </w:rPr>
      </w:pPr>
      <w:r w:rsidRPr="00BB79B8">
        <w:rPr>
          <w:rFonts w:cs="Times New Roman"/>
          <w:sz w:val="20"/>
          <w:szCs w:val="20"/>
        </w:rPr>
        <w:t>Post-Viral Fatigue: The autonomic nervous system can remain sensitive during recovery.</w:t>
      </w:r>
    </w:p>
    <w:p w14:paraId="628AFE4D" w14:textId="77777777" w:rsidR="004B2954" w:rsidRPr="00BB79B8" w:rsidRDefault="004B2954" w:rsidP="004B2954">
      <w:pPr>
        <w:spacing w:after="20"/>
        <w:ind w:left="216"/>
        <w:rPr>
          <w:rFonts w:cs="Times New Roman"/>
          <w:sz w:val="20"/>
          <w:szCs w:val="20"/>
        </w:rPr>
      </w:pPr>
      <w:r w:rsidRPr="00BB79B8">
        <w:rPr>
          <w:rFonts w:cs="Times New Roman"/>
          <w:sz w:val="20"/>
          <w:szCs w:val="20"/>
        </w:rPr>
        <w:t>Deconditioning: Even a short period of bed rest can lead to a temporary increase in heart rate during mild exertion.</w:t>
      </w:r>
    </w:p>
    <w:p w14:paraId="094AAA44" w14:textId="77777777" w:rsidR="004B2954" w:rsidRPr="00BB79B8" w:rsidRDefault="004B2954" w:rsidP="004B2954">
      <w:pPr>
        <w:spacing w:after="20"/>
        <w:ind w:left="216"/>
        <w:rPr>
          <w:rFonts w:cs="Times New Roman"/>
          <w:sz w:val="20"/>
          <w:szCs w:val="20"/>
        </w:rPr>
      </w:pPr>
      <w:r w:rsidRPr="00BB79B8">
        <w:rPr>
          <w:rFonts w:cs="Times New Roman"/>
          <w:sz w:val="20"/>
          <w:szCs w:val="20"/>
        </w:rPr>
        <w:t>2. When to Suspect Myocarditis</w:t>
      </w:r>
    </w:p>
    <w:p w14:paraId="1072A176"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palpitations alone do not confirm myocarditis, the concern increases if they are accompanied by specific clinical signs. Myocarditis involves inflammation of the heart muscle, which can irritate the heart's electrical system.</w:t>
      </w:r>
    </w:p>
    <w:p w14:paraId="18A8EC88" w14:textId="77777777" w:rsidR="004B2954" w:rsidRPr="00BB79B8" w:rsidRDefault="004B2954" w:rsidP="004B2954">
      <w:pPr>
        <w:spacing w:after="20"/>
        <w:ind w:left="216"/>
        <w:rPr>
          <w:rFonts w:cs="Times New Roman"/>
          <w:sz w:val="20"/>
          <w:szCs w:val="20"/>
        </w:rPr>
      </w:pPr>
      <w:r w:rsidRPr="00BB79B8">
        <w:rPr>
          <w:rFonts w:cs="Times New Roman"/>
          <w:sz w:val="20"/>
          <w:szCs w:val="20"/>
        </w:rPr>
        <w:t>Key Indicators for Further Evaluation:</w:t>
      </w:r>
    </w:p>
    <w:p w14:paraId="2386EDE2"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Any pressure, tightness, or sharp pain in the chest, especially if it worsens when lying flat.</w:t>
      </w:r>
    </w:p>
    <w:p w14:paraId="0A60ADBA"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Difficulty breathing while resting or during minimal activity that was previously easy.</w:t>
      </w:r>
    </w:p>
    <w:p w14:paraId="39F57C02"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(Fainting): Feeling lightheaded or actually losing consciousness.</w:t>
      </w:r>
    </w:p>
    <w:p w14:paraId="19A31E7D"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Tachycardia: A resting heart rate that remains consistently high (e.g., &gt;100 bpm) even after the fever has subsided and you are well-hydrated.</w:t>
      </w:r>
    </w:p>
    <w:p w14:paraId="21D55902" w14:textId="77777777" w:rsidR="004B2954" w:rsidRPr="00BB79B8" w:rsidRDefault="004B2954" w:rsidP="004B2954">
      <w:pPr>
        <w:spacing w:after="20"/>
        <w:ind w:left="216"/>
        <w:rPr>
          <w:rFonts w:cs="Times New Roman"/>
          <w:sz w:val="20"/>
          <w:szCs w:val="20"/>
        </w:rPr>
      </w:pPr>
      <w:r w:rsidRPr="00BB79B8">
        <w:rPr>
          <w:rFonts w:cs="Times New Roman"/>
          <w:sz w:val="20"/>
          <w:szCs w:val="20"/>
        </w:rPr>
        <w:t>Irregular Rhythm: Feeling "skipped beats" or a chaotic, fluttering sensation rather than just a fast, steady beat.</w:t>
      </w:r>
    </w:p>
    <w:p w14:paraId="10C47307" w14:textId="77777777" w:rsidR="004B2954" w:rsidRPr="00BB79B8" w:rsidRDefault="004B2954" w:rsidP="004B2954">
      <w:pPr>
        <w:spacing w:after="20"/>
        <w:ind w:left="216"/>
        <w:rPr>
          <w:rFonts w:cs="Times New Roman"/>
          <w:sz w:val="20"/>
          <w:szCs w:val="20"/>
        </w:rPr>
      </w:pPr>
      <w:r w:rsidRPr="00BB79B8">
        <w:rPr>
          <w:rFonts w:cs="Times New Roman"/>
          <w:sz w:val="20"/>
          <w:szCs w:val="20"/>
        </w:rPr>
        <w:t>3. Clinical Assessment Tools</w:t>
      </w:r>
    </w:p>
    <w:p w14:paraId="5B7D8A17"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If a patient presents with these concerns post-fever, healthcare providers typically utilize the following to rule out myocarditis:</w:t>
      </w:r>
    </w:p>
    <w:p w14:paraId="7A27772F"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To check for arrhythmias or ST-segment changes.</w:t>
      </w:r>
    </w:p>
    <w:p w14:paraId="57143651"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Specifically Troponin I or T, which are released when heart muscle cells are damaged.</w:t>
      </w:r>
    </w:p>
    <w:p w14:paraId="3D749F29"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To assess the pumping function (ejection fraction) and look for wall motion abnormalities.</w:t>
      </w:r>
    </w:p>
    <w:p w14:paraId="3E0ACAA7"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Often considered the gold standard for non-invasive diagnosis of myocardial inflammation.</w:t>
      </w:r>
    </w:p>
    <w:p w14:paraId="3F0D2B94"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774DAE78"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palpitations are mild, short-lived, and occur without other symptoms, they are likely part of the standard recovery process. However, if the palpitations are persistent or paired with chest pain or shortness of breath, a clinical consultation is necessary to rule out inflammatory complications like myocarditis or pericarditis.</w:t>
      </w:r>
    </w:p>
    <w:p w14:paraId="7A2B2C66" w14:textId="77777777" w:rsidR="004B2954" w:rsidRPr="00BB79B8" w:rsidRDefault="004B2954" w:rsidP="004B2954">
      <w:pPr>
        <w:spacing w:after="0"/>
        <w:rPr>
          <w:rFonts w:cs="Times New Roman"/>
          <w:sz w:val="20"/>
          <w:szCs w:val="20"/>
        </w:rPr>
      </w:pPr>
    </w:p>
    <w:p w14:paraId="65533A2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44EB59D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3E34FC0"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after a fever can be a warning sign of myocarditis, but they are not always caused by it. The key is whether the palpitations occur with other myocarditis-associated symptoms or appear out of proportion to what you'd expect from a typical post-viral recovery.</w:t>
      </w:r>
    </w:p>
    <w:p w14:paraId="127731C6" w14:textId="77777777" w:rsidR="004B2954" w:rsidRPr="00BB79B8" w:rsidRDefault="004B2954" w:rsidP="004B2954">
      <w:pPr>
        <w:spacing w:after="20"/>
        <w:ind w:left="216"/>
        <w:rPr>
          <w:rFonts w:cs="Times New Roman"/>
          <w:sz w:val="20"/>
          <w:szCs w:val="20"/>
        </w:rPr>
      </w:pPr>
      <w:r w:rsidRPr="00BB79B8">
        <w:rPr>
          <w:rFonts w:cs="Times New Roman"/>
          <w:sz w:val="20"/>
          <w:szCs w:val="20"/>
        </w:rPr>
        <w:t>When palpitations do raise concern for myocarditis</w:t>
      </w:r>
    </w:p>
    <w:p w14:paraId="01BD352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often follows a viral infection, and fever is one of the common early symptoms. According to Mayo Clinic and Johns Hopkins, myocarditis can cause:</w:t>
      </w:r>
    </w:p>
    <w:p w14:paraId="52ADB452"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6CEB97BD"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2529185C"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heartbeats (palpitations)</w:t>
      </w:r>
    </w:p>
    <w:p w14:paraId="34984E13"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dizziness, or fainting</w:t>
      </w:r>
    </w:p>
    <w:p w14:paraId="51F801C6" w14:textId="77777777" w:rsidR="004B2954" w:rsidRPr="00BB79B8" w:rsidRDefault="004B2954" w:rsidP="004B2954">
      <w:pPr>
        <w:spacing w:after="20"/>
        <w:ind w:left="216"/>
        <w:rPr>
          <w:rFonts w:cs="Times New Roman"/>
          <w:sz w:val="20"/>
          <w:szCs w:val="20"/>
        </w:rPr>
      </w:pPr>
      <w:r w:rsidRPr="00BB79B8">
        <w:rPr>
          <w:rFonts w:cs="Times New Roman"/>
          <w:sz w:val="20"/>
          <w:szCs w:val="20"/>
        </w:rPr>
        <w:t>If palpitations appear after a viral illness and are accompanied by any of the above, clinicians consider myocarditis a possibility.</w:t>
      </w:r>
    </w:p>
    <w:p w14:paraId="3268DEB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palpitations are less likely to be myocarditis</w:t>
      </w:r>
    </w:p>
    <w:p w14:paraId="7C353838" w14:textId="77777777" w:rsidR="004B2954" w:rsidRPr="00BB79B8" w:rsidRDefault="004B2954" w:rsidP="004B2954">
      <w:pPr>
        <w:spacing w:after="20"/>
        <w:ind w:left="216"/>
        <w:rPr>
          <w:rFonts w:cs="Times New Roman"/>
          <w:sz w:val="20"/>
          <w:szCs w:val="20"/>
        </w:rPr>
      </w:pPr>
      <w:r w:rsidRPr="00BB79B8">
        <w:rPr>
          <w:rFonts w:cs="Times New Roman"/>
          <w:sz w:val="20"/>
          <w:szCs w:val="20"/>
        </w:rPr>
        <w:t>Harvard Health notes that palpitations commonly occur after fever due to:</w:t>
      </w:r>
    </w:p>
    <w:p w14:paraId="20BAB475" w14:textId="77777777" w:rsidR="004B2954" w:rsidRPr="00BB79B8" w:rsidRDefault="004B2954" w:rsidP="004B2954">
      <w:pPr>
        <w:spacing w:after="20"/>
        <w:ind w:left="216"/>
        <w:rPr>
          <w:rFonts w:cs="Times New Roman"/>
          <w:sz w:val="20"/>
          <w:szCs w:val="20"/>
        </w:rPr>
      </w:pPr>
      <w:r w:rsidRPr="00BB79B8">
        <w:rPr>
          <w:rFonts w:cs="Times New Roman"/>
          <w:sz w:val="20"/>
          <w:szCs w:val="20"/>
        </w:rPr>
        <w:t>Dehydration</w:t>
      </w:r>
    </w:p>
    <w:p w14:paraId="35A9A693" w14:textId="77777777" w:rsidR="004B2954" w:rsidRPr="00BB79B8" w:rsidRDefault="004B2954" w:rsidP="004B2954">
      <w:pPr>
        <w:spacing w:after="20"/>
        <w:ind w:left="216"/>
        <w:rPr>
          <w:rFonts w:cs="Times New Roman"/>
          <w:sz w:val="20"/>
          <w:szCs w:val="20"/>
        </w:rPr>
      </w:pPr>
      <w:r w:rsidRPr="00BB79B8">
        <w:rPr>
          <w:rFonts w:cs="Times New Roman"/>
          <w:sz w:val="20"/>
          <w:szCs w:val="20"/>
        </w:rPr>
        <w:t>Fever-related heart rate increases</w:t>
      </w:r>
    </w:p>
    <w:p w14:paraId="48682679" w14:textId="77777777" w:rsidR="004B2954" w:rsidRPr="00BB79B8" w:rsidRDefault="004B2954" w:rsidP="004B2954">
      <w:pPr>
        <w:spacing w:after="20"/>
        <w:ind w:left="216"/>
        <w:rPr>
          <w:rFonts w:cs="Times New Roman"/>
          <w:sz w:val="20"/>
          <w:szCs w:val="20"/>
        </w:rPr>
      </w:pPr>
      <w:r w:rsidRPr="00BB79B8">
        <w:rPr>
          <w:rFonts w:cs="Times New Roman"/>
          <w:sz w:val="20"/>
          <w:szCs w:val="20"/>
        </w:rPr>
        <w:t>Stress, anxiety, or poor sleep during illness</w:t>
      </w:r>
    </w:p>
    <w:p w14:paraId="5E98DE53"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Electrolyte shifts (from sweating, vomiting, or poor intake)</w:t>
      </w:r>
    </w:p>
    <w:p w14:paraId="29960559"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causes are far more common than myocarditis.</w:t>
      </w:r>
    </w:p>
    <w:p w14:paraId="7B57F016" w14:textId="77777777" w:rsidR="004B2954" w:rsidRPr="00BB79B8" w:rsidRDefault="004B2954" w:rsidP="004B2954">
      <w:pPr>
        <w:spacing w:after="20"/>
        <w:ind w:left="216"/>
        <w:rPr>
          <w:rFonts w:cs="Times New Roman"/>
          <w:sz w:val="20"/>
          <w:szCs w:val="20"/>
        </w:rPr>
      </w:pPr>
      <w:r w:rsidRPr="00BB79B8">
        <w:rPr>
          <w:rFonts w:cs="Times New Roman"/>
          <w:sz w:val="20"/>
          <w:szCs w:val="20"/>
        </w:rPr>
        <w:t>How to tell the difference</w:t>
      </w:r>
    </w:p>
    <w:p w14:paraId="77A26424" w14:textId="77777777" w:rsidR="004B2954" w:rsidRPr="00BB79B8" w:rsidRDefault="004B2954" w:rsidP="004B2954">
      <w:pPr>
        <w:spacing w:after="20"/>
        <w:ind w:left="216"/>
        <w:rPr>
          <w:rFonts w:cs="Times New Roman"/>
          <w:sz w:val="20"/>
          <w:szCs w:val="20"/>
        </w:rPr>
      </w:pPr>
      <w:r w:rsidRPr="00BB79B8">
        <w:rPr>
          <w:rFonts w:cs="Times New Roman"/>
          <w:sz w:val="20"/>
          <w:szCs w:val="20"/>
        </w:rPr>
        <w:t>Below is a practical comparison:</w:t>
      </w:r>
    </w:p>
    <w:p w14:paraId="2BE8A580"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Likely Post-Fever Recovery; Possible Myocarditis</w:t>
      </w:r>
    </w:p>
    <w:p w14:paraId="1721F30C"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Mild, brief, improve with hydration; Persistent, worsening, irregular</w:t>
      </w:r>
    </w:p>
    <w:p w14:paraId="0C75DB2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Rare; Present, often sharp or pressure-like</w:t>
      </w:r>
    </w:p>
    <w:p w14:paraId="2064CE5E" w14:textId="77777777" w:rsidR="004B2954" w:rsidRPr="00BB79B8" w:rsidRDefault="004B2954" w:rsidP="004B2954">
      <w:pPr>
        <w:spacing w:after="20"/>
        <w:ind w:left="216"/>
        <w:rPr>
          <w:rFonts w:cs="Times New Roman"/>
          <w:sz w:val="20"/>
          <w:szCs w:val="20"/>
        </w:rPr>
      </w:pPr>
      <w:r w:rsidRPr="00BB79B8">
        <w:rPr>
          <w:rFonts w:cs="Times New Roman"/>
          <w:sz w:val="20"/>
          <w:szCs w:val="20"/>
        </w:rPr>
        <w:t>Breathing; Normal; Shortness of breath, even at rest</w:t>
      </w:r>
    </w:p>
    <w:p w14:paraId="564DC144" w14:textId="77777777" w:rsidR="004B2954" w:rsidRPr="00BB79B8" w:rsidRDefault="004B2954" w:rsidP="004B2954">
      <w:pPr>
        <w:spacing w:after="20"/>
        <w:ind w:left="216"/>
        <w:rPr>
          <w:rFonts w:cs="Times New Roman"/>
          <w:sz w:val="20"/>
          <w:szCs w:val="20"/>
        </w:rPr>
      </w:pPr>
      <w:r w:rsidRPr="00BB79B8">
        <w:rPr>
          <w:rFonts w:cs="Times New Roman"/>
          <w:sz w:val="20"/>
          <w:szCs w:val="20"/>
        </w:rPr>
        <w:t>Energy level; Gradually improving; Marked fatigue, exercise intolerance</w:t>
      </w:r>
    </w:p>
    <w:p w14:paraId="7FFC34BA"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signs; None; Fainting, leg swelling, dizziness</w:t>
      </w:r>
    </w:p>
    <w:p w14:paraId="097FBA6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it appears; During recovery; Often 2-7 days after infection</w:t>
      </w:r>
    </w:p>
    <w:p w14:paraId="041F04EC"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urgent care</w:t>
      </w:r>
    </w:p>
    <w:p w14:paraId="350C7CBF"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evaluation is recommended right away if palpitations occur with:</w:t>
      </w:r>
    </w:p>
    <w:p w14:paraId="3B1A68E7"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7F3744A0"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06509EBF"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w:t>
      </w:r>
    </w:p>
    <w:p w14:paraId="5DE6B929"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lasting minutes to hours</w:t>
      </w:r>
    </w:p>
    <w:p w14:paraId="775A4770" w14:textId="77777777" w:rsidR="004B2954" w:rsidRPr="00BB79B8" w:rsidRDefault="004B2954" w:rsidP="004B2954">
      <w:pPr>
        <w:spacing w:after="20"/>
        <w:ind w:left="216"/>
        <w:rPr>
          <w:rFonts w:cs="Times New Roman"/>
          <w:sz w:val="20"/>
          <w:szCs w:val="20"/>
        </w:rPr>
      </w:pPr>
      <w:r w:rsidRPr="00BB79B8">
        <w:rPr>
          <w:rFonts w:cs="Times New Roman"/>
          <w:sz w:val="20"/>
          <w:szCs w:val="20"/>
        </w:rPr>
        <w:t>Worsening symptoms over days</w:t>
      </w:r>
    </w:p>
    <w:p w14:paraId="5D7382F4"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combinations are more consistent with myocarditis or another cardiac issue.</w:t>
      </w:r>
    </w:p>
    <w:p w14:paraId="3373C0CE" w14:textId="77777777" w:rsidR="004B2954" w:rsidRPr="00BB79B8" w:rsidRDefault="004B2954" w:rsidP="004B2954">
      <w:pPr>
        <w:spacing w:after="20"/>
        <w:ind w:left="216"/>
        <w:rPr>
          <w:rFonts w:cs="Times New Roman"/>
          <w:sz w:val="20"/>
          <w:szCs w:val="20"/>
        </w:rPr>
      </w:pPr>
      <w:r w:rsidRPr="00BB79B8">
        <w:rPr>
          <w:rFonts w:cs="Times New Roman"/>
          <w:sz w:val="20"/>
          <w:szCs w:val="20"/>
        </w:rPr>
        <w:t>What doctors usually do</w:t>
      </w:r>
    </w:p>
    <w:p w14:paraId="7AB86378" w14:textId="77777777" w:rsidR="004B2954" w:rsidRPr="00BB79B8" w:rsidRDefault="004B2954" w:rsidP="004B2954">
      <w:pPr>
        <w:spacing w:after="20"/>
        <w:ind w:left="216"/>
        <w:rPr>
          <w:rFonts w:cs="Times New Roman"/>
          <w:sz w:val="20"/>
          <w:szCs w:val="20"/>
        </w:rPr>
      </w:pPr>
      <w:r w:rsidRPr="00BB79B8">
        <w:rPr>
          <w:rFonts w:cs="Times New Roman"/>
          <w:sz w:val="20"/>
          <w:szCs w:val="20"/>
        </w:rPr>
        <w:t>If myocarditis is suspected, evaluation may include:</w:t>
      </w:r>
    </w:p>
    <w:p w14:paraId="0ECCDB1F" w14:textId="77777777" w:rsidR="004B2954" w:rsidRPr="00BB79B8" w:rsidRDefault="004B2954" w:rsidP="004B2954">
      <w:pPr>
        <w:spacing w:after="20"/>
        <w:ind w:left="216"/>
        <w:rPr>
          <w:rFonts w:cs="Times New Roman"/>
          <w:sz w:val="20"/>
          <w:szCs w:val="20"/>
        </w:rPr>
      </w:pPr>
      <w:r w:rsidRPr="00BB79B8">
        <w:rPr>
          <w:rFonts w:cs="Times New Roman"/>
          <w:sz w:val="20"/>
          <w:szCs w:val="20"/>
        </w:rPr>
        <w:t>ECG</w:t>
      </w:r>
    </w:p>
    <w:p w14:paraId="63FEF6B9"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(troponin, inflammatory markers)</w:t>
      </w:r>
    </w:p>
    <w:p w14:paraId="474BF577"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w:t>
      </w:r>
    </w:p>
    <w:p w14:paraId="4814C367"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(most sensitive for myocarditis)</w:t>
      </w:r>
    </w:p>
    <w:p w14:paraId="5F9912D8"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0E74CCCD"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Yes - palpitations after a fever can be a sign of myocarditis, but most of the time they are caused by benign post-viral effects. Concern rises when palpitations are persistent, worsening, or accompanied by chest pain, shortness of breath, or fainting.</w:t>
      </w:r>
    </w:p>
    <w:p w14:paraId="31E19044" w14:textId="77777777" w:rsidR="004B2954" w:rsidRPr="00BB79B8" w:rsidRDefault="004B2954" w:rsidP="004B2954">
      <w:pPr>
        <w:spacing w:after="0"/>
        <w:rPr>
          <w:rFonts w:cs="Times New Roman"/>
          <w:sz w:val="20"/>
          <w:szCs w:val="20"/>
        </w:rPr>
      </w:pPr>
    </w:p>
    <w:p w14:paraId="3568589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F1B9B8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12A81DA"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I am an AI, not a doctor. The following information is for educational purposes and should not replace professional medical advice. If you are concerned about symptoms, please consult a healthcare provider.</w:t>
      </w:r>
    </w:p>
    <w:p w14:paraId="36C4731E" w14:textId="77777777" w:rsidR="004B2954" w:rsidRPr="00BB79B8" w:rsidRDefault="004B2954" w:rsidP="004B2954">
      <w:pPr>
        <w:spacing w:after="20"/>
        <w:ind w:left="216"/>
        <w:rPr>
          <w:rFonts w:cs="Times New Roman"/>
          <w:sz w:val="20"/>
          <w:szCs w:val="20"/>
        </w:rPr>
      </w:pPr>
      <w:r w:rsidRPr="00BB79B8">
        <w:rPr>
          <w:rFonts w:cs="Times New Roman"/>
          <w:sz w:val="20"/>
          <w:szCs w:val="20"/>
        </w:rPr>
        <w:t>The short answer is: Palpitations after a fever can be a reason for concern about myocarditis, but they are not always a sign of it. Whether you should worry depends heavily on the specific characteristics of the palpitations and the presence of any "red flag" symptoms.</w:t>
      </w:r>
    </w:p>
    <w:p w14:paraId="29812775"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clinical framework to help understand the risk:</w:t>
      </w:r>
    </w:p>
    <w:p w14:paraId="5AD37A03" w14:textId="77777777" w:rsidR="004B2954" w:rsidRPr="00BB79B8" w:rsidRDefault="004B2954" w:rsidP="004B2954">
      <w:pPr>
        <w:spacing w:after="20"/>
        <w:ind w:left="216"/>
        <w:rPr>
          <w:rFonts w:cs="Times New Roman"/>
          <w:sz w:val="20"/>
          <w:szCs w:val="20"/>
        </w:rPr>
      </w:pPr>
      <w:r w:rsidRPr="00BB79B8">
        <w:rPr>
          <w:rFonts w:cs="Times New Roman"/>
          <w:sz w:val="20"/>
          <w:szCs w:val="20"/>
        </w:rPr>
        <w:t>When palpitations do raise concern for myocarditis</w:t>
      </w:r>
    </w:p>
    <w:p w14:paraId="7DFC9C01"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(inflammation of the heart muscle) is a known complication of viral infections (like flu, COVID-19, or parvovirus). Palpitations are concerning if they occur along with any of these symptoms:</w:t>
      </w:r>
    </w:p>
    <w:p w14:paraId="5EF9C72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(especially a sharp, pressure-like, or aching pain that may worsen when lying down or breathing deeply)</w:t>
      </w:r>
    </w:p>
    <w:p w14:paraId="2F5AEA15"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(unexplained or worsening with mild exertion)</w:t>
      </w:r>
    </w:p>
    <w:p w14:paraId="4DD2EE36"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or near-syncope (feeling like you are about to pass out, especially during exercise)</w:t>
      </w:r>
    </w:p>
    <w:p w14:paraId="30096B81"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the legs, ankles, or feet</w:t>
      </w:r>
    </w:p>
    <w:p w14:paraId="746DFE30" w14:textId="77777777" w:rsidR="004B2954" w:rsidRPr="00BB79B8" w:rsidRDefault="004B2954" w:rsidP="004B2954">
      <w:pPr>
        <w:spacing w:after="20"/>
        <w:ind w:left="216"/>
        <w:rPr>
          <w:rFonts w:cs="Times New Roman"/>
          <w:sz w:val="20"/>
          <w:szCs w:val="20"/>
        </w:rPr>
      </w:pPr>
      <w:r w:rsidRPr="00BB79B8">
        <w:rPr>
          <w:rFonts w:cs="Times New Roman"/>
          <w:sz w:val="20"/>
          <w:szCs w:val="20"/>
        </w:rPr>
        <w:t>Extreme fatigue out of proportion to the recent illness</w:t>
      </w:r>
    </w:p>
    <w:p w14:paraId="3ABD7ED5" w14:textId="77777777" w:rsidR="004B2954" w:rsidRPr="00BB79B8" w:rsidRDefault="004B2954" w:rsidP="004B2954">
      <w:pPr>
        <w:spacing w:after="20"/>
        <w:ind w:left="216"/>
        <w:rPr>
          <w:rFonts w:cs="Times New Roman"/>
          <w:sz w:val="20"/>
          <w:szCs w:val="20"/>
        </w:rPr>
      </w:pPr>
      <w:r w:rsidRPr="00BB79B8">
        <w:rPr>
          <w:rFonts w:cs="Times New Roman"/>
          <w:sz w:val="20"/>
          <w:szCs w:val="20"/>
        </w:rPr>
        <w:t>An irregular pulse (e.g., a consistently skipping, racing, or "flip-flopping" rhythm, not just an occasional extra beat)</w:t>
      </w:r>
    </w:p>
    <w:p w14:paraId="12B793EA" w14:textId="77777777" w:rsidR="004B2954" w:rsidRPr="00BB79B8" w:rsidRDefault="004B2954" w:rsidP="004B2954">
      <w:pPr>
        <w:spacing w:after="20"/>
        <w:ind w:left="216"/>
        <w:rPr>
          <w:rFonts w:cs="Times New Roman"/>
          <w:sz w:val="20"/>
          <w:szCs w:val="20"/>
        </w:rPr>
      </w:pPr>
      <w:r w:rsidRPr="00BB79B8">
        <w:rPr>
          <w:rFonts w:cs="Times New Roman"/>
          <w:sz w:val="20"/>
          <w:szCs w:val="20"/>
        </w:rPr>
        <w:t>Key clinical clue: Myocarditis often causes palpitations that are persistent, worsening with activity, or associated with exercise intolerance (you can't do what you used to do without getting winded or feeling your heart pound).</w:t>
      </w:r>
    </w:p>
    <w:p w14:paraId="27B22604" w14:textId="77777777" w:rsidR="004B2954" w:rsidRPr="00BB79B8" w:rsidRDefault="004B2954" w:rsidP="004B2954">
      <w:pPr>
        <w:spacing w:after="20"/>
        <w:ind w:left="216"/>
        <w:rPr>
          <w:rFonts w:cs="Times New Roman"/>
          <w:sz w:val="20"/>
          <w:szCs w:val="20"/>
        </w:rPr>
      </w:pPr>
      <w:r w:rsidRPr="00BB79B8">
        <w:rPr>
          <w:rFonts w:cs="Times New Roman"/>
          <w:sz w:val="20"/>
          <w:szCs w:val="20"/>
        </w:rPr>
        <w:t>When palpitations are likely benign after a fever</w:t>
      </w:r>
    </w:p>
    <w:p w14:paraId="78692F28" w14:textId="77777777" w:rsidR="004B2954" w:rsidRPr="00BB79B8" w:rsidRDefault="004B2954" w:rsidP="004B2954">
      <w:pPr>
        <w:spacing w:after="20"/>
        <w:ind w:left="216"/>
        <w:rPr>
          <w:rFonts w:cs="Times New Roman"/>
          <w:sz w:val="20"/>
          <w:szCs w:val="20"/>
        </w:rPr>
      </w:pPr>
      <w:r w:rsidRPr="00BB79B8">
        <w:rPr>
          <w:rFonts w:cs="Times New Roman"/>
          <w:sz w:val="20"/>
          <w:szCs w:val="20"/>
        </w:rPr>
        <w:t>Isolated palpitations without the above symptoms are often due to non-serious causes related to the body recovering from illness:</w:t>
      </w:r>
    </w:p>
    <w:p w14:paraId="76430B36" w14:textId="77777777" w:rsidR="004B2954" w:rsidRPr="00BB79B8" w:rsidRDefault="004B2954" w:rsidP="004B2954">
      <w:pPr>
        <w:spacing w:after="20"/>
        <w:ind w:left="216"/>
        <w:rPr>
          <w:rFonts w:cs="Times New Roman"/>
          <w:sz w:val="20"/>
          <w:szCs w:val="20"/>
        </w:rPr>
      </w:pPr>
      <w:r w:rsidRPr="00BB79B8">
        <w:rPr>
          <w:rFonts w:cs="Times New Roman"/>
          <w:sz w:val="20"/>
          <w:szCs w:val="20"/>
        </w:rPr>
        <w:t>Dehydration: Fever increases fluid loss. Low blood volume makes the heart beat faster and harder to maintain pressure.</w:t>
      </w:r>
    </w:p>
    <w:p w14:paraId="05121639"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Electrolyte imbalances: Sweating and poor intake during fever can alter potassium, magnesium, or calcium levels.</w:t>
      </w:r>
    </w:p>
    <w:p w14:paraId="21EB4913" w14:textId="77777777" w:rsidR="004B2954" w:rsidRPr="00BB79B8" w:rsidRDefault="004B2954" w:rsidP="004B2954">
      <w:pPr>
        <w:spacing w:after="20"/>
        <w:ind w:left="216"/>
        <w:rPr>
          <w:rFonts w:cs="Times New Roman"/>
          <w:sz w:val="20"/>
          <w:szCs w:val="20"/>
        </w:rPr>
      </w:pPr>
      <w:r w:rsidRPr="00BB79B8">
        <w:rPr>
          <w:rFonts w:cs="Times New Roman"/>
          <w:sz w:val="20"/>
          <w:szCs w:val="20"/>
        </w:rPr>
        <w:t>Post-viral autonomic dysfunction: Some viruses temporarily affect the autonomic nervous system, causing an inappropriately fast heart rate (POTS-like syndrome) or extra beats.</w:t>
      </w:r>
    </w:p>
    <w:p w14:paraId="5A5F1280" w14:textId="77777777" w:rsidR="004B2954" w:rsidRPr="00BB79B8" w:rsidRDefault="004B2954" w:rsidP="004B2954">
      <w:pPr>
        <w:spacing w:after="20"/>
        <w:ind w:left="216"/>
        <w:rPr>
          <w:rFonts w:cs="Times New Roman"/>
          <w:sz w:val="20"/>
          <w:szCs w:val="20"/>
        </w:rPr>
      </w:pPr>
      <w:r w:rsidRPr="00BB79B8">
        <w:rPr>
          <w:rFonts w:cs="Times New Roman"/>
          <w:sz w:val="20"/>
          <w:szCs w:val="20"/>
        </w:rPr>
        <w:t>Anemia: If the fever was from a prolonged illness, mild anemia can cause palpitations.</w:t>
      </w:r>
    </w:p>
    <w:p w14:paraId="0C55A5F9" w14:textId="77777777" w:rsidR="004B2954" w:rsidRPr="00BB79B8" w:rsidRDefault="004B2954" w:rsidP="004B2954">
      <w:pPr>
        <w:spacing w:after="20"/>
        <w:ind w:left="216"/>
        <w:rPr>
          <w:rFonts w:cs="Times New Roman"/>
          <w:sz w:val="20"/>
          <w:szCs w:val="20"/>
        </w:rPr>
      </w:pPr>
      <w:r w:rsidRPr="00BB79B8">
        <w:rPr>
          <w:rFonts w:cs="Times New Roman"/>
          <w:sz w:val="20"/>
          <w:szCs w:val="20"/>
        </w:rPr>
        <w:t>Anxiety/fever recovery: The inflammatory state itself can heighten awareness of normal heartbeat.</w:t>
      </w:r>
    </w:p>
    <w:p w14:paraId="4CCD036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data says</w:t>
      </w:r>
    </w:p>
    <w:p w14:paraId="70080D89" w14:textId="77777777" w:rsidR="004B2954" w:rsidRPr="00BB79B8" w:rsidRDefault="004B2954" w:rsidP="004B2954">
      <w:pPr>
        <w:spacing w:after="20"/>
        <w:ind w:left="216"/>
        <w:rPr>
          <w:rFonts w:cs="Times New Roman"/>
          <w:sz w:val="20"/>
          <w:szCs w:val="20"/>
        </w:rPr>
      </w:pPr>
      <w:r w:rsidRPr="00BB79B8">
        <w:rPr>
          <w:rFonts w:cs="Times New Roman"/>
          <w:sz w:val="20"/>
          <w:szCs w:val="20"/>
        </w:rPr>
        <w:t>Incidence: Myocarditis after a common viral illness is rare (estimated 1-10 per 100,000 people per year for viral myocarditis). However, rates were higher with COVID-19 (roughly 1-4% of hospitalized patients, much lower in outpatients).</w:t>
      </w:r>
    </w:p>
    <w:p w14:paraId="7FFC246C"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Myocarditis typically presents within 1-4 weeks after the viral infection or fever.</w:t>
      </w:r>
    </w:p>
    <w:p w14:paraId="070E338E"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 Young male adults (under 30) have the highest risk, but it can occur at any age.</w:t>
      </w:r>
    </w:p>
    <w:p w14:paraId="46DC8CDA" w14:textId="77777777" w:rsidR="004B2954" w:rsidRPr="00BB79B8" w:rsidRDefault="004B2954" w:rsidP="004B2954">
      <w:pPr>
        <w:spacing w:after="20"/>
        <w:ind w:left="216"/>
        <w:rPr>
          <w:rFonts w:cs="Times New Roman"/>
          <w:sz w:val="20"/>
          <w:szCs w:val="20"/>
        </w:rPr>
      </w:pPr>
      <w:r w:rsidRPr="00BB79B8">
        <w:rPr>
          <w:rFonts w:cs="Times New Roman"/>
          <w:sz w:val="20"/>
          <w:szCs w:val="20"/>
        </w:rPr>
        <w:t>Practical next steps</w:t>
      </w:r>
    </w:p>
    <w:p w14:paraId="16145EDD" w14:textId="77777777" w:rsidR="004B2954" w:rsidRPr="00BB79B8" w:rsidRDefault="004B2954" w:rsidP="004B2954">
      <w:pPr>
        <w:spacing w:after="20"/>
        <w:ind w:left="216"/>
        <w:rPr>
          <w:rFonts w:cs="Times New Roman"/>
          <w:sz w:val="20"/>
          <w:szCs w:val="20"/>
        </w:rPr>
      </w:pPr>
      <w:r w:rsidRPr="00BB79B8">
        <w:rPr>
          <w:rFonts w:cs="Times New Roman"/>
          <w:sz w:val="20"/>
          <w:szCs w:val="20"/>
        </w:rPr>
        <w:t>Scenario; Action</w:t>
      </w:r>
    </w:p>
    <w:p w14:paraId="26880BB2"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only (no chest pain, no fainting, no shortness of breath, normal activity tolerance); Monitor closely. Rehydrate, rest, avoid stimulants (caffeine, alcohol, decongestants). See a doctor if not improving in a few days or if new symptoms develop.</w:t>
      </w:r>
    </w:p>
    <w:p w14:paraId="4C35631C"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 ANY red flag (chest pain, fainting, shortness of breath on exertion, swelling); Seek medical evaluation promptly - within 24 hours or sooner. An ECG and troponin blood test can rule out myocarditis quickly.</w:t>
      </w:r>
    </w:p>
    <w:p w14:paraId="372812E6"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that are very frequent, sustained (e.g., &gt;30 seconds), or causing lightheadedness; Urgent evaluation - Go to urgent care or ER.</w:t>
      </w:r>
    </w:p>
    <w:p w14:paraId="1769C059" w14:textId="77777777" w:rsidR="004B2954" w:rsidRPr="00BB79B8" w:rsidRDefault="004B2954" w:rsidP="004B2954">
      <w:pPr>
        <w:spacing w:after="20"/>
        <w:ind w:left="216"/>
        <w:rPr>
          <w:rFonts w:cs="Times New Roman"/>
          <w:sz w:val="20"/>
          <w:szCs w:val="20"/>
        </w:rPr>
      </w:pPr>
      <w:r w:rsidRPr="00BB79B8">
        <w:rPr>
          <w:rFonts w:cs="Times New Roman"/>
          <w:sz w:val="20"/>
          <w:szCs w:val="20"/>
        </w:rPr>
        <w:t>Simple test you can do at home (not diagnostic, but informative)</w:t>
      </w:r>
    </w:p>
    <w:p w14:paraId="4F04D20D" w14:textId="77777777" w:rsidR="004B2954" w:rsidRPr="00BB79B8" w:rsidRDefault="004B2954" w:rsidP="004B2954">
      <w:pPr>
        <w:spacing w:after="20"/>
        <w:ind w:left="216"/>
        <w:rPr>
          <w:rFonts w:cs="Times New Roman"/>
          <w:sz w:val="20"/>
          <w:szCs w:val="20"/>
        </w:rPr>
      </w:pPr>
      <w:r w:rsidRPr="00BB79B8">
        <w:rPr>
          <w:rFonts w:cs="Times New Roman"/>
          <w:sz w:val="20"/>
          <w:szCs w:val="20"/>
        </w:rPr>
        <w:t>Check your pulse while resting. Then do a simple activity (walk up one flight of stairs or walk briskly for 1-2 minutes).</w:t>
      </w:r>
    </w:p>
    <w:p w14:paraId="06FB0DA6" w14:textId="77777777" w:rsidR="004B2954" w:rsidRPr="00BB79B8" w:rsidRDefault="004B2954" w:rsidP="004B2954">
      <w:pPr>
        <w:spacing w:after="20"/>
        <w:ind w:left="216"/>
        <w:rPr>
          <w:rFonts w:cs="Times New Roman"/>
          <w:sz w:val="20"/>
          <w:szCs w:val="20"/>
        </w:rPr>
      </w:pPr>
      <w:r w:rsidRPr="00BB79B8">
        <w:rPr>
          <w:rFonts w:cs="Times New Roman"/>
          <w:sz w:val="20"/>
          <w:szCs w:val="20"/>
        </w:rPr>
        <w:t>Benign post-viral palpitations: Your heart rate will increase appropriately and then slow down normally within 1-2 minutes after stopping.</w:t>
      </w:r>
    </w:p>
    <w:p w14:paraId="6847535F" w14:textId="77777777" w:rsidR="004B2954" w:rsidRPr="00BB79B8" w:rsidRDefault="004B2954" w:rsidP="004B2954">
      <w:pPr>
        <w:spacing w:after="20"/>
        <w:ind w:left="216"/>
        <w:rPr>
          <w:rFonts w:cs="Times New Roman"/>
          <w:sz w:val="20"/>
          <w:szCs w:val="20"/>
        </w:rPr>
      </w:pPr>
      <w:r w:rsidRPr="00BB79B8">
        <w:rPr>
          <w:rFonts w:cs="Times New Roman"/>
          <w:sz w:val="20"/>
          <w:szCs w:val="20"/>
        </w:rPr>
        <w:t>Possible myocarditis: Your heart rate may remain inappropriately fast after stopping, or you may feel chest tightness, severe shortness of breath, or dizziness with minimal exertion.</w:t>
      </w:r>
    </w:p>
    <w:p w14:paraId="13565AF3"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Do not panic, but do not ignore. If you are young and otherwise healthy, isolated palpitations after fever are most often benign. However, if you have chest pain, fainting, or trouble breathing - or if you just have a strong gut feeling something is wrong - get checked out. An ECG and troponin test are simple, quick, and can give you peace of mind or catch a treatable condition.</w:t>
      </w:r>
    </w:p>
    <w:p w14:paraId="72EBE448" w14:textId="77777777" w:rsidR="004B2954" w:rsidRPr="00BB79B8" w:rsidRDefault="004B2954" w:rsidP="004B2954">
      <w:pPr>
        <w:spacing w:after="0"/>
        <w:rPr>
          <w:rFonts w:cs="Times New Roman"/>
          <w:sz w:val="20"/>
          <w:szCs w:val="20"/>
        </w:rPr>
      </w:pPr>
    </w:p>
    <w:p w14:paraId="5EA18D5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6B87E7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ED7E9EE" w14:textId="77777777" w:rsidR="004B2954" w:rsidRPr="00BB79B8" w:rsidRDefault="004B2954" w:rsidP="004B2954">
      <w:pPr>
        <w:spacing w:after="20"/>
        <w:ind w:left="216"/>
        <w:rPr>
          <w:rFonts w:cs="Times New Roman"/>
          <w:sz w:val="20"/>
          <w:szCs w:val="20"/>
        </w:rPr>
      </w:pPr>
      <w:r w:rsidRPr="00BB79B8">
        <w:rPr>
          <w:rFonts w:cs="Times New Roman"/>
          <w:sz w:val="20"/>
          <w:szCs w:val="20"/>
        </w:rPr>
        <w:t>Yes, new-onset palpitations after a fever do warrant concern and should raise suspicion of myocarditis, especially when the fever is caused by viral infection (such as cold, flu, COVID-19).</w:t>
      </w:r>
    </w:p>
    <w:p w14:paraId="5C361584"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reasons</w:t>
      </w:r>
    </w:p>
    <w:p w14:paraId="21E462CA" w14:textId="77777777" w:rsidR="004B2954" w:rsidRPr="00BB79B8" w:rsidRDefault="004B2954" w:rsidP="004B2954">
      <w:pPr>
        <w:spacing w:after="20"/>
        <w:ind w:left="216"/>
        <w:rPr>
          <w:rFonts w:cs="Times New Roman"/>
          <w:sz w:val="20"/>
          <w:szCs w:val="20"/>
        </w:rPr>
      </w:pPr>
      <w:r w:rsidRPr="00BB79B8">
        <w:rPr>
          <w:rFonts w:cs="Times New Roman"/>
          <w:sz w:val="20"/>
          <w:szCs w:val="20"/>
        </w:rPr>
        <w:t>Many viruses that cause fever can invade the myocardium, triggering inflammatory damage to the heart muscle and disrupting cardiac electrical activity, which directly leads to palpitations, arrhythmias or tachycardia.</w:t>
      </w:r>
    </w:p>
    <w:p w14:paraId="51AEA032"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that persist for days after fever subsides, or occur with physical activity, are more suggestive of myocardial involvement rather than simple post-fever autonomic nervous system fluctuation.</w:t>
      </w:r>
    </w:p>
    <w:p w14:paraId="33447C93"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 symptoms requiring immediate medical evaluation</w:t>
      </w:r>
    </w:p>
    <w:p w14:paraId="656BE825"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or frequent palpitations, racing heartbeat at rest</w:t>
      </w:r>
    </w:p>
    <w:p w14:paraId="77B5BDF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tightness or shortness of breath</w:t>
      </w:r>
    </w:p>
    <w:p w14:paraId="124677FE"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dizziness, lightheadedness or near fainting</w:t>
      </w:r>
    </w:p>
    <w:p w14:paraId="34760019"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intolerance (easily out of breath with mild activity)</w:t>
      </w:r>
    </w:p>
    <w:p w14:paraId="2DEE9B18"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suggestion</w:t>
      </w:r>
    </w:p>
    <w:p w14:paraId="35C0C3A8" w14:textId="77777777" w:rsidR="004B2954" w:rsidRPr="00BB79B8" w:rsidRDefault="004B2954" w:rsidP="004B2954">
      <w:pPr>
        <w:spacing w:after="20"/>
        <w:ind w:left="216"/>
        <w:rPr>
          <w:rFonts w:cs="Times New Roman"/>
          <w:sz w:val="20"/>
          <w:szCs w:val="20"/>
        </w:rPr>
      </w:pPr>
      <w:r w:rsidRPr="00BB79B8">
        <w:rPr>
          <w:rFonts w:cs="Times New Roman"/>
          <w:sz w:val="20"/>
          <w:szCs w:val="20"/>
        </w:rPr>
        <w:t>Post-fever palpitations should not be ignored. It is recommended to promptly complete ECG, cardiac troponin, myocardial enzymes and cardiac ultrasound to rule out myocarditis and avoid delayed diagnosis and complications.</w:t>
      </w:r>
    </w:p>
    <w:p w14:paraId="3F1ED900" w14:textId="77777777" w:rsidR="004B2954" w:rsidRPr="00BB79B8" w:rsidRDefault="004B2954" w:rsidP="004B2954">
      <w:pPr>
        <w:rPr>
          <w:rFonts w:cs="Times New Roman"/>
          <w:sz w:val="20"/>
          <w:szCs w:val="20"/>
        </w:rPr>
      </w:pPr>
    </w:p>
    <w:p w14:paraId="1D77AE18" w14:textId="77777777" w:rsidR="004B2954" w:rsidRPr="00BB79B8" w:rsidRDefault="004B2954" w:rsidP="004B2954">
      <w:pPr>
        <w:keepNext/>
        <w:rPr>
          <w:rFonts w:cs="Times New Roman"/>
          <w:sz w:val="20"/>
          <w:szCs w:val="20"/>
        </w:rPr>
      </w:pPr>
      <w:r w:rsidRPr="00BB79B8">
        <w:rPr>
          <w:rFonts w:cs="Times New Roman"/>
          <w:b/>
          <w:color w:val="1F4E79"/>
          <w:sz w:val="20"/>
          <w:szCs w:val="20"/>
        </w:rPr>
        <w:t>Q13. Could syncope be a warning sign of myocarditis?</w:t>
      </w:r>
    </w:p>
    <w:p w14:paraId="135E811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2B8A6BC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8557BC5" w14:textId="77777777" w:rsidR="004B2954" w:rsidRPr="00BB79B8" w:rsidRDefault="004B2954" w:rsidP="004B2954">
      <w:pPr>
        <w:spacing w:after="20"/>
        <w:ind w:left="216"/>
        <w:rPr>
          <w:rFonts w:cs="Times New Roman"/>
          <w:sz w:val="20"/>
          <w:szCs w:val="20"/>
        </w:rPr>
      </w:pPr>
      <w:r w:rsidRPr="00BB79B8">
        <w:rPr>
          <w:rFonts w:cs="Times New Roman"/>
          <w:sz w:val="20"/>
          <w:szCs w:val="20"/>
        </w:rPr>
        <w:t>Yes, syncope (fainting) can be a warning sign of myocarditis, although it is less common than symptoms like chest pain or palpitations. Syncope in myocarditis usually indicates that the heart's electrical system or pumping function is affected, which can happen due to:</w:t>
      </w:r>
    </w:p>
    <w:p w14:paraId="027A238A"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Inflammation of the heart muscle can disrupt the normal rhythm, sometimes causing sudden drops in heart rate or dangerous rhythms.</w:t>
      </w:r>
    </w:p>
    <w:p w14:paraId="22B2190F"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cardiac output: Severe inflammation can temporarily weaken the heart, lowering blood flow to the brain and causing fainting.</w:t>
      </w:r>
    </w:p>
    <w:p w14:paraId="25782992"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block: In some cases, conduction disturbances due to myocarditis can lead to syncope.</w:t>
      </w:r>
    </w:p>
    <w:p w14:paraId="0DDF9DB5"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Syncope in the context of recent viral illness, chest discomfort, palpitations, or shortness of breath should prompt urgent evaluation-including ECG, cardiac enzymes, and possibly echocardiography. Even a single episode may warrant hospital monitoring if myocarditis is suspected.</w:t>
      </w:r>
    </w:p>
    <w:p w14:paraId="56B1F029"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syncope is not a common early symptom, but when present, it may signal a more serious or complicated myocarditis.</w:t>
      </w:r>
    </w:p>
    <w:p w14:paraId="035732B5" w14:textId="77777777" w:rsidR="004B2954" w:rsidRPr="00BB79B8" w:rsidRDefault="004B2954" w:rsidP="004B2954">
      <w:pPr>
        <w:spacing w:after="0"/>
        <w:rPr>
          <w:rFonts w:cs="Times New Roman"/>
          <w:sz w:val="20"/>
          <w:szCs w:val="20"/>
        </w:rPr>
      </w:pPr>
    </w:p>
    <w:p w14:paraId="43410D1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1A0F6B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724A006"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as a Warning Sign of Myocarditis</w:t>
      </w:r>
    </w:p>
    <w:p w14:paraId="231BB0BE" w14:textId="77777777" w:rsidR="004B2954" w:rsidRPr="00BB79B8" w:rsidRDefault="004B2954" w:rsidP="004B2954">
      <w:pPr>
        <w:spacing w:after="20"/>
        <w:ind w:left="216"/>
        <w:rPr>
          <w:rFonts w:cs="Times New Roman"/>
          <w:sz w:val="20"/>
          <w:szCs w:val="20"/>
        </w:rPr>
      </w:pPr>
      <w:r w:rsidRPr="00BB79B8">
        <w:rPr>
          <w:rFonts w:cs="Times New Roman"/>
          <w:sz w:val="20"/>
          <w:szCs w:val="20"/>
        </w:rPr>
        <w:t>Yes, syncope (fainting) can be a significant warning sign of myocarditis, though it is considered a "red flag" symptom rather than a common one. When it occurs in the context of viral symptoms or chest pain, it often indicates that the inflammation is affecting the heart's electrical system or its ability to pump blood effectively.</w:t>
      </w:r>
    </w:p>
    <w:p w14:paraId="78582317"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 clinical evaluation of myocarditis, syncope generally suggests one of two serious underlying mechanisms:</w:t>
      </w:r>
    </w:p>
    <w:p w14:paraId="684720CA" w14:textId="77777777" w:rsidR="004B2954" w:rsidRPr="00BB79B8" w:rsidRDefault="004B2954" w:rsidP="004B2954">
      <w:pPr>
        <w:spacing w:after="20"/>
        <w:ind w:left="216"/>
        <w:rPr>
          <w:rFonts w:cs="Times New Roman"/>
          <w:sz w:val="20"/>
          <w:szCs w:val="20"/>
        </w:rPr>
      </w:pPr>
      <w:r w:rsidRPr="00BB79B8">
        <w:rPr>
          <w:rFonts w:cs="Times New Roman"/>
          <w:sz w:val="20"/>
          <w:szCs w:val="20"/>
        </w:rPr>
        <w:t>1. Cardiac Arrhythmias</w:t>
      </w:r>
    </w:p>
    <w:p w14:paraId="0BC1D3E8"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Inflammation of the myocardium (heart muscle) can disrupt the normal electrical pathways. This can lead to:</w:t>
      </w:r>
    </w:p>
    <w:p w14:paraId="25EB1BB0"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Tachycardia (VT): Rapid, irregular heart rhythms that prevent the heart from filling with blood, causing a sudden drop in blood pressure and loss of consciousness.</w:t>
      </w:r>
    </w:p>
    <w:p w14:paraId="4791EF73"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Block: The inflammatory process can affect the AV node, leading to a profound slowing of the heart rate (bradycardia) or a temporary pause in the heartbeat.</w:t>
      </w:r>
    </w:p>
    <w:p w14:paraId="449BF7AD" w14:textId="77777777" w:rsidR="004B2954" w:rsidRPr="00BB79B8" w:rsidRDefault="004B2954" w:rsidP="004B2954">
      <w:pPr>
        <w:spacing w:after="20"/>
        <w:ind w:left="216"/>
        <w:rPr>
          <w:rFonts w:cs="Times New Roman"/>
          <w:sz w:val="20"/>
          <w:szCs w:val="20"/>
        </w:rPr>
      </w:pPr>
      <w:r w:rsidRPr="00BB79B8">
        <w:rPr>
          <w:rFonts w:cs="Times New Roman"/>
          <w:sz w:val="20"/>
          <w:szCs w:val="20"/>
        </w:rPr>
        <w:t>2. Acute Hemodynamic Compromise</w:t>
      </w:r>
    </w:p>
    <w:p w14:paraId="2E798D14" w14:textId="77777777" w:rsidR="004B2954" w:rsidRPr="00BB79B8" w:rsidRDefault="004B2954" w:rsidP="004B2954">
      <w:pPr>
        <w:spacing w:after="20"/>
        <w:ind w:left="216"/>
        <w:rPr>
          <w:rFonts w:cs="Times New Roman"/>
          <w:sz w:val="20"/>
          <w:szCs w:val="20"/>
        </w:rPr>
      </w:pPr>
      <w:r w:rsidRPr="00BB79B8">
        <w:rPr>
          <w:rFonts w:cs="Times New Roman"/>
          <w:sz w:val="20"/>
          <w:szCs w:val="20"/>
        </w:rPr>
        <w:t>In severe cases, such as fulminant myocarditis, the heart muscle becomes so weakened that it cannot maintain adequate cardiac output.</w:t>
      </w:r>
    </w:p>
    <w:p w14:paraId="0825FAF5" w14:textId="77777777" w:rsidR="004B2954" w:rsidRPr="00BB79B8" w:rsidRDefault="004B2954" w:rsidP="004B2954">
      <w:pPr>
        <w:spacing w:after="20"/>
        <w:ind w:left="216"/>
        <w:rPr>
          <w:rFonts w:cs="Times New Roman"/>
          <w:sz w:val="20"/>
          <w:szCs w:val="20"/>
        </w:rPr>
      </w:pPr>
      <w:r w:rsidRPr="00BB79B8">
        <w:rPr>
          <w:rFonts w:cs="Times New Roman"/>
          <w:sz w:val="20"/>
          <w:szCs w:val="20"/>
        </w:rPr>
        <w:t>A sudden decrease in global ventricular function can lead to cardiogenic shock, where the brain does not receive enough oxygenated blood, resulting in syncope.</w:t>
      </w:r>
    </w:p>
    <w:p w14:paraId="34192F71"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Context and "Red Flags"</w:t>
      </w:r>
    </w:p>
    <w:p w14:paraId="453DE2DC"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Syncope is rarely the only symptom. It is most concerning when it occurs alongside:</w:t>
      </w:r>
    </w:p>
    <w:p w14:paraId="7234DF78" w14:textId="77777777" w:rsidR="004B2954" w:rsidRPr="00BB79B8" w:rsidRDefault="004B2954" w:rsidP="004B2954">
      <w:pPr>
        <w:spacing w:after="20"/>
        <w:ind w:left="216"/>
        <w:rPr>
          <w:rFonts w:cs="Times New Roman"/>
          <w:sz w:val="20"/>
          <w:szCs w:val="20"/>
        </w:rPr>
      </w:pPr>
      <w:r w:rsidRPr="00BB79B8">
        <w:rPr>
          <w:rFonts w:cs="Times New Roman"/>
          <w:sz w:val="20"/>
          <w:szCs w:val="20"/>
        </w:rPr>
        <w:t>Prodromal Viral Symptoms: Recent fever, respiratory infection, or gastrointestinal distress.</w:t>
      </w:r>
    </w:p>
    <w:p w14:paraId="716DFEB8"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Often mimicking pleurisy or a myocardial infarction.</w:t>
      </w:r>
    </w:p>
    <w:p w14:paraId="23D1CA10" w14:textId="77777777" w:rsidR="004B2954" w:rsidRPr="00BB79B8" w:rsidRDefault="004B2954" w:rsidP="004B2954">
      <w:pPr>
        <w:spacing w:after="20"/>
        <w:ind w:left="216"/>
        <w:rPr>
          <w:rFonts w:cs="Times New Roman"/>
          <w:sz w:val="20"/>
          <w:szCs w:val="20"/>
        </w:rPr>
      </w:pPr>
      <w:r w:rsidRPr="00BB79B8">
        <w:rPr>
          <w:rFonts w:cs="Times New Roman"/>
          <w:sz w:val="20"/>
          <w:szCs w:val="20"/>
        </w:rPr>
        <w:t>Dyspnea: Shortness of breath, especially when lying flat or during exertion.</w:t>
      </w:r>
    </w:p>
    <w:p w14:paraId="42418CF9"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 feeling of a racing or "skipping" heart immediately preceding the fainting spell.</w:t>
      </w:r>
    </w:p>
    <w:p w14:paraId="67C9F908"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Table: Clinical Significance</w:t>
      </w:r>
    </w:p>
    <w:p w14:paraId="4A639A2C"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Significance in Myocarditis</w:t>
      </w:r>
    </w:p>
    <w:p w14:paraId="6A1E63E5" w14:textId="77777777" w:rsidR="004B2954" w:rsidRPr="00BB79B8" w:rsidRDefault="004B2954" w:rsidP="004B2954">
      <w:pPr>
        <w:spacing w:after="20"/>
        <w:ind w:left="216"/>
        <w:rPr>
          <w:rFonts w:cs="Times New Roman"/>
          <w:sz w:val="20"/>
          <w:szCs w:val="20"/>
        </w:rPr>
      </w:pPr>
      <w:r w:rsidRPr="00BB79B8">
        <w:rPr>
          <w:rFonts w:cs="Times New Roman"/>
          <w:sz w:val="20"/>
          <w:szCs w:val="20"/>
        </w:rPr>
        <w:t>Frequency; Less common than chest pain or dyspnea, but high-risk.</w:t>
      </w:r>
    </w:p>
    <w:p w14:paraId="2AEB4732"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Cause; Usually secondary to arrhythmias (VT or AV block).</w:t>
      </w:r>
    </w:p>
    <w:p w14:paraId="1F171E6F" w14:textId="77777777" w:rsidR="004B2954" w:rsidRPr="00BB79B8" w:rsidRDefault="004B2954" w:rsidP="004B2954">
      <w:pPr>
        <w:spacing w:after="20"/>
        <w:ind w:left="216"/>
        <w:rPr>
          <w:rFonts w:cs="Times New Roman"/>
          <w:sz w:val="20"/>
          <w:szCs w:val="20"/>
        </w:rPr>
      </w:pPr>
      <w:r w:rsidRPr="00BB79B8">
        <w:rPr>
          <w:rFonts w:cs="Times New Roman"/>
          <w:sz w:val="20"/>
          <w:szCs w:val="20"/>
        </w:rPr>
        <w:t>Prognostic Value; Often associated with a more severe clinical course or fulminant presentation.</w:t>
      </w:r>
    </w:p>
    <w:p w14:paraId="54F756EC"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 Action; Requires urgent ECG, cardiac enzyme (Troponin) testing, and often continuous telemetry monitoring.</w:t>
      </w:r>
    </w:p>
    <w:p w14:paraId="2FCE8A54" w14:textId="77777777" w:rsidR="004B2954" w:rsidRPr="00BB79B8" w:rsidRDefault="004B2954" w:rsidP="004B2954">
      <w:pPr>
        <w:spacing w:after="20"/>
        <w:ind w:left="216"/>
        <w:rPr>
          <w:rFonts w:cs="Times New Roman"/>
          <w:sz w:val="20"/>
          <w:szCs w:val="20"/>
        </w:rPr>
      </w:pPr>
      <w:r w:rsidRPr="00BB79B8">
        <w:rPr>
          <w:rFonts w:cs="Times New Roman"/>
          <w:sz w:val="20"/>
          <w:szCs w:val="20"/>
        </w:rPr>
        <w:t>Note: Because syncope in a suspected myocarditis patient can precede sudden cardiac arrest, it is treated as a medical emergency requiring immediate inpatient stabilization and diagnostic workup (including ECG, echocardiography, and often cardiac MRI).</w:t>
      </w:r>
    </w:p>
    <w:p w14:paraId="219D9641" w14:textId="77777777" w:rsidR="004B2954" w:rsidRPr="00BB79B8" w:rsidRDefault="004B2954" w:rsidP="004B2954">
      <w:pPr>
        <w:spacing w:after="0"/>
        <w:rPr>
          <w:rFonts w:cs="Times New Roman"/>
          <w:sz w:val="20"/>
          <w:szCs w:val="20"/>
        </w:rPr>
      </w:pPr>
    </w:p>
    <w:p w14:paraId="3599F80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6ECC27A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91979EC" w14:textId="77777777" w:rsidR="004B2954" w:rsidRPr="00BB79B8" w:rsidRDefault="004B2954" w:rsidP="004B2954">
      <w:pPr>
        <w:spacing w:after="20"/>
        <w:ind w:left="216"/>
        <w:rPr>
          <w:rFonts w:cs="Times New Roman"/>
          <w:sz w:val="20"/>
          <w:szCs w:val="20"/>
        </w:rPr>
      </w:pPr>
      <w:r w:rsidRPr="00BB79B8">
        <w:rPr>
          <w:rFonts w:cs="Times New Roman"/>
          <w:sz w:val="20"/>
          <w:szCs w:val="20"/>
        </w:rPr>
        <w:t>Yes - syncope can be a warning sign of myocarditis, although it is uncommon and usually indicates a more serious presentation.</w:t>
      </w:r>
    </w:p>
    <w:p w14:paraId="5167272E"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7D56DE62"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occurs in about 5-7% of adults with acute myocarditis and is considered a red-flag symptom because it may reflect arrhythmias or impaired cardiac output.</w:t>
      </w:r>
    </w:p>
    <w:p w14:paraId="089E4B2B" w14:textId="77777777" w:rsidR="004B2954" w:rsidRPr="00BB79B8" w:rsidRDefault="004B2954" w:rsidP="004B2954">
      <w:pPr>
        <w:spacing w:after="20"/>
        <w:ind w:left="216"/>
        <w:rPr>
          <w:rFonts w:cs="Times New Roman"/>
          <w:sz w:val="20"/>
          <w:szCs w:val="20"/>
        </w:rPr>
      </w:pPr>
      <w:r w:rsidRPr="00BB79B8">
        <w:rPr>
          <w:rFonts w:cs="Times New Roman"/>
          <w:sz w:val="20"/>
          <w:szCs w:val="20"/>
        </w:rPr>
        <w:t>Why syncope happens in myocarditis</w:t>
      </w:r>
    </w:p>
    <w:p w14:paraId="3BB663F3"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in myocarditis is typically linked to:</w:t>
      </w:r>
    </w:p>
    <w:p w14:paraId="5F252503"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 inflammation of the heart muscle can disrupt electrical conduction, leading to ventricular tachycardia, heart block, or other rhythm disturbances that reduce cerebral perfusion.</w:t>
      </w:r>
    </w:p>
    <w:p w14:paraId="2F09C5B9"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Severely reduced cardiac function - in fulminant or severe myocarditis, the heart may not pump effectively enough to maintain blood pressure.</w:t>
      </w:r>
    </w:p>
    <w:p w14:paraId="24F317AF" w14:textId="77777777" w:rsidR="004B2954" w:rsidRPr="00BB79B8" w:rsidRDefault="004B2954" w:rsidP="004B2954">
      <w:pPr>
        <w:spacing w:after="20"/>
        <w:ind w:left="216"/>
        <w:rPr>
          <w:rFonts w:cs="Times New Roman"/>
          <w:sz w:val="20"/>
          <w:szCs w:val="20"/>
        </w:rPr>
      </w:pPr>
      <w:r w:rsidRPr="00BB79B8">
        <w:rPr>
          <w:rFonts w:cs="Times New Roman"/>
          <w:sz w:val="20"/>
          <w:szCs w:val="20"/>
        </w:rPr>
        <w:t>Conduction system involvement - inflammation can directly affect the AV node or His-Purkinje system.</w:t>
      </w:r>
    </w:p>
    <w:p w14:paraId="1CE0675F"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mechanisms align with the broader understanding that syncope results from cerebral hypoperfusion, often due to decreased cardiac output.</w:t>
      </w:r>
    </w:p>
    <w:p w14:paraId="67EA7656"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significance</w:t>
      </w:r>
    </w:p>
    <w:p w14:paraId="28CA9E61"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is not the most common symptom of myocarditis (chest pain and dyspnea are far more typical), but when it does occur, it is clinically important:</w:t>
      </w:r>
    </w:p>
    <w:p w14:paraId="002AC09D"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one of the recognized clinical syndromes used to classify probable acute myocarditis.</w:t>
      </w:r>
    </w:p>
    <w:p w14:paraId="032C048E"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signal higher risk due to arrhythmias or hemodynamic instability.</w:t>
      </w:r>
    </w:p>
    <w:p w14:paraId="4AB773EF" w14:textId="77777777" w:rsidR="004B2954" w:rsidRPr="00BB79B8" w:rsidRDefault="004B2954" w:rsidP="004B2954">
      <w:pPr>
        <w:spacing w:after="20"/>
        <w:ind w:left="216"/>
        <w:rPr>
          <w:rFonts w:cs="Times New Roman"/>
          <w:sz w:val="20"/>
          <w:szCs w:val="20"/>
        </w:rPr>
      </w:pPr>
      <w:r w:rsidRPr="00BB79B8">
        <w:rPr>
          <w:rFonts w:cs="Times New Roman"/>
          <w:sz w:val="20"/>
          <w:szCs w:val="20"/>
        </w:rPr>
        <w:t>It often prompts urgent evaluation (ECG, troponin, echocardiogram, and sometimes cardiac MRI).</w:t>
      </w:r>
    </w:p>
    <w:p w14:paraId="7AE77073"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this means for a patient</w:t>
      </w:r>
    </w:p>
    <w:p w14:paraId="1BD1E77D" w14:textId="77777777" w:rsidR="004B2954" w:rsidRPr="00BB79B8" w:rsidRDefault="004B2954" w:rsidP="004B2954">
      <w:pPr>
        <w:spacing w:after="20"/>
        <w:ind w:left="216"/>
        <w:rPr>
          <w:rFonts w:cs="Times New Roman"/>
          <w:sz w:val="20"/>
          <w:szCs w:val="20"/>
        </w:rPr>
      </w:pPr>
      <w:r w:rsidRPr="00BB79B8">
        <w:rPr>
          <w:rFonts w:cs="Times New Roman"/>
          <w:sz w:val="20"/>
          <w:szCs w:val="20"/>
        </w:rPr>
        <w:t>If someone experiences syncope along with chest pain, shortness of breath, palpitations, or recent viral illness, myocarditis is one of several possible causes - but it requires prompt medical evaluation. Syncope can also arise from many non-cardiac causes, so a clinician's assessment is essential.</w:t>
      </w:r>
    </w:p>
    <w:p w14:paraId="5EAA55B0"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you're asking because of a real episode of syncope or concern about myocarditis, it's important to seek medical care promptly.</w:t>
      </w:r>
    </w:p>
    <w:p w14:paraId="47A63261" w14:textId="77777777" w:rsidR="004B2954" w:rsidRPr="00BB79B8" w:rsidRDefault="004B2954" w:rsidP="004B2954">
      <w:pPr>
        <w:spacing w:after="0"/>
        <w:rPr>
          <w:rFonts w:cs="Times New Roman"/>
          <w:sz w:val="20"/>
          <w:szCs w:val="20"/>
        </w:rPr>
      </w:pPr>
    </w:p>
    <w:p w14:paraId="4DE78D3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4721C9A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642E95B" w14:textId="77777777" w:rsidR="004B2954" w:rsidRPr="00BB79B8" w:rsidRDefault="004B2954" w:rsidP="004B2954">
      <w:pPr>
        <w:spacing w:after="20"/>
        <w:ind w:left="216"/>
        <w:rPr>
          <w:rFonts w:cs="Times New Roman"/>
          <w:sz w:val="20"/>
          <w:szCs w:val="20"/>
        </w:rPr>
      </w:pPr>
      <w:r w:rsidRPr="00BB79B8">
        <w:rPr>
          <w:rFonts w:cs="Times New Roman"/>
          <w:sz w:val="20"/>
          <w:szCs w:val="20"/>
        </w:rPr>
        <w:t>Yes, syncope (fainting) can be a warning sign of myocarditis, though it is not the most common symptom. In the context of myocarditis, syncope is considered a red flag because it may indicate a potentially life-threatening arrhythmia or severe hemodynamic compromise.</w:t>
      </w:r>
    </w:p>
    <w:p w14:paraId="7FFF3D65"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detailed clinical explanation:</w:t>
      </w:r>
    </w:p>
    <w:p w14:paraId="7DE336E9" w14:textId="77777777" w:rsidR="004B2954" w:rsidRPr="00BB79B8" w:rsidRDefault="004B2954" w:rsidP="004B2954">
      <w:pPr>
        <w:spacing w:after="20"/>
        <w:ind w:left="216"/>
        <w:rPr>
          <w:rFonts w:cs="Times New Roman"/>
          <w:sz w:val="20"/>
          <w:szCs w:val="20"/>
        </w:rPr>
      </w:pPr>
      <w:r w:rsidRPr="00BB79B8">
        <w:rPr>
          <w:rFonts w:cs="Times New Roman"/>
          <w:sz w:val="20"/>
          <w:szCs w:val="20"/>
        </w:rPr>
        <w:t>1. Why does myocarditis cause syncope?</w:t>
      </w:r>
      <w:r w:rsidRPr="00BB79B8">
        <w:rPr>
          <w:rFonts w:cs="Times New Roman"/>
          <w:sz w:val="20"/>
          <w:szCs w:val="20"/>
        </w:rPr>
        <w:br/>
        <w:t>Myocarditis is inflammation of the heart muscle. This inflammation can disrupt the heart's electrical system or its pumping function in three key ways:</w:t>
      </w:r>
    </w:p>
    <w:p w14:paraId="10BE8627"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Arrhythmias: Inflammation creates an irritable focus, leading to ventricular tachycardia (VT) or ventricular fibrillation (VF), which cause sudden loss of cardiac output and syncope.</w:t>
      </w:r>
    </w:p>
    <w:p w14:paraId="782D433B"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Heart Block: Some types of myocarditis (e.g., Lyme carditis, giant cell myocarditis, or sarcoidosis) specifically target the conduction system, causing complete heart block and abrupt fainting.</w:t>
      </w:r>
    </w:p>
    <w:p w14:paraId="7B79300E"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Cardiogenic Shock: Severe inflammation can weaken the heart muscle (reduced ejection fraction), leading to low blood pressure and inadequate blood flow to the brain, resulting in syncope, often with exertion.</w:t>
      </w:r>
    </w:p>
    <w:p w14:paraId="73359294" w14:textId="77777777" w:rsidR="004B2954" w:rsidRPr="00BB79B8" w:rsidRDefault="004B2954" w:rsidP="004B2954">
      <w:pPr>
        <w:spacing w:after="20"/>
        <w:ind w:left="216"/>
        <w:rPr>
          <w:rFonts w:cs="Times New Roman"/>
          <w:sz w:val="20"/>
          <w:szCs w:val="20"/>
        </w:rPr>
      </w:pPr>
      <w:r w:rsidRPr="00BB79B8">
        <w:rPr>
          <w:rFonts w:cs="Times New Roman"/>
          <w:sz w:val="20"/>
          <w:szCs w:val="20"/>
        </w:rPr>
        <w:t>2. Distinguishing dangerous syncope from benign fainting</w:t>
      </w:r>
      <w:r w:rsidRPr="00BB79B8">
        <w:rPr>
          <w:rFonts w:cs="Times New Roman"/>
          <w:sz w:val="20"/>
          <w:szCs w:val="20"/>
        </w:rPr>
        <w:br/>
        <w:t>Most syncope in young, healthy people is vasovagal (triggered by pain, fear, dehydration, or standing too long). Vasovagal syncope is usually preceded by warning signs (nausea, sweating, tunnel vision) and resolves quickly when lying down.</w:t>
      </w:r>
    </w:p>
    <w:p w14:paraId="69451D97" w14:textId="77777777" w:rsidR="004B2954" w:rsidRPr="00BB79B8" w:rsidRDefault="004B2954" w:rsidP="004B2954">
      <w:pPr>
        <w:spacing w:after="20"/>
        <w:ind w:left="216"/>
        <w:rPr>
          <w:rFonts w:cs="Times New Roman"/>
          <w:sz w:val="20"/>
          <w:szCs w:val="20"/>
        </w:rPr>
      </w:pPr>
      <w:r w:rsidRPr="00BB79B8">
        <w:rPr>
          <w:rFonts w:cs="Times New Roman"/>
          <w:sz w:val="20"/>
          <w:szCs w:val="20"/>
        </w:rPr>
        <w:t>In contrast, syncope due to myocarditis often has these "warning sign" features:</w:t>
      </w:r>
    </w:p>
    <w:p w14:paraId="1B8D245E" w14:textId="77777777" w:rsidR="004B2954" w:rsidRPr="00BB79B8" w:rsidRDefault="004B2954" w:rsidP="004B2954">
      <w:pPr>
        <w:spacing w:after="20"/>
        <w:ind w:left="216"/>
        <w:rPr>
          <w:rFonts w:cs="Times New Roman"/>
          <w:sz w:val="20"/>
          <w:szCs w:val="20"/>
        </w:rPr>
      </w:pPr>
      <w:r w:rsidRPr="00BB79B8">
        <w:rPr>
          <w:rFonts w:cs="Times New Roman"/>
          <w:sz w:val="20"/>
          <w:szCs w:val="20"/>
        </w:rPr>
        <w:t>Occurs during exercise (rather than after standing still or emotional stress).</w:t>
      </w:r>
    </w:p>
    <w:p w14:paraId="10B8DCF4"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and without prodrome (no nausea or warmth beforehand).</w:t>
      </w:r>
    </w:p>
    <w:p w14:paraId="1F0135F7"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Recurrent episodes (especially with exertion).</w:t>
      </w:r>
    </w:p>
    <w:p w14:paraId="0C7FF67D"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with chest pain, palpitations, or shortness of breath before or after fainting.</w:t>
      </w:r>
    </w:p>
    <w:p w14:paraId="241FBDE7"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Follows a viral illness (upper respiratory infection or flu-like symptoms 1-4 weeks prior).</w:t>
      </w:r>
    </w:p>
    <w:p w14:paraId="70C50C00" w14:textId="77777777" w:rsidR="004B2954" w:rsidRPr="00BB79B8" w:rsidRDefault="004B2954" w:rsidP="004B2954">
      <w:pPr>
        <w:spacing w:after="20"/>
        <w:ind w:left="216"/>
        <w:rPr>
          <w:rFonts w:cs="Times New Roman"/>
          <w:sz w:val="20"/>
          <w:szCs w:val="20"/>
        </w:rPr>
      </w:pPr>
      <w:r w:rsidRPr="00BB79B8">
        <w:rPr>
          <w:rFonts w:cs="Times New Roman"/>
          <w:sz w:val="20"/>
          <w:szCs w:val="20"/>
        </w:rPr>
        <w:t>3. Clinical significance</w:t>
      </w:r>
    </w:p>
    <w:p w14:paraId="526A47F9" w14:textId="77777777" w:rsidR="004B2954" w:rsidRPr="00BB79B8" w:rsidRDefault="004B2954" w:rsidP="004B2954">
      <w:pPr>
        <w:spacing w:after="20"/>
        <w:ind w:left="216"/>
        <w:rPr>
          <w:rFonts w:cs="Times New Roman"/>
          <w:sz w:val="20"/>
          <w:szCs w:val="20"/>
        </w:rPr>
      </w:pPr>
      <w:r w:rsidRPr="00BB79B8">
        <w:rPr>
          <w:rFonts w:cs="Times New Roman"/>
          <w:sz w:val="20"/>
          <w:szCs w:val="20"/>
        </w:rPr>
        <w:t>In a large cohort study (e.g., from the International Registry of Myocarditis), syncope was identified as an independent predictor of adverse outcomes, including the need for heart transplantation or death.</w:t>
      </w:r>
    </w:p>
    <w:p w14:paraId="5257EB8E" w14:textId="77777777" w:rsidR="004B2954" w:rsidRPr="00BB79B8" w:rsidRDefault="004B2954" w:rsidP="004B2954">
      <w:pPr>
        <w:spacing w:after="20"/>
        <w:ind w:left="216"/>
        <w:rPr>
          <w:rFonts w:cs="Times New Roman"/>
          <w:sz w:val="20"/>
          <w:szCs w:val="20"/>
        </w:rPr>
      </w:pPr>
      <w:r w:rsidRPr="00BB79B8">
        <w:rPr>
          <w:rFonts w:cs="Times New Roman"/>
          <w:sz w:val="20"/>
          <w:szCs w:val="20"/>
        </w:rPr>
        <w:t>For this reason, the American Heart Association/American College of Cardiology guidelines recommend that any young person presenting with syncope during exercise should undergo cardiac evaluation (ECG, troponin, echocardiogram) to rule out myocarditis and other cardiomyopathies.</w:t>
      </w:r>
    </w:p>
    <w:p w14:paraId="11F48719" w14:textId="77777777" w:rsidR="004B2954" w:rsidRPr="00BB79B8" w:rsidRDefault="004B2954" w:rsidP="004B2954">
      <w:pPr>
        <w:spacing w:after="20"/>
        <w:ind w:left="216"/>
        <w:rPr>
          <w:rFonts w:cs="Times New Roman"/>
          <w:sz w:val="20"/>
          <w:szCs w:val="20"/>
        </w:rPr>
      </w:pPr>
      <w:r w:rsidRPr="00BB79B8">
        <w:rPr>
          <w:rFonts w:cs="Times New Roman"/>
          <w:sz w:val="20"/>
          <w:szCs w:val="20"/>
        </w:rPr>
        <w:t>4. Practical takeaway</w:t>
      </w:r>
      <w:r w:rsidRPr="00BB79B8">
        <w:rPr>
          <w:rFonts w:cs="Times New Roman"/>
          <w:sz w:val="20"/>
          <w:szCs w:val="20"/>
        </w:rPr>
        <w:br/>
        <w:t>If a patient (especially a child or young adult) presents with syncope plus any of the following, suspect myocarditis until proven otherwise:</w:t>
      </w:r>
    </w:p>
    <w:p w14:paraId="6CEF7BC2" w14:textId="77777777" w:rsidR="004B2954" w:rsidRPr="00BB79B8" w:rsidRDefault="004B2954" w:rsidP="004B2954">
      <w:pPr>
        <w:spacing w:after="20"/>
        <w:ind w:left="216"/>
        <w:rPr>
          <w:rFonts w:cs="Times New Roman"/>
          <w:sz w:val="20"/>
          <w:szCs w:val="20"/>
        </w:rPr>
      </w:pPr>
      <w:r w:rsidRPr="00BB79B8">
        <w:rPr>
          <w:rFonts w:cs="Times New Roman"/>
          <w:sz w:val="20"/>
          <w:szCs w:val="20"/>
        </w:rPr>
        <w:t>Fever or recent viral syndrome</w:t>
      </w:r>
    </w:p>
    <w:p w14:paraId="3A6BABBA"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4FA7C7ED"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w:t>
      </w:r>
    </w:p>
    <w:p w14:paraId="72ADA244"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elevated heart rate (inappropriate tachycardia)</w:t>
      </w:r>
    </w:p>
    <w:p w14:paraId="0A36FC5F" w14:textId="77777777" w:rsidR="004B2954" w:rsidRPr="00BB79B8" w:rsidRDefault="004B2954" w:rsidP="004B2954">
      <w:pPr>
        <w:spacing w:after="20"/>
        <w:ind w:left="216"/>
        <w:rPr>
          <w:rFonts w:cs="Times New Roman"/>
          <w:sz w:val="20"/>
          <w:szCs w:val="20"/>
        </w:rPr>
      </w:pPr>
      <w:r w:rsidRPr="00BB79B8">
        <w:rPr>
          <w:rFonts w:cs="Times New Roman"/>
          <w:sz w:val="20"/>
          <w:szCs w:val="20"/>
        </w:rPr>
        <w:t>Murmur or gallop on exam</w:t>
      </w:r>
    </w:p>
    <w:p w14:paraId="7A7C911D"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Syncope is not a common presenting symptom of mild myocarditis, but when it occurs-particularly with exertion or without warning-it is a serious warning sign that warrants immediate medical evaluation, including an ECG and cardiac biomarker testing.</w:t>
      </w:r>
    </w:p>
    <w:p w14:paraId="17D8061D" w14:textId="77777777" w:rsidR="004B2954" w:rsidRPr="00BB79B8" w:rsidRDefault="004B2954" w:rsidP="004B2954">
      <w:pPr>
        <w:spacing w:after="0"/>
        <w:rPr>
          <w:rFonts w:cs="Times New Roman"/>
          <w:sz w:val="20"/>
          <w:szCs w:val="20"/>
        </w:rPr>
      </w:pPr>
    </w:p>
    <w:p w14:paraId="556F54A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B10A8B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925914E" w14:textId="77777777" w:rsidR="004B2954" w:rsidRPr="00BB79B8" w:rsidRDefault="004B2954" w:rsidP="004B2954">
      <w:pPr>
        <w:spacing w:after="20"/>
        <w:ind w:left="216"/>
        <w:rPr>
          <w:rFonts w:cs="Times New Roman"/>
          <w:sz w:val="20"/>
          <w:szCs w:val="20"/>
        </w:rPr>
      </w:pPr>
      <w:r w:rsidRPr="00BB79B8">
        <w:rPr>
          <w:rFonts w:cs="Times New Roman"/>
          <w:sz w:val="20"/>
          <w:szCs w:val="20"/>
        </w:rPr>
        <w:t>Yes, syncope can definitely be a warning sign of myocarditis.</w:t>
      </w:r>
    </w:p>
    <w:p w14:paraId="71443DD7" w14:textId="77777777" w:rsidR="004B2954" w:rsidRPr="00BB79B8" w:rsidRDefault="004B2954" w:rsidP="004B2954">
      <w:pPr>
        <w:spacing w:after="20"/>
        <w:ind w:left="216"/>
        <w:rPr>
          <w:rFonts w:cs="Times New Roman"/>
          <w:sz w:val="20"/>
          <w:szCs w:val="20"/>
        </w:rPr>
      </w:pPr>
      <w:r w:rsidRPr="00BB79B8">
        <w:rPr>
          <w:rFonts w:cs="Times New Roman"/>
          <w:sz w:val="20"/>
          <w:szCs w:val="20"/>
        </w:rPr>
        <w:t>It usually occurs due to:</w:t>
      </w:r>
    </w:p>
    <w:p w14:paraId="62055F8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inflammation weakening heart contractility, leading to insufficient cardiac output and reduced cerebral blood supply.</w:t>
      </w:r>
    </w:p>
    <w:p w14:paraId="032DE88E" w14:textId="77777777" w:rsidR="004B2954" w:rsidRPr="00BB79B8" w:rsidRDefault="004B2954" w:rsidP="004B2954">
      <w:pPr>
        <w:spacing w:after="20"/>
        <w:ind w:left="216"/>
        <w:rPr>
          <w:rFonts w:cs="Times New Roman"/>
          <w:sz w:val="20"/>
          <w:szCs w:val="20"/>
        </w:rPr>
      </w:pPr>
      <w:r w:rsidRPr="00BB79B8">
        <w:rPr>
          <w:rFonts w:cs="Times New Roman"/>
          <w:sz w:val="20"/>
          <w:szCs w:val="20"/>
        </w:rPr>
        <w:t>Induced arrhythmias (such as bradycardia, tachycardia, or ventricular arrhythmias).</w:t>
      </w:r>
    </w:p>
    <w:p w14:paraId="133F3966" w14:textId="77777777" w:rsidR="004B2954" w:rsidRPr="00BB79B8" w:rsidRDefault="004B2954" w:rsidP="004B2954">
      <w:pPr>
        <w:spacing w:after="20"/>
        <w:ind w:left="216"/>
        <w:rPr>
          <w:rFonts w:cs="Times New Roman"/>
          <w:sz w:val="20"/>
          <w:szCs w:val="20"/>
        </w:rPr>
      </w:pPr>
      <w:r w:rsidRPr="00BB79B8">
        <w:rPr>
          <w:rFonts w:cs="Times New Roman"/>
          <w:sz w:val="20"/>
          <w:szCs w:val="20"/>
        </w:rPr>
        <w:t>Temporary heart block or even hemodynamic instability.</w:t>
      </w:r>
    </w:p>
    <w:p w14:paraId="7B89BF2B"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in myocarditis is often a red flag, which may indicate severe myocardial involvement and requires urgent medical evaluation, ECG, cardiac biomarkers and echocardiography.</w:t>
      </w:r>
    </w:p>
    <w:p w14:paraId="6E77BF8B" w14:textId="77777777" w:rsidR="004B2954" w:rsidRPr="00BB79B8" w:rsidRDefault="004B2954" w:rsidP="004B2954">
      <w:pPr>
        <w:rPr>
          <w:rFonts w:cs="Times New Roman"/>
          <w:sz w:val="20"/>
          <w:szCs w:val="20"/>
        </w:rPr>
      </w:pPr>
    </w:p>
    <w:p w14:paraId="02FC1922" w14:textId="77777777" w:rsidR="004B2954" w:rsidRPr="00BB79B8" w:rsidRDefault="004B2954" w:rsidP="004B2954">
      <w:pPr>
        <w:keepNext/>
        <w:rPr>
          <w:rFonts w:cs="Times New Roman"/>
          <w:sz w:val="20"/>
          <w:szCs w:val="20"/>
        </w:rPr>
      </w:pPr>
      <w:r w:rsidRPr="00BB79B8">
        <w:rPr>
          <w:rFonts w:cs="Times New Roman"/>
          <w:b/>
          <w:color w:val="1F4E79"/>
          <w:sz w:val="20"/>
          <w:szCs w:val="20"/>
        </w:rPr>
        <w:t>Q14. What symptom of myocarditis in children is most easily overlooked?</w:t>
      </w:r>
    </w:p>
    <w:p w14:paraId="1C5CD48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30528BE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9CDD842" w14:textId="77777777" w:rsidR="004B2954" w:rsidRPr="00BB79B8" w:rsidRDefault="004B2954" w:rsidP="004B2954">
      <w:pPr>
        <w:spacing w:after="20"/>
        <w:ind w:left="216"/>
        <w:rPr>
          <w:rFonts w:cs="Times New Roman"/>
          <w:sz w:val="20"/>
          <w:szCs w:val="20"/>
        </w:rPr>
      </w:pPr>
      <w:r w:rsidRPr="00BB79B8">
        <w:rPr>
          <w:rFonts w:cs="Times New Roman"/>
          <w:sz w:val="20"/>
          <w:szCs w:val="20"/>
        </w:rPr>
        <w:t>In children, myocarditis can present subtly, and the symptom most easily overlooked is fatigue or general malaise. Unlike adults, who often report chest pain or palpitations, children-especially younger ones-may show nonspecific signs such as:</w:t>
      </w:r>
    </w:p>
    <w:p w14:paraId="18EE56C9" w14:textId="77777777" w:rsidR="004B2954" w:rsidRPr="00BB79B8" w:rsidRDefault="004B2954" w:rsidP="004B2954">
      <w:pPr>
        <w:spacing w:after="20"/>
        <w:ind w:left="216"/>
        <w:rPr>
          <w:rFonts w:cs="Times New Roman"/>
          <w:sz w:val="20"/>
          <w:szCs w:val="20"/>
        </w:rPr>
      </w:pPr>
      <w:r w:rsidRPr="00BB79B8">
        <w:rPr>
          <w:rFonts w:cs="Times New Roman"/>
          <w:sz w:val="20"/>
          <w:szCs w:val="20"/>
        </w:rPr>
        <w:t>Tiredness or unusual sleepiness</w:t>
      </w:r>
    </w:p>
    <w:p w14:paraId="0A842BB3" w14:textId="77777777" w:rsidR="004B2954" w:rsidRPr="00BB79B8" w:rsidRDefault="004B2954" w:rsidP="004B2954">
      <w:pPr>
        <w:spacing w:after="20"/>
        <w:ind w:left="216"/>
        <w:rPr>
          <w:rFonts w:cs="Times New Roman"/>
          <w:sz w:val="20"/>
          <w:szCs w:val="20"/>
        </w:rPr>
      </w:pPr>
      <w:r w:rsidRPr="00BB79B8">
        <w:rPr>
          <w:rFonts w:cs="Times New Roman"/>
          <w:sz w:val="20"/>
          <w:szCs w:val="20"/>
        </w:rPr>
        <w:t>Poor appetite or feeding difficulties (infants)</w:t>
      </w:r>
    </w:p>
    <w:p w14:paraId="0B8D1ADE" w14:textId="77777777" w:rsidR="004B2954" w:rsidRPr="00BB79B8" w:rsidRDefault="004B2954" w:rsidP="004B2954">
      <w:pPr>
        <w:spacing w:after="20"/>
        <w:ind w:left="216"/>
        <w:rPr>
          <w:rFonts w:cs="Times New Roman"/>
          <w:sz w:val="20"/>
          <w:szCs w:val="20"/>
        </w:rPr>
      </w:pPr>
      <w:r w:rsidRPr="00BB79B8">
        <w:rPr>
          <w:rFonts w:cs="Times New Roman"/>
          <w:sz w:val="20"/>
          <w:szCs w:val="20"/>
        </w:rPr>
        <w:t>Irritability</w:t>
      </w:r>
    </w:p>
    <w:p w14:paraId="3F4C69E6" w14:textId="77777777" w:rsidR="004B2954" w:rsidRPr="00BB79B8" w:rsidRDefault="004B2954" w:rsidP="004B2954">
      <w:pPr>
        <w:spacing w:after="20"/>
        <w:ind w:left="216"/>
        <w:rPr>
          <w:rFonts w:cs="Times New Roman"/>
          <w:sz w:val="20"/>
          <w:szCs w:val="20"/>
        </w:rPr>
      </w:pPr>
      <w:r w:rsidRPr="00BB79B8">
        <w:rPr>
          <w:rFonts w:cs="Times New Roman"/>
          <w:sz w:val="20"/>
          <w:szCs w:val="20"/>
        </w:rPr>
        <w:t>Mild shortness of breath or rapid breathing</w:t>
      </w:r>
    </w:p>
    <w:p w14:paraId="71877FAF"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are easy to attribute to common viral illnesses, growth issues, or behavioral changes, making early myocarditis hard to detect without careful clinical evaluation.</w:t>
      </w:r>
    </w:p>
    <w:p w14:paraId="763A4253"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Other subtle signs that can be missed include mild palpitations, fainting episodes, or unexplained gastrointestinal symptoms. Persistent or worsening fatigue with viral prodrome should prompt further cardiac evaluation.</w:t>
      </w:r>
    </w:p>
    <w:p w14:paraId="340F5DC5" w14:textId="77777777" w:rsidR="004B2954" w:rsidRPr="00BB79B8" w:rsidRDefault="004B2954" w:rsidP="004B2954">
      <w:pPr>
        <w:spacing w:after="0"/>
        <w:rPr>
          <w:rFonts w:cs="Times New Roman"/>
          <w:sz w:val="20"/>
          <w:szCs w:val="20"/>
        </w:rPr>
      </w:pPr>
    </w:p>
    <w:p w14:paraId="4C8D0C8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5A269F9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6C42F35" w14:textId="77777777" w:rsidR="004B2954" w:rsidRPr="00BB79B8" w:rsidRDefault="004B2954" w:rsidP="004B2954">
      <w:pPr>
        <w:spacing w:after="20"/>
        <w:ind w:left="216"/>
        <w:rPr>
          <w:rFonts w:cs="Times New Roman"/>
          <w:sz w:val="20"/>
          <w:szCs w:val="20"/>
        </w:rPr>
      </w:pPr>
      <w:r w:rsidRPr="00BB79B8">
        <w:rPr>
          <w:rFonts w:cs="Times New Roman"/>
          <w:sz w:val="20"/>
          <w:szCs w:val="20"/>
        </w:rPr>
        <w:t>In children, the symptoms of myocarditis that are most easily overlooked are gastrointestinal (GI) symptoms, such as abdominal pain, vomiting, and diarrhea.</w:t>
      </w:r>
    </w:p>
    <w:p w14:paraId="7F53BA33"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children often cannot articulate chest pain or shortness of breath as clearly as adults, their condition is frequently misidentified as a common stomach virus or "tummy ache."</w:t>
      </w:r>
    </w:p>
    <w:p w14:paraId="4A1B2E56" w14:textId="77777777" w:rsidR="004B2954" w:rsidRPr="00BB79B8" w:rsidRDefault="004B2954" w:rsidP="004B2954">
      <w:pPr>
        <w:spacing w:after="20"/>
        <w:ind w:left="216"/>
        <w:rPr>
          <w:rFonts w:cs="Times New Roman"/>
          <w:sz w:val="20"/>
          <w:szCs w:val="20"/>
        </w:rPr>
      </w:pPr>
      <w:r w:rsidRPr="00BB79B8">
        <w:rPr>
          <w:rFonts w:cs="Times New Roman"/>
          <w:sz w:val="20"/>
          <w:szCs w:val="20"/>
        </w:rPr>
        <w:t>Why GI Symptoms are Easily Overlooked</w:t>
      </w:r>
    </w:p>
    <w:p w14:paraId="0FCD842B" w14:textId="77777777" w:rsidR="004B2954" w:rsidRPr="00BB79B8" w:rsidRDefault="004B2954" w:rsidP="004B2954">
      <w:pPr>
        <w:spacing w:after="20"/>
        <w:ind w:left="216"/>
        <w:rPr>
          <w:rFonts w:cs="Times New Roman"/>
          <w:sz w:val="20"/>
          <w:szCs w:val="20"/>
        </w:rPr>
      </w:pPr>
      <w:r w:rsidRPr="00BB79B8">
        <w:rPr>
          <w:rFonts w:cs="Times New Roman"/>
          <w:sz w:val="20"/>
          <w:szCs w:val="20"/>
        </w:rPr>
        <w:t>Atypical Presentation: In many pediatric cases, the initial "viral prodrome" (the early signs of infection) manifests entirely in the gut rather than the chest.</w:t>
      </w:r>
    </w:p>
    <w:p w14:paraId="5A5420D0" w14:textId="77777777" w:rsidR="004B2954" w:rsidRPr="00BB79B8" w:rsidRDefault="004B2954" w:rsidP="004B2954">
      <w:pPr>
        <w:spacing w:after="20"/>
        <w:ind w:left="216"/>
        <w:rPr>
          <w:rFonts w:cs="Times New Roman"/>
          <w:sz w:val="20"/>
          <w:szCs w:val="20"/>
        </w:rPr>
      </w:pPr>
      <w:r w:rsidRPr="00BB79B8">
        <w:rPr>
          <w:rFonts w:cs="Times New Roman"/>
          <w:sz w:val="20"/>
          <w:szCs w:val="20"/>
        </w:rPr>
        <w:t>Masquerading as Common Illness: Parents and even clinicians may focus on the vomiting or lack of appetite, missing the underlying cardiac strain.</w:t>
      </w:r>
    </w:p>
    <w:p w14:paraId="687BB86E" w14:textId="77777777" w:rsidR="004B2954" w:rsidRPr="00BB79B8" w:rsidRDefault="004B2954" w:rsidP="004B2954">
      <w:pPr>
        <w:spacing w:after="20"/>
        <w:ind w:left="216"/>
        <w:rPr>
          <w:rFonts w:cs="Times New Roman"/>
          <w:sz w:val="20"/>
          <w:szCs w:val="20"/>
        </w:rPr>
      </w:pPr>
      <w:r w:rsidRPr="00BB79B8">
        <w:rPr>
          <w:rFonts w:cs="Times New Roman"/>
          <w:sz w:val="20"/>
          <w:szCs w:val="20"/>
        </w:rPr>
        <w:t>Physical Signs: A child might be irritable or lethargic, which are often attributed to dehydration from the GI symptoms rather than decreased heart function.</w:t>
      </w:r>
    </w:p>
    <w:p w14:paraId="6D5F513D"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Subtle Signs to Watch For</w:t>
      </w:r>
    </w:p>
    <w:p w14:paraId="7CBC85F8" w14:textId="77777777" w:rsidR="004B2954" w:rsidRPr="00BB79B8" w:rsidRDefault="004B2954" w:rsidP="004B2954">
      <w:pPr>
        <w:spacing w:after="20"/>
        <w:ind w:left="216"/>
        <w:rPr>
          <w:rFonts w:cs="Times New Roman"/>
          <w:sz w:val="20"/>
          <w:szCs w:val="20"/>
        </w:rPr>
      </w:pPr>
      <w:r w:rsidRPr="00BB79B8">
        <w:rPr>
          <w:rFonts w:cs="Times New Roman"/>
          <w:sz w:val="20"/>
          <w:szCs w:val="20"/>
        </w:rPr>
        <w:t>In addition to GI issues, keep an eye out for these "quiet" symptoms:</w:t>
      </w:r>
    </w:p>
    <w:p w14:paraId="676C8230" w14:textId="77777777" w:rsidR="004B2954" w:rsidRPr="00BB79B8" w:rsidRDefault="004B2954" w:rsidP="004B2954">
      <w:pPr>
        <w:spacing w:after="20"/>
        <w:ind w:left="216"/>
        <w:rPr>
          <w:rFonts w:cs="Times New Roman"/>
          <w:sz w:val="20"/>
          <w:szCs w:val="20"/>
        </w:rPr>
      </w:pPr>
      <w:r w:rsidRPr="00BB79B8">
        <w:rPr>
          <w:rFonts w:cs="Times New Roman"/>
          <w:sz w:val="20"/>
          <w:szCs w:val="20"/>
        </w:rPr>
        <w:t>Poor Feeding: In infants, a sudden difficulty in nursing or getting tired while feeding is a major red flag for cardiac fatigue.</w:t>
      </w:r>
    </w:p>
    <w:p w14:paraId="48CB5875"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Pallor: The child looking unusually pale or "ashy," especially when accompanied by a fast heart rate that doesn't match their level of activity.</w:t>
      </w:r>
    </w:p>
    <w:p w14:paraId="3C0D655C"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Intolerance: A child who suddenly wants to be carried or stops playing because they are "tired" may be experiencing early signs of heart muscle inflammation.</w:t>
      </w:r>
    </w:p>
    <w:p w14:paraId="68F640A1"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these symptoms appear alongside a recent history of a viral infection (like the flu or a cold), it is critical to monitor for any changes in breathing or heart rate.</w:t>
      </w:r>
    </w:p>
    <w:p w14:paraId="4A1A41E5" w14:textId="77777777" w:rsidR="004B2954" w:rsidRPr="00BB79B8" w:rsidRDefault="004B2954" w:rsidP="004B2954">
      <w:pPr>
        <w:spacing w:after="0"/>
        <w:rPr>
          <w:rFonts w:cs="Times New Roman"/>
          <w:sz w:val="20"/>
          <w:szCs w:val="20"/>
        </w:rPr>
      </w:pPr>
    </w:p>
    <w:p w14:paraId="6C5ECD2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BF023C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699A3DF"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decreased activity tolerance is the symptom of myocarditis in children that is most easily overlooked. It often appears mild, nonspecific, and similar to common viral illnesses, making it easy for caregivers to dismiss.</w:t>
      </w:r>
    </w:p>
    <w:p w14:paraId="1F30714A"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this symptom is often missed</w:t>
      </w:r>
    </w:p>
    <w:p w14:paraId="2076DE1B"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irritability, or "just not acting like themselves" can look like a normal cold or flu.</w:t>
      </w:r>
    </w:p>
    <w:p w14:paraId="0B336A75" w14:textId="77777777" w:rsidR="004B2954" w:rsidRPr="00BB79B8" w:rsidRDefault="004B2954" w:rsidP="004B2954">
      <w:pPr>
        <w:spacing w:after="20"/>
        <w:ind w:left="216"/>
        <w:rPr>
          <w:rFonts w:cs="Times New Roman"/>
          <w:sz w:val="20"/>
          <w:szCs w:val="20"/>
        </w:rPr>
      </w:pPr>
      <w:r w:rsidRPr="00BB79B8">
        <w:rPr>
          <w:rFonts w:cs="Times New Roman"/>
          <w:sz w:val="20"/>
          <w:szCs w:val="20"/>
        </w:rPr>
        <w:t>Children-especially toddlers-may not be able to describe chest discomfort or palpitations.</w:t>
      </w:r>
    </w:p>
    <w:p w14:paraId="4E87CA44"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myocarditis symptoms are subtle and can mimic many benign conditions.</w:t>
      </w:r>
    </w:p>
    <w:p w14:paraId="4A6782A5" w14:textId="77777777" w:rsidR="004B2954" w:rsidRPr="00BB79B8" w:rsidRDefault="004B2954" w:rsidP="004B2954">
      <w:pPr>
        <w:spacing w:after="20"/>
        <w:ind w:left="216"/>
        <w:rPr>
          <w:rFonts w:cs="Times New Roman"/>
          <w:sz w:val="20"/>
          <w:szCs w:val="20"/>
        </w:rPr>
      </w:pPr>
      <w:r w:rsidRPr="00BB79B8">
        <w:rPr>
          <w:rFonts w:cs="Times New Roman"/>
          <w:sz w:val="20"/>
          <w:szCs w:val="20"/>
        </w:rPr>
        <w:t>Sources note that early signs are often mild and nonspecific, leading to delayed recognition.</w:t>
      </w:r>
    </w:p>
    <w:p w14:paraId="000BDC05"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commonly overlooked early symptoms</w:t>
      </w:r>
    </w:p>
    <w:p w14:paraId="62046AC1" w14:textId="77777777" w:rsidR="004B2954" w:rsidRPr="00BB79B8" w:rsidRDefault="004B2954" w:rsidP="004B2954">
      <w:pPr>
        <w:spacing w:after="20"/>
        <w:ind w:left="216"/>
        <w:rPr>
          <w:rFonts w:cs="Times New Roman"/>
          <w:sz w:val="20"/>
          <w:szCs w:val="20"/>
        </w:rPr>
      </w:pPr>
      <w:r w:rsidRPr="00BB79B8">
        <w:rPr>
          <w:rFonts w:cs="Times New Roman"/>
          <w:sz w:val="20"/>
          <w:szCs w:val="20"/>
        </w:rPr>
        <w:t>Each of these can appear unrelated to the heart:</w:t>
      </w:r>
    </w:p>
    <w:p w14:paraId="5E805E22"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breathing - mistaken for a respiratory infection.</w:t>
      </w:r>
    </w:p>
    <w:p w14:paraId="7DA814AA" w14:textId="77777777" w:rsidR="004B2954" w:rsidRPr="00BB79B8" w:rsidRDefault="004B2954" w:rsidP="004B2954">
      <w:pPr>
        <w:spacing w:after="20"/>
        <w:ind w:left="216"/>
        <w:rPr>
          <w:rFonts w:cs="Times New Roman"/>
          <w:sz w:val="20"/>
          <w:szCs w:val="20"/>
        </w:rPr>
      </w:pPr>
      <w:r w:rsidRPr="00BB79B8">
        <w:rPr>
          <w:rFonts w:cs="Times New Roman"/>
          <w:sz w:val="20"/>
          <w:szCs w:val="20"/>
        </w:rPr>
        <w:t>Poor feeding in infants - often attributed to colic or minor illness.</w:t>
      </w:r>
    </w:p>
    <w:p w14:paraId="342DC78D" w14:textId="77777777" w:rsidR="004B2954" w:rsidRPr="00BB79B8" w:rsidRDefault="004B2954" w:rsidP="004B2954">
      <w:pPr>
        <w:spacing w:after="20"/>
        <w:ind w:left="216"/>
        <w:rPr>
          <w:rFonts w:cs="Times New Roman"/>
          <w:sz w:val="20"/>
          <w:szCs w:val="20"/>
        </w:rPr>
      </w:pPr>
      <w:r w:rsidRPr="00BB79B8">
        <w:rPr>
          <w:rFonts w:cs="Times New Roman"/>
          <w:sz w:val="20"/>
          <w:szCs w:val="20"/>
        </w:rPr>
        <w:t>Irritability - extremely nonspecific.</w:t>
      </w:r>
    </w:p>
    <w:p w14:paraId="5B4D478F" w14:textId="77777777" w:rsidR="004B2954" w:rsidRPr="00BB79B8" w:rsidRDefault="004B2954" w:rsidP="004B2954">
      <w:pPr>
        <w:spacing w:after="20"/>
        <w:ind w:left="216"/>
        <w:rPr>
          <w:rFonts w:cs="Times New Roman"/>
          <w:sz w:val="20"/>
          <w:szCs w:val="20"/>
        </w:rPr>
      </w:pPr>
      <w:r w:rsidRPr="00BB79B8">
        <w:rPr>
          <w:rFonts w:cs="Times New Roman"/>
          <w:sz w:val="20"/>
          <w:szCs w:val="20"/>
        </w:rPr>
        <w:t>Pale or cool hands and feet - may be dismissed as normal temperature variation.</w:t>
      </w:r>
    </w:p>
    <w:p w14:paraId="3EBF22E6"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cough - easily mistaken for a simple cold.</w:t>
      </w:r>
    </w:p>
    <w:p w14:paraId="45AAA540"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intolerance in older kids - often attributed to deconditioning or laziness.</w:t>
      </w:r>
    </w:p>
    <w:p w14:paraId="3E925DF8"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102BC525"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easily overlooked symptom is fatigue or reduced activity, because it blends in with common childhood illnesses and doesn't immediately suggest a heart problem.</w:t>
      </w:r>
    </w:p>
    <w:p w14:paraId="7A36CBF1" w14:textId="77777777" w:rsidR="004B2954" w:rsidRPr="00BB79B8" w:rsidRDefault="004B2954" w:rsidP="004B2954">
      <w:pPr>
        <w:spacing w:after="0"/>
        <w:rPr>
          <w:rFonts w:cs="Times New Roman"/>
          <w:sz w:val="20"/>
          <w:szCs w:val="20"/>
        </w:rPr>
      </w:pPr>
    </w:p>
    <w:p w14:paraId="233AE2E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251F5F4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F962850" w14:textId="77777777" w:rsidR="004B2954" w:rsidRPr="00BB79B8" w:rsidRDefault="004B2954" w:rsidP="004B2954">
      <w:pPr>
        <w:spacing w:after="20"/>
        <w:ind w:left="216"/>
        <w:rPr>
          <w:rFonts w:cs="Times New Roman"/>
          <w:sz w:val="20"/>
          <w:szCs w:val="20"/>
        </w:rPr>
      </w:pPr>
      <w:r w:rsidRPr="00BB79B8">
        <w:rPr>
          <w:rFonts w:cs="Times New Roman"/>
          <w:sz w:val="20"/>
          <w:szCs w:val="20"/>
        </w:rPr>
        <w:t>The symptom of abdominal pain (or unexplained vomiting) is the most easily overlooked sign of myocarditis in children, particularly in infants and toddlers.</w:t>
      </w:r>
    </w:p>
    <w:p w14:paraId="7E956DE2" w14:textId="77777777" w:rsidR="004B2954" w:rsidRPr="00BB79B8" w:rsidRDefault="004B2954" w:rsidP="004B2954">
      <w:pPr>
        <w:spacing w:after="20"/>
        <w:ind w:left="216"/>
        <w:rPr>
          <w:rFonts w:cs="Times New Roman"/>
          <w:sz w:val="20"/>
          <w:szCs w:val="20"/>
        </w:rPr>
      </w:pPr>
      <w:r w:rsidRPr="00BB79B8">
        <w:rPr>
          <w:rFonts w:cs="Times New Roman"/>
          <w:sz w:val="20"/>
          <w:szCs w:val="20"/>
        </w:rPr>
        <w:t>Why it is overlooked:</w:t>
      </w:r>
      <w:r w:rsidRPr="00BB79B8">
        <w:rPr>
          <w:rFonts w:cs="Times New Roman"/>
          <w:sz w:val="20"/>
          <w:szCs w:val="20"/>
        </w:rPr>
        <w:br/>
        <w:t xml:space="preserve">Young children often cannot localize chest pain accurately. Instead, inflammation of the heart (especially the inferior wall) or </w:t>
      </w:r>
      <w:r w:rsidRPr="00BB79B8">
        <w:rPr>
          <w:rFonts w:cs="Times New Roman"/>
          <w:sz w:val="20"/>
          <w:szCs w:val="20"/>
        </w:rPr>
        <w:lastRenderedPageBreak/>
        <w:t>hepatic congestion from right heart failure irritates the diaphragm and liver capsule, presenting as persistent nausea, vomiting, or diffuse abdominal pain. This mimics common viral gastroenteritis, gastritis, or even appendicitis.</w:t>
      </w:r>
    </w:p>
    <w:p w14:paraId="45A57BBA" w14:textId="77777777" w:rsidR="004B2954" w:rsidRPr="00BB79B8" w:rsidRDefault="004B2954" w:rsidP="004B2954">
      <w:pPr>
        <w:spacing w:after="20"/>
        <w:ind w:left="216"/>
        <w:rPr>
          <w:rFonts w:cs="Times New Roman"/>
          <w:sz w:val="20"/>
          <w:szCs w:val="20"/>
        </w:rPr>
      </w:pPr>
      <w:r w:rsidRPr="00BB79B8">
        <w:rPr>
          <w:rFonts w:cs="Times New Roman"/>
          <w:sz w:val="20"/>
          <w:szCs w:val="20"/>
        </w:rPr>
        <w:t>The dangerous gap:</w:t>
      </w:r>
      <w:r w:rsidRPr="00BB79B8">
        <w:rPr>
          <w:rFonts w:cs="Times New Roman"/>
          <w:sz w:val="20"/>
          <w:szCs w:val="20"/>
        </w:rPr>
        <w:br/>
        <w:t>While standard "stomach bug" symptoms dominate, the key cardiac clues-racing heart rate out of proportion to fever, poor feeding, lethargy, or grunting respirations-are frequently attributed to dehydration or infection. By the time cardiogenic shock or respiratory distress appears, the child may have already deteriorated significantly.</w:t>
      </w:r>
    </w:p>
    <w:p w14:paraId="78885586"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pearl: For any child with vomiting and abdominal pain who appears more tired or pale than expected for simple gastroenteritis, consider checking capillary refill, heart rate (relative to temperature), and a bedside ECG for low voltages or arrhythmias.</w:t>
      </w:r>
    </w:p>
    <w:p w14:paraId="2145F669" w14:textId="77777777" w:rsidR="004B2954" w:rsidRPr="00BB79B8" w:rsidRDefault="004B2954" w:rsidP="004B2954">
      <w:pPr>
        <w:spacing w:after="0"/>
        <w:rPr>
          <w:rFonts w:cs="Times New Roman"/>
          <w:sz w:val="20"/>
          <w:szCs w:val="20"/>
        </w:rPr>
      </w:pPr>
    </w:p>
    <w:p w14:paraId="140AD00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DDB1A4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98C9E37"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listlessness are the most easily overlooked symptoms of myocarditis in children.</w:t>
      </w:r>
    </w:p>
    <w:p w14:paraId="029E7E46" w14:textId="77777777" w:rsidR="004B2954" w:rsidRPr="00BB79B8" w:rsidRDefault="004B2954" w:rsidP="004B2954">
      <w:pPr>
        <w:spacing w:after="20"/>
        <w:ind w:left="216"/>
        <w:rPr>
          <w:rFonts w:cs="Times New Roman"/>
          <w:sz w:val="20"/>
          <w:szCs w:val="20"/>
        </w:rPr>
      </w:pPr>
      <w:r w:rsidRPr="00BB79B8">
        <w:rPr>
          <w:rFonts w:cs="Times New Roman"/>
          <w:sz w:val="20"/>
          <w:szCs w:val="20"/>
        </w:rPr>
        <w:t>Many parents only notice obvious symptoms like chest pain or palpitations, but ignore persistent tiredness, poor mental state, unwillingness to move, and decreased activity tolerance - these are common early and easily missed signs of pediatric myocarditis.</w:t>
      </w:r>
    </w:p>
    <w:p w14:paraId="155EF230" w14:textId="77777777" w:rsidR="004B2954" w:rsidRPr="00BB79B8" w:rsidRDefault="004B2954" w:rsidP="004B2954">
      <w:pPr>
        <w:rPr>
          <w:rFonts w:cs="Times New Roman"/>
          <w:sz w:val="20"/>
          <w:szCs w:val="20"/>
        </w:rPr>
      </w:pPr>
    </w:p>
    <w:p w14:paraId="767DDC1A" w14:textId="77777777" w:rsidR="004B2954" w:rsidRPr="00BB79B8" w:rsidRDefault="004B2954" w:rsidP="004B2954">
      <w:pPr>
        <w:keepNext/>
        <w:rPr>
          <w:rFonts w:cs="Times New Roman"/>
          <w:sz w:val="20"/>
          <w:szCs w:val="20"/>
        </w:rPr>
      </w:pPr>
      <w:r w:rsidRPr="00BB79B8">
        <w:rPr>
          <w:rFonts w:cs="Times New Roman"/>
          <w:b/>
          <w:color w:val="1F4E79"/>
          <w:sz w:val="20"/>
          <w:szCs w:val="20"/>
        </w:rPr>
        <w:t>Q15. Which myocarditis-related symptoms require immediate emergency care?</w:t>
      </w:r>
    </w:p>
    <w:p w14:paraId="5571B8E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06D009B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6121629" w14:textId="77777777" w:rsidR="004B2954" w:rsidRPr="00BB79B8" w:rsidRDefault="004B2954" w:rsidP="004B2954">
      <w:pPr>
        <w:spacing w:after="20"/>
        <w:ind w:left="216"/>
        <w:rPr>
          <w:rFonts w:cs="Times New Roman"/>
          <w:sz w:val="20"/>
          <w:szCs w:val="20"/>
        </w:rPr>
      </w:pPr>
      <w:r w:rsidRPr="00BB79B8">
        <w:rPr>
          <w:rFonts w:cs="Times New Roman"/>
          <w:sz w:val="20"/>
          <w:szCs w:val="20"/>
        </w:rPr>
        <w:t>For myocarditis, certain symptoms indicate potentially severe or life-threatening complications and require immediate emergency care. These include:</w:t>
      </w:r>
    </w:p>
    <w:p w14:paraId="2EE90AD2"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chest pain or pressure - sudden, intense, or crushing chest pain could indicate serious cardiac involvement.</w:t>
      </w:r>
    </w:p>
    <w:p w14:paraId="3D50F1BB"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(fainting) or near-fainting - can signal dangerous arrhythmias or impaired cardiac output.</w:t>
      </w:r>
    </w:p>
    <w:p w14:paraId="65566BCC"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shortness of breath or difficulty breathing - especially at rest or with minimal activity, may indicate heart failure.</w:t>
      </w:r>
    </w:p>
    <w:p w14:paraId="3F725B48"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irregular, or very fast heartbeat (palpitations) - could reflect life-threatening arrhythmias.</w:t>
      </w:r>
    </w:p>
    <w:p w14:paraId="2124C1C2" w14:textId="77777777" w:rsidR="004B2954" w:rsidRPr="00BB79B8" w:rsidRDefault="004B2954" w:rsidP="004B2954">
      <w:pPr>
        <w:spacing w:after="20"/>
        <w:ind w:left="216"/>
        <w:rPr>
          <w:rFonts w:cs="Times New Roman"/>
          <w:sz w:val="20"/>
          <w:szCs w:val="20"/>
        </w:rPr>
      </w:pPr>
      <w:r w:rsidRPr="00BB79B8">
        <w:rPr>
          <w:rFonts w:cs="Times New Roman"/>
          <w:sz w:val="20"/>
          <w:szCs w:val="20"/>
        </w:rPr>
        <w:t>Signs of poor perfusion or shock - such as cold/clammy skin, dizziness, confusion, or very low blood pressure.</w:t>
      </w:r>
    </w:p>
    <w:p w14:paraId="1A29F8D6"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swelling in legs, ankles, or abdomen - suggesting acute heart failure.</w:t>
      </w:r>
    </w:p>
    <w:p w14:paraId="573BD68C"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 Even moderate chest discomfort with other concerning signs (like fainting, rapid heartbeat, or severe shortness of breath) warrants urgent evaluation in an emergency department. Early intervention can be lifesaving in severe myocarditis.</w:t>
      </w:r>
    </w:p>
    <w:p w14:paraId="2DA2AA87" w14:textId="77777777" w:rsidR="004B2954" w:rsidRPr="00BB79B8" w:rsidRDefault="004B2954" w:rsidP="004B2954">
      <w:pPr>
        <w:spacing w:after="0"/>
        <w:rPr>
          <w:rFonts w:cs="Times New Roman"/>
          <w:sz w:val="20"/>
          <w:szCs w:val="20"/>
        </w:rPr>
      </w:pPr>
    </w:p>
    <w:p w14:paraId="5474C59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1ECC6BA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34A9194"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most cases of myocarditis present with mild symptoms that mimic a viral infection, certain "red flag" symptoms indicate severe cardiac inflammation or hemodynamic instability.</w:t>
      </w:r>
    </w:p>
    <w:p w14:paraId="7EBF9F2C" w14:textId="77777777" w:rsidR="004B2954" w:rsidRPr="00BB79B8" w:rsidRDefault="004B2954" w:rsidP="004B2954">
      <w:pPr>
        <w:spacing w:after="20"/>
        <w:ind w:left="216"/>
        <w:rPr>
          <w:rFonts w:cs="Times New Roman"/>
          <w:sz w:val="20"/>
          <w:szCs w:val="20"/>
        </w:rPr>
      </w:pPr>
      <w:r w:rsidRPr="00BB79B8">
        <w:rPr>
          <w:rFonts w:cs="Times New Roman"/>
          <w:sz w:val="20"/>
          <w:szCs w:val="20"/>
        </w:rPr>
        <w:t>If a patient with suspected or confirmed myocarditis experiences any of the following, they require immediate emergency medical evaluation:</w:t>
      </w:r>
    </w:p>
    <w:p w14:paraId="184A54F8" w14:textId="77777777" w:rsidR="004B2954" w:rsidRPr="00BB79B8" w:rsidRDefault="004B2954" w:rsidP="004B2954">
      <w:pPr>
        <w:spacing w:after="20"/>
        <w:ind w:left="216"/>
        <w:rPr>
          <w:rFonts w:cs="Times New Roman"/>
          <w:sz w:val="20"/>
          <w:szCs w:val="20"/>
        </w:rPr>
      </w:pPr>
      <w:r w:rsidRPr="00BB79B8">
        <w:rPr>
          <w:rFonts w:cs="Times New Roman"/>
          <w:sz w:val="20"/>
          <w:szCs w:val="20"/>
        </w:rPr>
        <w:t>1. Severe or Persistent Chest Pain</w:t>
      </w:r>
    </w:p>
    <w:p w14:paraId="76AA7CD7" w14:textId="77777777" w:rsidR="004B2954" w:rsidRPr="00BB79B8" w:rsidRDefault="004B2954" w:rsidP="004B2954">
      <w:pPr>
        <w:spacing w:after="20"/>
        <w:ind w:left="216"/>
        <w:rPr>
          <w:rFonts w:cs="Times New Roman"/>
          <w:sz w:val="20"/>
          <w:szCs w:val="20"/>
        </w:rPr>
      </w:pPr>
      <w:r w:rsidRPr="00BB79B8">
        <w:rPr>
          <w:rFonts w:cs="Times New Roman"/>
          <w:sz w:val="20"/>
          <w:szCs w:val="20"/>
        </w:rPr>
        <w:t>Pain that feels like heavy pressure, squeezing, or a "crushing" sensation.</w:t>
      </w:r>
    </w:p>
    <w:p w14:paraId="058440A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that radiates to the neck, jaw, shoulders, or down the arms.</w:t>
      </w:r>
    </w:p>
    <w:p w14:paraId="3DB082DC" w14:textId="77777777" w:rsidR="004B2954" w:rsidRPr="00BB79B8" w:rsidRDefault="004B2954" w:rsidP="004B2954">
      <w:pPr>
        <w:spacing w:after="20"/>
        <w:ind w:left="216"/>
        <w:rPr>
          <w:rFonts w:cs="Times New Roman"/>
          <w:sz w:val="20"/>
          <w:szCs w:val="20"/>
        </w:rPr>
      </w:pPr>
      <w:r w:rsidRPr="00BB79B8">
        <w:rPr>
          <w:rFonts w:cs="Times New Roman"/>
          <w:sz w:val="20"/>
          <w:szCs w:val="20"/>
        </w:rPr>
        <w:t>Pain that does not resolve with rest or changes in position.</w:t>
      </w:r>
    </w:p>
    <w:p w14:paraId="3798FD00" w14:textId="77777777" w:rsidR="004B2954" w:rsidRPr="00BB79B8" w:rsidRDefault="004B2954" w:rsidP="004B2954">
      <w:pPr>
        <w:spacing w:after="20"/>
        <w:ind w:left="216"/>
        <w:rPr>
          <w:rFonts w:cs="Times New Roman"/>
          <w:sz w:val="20"/>
          <w:szCs w:val="20"/>
        </w:rPr>
      </w:pPr>
      <w:r w:rsidRPr="00BB79B8">
        <w:rPr>
          <w:rFonts w:cs="Times New Roman"/>
          <w:sz w:val="20"/>
          <w:szCs w:val="20"/>
        </w:rPr>
        <w:t>2. Acute Respiratory Distress</w:t>
      </w:r>
    </w:p>
    <w:p w14:paraId="032EC2FE"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Dyspnea: Shortness of breath while sitting or lying down.</w:t>
      </w:r>
    </w:p>
    <w:p w14:paraId="33FB4385" w14:textId="77777777" w:rsidR="004B2954" w:rsidRPr="00BB79B8" w:rsidRDefault="004B2954" w:rsidP="004B2954">
      <w:pPr>
        <w:spacing w:after="20"/>
        <w:ind w:left="216"/>
        <w:rPr>
          <w:rFonts w:cs="Times New Roman"/>
          <w:sz w:val="20"/>
          <w:szCs w:val="20"/>
        </w:rPr>
      </w:pPr>
      <w:r w:rsidRPr="00BB79B8">
        <w:rPr>
          <w:rFonts w:cs="Times New Roman"/>
          <w:sz w:val="20"/>
          <w:szCs w:val="20"/>
        </w:rPr>
        <w:t>Orthopnea: Difficulty breathing that forces the person to sit up or use multiple pillows to sleep.</w:t>
      </w:r>
    </w:p>
    <w:p w14:paraId="495A1677" w14:textId="77777777" w:rsidR="004B2954" w:rsidRPr="00BB79B8" w:rsidRDefault="004B2954" w:rsidP="004B2954">
      <w:pPr>
        <w:spacing w:after="20"/>
        <w:ind w:left="216"/>
        <w:rPr>
          <w:rFonts w:cs="Times New Roman"/>
          <w:sz w:val="20"/>
          <w:szCs w:val="20"/>
        </w:rPr>
      </w:pPr>
      <w:r w:rsidRPr="00BB79B8">
        <w:rPr>
          <w:rFonts w:cs="Times New Roman"/>
          <w:sz w:val="20"/>
          <w:szCs w:val="20"/>
        </w:rPr>
        <w:t>Paroxysmal Nocturnal Dyspnea: Waking up suddenly at night gasping for air.</w:t>
      </w:r>
    </w:p>
    <w:p w14:paraId="201CB936" w14:textId="77777777" w:rsidR="004B2954" w:rsidRPr="00BB79B8" w:rsidRDefault="004B2954" w:rsidP="004B2954">
      <w:pPr>
        <w:spacing w:after="20"/>
        <w:ind w:left="216"/>
        <w:rPr>
          <w:rFonts w:cs="Times New Roman"/>
          <w:sz w:val="20"/>
          <w:szCs w:val="20"/>
        </w:rPr>
      </w:pPr>
      <w:r w:rsidRPr="00BB79B8">
        <w:rPr>
          <w:rFonts w:cs="Times New Roman"/>
          <w:sz w:val="20"/>
          <w:szCs w:val="20"/>
        </w:rPr>
        <w:t>3. Signs of Poor Perfusion and Low Cardiac Output</w:t>
      </w:r>
    </w:p>
    <w:p w14:paraId="08FA0844"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or Near-Syncope: Fainting, sudden loss of consciousness, or extreme lightheadedness.</w:t>
      </w:r>
    </w:p>
    <w:p w14:paraId="7B1BBC4A" w14:textId="77777777" w:rsidR="004B2954" w:rsidRPr="00BB79B8" w:rsidRDefault="004B2954" w:rsidP="004B2954">
      <w:pPr>
        <w:spacing w:after="20"/>
        <w:ind w:left="216"/>
        <w:rPr>
          <w:rFonts w:cs="Times New Roman"/>
          <w:sz w:val="20"/>
          <w:szCs w:val="20"/>
        </w:rPr>
      </w:pPr>
      <w:r w:rsidRPr="00BB79B8">
        <w:rPr>
          <w:rFonts w:cs="Times New Roman"/>
          <w:sz w:val="20"/>
          <w:szCs w:val="20"/>
        </w:rPr>
        <w:t>Profound Weakness: A sudden, overwhelming inability to perform basic movements.</w:t>
      </w:r>
    </w:p>
    <w:p w14:paraId="72136DCC" w14:textId="77777777" w:rsidR="004B2954" w:rsidRPr="00BB79B8" w:rsidRDefault="004B2954" w:rsidP="004B2954">
      <w:pPr>
        <w:spacing w:after="20"/>
        <w:ind w:left="216"/>
        <w:rPr>
          <w:rFonts w:cs="Times New Roman"/>
          <w:sz w:val="20"/>
          <w:szCs w:val="20"/>
        </w:rPr>
      </w:pPr>
      <w:r w:rsidRPr="00BB79B8">
        <w:rPr>
          <w:rFonts w:cs="Times New Roman"/>
          <w:sz w:val="20"/>
          <w:szCs w:val="20"/>
        </w:rPr>
        <w:t>Cold, Clammy Skin: Pale or bluish tint to the skin (cyanosis), often accompanied by a cold sweat.</w:t>
      </w:r>
    </w:p>
    <w:p w14:paraId="6E682251" w14:textId="77777777" w:rsidR="004B2954" w:rsidRPr="00BB79B8" w:rsidRDefault="004B2954" w:rsidP="004B2954">
      <w:pPr>
        <w:spacing w:after="20"/>
        <w:ind w:left="216"/>
        <w:rPr>
          <w:rFonts w:cs="Times New Roman"/>
          <w:sz w:val="20"/>
          <w:szCs w:val="20"/>
        </w:rPr>
      </w:pPr>
      <w:r w:rsidRPr="00BB79B8">
        <w:rPr>
          <w:rFonts w:cs="Times New Roman"/>
          <w:sz w:val="20"/>
          <w:szCs w:val="20"/>
        </w:rPr>
        <w:t>4. Severe Arrhythmias (Irregular Heartbeat)</w:t>
      </w:r>
    </w:p>
    <w:p w14:paraId="2BF97D54"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 sensation of the heart racing, pounding, or skipping beats, especially when accompanied by dizziness or chest discomfort.</w:t>
      </w:r>
    </w:p>
    <w:p w14:paraId="1D49DBC1" w14:textId="77777777" w:rsidR="004B2954" w:rsidRPr="00BB79B8" w:rsidRDefault="004B2954" w:rsidP="004B2954">
      <w:pPr>
        <w:spacing w:after="20"/>
        <w:ind w:left="216"/>
        <w:rPr>
          <w:rFonts w:cs="Times New Roman"/>
          <w:sz w:val="20"/>
          <w:szCs w:val="20"/>
        </w:rPr>
      </w:pPr>
      <w:r w:rsidRPr="00BB79B8">
        <w:rPr>
          <w:rFonts w:cs="Times New Roman"/>
          <w:sz w:val="20"/>
          <w:szCs w:val="20"/>
        </w:rPr>
        <w:t>Extreme Tachycardia: A resting heart rate that is abnormally high (typically &gt;100 bpm) without exertion.</w:t>
      </w:r>
    </w:p>
    <w:p w14:paraId="35804598" w14:textId="77777777" w:rsidR="004B2954" w:rsidRPr="00BB79B8" w:rsidRDefault="004B2954" w:rsidP="004B2954">
      <w:pPr>
        <w:spacing w:after="20"/>
        <w:ind w:left="216"/>
        <w:rPr>
          <w:rFonts w:cs="Times New Roman"/>
          <w:sz w:val="20"/>
          <w:szCs w:val="20"/>
        </w:rPr>
      </w:pPr>
      <w:r w:rsidRPr="00BB79B8">
        <w:rPr>
          <w:rFonts w:cs="Times New Roman"/>
          <w:sz w:val="20"/>
          <w:szCs w:val="20"/>
        </w:rPr>
        <w:t>5. Signs of Acute Heart Failure</w:t>
      </w:r>
    </w:p>
    <w:p w14:paraId="14FAA0D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Rapid Edema: Sudden swelling in the legs, ankles, or feet.</w:t>
      </w:r>
    </w:p>
    <w:p w14:paraId="6DF898DD" w14:textId="77777777" w:rsidR="004B2954" w:rsidRPr="00BB79B8" w:rsidRDefault="004B2954" w:rsidP="004B2954">
      <w:pPr>
        <w:spacing w:after="20"/>
        <w:ind w:left="216"/>
        <w:rPr>
          <w:rFonts w:cs="Times New Roman"/>
          <w:sz w:val="20"/>
          <w:szCs w:val="20"/>
        </w:rPr>
      </w:pPr>
      <w:r w:rsidRPr="00BB79B8">
        <w:rPr>
          <w:rFonts w:cs="Times New Roman"/>
          <w:sz w:val="20"/>
          <w:szCs w:val="20"/>
        </w:rPr>
        <w:t>Frothy Sputum: Coughing up pink, frothy mucus (a sign of pulmonary edema).</w:t>
      </w:r>
    </w:p>
    <w:p w14:paraId="750D4ACC" w14:textId="77777777" w:rsidR="004B2954" w:rsidRPr="00BB79B8" w:rsidRDefault="004B2954" w:rsidP="004B2954">
      <w:pPr>
        <w:spacing w:after="20"/>
        <w:ind w:left="216"/>
        <w:rPr>
          <w:rFonts w:cs="Times New Roman"/>
          <w:sz w:val="20"/>
          <w:szCs w:val="20"/>
        </w:rPr>
      </w:pPr>
      <w:r w:rsidRPr="00BB79B8">
        <w:rPr>
          <w:rFonts w:cs="Times New Roman"/>
          <w:sz w:val="20"/>
          <w:szCs w:val="20"/>
        </w:rPr>
        <w:t>Note: In the context of myocarditis, these symptoms may suggest complications such as acute heart failure, cardiogenic shock, or life-threatening ventricular arrhythmias. Immediate intervention (including an ECG, cardiac enzyme testing, and potentially hemodynamic support) is critical for stabilization.</w:t>
      </w:r>
    </w:p>
    <w:p w14:paraId="19FB5F56" w14:textId="77777777" w:rsidR="004B2954" w:rsidRPr="00BB79B8" w:rsidRDefault="004B2954" w:rsidP="004B2954">
      <w:pPr>
        <w:spacing w:after="0"/>
        <w:rPr>
          <w:rFonts w:cs="Times New Roman"/>
          <w:sz w:val="20"/>
          <w:szCs w:val="20"/>
        </w:rPr>
      </w:pPr>
    </w:p>
    <w:p w14:paraId="5B85170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BD0FE2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BB3B247" w14:textId="77777777" w:rsidR="004B2954" w:rsidRPr="00BB79B8" w:rsidRDefault="004B2954" w:rsidP="004B2954">
      <w:pPr>
        <w:spacing w:after="20"/>
        <w:ind w:left="216"/>
        <w:rPr>
          <w:rFonts w:cs="Times New Roman"/>
          <w:sz w:val="20"/>
          <w:szCs w:val="20"/>
        </w:rPr>
      </w:pPr>
      <w:r w:rsidRPr="00BB79B8">
        <w:rPr>
          <w:rFonts w:cs="Times New Roman"/>
          <w:sz w:val="20"/>
          <w:szCs w:val="20"/>
        </w:rPr>
        <w:t>The myocarditis-related symptoms that require immediate emergency care are those that resemble a heart attack, severe arrhythmia, or acute heart failure. These symptoms signal that the heart may not be pumping effectively and need urgent evaluation.</w:t>
      </w:r>
    </w:p>
    <w:p w14:paraId="77CB34E4"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That Require Emergency Care</w:t>
      </w:r>
    </w:p>
    <w:p w14:paraId="49B90CA2" w14:textId="77777777" w:rsidR="004B2954" w:rsidRPr="00BB79B8" w:rsidRDefault="004B2954" w:rsidP="004B2954">
      <w:pPr>
        <w:spacing w:after="20"/>
        <w:ind w:left="216"/>
        <w:rPr>
          <w:rFonts w:cs="Times New Roman"/>
          <w:sz w:val="20"/>
          <w:szCs w:val="20"/>
        </w:rPr>
      </w:pPr>
      <w:r w:rsidRPr="00BB79B8">
        <w:rPr>
          <w:rFonts w:cs="Times New Roman"/>
          <w:sz w:val="20"/>
          <w:szCs w:val="20"/>
        </w:rPr>
        <w:t>(grounded in Mayo Clinic and Cleveland Clinic sources )</w:t>
      </w:r>
    </w:p>
    <w:p w14:paraId="5B267BCA"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chest pain - especially sudden, severe, or pressure-like</w:t>
      </w:r>
    </w:p>
    <w:p w14:paraId="6E67E586"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mimic a heart attack; chest pain is a red-flag symptom.</w:t>
      </w:r>
    </w:p>
    <w:p w14:paraId="22DD2A29"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 at rest, worsening rapidly, or preventing normal activity</w:t>
      </w:r>
    </w:p>
    <w:p w14:paraId="19A730B4" w14:textId="77777777" w:rsidR="004B2954" w:rsidRPr="00BB79B8" w:rsidRDefault="004B2954" w:rsidP="004B2954">
      <w:pPr>
        <w:spacing w:after="20"/>
        <w:ind w:left="216"/>
        <w:rPr>
          <w:rFonts w:cs="Times New Roman"/>
          <w:sz w:val="20"/>
          <w:szCs w:val="20"/>
        </w:rPr>
      </w:pPr>
      <w:r w:rsidRPr="00BB79B8">
        <w:rPr>
          <w:rFonts w:cs="Times New Roman"/>
          <w:sz w:val="20"/>
          <w:szCs w:val="20"/>
        </w:rPr>
        <w:t>Indicates possible acute heart failure.</w:t>
      </w:r>
    </w:p>
    <w:p w14:paraId="3E0419A5"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 (arrhythmia)</w:t>
      </w:r>
    </w:p>
    <w:p w14:paraId="3E58A7E2" w14:textId="77777777" w:rsidR="004B2954" w:rsidRPr="00BB79B8" w:rsidRDefault="004B2954" w:rsidP="004B2954">
      <w:pPr>
        <w:spacing w:after="20"/>
        <w:ind w:left="216"/>
        <w:rPr>
          <w:rFonts w:cs="Times New Roman"/>
          <w:sz w:val="20"/>
          <w:szCs w:val="20"/>
        </w:rPr>
      </w:pPr>
      <w:r w:rsidRPr="00BB79B8">
        <w:rPr>
          <w:rFonts w:cs="Times New Roman"/>
          <w:sz w:val="20"/>
          <w:szCs w:val="20"/>
        </w:rPr>
        <w:t>Can lead to fainting, shock, or sudden cardiac arrest.</w:t>
      </w:r>
    </w:p>
    <w:p w14:paraId="6A2D53E1"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 (syncope)</w:t>
      </w:r>
    </w:p>
    <w:p w14:paraId="67F7C337"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linked to dangerous arrhythmias.</w:t>
      </w:r>
    </w:p>
    <w:p w14:paraId="27090513"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fatigue or sudden weakness</w:t>
      </w:r>
    </w:p>
    <w:p w14:paraId="2014798E" w14:textId="77777777" w:rsidR="004B2954" w:rsidRPr="00BB79B8" w:rsidRDefault="004B2954" w:rsidP="004B2954">
      <w:pPr>
        <w:spacing w:after="20"/>
        <w:ind w:left="216"/>
        <w:rPr>
          <w:rFonts w:cs="Times New Roman"/>
          <w:sz w:val="20"/>
          <w:szCs w:val="20"/>
        </w:rPr>
      </w:pPr>
      <w:r w:rsidRPr="00BB79B8">
        <w:rPr>
          <w:rFonts w:cs="Times New Roman"/>
          <w:sz w:val="20"/>
          <w:szCs w:val="20"/>
        </w:rPr>
        <w:t>May reflect the heart's inability to pump adequately.</w:t>
      </w:r>
    </w:p>
    <w:p w14:paraId="4C87F348"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of legs, ankles, or feet</w:t>
      </w:r>
    </w:p>
    <w:p w14:paraId="168D01ED" w14:textId="77777777" w:rsidR="004B2954" w:rsidRPr="00BB79B8" w:rsidRDefault="004B2954" w:rsidP="004B2954">
      <w:pPr>
        <w:spacing w:after="20"/>
        <w:ind w:left="216"/>
        <w:rPr>
          <w:rFonts w:cs="Times New Roman"/>
          <w:sz w:val="20"/>
          <w:szCs w:val="20"/>
        </w:rPr>
      </w:pPr>
      <w:r w:rsidRPr="00BB79B8">
        <w:rPr>
          <w:rFonts w:cs="Times New Roman"/>
          <w:sz w:val="20"/>
          <w:szCs w:val="20"/>
        </w:rPr>
        <w:t>When sudden or severe, this can indicate acute heart failure.</w:t>
      </w:r>
    </w:p>
    <w:p w14:paraId="3A8FA2BC"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breathing or difficulty breathing in children</w:t>
      </w:r>
    </w:p>
    <w:p w14:paraId="3362E4A2" w14:textId="77777777" w:rsidR="004B2954" w:rsidRPr="00BB79B8" w:rsidRDefault="004B2954" w:rsidP="004B2954">
      <w:pPr>
        <w:spacing w:after="20"/>
        <w:ind w:left="216"/>
        <w:rPr>
          <w:rFonts w:cs="Times New Roman"/>
          <w:sz w:val="20"/>
          <w:szCs w:val="20"/>
        </w:rPr>
      </w:pPr>
      <w:r w:rsidRPr="00BB79B8">
        <w:rPr>
          <w:rFonts w:cs="Times New Roman"/>
          <w:sz w:val="20"/>
          <w:szCs w:val="20"/>
        </w:rPr>
        <w:t>Pediatric myocarditis can deteriorate quickly.</w:t>
      </w:r>
    </w:p>
    <w:p w14:paraId="73E9E8A0"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palpitations with dizziness or chest discomfort</w:t>
      </w:r>
    </w:p>
    <w:p w14:paraId="6F8E30CB" w14:textId="77777777" w:rsidR="004B2954" w:rsidRPr="00BB79B8" w:rsidRDefault="004B2954" w:rsidP="004B2954">
      <w:pPr>
        <w:spacing w:after="20"/>
        <w:ind w:left="216"/>
        <w:rPr>
          <w:rFonts w:cs="Times New Roman"/>
          <w:sz w:val="20"/>
          <w:szCs w:val="20"/>
        </w:rPr>
      </w:pPr>
      <w:r w:rsidRPr="00BB79B8">
        <w:rPr>
          <w:rFonts w:cs="Times New Roman"/>
          <w:sz w:val="20"/>
          <w:szCs w:val="20"/>
        </w:rPr>
        <w:t>Suggests unstable heart rhythm.</w:t>
      </w:r>
    </w:p>
    <w:p w14:paraId="3CF2C086"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These Symptoms Are Emergencies</w:t>
      </w:r>
    </w:p>
    <w:p w14:paraId="47D0BA5B"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cause life-threatening arrhythmias, cardiogenic shock, or sudden cardiac death if untreated.</w:t>
      </w:r>
    </w:p>
    <w:p w14:paraId="2D8A218E"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often overlap with heart attack, making urgent evaluation essential.</w:t>
      </w:r>
    </w:p>
    <w:p w14:paraId="27361F07" w14:textId="77777777" w:rsidR="004B2954" w:rsidRPr="00BB79B8" w:rsidRDefault="004B2954" w:rsidP="004B2954">
      <w:pPr>
        <w:spacing w:after="20"/>
        <w:ind w:left="216"/>
        <w:rPr>
          <w:rFonts w:cs="Times New Roman"/>
          <w:sz w:val="20"/>
          <w:szCs w:val="20"/>
        </w:rPr>
      </w:pPr>
      <w:r w:rsidRPr="00BB79B8">
        <w:rPr>
          <w:rFonts w:cs="Times New Roman"/>
          <w:sz w:val="20"/>
          <w:szCs w:val="20"/>
        </w:rPr>
        <w:t>Mayo Clinic explicitly states:</w:t>
      </w:r>
    </w:p>
    <w:p w14:paraId="62510C3C" w14:textId="77777777" w:rsidR="004B2954" w:rsidRPr="00BB79B8" w:rsidRDefault="004B2954" w:rsidP="004B2954">
      <w:pPr>
        <w:spacing w:after="20"/>
        <w:ind w:left="216"/>
        <w:rPr>
          <w:rFonts w:cs="Times New Roman"/>
          <w:sz w:val="20"/>
          <w:szCs w:val="20"/>
        </w:rPr>
      </w:pPr>
      <w:r w:rsidRPr="00BB79B8">
        <w:rPr>
          <w:rFonts w:cs="Times New Roman"/>
          <w:sz w:val="20"/>
          <w:szCs w:val="20"/>
        </w:rPr>
        <w:t>"Get emergency medical help if you have unexplained chest pain, rapid heartbeats or shortness of breath."</w:t>
      </w:r>
    </w:p>
    <w:p w14:paraId="5A4F3894"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Do</w:t>
      </w:r>
    </w:p>
    <w:p w14:paraId="2C3A7D5A"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or someone else experiences these symptoms, call emergency services immediately. Do not attempt to drive yourself if symptoms include chest pain, fainting, or severe shortness of breath.</w:t>
      </w:r>
    </w:p>
    <w:p w14:paraId="5AE7BBA3" w14:textId="77777777" w:rsidR="004B2954" w:rsidRPr="00BB79B8" w:rsidRDefault="004B2954" w:rsidP="004B2954">
      <w:pPr>
        <w:spacing w:after="0"/>
        <w:rPr>
          <w:rFonts w:cs="Times New Roman"/>
          <w:sz w:val="20"/>
          <w:szCs w:val="20"/>
        </w:rPr>
      </w:pPr>
    </w:p>
    <w:p w14:paraId="0716432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C1B921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8C1B6BB" w14:textId="77777777" w:rsidR="004B2954" w:rsidRPr="00BB79B8" w:rsidRDefault="004B2954" w:rsidP="004B2954">
      <w:pPr>
        <w:spacing w:after="20"/>
        <w:ind w:left="216"/>
        <w:rPr>
          <w:rFonts w:cs="Times New Roman"/>
          <w:sz w:val="20"/>
          <w:szCs w:val="20"/>
        </w:rPr>
      </w:pPr>
      <w:r w:rsidRPr="00BB79B8">
        <w:rPr>
          <w:rFonts w:cs="Times New Roman"/>
          <w:sz w:val="20"/>
          <w:szCs w:val="20"/>
        </w:rPr>
        <w:t>Seek immediate emergency care (call 911 or go to the ER) if you or someone with known or suspected myocarditis experiences any of the following:</w:t>
      </w:r>
    </w:p>
    <w:p w14:paraId="4A8C0D5B"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 especially if severe, crushing, or radiating to the arm, jaw, or back (can mimic a heart attack).</w:t>
      </w:r>
    </w:p>
    <w:p w14:paraId="79E94BB3"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shortness of breath - trouble breathing at rest, or feeling like you cannot catch your breath.</w:t>
      </w:r>
    </w:p>
    <w:p w14:paraId="060A0499"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 (syncope) - especially with exertion or while lying down.</w:t>
      </w:r>
    </w:p>
    <w:p w14:paraId="495F0AB8"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 - palpitations accompanied by dizziness, chest pain, or breathlessness.</w:t>
      </w:r>
    </w:p>
    <w:p w14:paraId="5E2B03F7"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swelling in legs/ankles - especially if new or worsening rapidly.</w:t>
      </w:r>
    </w:p>
    <w:p w14:paraId="334413BE" w14:textId="77777777" w:rsidR="004B2954" w:rsidRPr="00BB79B8" w:rsidRDefault="004B2954" w:rsidP="004B2954">
      <w:pPr>
        <w:spacing w:after="20"/>
        <w:ind w:left="216"/>
        <w:rPr>
          <w:rFonts w:cs="Times New Roman"/>
          <w:sz w:val="20"/>
          <w:szCs w:val="20"/>
        </w:rPr>
      </w:pPr>
      <w:r w:rsidRPr="00BB79B8">
        <w:rPr>
          <w:rFonts w:cs="Times New Roman"/>
          <w:sz w:val="20"/>
          <w:szCs w:val="20"/>
        </w:rPr>
        <w:t>Cold, clammy skin with confusion or weakness - signs of possible cardiogenic shock.</w:t>
      </w:r>
    </w:p>
    <w:p w14:paraId="55B620E9"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these are emergencies:</w:t>
      </w:r>
      <w:r w:rsidRPr="00BB79B8">
        <w:rPr>
          <w:rFonts w:cs="Times New Roman"/>
          <w:sz w:val="20"/>
          <w:szCs w:val="20"/>
        </w:rPr>
        <w:br/>
        <w:t>They can indicate serious complications such as heart failure, dangerous arrhythmias (e.g., ventricular tachycardia), acute coronary syndrome, or cardiogenic shock. Myocarditis can progress rapidly, so do not wait for symptoms to resolve on their own.</w:t>
      </w:r>
    </w:p>
    <w:p w14:paraId="47197006"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This information is for educational purposes and not a substitute for professional medical advice. When in doubt, err on the side of seeking emergency care.</w:t>
      </w:r>
    </w:p>
    <w:p w14:paraId="35EB66CE" w14:textId="77777777" w:rsidR="004B2954" w:rsidRPr="00BB79B8" w:rsidRDefault="004B2954" w:rsidP="004B2954">
      <w:pPr>
        <w:spacing w:after="0"/>
        <w:rPr>
          <w:rFonts w:cs="Times New Roman"/>
          <w:sz w:val="20"/>
          <w:szCs w:val="20"/>
        </w:rPr>
      </w:pPr>
    </w:p>
    <w:p w14:paraId="22D3B16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E49514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DBECAC2" w14:textId="77777777" w:rsidR="004B2954" w:rsidRPr="00BB79B8" w:rsidRDefault="004B2954" w:rsidP="004B2954">
      <w:pPr>
        <w:spacing w:after="20"/>
        <w:ind w:left="216"/>
        <w:rPr>
          <w:rFonts w:cs="Times New Roman"/>
          <w:sz w:val="20"/>
          <w:szCs w:val="20"/>
        </w:rPr>
      </w:pPr>
      <w:r w:rsidRPr="00BB79B8">
        <w:rPr>
          <w:rFonts w:cs="Times New Roman"/>
          <w:sz w:val="20"/>
          <w:szCs w:val="20"/>
        </w:rPr>
        <w:t>The following myocarditis-related symptoms need immediate emergency care:</w:t>
      </w:r>
    </w:p>
    <w:p w14:paraId="2B754B65"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persistent chest pain or tightness</w:t>
      </w:r>
    </w:p>
    <w:p w14:paraId="4DDA3024"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shortness of breath, difficulty breathing even at rest or lying down</w:t>
      </w:r>
    </w:p>
    <w:p w14:paraId="4675B5BC"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irregular, or pounding heartbeat (palpitations)</w:t>
      </w:r>
    </w:p>
    <w:p w14:paraId="2CC9D347" w14:textId="77777777" w:rsidR="004B2954" w:rsidRPr="00BB79B8" w:rsidRDefault="004B2954" w:rsidP="004B2954">
      <w:pPr>
        <w:spacing w:after="20"/>
        <w:ind w:left="216"/>
        <w:rPr>
          <w:rFonts w:cs="Times New Roman"/>
          <w:sz w:val="20"/>
          <w:szCs w:val="20"/>
        </w:rPr>
      </w:pPr>
      <w:r w:rsidRPr="00BB79B8">
        <w:rPr>
          <w:rFonts w:cs="Times New Roman"/>
          <w:sz w:val="20"/>
          <w:szCs w:val="20"/>
        </w:rPr>
        <w:t>Dizziness, lightheadedness, fainting or near-fainting</w:t>
      </w:r>
    </w:p>
    <w:p w14:paraId="55BB066F" w14:textId="77777777" w:rsidR="004B2954" w:rsidRPr="00BB79B8" w:rsidRDefault="004B2954" w:rsidP="004B2954">
      <w:pPr>
        <w:spacing w:after="20"/>
        <w:ind w:left="216"/>
        <w:rPr>
          <w:rFonts w:cs="Times New Roman"/>
          <w:sz w:val="20"/>
          <w:szCs w:val="20"/>
        </w:rPr>
      </w:pPr>
      <w:r w:rsidRPr="00BB79B8">
        <w:rPr>
          <w:rFonts w:cs="Times New Roman"/>
          <w:sz w:val="20"/>
          <w:szCs w:val="20"/>
        </w:rPr>
        <w:t>Cold sweat, extreme fatigue, pale or bluish skin/lips</w:t>
      </w:r>
    </w:p>
    <w:p w14:paraId="02F2C0A5"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of the legs, ankles or abdomen (signs of heart failure)</w:t>
      </w:r>
    </w:p>
    <w:p w14:paraId="35D53822" w14:textId="77777777" w:rsidR="004B2954" w:rsidRPr="00BB79B8" w:rsidRDefault="004B2954" w:rsidP="004B2954">
      <w:pPr>
        <w:spacing w:after="20"/>
        <w:ind w:left="216"/>
        <w:rPr>
          <w:rFonts w:cs="Times New Roman"/>
          <w:sz w:val="20"/>
          <w:szCs w:val="20"/>
        </w:rPr>
      </w:pPr>
      <w:r w:rsidRPr="00BB79B8">
        <w:rPr>
          <w:rFonts w:cs="Times New Roman"/>
          <w:sz w:val="20"/>
          <w:szCs w:val="20"/>
        </w:rPr>
        <w:t>Confusion or altered mental state</w:t>
      </w:r>
    </w:p>
    <w:p w14:paraId="4FD7410D" w14:textId="77777777" w:rsidR="004B2954" w:rsidRPr="00BB79B8" w:rsidRDefault="004B2954" w:rsidP="004B2954">
      <w:pPr>
        <w:rPr>
          <w:rFonts w:cs="Times New Roman"/>
          <w:sz w:val="20"/>
          <w:szCs w:val="20"/>
        </w:rPr>
      </w:pPr>
    </w:p>
    <w:p w14:paraId="0FE77242" w14:textId="77777777" w:rsidR="004B2954" w:rsidRPr="00BB79B8" w:rsidRDefault="004B2954" w:rsidP="004B2954">
      <w:pPr>
        <w:keepNext/>
        <w:rPr>
          <w:rFonts w:cs="Times New Roman"/>
          <w:sz w:val="20"/>
          <w:szCs w:val="20"/>
        </w:rPr>
      </w:pPr>
      <w:r w:rsidRPr="00BB79B8">
        <w:rPr>
          <w:rFonts w:cs="Times New Roman"/>
          <w:b/>
          <w:color w:val="1F4E79"/>
          <w:sz w:val="20"/>
          <w:szCs w:val="20"/>
        </w:rPr>
        <w:t>Q16. Does a markedly increased resting heart rate after infection require medical evaluation?</w:t>
      </w:r>
    </w:p>
    <w:p w14:paraId="3D16FBF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35CDBA4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06F22EF" w14:textId="77777777" w:rsidR="004B2954" w:rsidRPr="00BB79B8" w:rsidRDefault="004B2954" w:rsidP="004B2954">
      <w:pPr>
        <w:spacing w:after="20"/>
        <w:ind w:left="216"/>
        <w:rPr>
          <w:rFonts w:cs="Times New Roman"/>
          <w:sz w:val="20"/>
          <w:szCs w:val="20"/>
        </w:rPr>
      </w:pPr>
      <w:r w:rsidRPr="00BB79B8">
        <w:rPr>
          <w:rFonts w:cs="Times New Roman"/>
          <w:sz w:val="20"/>
          <w:szCs w:val="20"/>
        </w:rPr>
        <w:t>Yes - a markedly increased resting heart rate after an infection can require medical evaluation, especially if it persists, is associated with other symptoms, or is significantly higher than your normal baseline. Here's a detailed breakdown:</w:t>
      </w:r>
    </w:p>
    <w:p w14:paraId="329C0411"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medical attention:</w:t>
      </w:r>
    </w:p>
    <w:p w14:paraId="2654C077"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tachycardia: Resting heart rate consistently &gt;100-110 bpm in adults after recovery from an infection.</w:t>
      </w:r>
    </w:p>
    <w:p w14:paraId="1C68693A"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symptoms: Shortness of breath, chest pain, dizziness, fainting, palpitations, or swelling.</w:t>
      </w:r>
    </w:p>
    <w:p w14:paraId="6C99A14C" w14:textId="77777777" w:rsidR="004B2954" w:rsidRPr="00BB79B8" w:rsidRDefault="004B2954" w:rsidP="004B2954">
      <w:pPr>
        <w:spacing w:after="20"/>
        <w:ind w:left="216"/>
        <w:rPr>
          <w:rFonts w:cs="Times New Roman"/>
          <w:sz w:val="20"/>
          <w:szCs w:val="20"/>
        </w:rPr>
      </w:pPr>
      <w:r w:rsidRPr="00BB79B8">
        <w:rPr>
          <w:rFonts w:cs="Times New Roman"/>
          <w:sz w:val="20"/>
          <w:szCs w:val="20"/>
        </w:rPr>
        <w:t>Underlying risk factors: Heart disease, prior myocarditis, structural heart conditions, or recent COVID-19 or other viral infections known to affect the heart.</w:t>
      </w:r>
    </w:p>
    <w:p w14:paraId="5CCDC889" w14:textId="77777777" w:rsidR="004B2954" w:rsidRPr="00BB79B8" w:rsidRDefault="004B2954" w:rsidP="004B2954">
      <w:pPr>
        <w:spacing w:after="20"/>
        <w:ind w:left="216"/>
        <w:rPr>
          <w:rFonts w:cs="Times New Roman"/>
          <w:sz w:val="20"/>
          <w:szCs w:val="20"/>
        </w:rPr>
      </w:pPr>
      <w:r w:rsidRPr="00BB79B8">
        <w:rPr>
          <w:rFonts w:cs="Times New Roman"/>
          <w:sz w:val="20"/>
          <w:szCs w:val="20"/>
        </w:rPr>
        <w:t>Possible causes:</w:t>
      </w:r>
    </w:p>
    <w:p w14:paraId="5D930736" w14:textId="77777777" w:rsidR="004B2954" w:rsidRPr="00BB79B8" w:rsidRDefault="004B2954" w:rsidP="004B2954">
      <w:pPr>
        <w:spacing w:after="20"/>
        <w:ind w:left="216"/>
        <w:rPr>
          <w:rFonts w:cs="Times New Roman"/>
          <w:sz w:val="20"/>
          <w:szCs w:val="20"/>
        </w:rPr>
      </w:pPr>
      <w:r w:rsidRPr="00BB79B8">
        <w:rPr>
          <w:rFonts w:cs="Times New Roman"/>
          <w:sz w:val="20"/>
          <w:szCs w:val="20"/>
        </w:rPr>
        <w:t>Post-infectious myocarditis - inflammation of the heart muscle after viral or bacterial infection.</w:t>
      </w:r>
    </w:p>
    <w:p w14:paraId="6C887B7B" w14:textId="77777777" w:rsidR="004B2954" w:rsidRPr="00BB79B8" w:rsidRDefault="004B2954" w:rsidP="004B2954">
      <w:pPr>
        <w:spacing w:after="20"/>
        <w:ind w:left="216"/>
        <w:rPr>
          <w:rFonts w:cs="Times New Roman"/>
          <w:sz w:val="20"/>
          <w:szCs w:val="20"/>
        </w:rPr>
      </w:pPr>
      <w:r w:rsidRPr="00BB79B8">
        <w:rPr>
          <w:rFonts w:cs="Times New Roman"/>
          <w:sz w:val="20"/>
          <w:szCs w:val="20"/>
        </w:rPr>
        <w:t>Autonomic imbalance - such as post-viral tachycardia or postural orthostatic tachycardia syndrome (POTS).</w:t>
      </w:r>
    </w:p>
    <w:p w14:paraId="4AF607DB" w14:textId="77777777" w:rsidR="004B2954" w:rsidRPr="00BB79B8" w:rsidRDefault="004B2954" w:rsidP="004B2954">
      <w:pPr>
        <w:spacing w:after="20"/>
        <w:ind w:left="216"/>
        <w:rPr>
          <w:rFonts w:cs="Times New Roman"/>
          <w:sz w:val="20"/>
          <w:szCs w:val="20"/>
        </w:rPr>
      </w:pPr>
      <w:r w:rsidRPr="00BB79B8">
        <w:rPr>
          <w:rFonts w:cs="Times New Roman"/>
          <w:sz w:val="20"/>
          <w:szCs w:val="20"/>
        </w:rPr>
        <w:t>Fever or ongoing inflammation - even low-grade fever can elevate heart rate.</w:t>
      </w:r>
    </w:p>
    <w:p w14:paraId="5B98453B"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 or dehydration effects - some antivirals, antibiotics, or inadequate fluid intake can raise heart rate.</w:t>
      </w:r>
    </w:p>
    <w:p w14:paraId="7BA4DF1E" w14:textId="77777777" w:rsidR="004B2954" w:rsidRPr="00BB79B8" w:rsidRDefault="004B2954" w:rsidP="004B2954">
      <w:pPr>
        <w:spacing w:after="20"/>
        <w:ind w:left="216"/>
        <w:rPr>
          <w:rFonts w:cs="Times New Roman"/>
          <w:sz w:val="20"/>
          <w:szCs w:val="20"/>
        </w:rPr>
      </w:pPr>
      <w:r w:rsidRPr="00BB79B8">
        <w:rPr>
          <w:rFonts w:cs="Times New Roman"/>
          <w:sz w:val="20"/>
          <w:szCs w:val="20"/>
        </w:rPr>
        <w:t>Recommended evaluation:</w:t>
      </w:r>
    </w:p>
    <w:p w14:paraId="7F10774F"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history and physical exam</w:t>
      </w:r>
    </w:p>
    <w:p w14:paraId="35BE03D1"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w:t>
      </w:r>
    </w:p>
    <w:p w14:paraId="55A534FA"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(including markers of cardiac injury like troponin if myocarditis is suspected)</w:t>
      </w:r>
    </w:p>
    <w:p w14:paraId="3DEE42AC"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or cardiac MRI if structural or inflammatory heart involvement is suspected</w:t>
      </w:r>
    </w:p>
    <w:p w14:paraId="788090E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While mild elevation can sometimes be benign after infection, a marked and persistent increase in resting heart rate should not be ignored, particularly if accompanied by other warning signs, and warrants medical assessment to rule out myocarditis or other cardiac complications.</w:t>
      </w:r>
    </w:p>
    <w:p w14:paraId="7743041E" w14:textId="77777777" w:rsidR="004B2954" w:rsidRPr="00BB79B8" w:rsidRDefault="004B2954" w:rsidP="004B2954">
      <w:pPr>
        <w:spacing w:after="0"/>
        <w:rPr>
          <w:rFonts w:cs="Times New Roman"/>
          <w:sz w:val="20"/>
          <w:szCs w:val="20"/>
        </w:rPr>
      </w:pPr>
    </w:p>
    <w:p w14:paraId="6101E0D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01A9DC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82290D6" w14:textId="77777777" w:rsidR="004B2954" w:rsidRPr="00BB79B8" w:rsidRDefault="004B2954" w:rsidP="004B2954">
      <w:pPr>
        <w:spacing w:after="20"/>
        <w:ind w:left="216"/>
        <w:rPr>
          <w:rFonts w:cs="Times New Roman"/>
          <w:sz w:val="20"/>
          <w:szCs w:val="20"/>
        </w:rPr>
      </w:pPr>
      <w:r w:rsidRPr="00BB79B8">
        <w:rPr>
          <w:rFonts w:cs="Times New Roman"/>
          <w:sz w:val="20"/>
          <w:szCs w:val="20"/>
        </w:rPr>
        <w:t>A markedly increased resting heart rate (RHR) after an infection-particularly if it persists beyond the acute phase of illness-often warrants medical evaluation to rule out serious underlying conditions such as myocarditis, autonomic dysfunction, or persistent systemic inflammation (Frontiers in Physiology, 2022). While a temporary rise in heart rate is a standard physiological response to fever or stress, a "markedly increased" or persistent rate may indicate a transition into post-viral syndromes.</w:t>
      </w:r>
    </w:p>
    <w:p w14:paraId="211B438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Immediate Evaluation</w:t>
      </w:r>
    </w:p>
    <w:p w14:paraId="2DFA4718" w14:textId="77777777" w:rsidR="004B2954" w:rsidRPr="00BB79B8" w:rsidRDefault="004B2954" w:rsidP="004B2954">
      <w:pPr>
        <w:spacing w:after="20"/>
        <w:ind w:left="216"/>
        <w:rPr>
          <w:rFonts w:cs="Times New Roman"/>
          <w:sz w:val="20"/>
          <w:szCs w:val="20"/>
        </w:rPr>
      </w:pPr>
      <w:r w:rsidRPr="00BB79B8">
        <w:rPr>
          <w:rFonts w:cs="Times New Roman"/>
          <w:sz w:val="20"/>
          <w:szCs w:val="20"/>
        </w:rPr>
        <w:t>A medical assessment is considered necessary if the increased heart rate is accompanied by "red flag" symptoms that suggest hemodynamic instability or cardiac injury (AAFP, 2023):</w:t>
      </w:r>
    </w:p>
    <w:p w14:paraId="75862E4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 May indicate pericarditis or myocarditis (MDPI, 2025).</w:t>
      </w:r>
    </w:p>
    <w:p w14:paraId="37AA0301"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(Dyspnea): Especially if it occurs at rest or with minimal exertion.</w:t>
      </w:r>
    </w:p>
    <w:p w14:paraId="1042139C"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or near-fainting: Suggests a significant drop in blood pressure or a complex arrhythmia (StatPearls, 2023).</w:t>
      </w:r>
    </w:p>
    <w:p w14:paraId="51F6FDC5" w14:textId="77777777" w:rsidR="004B2954" w:rsidRPr="00BB79B8" w:rsidRDefault="004B2954" w:rsidP="004B2954">
      <w:pPr>
        <w:spacing w:after="20"/>
        <w:ind w:left="216"/>
        <w:rPr>
          <w:rFonts w:cs="Times New Roman"/>
          <w:sz w:val="20"/>
          <w:szCs w:val="20"/>
        </w:rPr>
      </w:pPr>
      <w:r w:rsidRPr="00BB79B8">
        <w:rPr>
          <w:rFonts w:cs="Times New Roman"/>
          <w:sz w:val="20"/>
          <w:szCs w:val="20"/>
        </w:rPr>
        <w:t>Dizziness and lightheadedness: Common in post-viral autonomic conditions.</w:t>
      </w:r>
    </w:p>
    <w:p w14:paraId="0B724DF4"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Post-Infection Tachycardia Syndromes</w:t>
      </w:r>
    </w:p>
    <w:p w14:paraId="3B2545E2"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heart rate remains high for weeks or months after the initial infection, clinicians often evaluate for two specific autonomic disorders (IRIS, 2024):</w:t>
      </w:r>
    </w:p>
    <w:p w14:paraId="1FF6CA71" w14:textId="77777777" w:rsidR="004B2954" w:rsidRPr="00BB79B8" w:rsidRDefault="004B2954" w:rsidP="004B2954">
      <w:pPr>
        <w:spacing w:after="20"/>
        <w:ind w:left="216"/>
        <w:rPr>
          <w:rFonts w:cs="Times New Roman"/>
          <w:sz w:val="20"/>
          <w:szCs w:val="20"/>
        </w:rPr>
      </w:pPr>
      <w:r w:rsidRPr="00BB79B8">
        <w:rPr>
          <w:rFonts w:cs="Times New Roman"/>
          <w:sz w:val="20"/>
          <w:szCs w:val="20"/>
        </w:rPr>
        <w:t>Condition; Diagnostic Criteria; Typical Presentation</w:t>
      </w:r>
    </w:p>
    <w:p w14:paraId="59C114A3"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Inappropriate Sinus Tachycardia (IST); Average RHR &gt; 90 bpm over 24 hours or &gt; 100 bpm at rest without a clear cause (e.g., fever, anemia) (StatPearls, 2024).; Heart rate stays high regardless of posture; often involves "palpitations" and "fatigue" (IRIS, 2024).</w:t>
      </w:r>
    </w:p>
    <w:p w14:paraId="5F4184E8" w14:textId="77777777" w:rsidR="004B2954" w:rsidRPr="00BB79B8" w:rsidRDefault="004B2954" w:rsidP="004B2954">
      <w:pPr>
        <w:spacing w:after="20"/>
        <w:ind w:left="216"/>
        <w:rPr>
          <w:rFonts w:cs="Times New Roman"/>
          <w:sz w:val="20"/>
          <w:szCs w:val="20"/>
        </w:rPr>
      </w:pPr>
      <w:r w:rsidRPr="00BB79B8">
        <w:rPr>
          <w:rFonts w:cs="Times New Roman"/>
          <w:sz w:val="20"/>
          <w:szCs w:val="20"/>
        </w:rPr>
        <w:t>Postural Orthostatic Tachycardia Syndrome (POTS); HR increase of &gt;= 30 bpm (&gt;= 40 bpm in teens) within 10 minutes of standing, without a drop in blood pressure (PMC, 2022).; Heart rate spikes only when standing; symptoms improve significantly when lying down (StatPearls, 2023).</w:t>
      </w:r>
    </w:p>
    <w:p w14:paraId="6F94B45C" w14:textId="77777777" w:rsidR="004B2954" w:rsidRPr="00BB79B8" w:rsidRDefault="004B2954" w:rsidP="004B2954">
      <w:pPr>
        <w:spacing w:after="20"/>
        <w:ind w:left="216"/>
        <w:rPr>
          <w:rFonts w:cs="Times New Roman"/>
          <w:sz w:val="20"/>
          <w:szCs w:val="20"/>
        </w:rPr>
      </w:pPr>
      <w:r w:rsidRPr="00BB79B8">
        <w:rPr>
          <w:rFonts w:cs="Times New Roman"/>
          <w:sz w:val="20"/>
          <w:szCs w:val="20"/>
        </w:rPr>
        <w:t>Potential Causes &amp; Mechanisms</w:t>
      </w:r>
    </w:p>
    <w:p w14:paraId="36D825D5" w14:textId="77777777" w:rsidR="004B2954" w:rsidRPr="00BB79B8" w:rsidRDefault="004B2954" w:rsidP="004B2954">
      <w:pPr>
        <w:spacing w:after="20"/>
        <w:ind w:left="216"/>
        <w:rPr>
          <w:rFonts w:cs="Times New Roman"/>
          <w:sz w:val="20"/>
          <w:szCs w:val="20"/>
        </w:rPr>
      </w:pPr>
      <w:r w:rsidRPr="00BB79B8">
        <w:rPr>
          <w:rFonts w:cs="Times New Roman"/>
          <w:sz w:val="20"/>
          <w:szCs w:val="20"/>
        </w:rPr>
        <w:t>Post-infection tachycardia is rarely "just" a fast heart rate; it often reflects systemic changes:</w:t>
      </w:r>
    </w:p>
    <w:p w14:paraId="1D303253" w14:textId="77777777" w:rsidR="004B2954" w:rsidRPr="00BB79B8" w:rsidRDefault="004B2954" w:rsidP="004B2954">
      <w:pPr>
        <w:spacing w:after="20"/>
        <w:ind w:left="216"/>
        <w:rPr>
          <w:rFonts w:cs="Times New Roman"/>
          <w:sz w:val="20"/>
          <w:szCs w:val="20"/>
        </w:rPr>
      </w:pPr>
      <w:r w:rsidRPr="00BB79B8">
        <w:rPr>
          <w:rFonts w:cs="Times New Roman"/>
          <w:sz w:val="20"/>
          <w:szCs w:val="20"/>
        </w:rPr>
        <w:t>Autonomic Dysregulation: Infections like COVID-19 or Influenza can cause an imbalance between the sympathetic (fight-or-flight) and parasympathetic (rest-and-digest) nervous systems (MDPI, 2025).</w:t>
      </w:r>
    </w:p>
    <w:p w14:paraId="5D075ABD" w14:textId="77777777" w:rsidR="004B2954" w:rsidRPr="00BB79B8" w:rsidRDefault="004B2954" w:rsidP="004B2954">
      <w:pPr>
        <w:spacing w:after="20"/>
        <w:ind w:left="216"/>
        <w:rPr>
          <w:rFonts w:cs="Times New Roman"/>
          <w:sz w:val="20"/>
          <w:szCs w:val="20"/>
        </w:rPr>
      </w:pPr>
      <w:r w:rsidRPr="00BB79B8">
        <w:rPr>
          <w:rFonts w:cs="Times New Roman"/>
          <w:sz w:val="20"/>
          <w:szCs w:val="20"/>
        </w:rPr>
        <w:t>Deconditioning &amp; Hypovolemia: Prolonged bed rest during illness or a decrease in total blood volume can lead to a higher compensatory heart rate (StatPearls, 2023).</w:t>
      </w:r>
    </w:p>
    <w:p w14:paraId="7E30F486"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Inflammation: In some cases, persistent tachycardia is the first sign of subclinical cardiac injury or myocarditis (Frontiers in Physiology, 2022).</w:t>
      </w:r>
    </w:p>
    <w:p w14:paraId="3721C027" w14:textId="77777777" w:rsidR="004B2954" w:rsidRPr="00BB79B8" w:rsidRDefault="004B2954" w:rsidP="004B2954">
      <w:pPr>
        <w:spacing w:after="20"/>
        <w:ind w:left="216"/>
        <w:rPr>
          <w:rFonts w:cs="Times New Roman"/>
          <w:sz w:val="20"/>
          <w:szCs w:val="20"/>
        </w:rPr>
      </w:pPr>
      <w:r w:rsidRPr="00BB79B8">
        <w:rPr>
          <w:rFonts w:cs="Times New Roman"/>
          <w:sz w:val="20"/>
          <w:szCs w:val="20"/>
        </w:rPr>
        <w:t>Recommendation: If your resting heart rate is consistently above 100 bpm or has increased by 20% or more from your pre-infection baseline, you should schedule a non-urgent consultation with a healthcare provider. They will likely use an Electrocardiogram (ECG) and basic blood work (CBC, Thyroid, Electrolytes) to begin the evaluation (AAFP, 2023).</w:t>
      </w:r>
    </w:p>
    <w:p w14:paraId="24D55B3B" w14:textId="77777777" w:rsidR="004B2954" w:rsidRPr="00BB79B8" w:rsidRDefault="004B2954" w:rsidP="004B2954">
      <w:pPr>
        <w:spacing w:after="20"/>
        <w:ind w:left="216"/>
        <w:rPr>
          <w:rFonts w:cs="Times New Roman"/>
          <w:sz w:val="20"/>
          <w:szCs w:val="20"/>
        </w:rPr>
      </w:pPr>
      <w:r w:rsidRPr="00BB79B8">
        <w:rPr>
          <w:rFonts w:cs="Times New Roman"/>
          <w:sz w:val="20"/>
          <w:szCs w:val="20"/>
        </w:rPr>
        <w:t>References</w:t>
      </w:r>
    </w:p>
    <w:p w14:paraId="2819AFB7" w14:textId="77777777" w:rsidR="004B2954" w:rsidRPr="00BB79B8" w:rsidRDefault="004B2954" w:rsidP="004B2954">
      <w:pPr>
        <w:spacing w:after="20"/>
        <w:ind w:left="216"/>
        <w:rPr>
          <w:rFonts w:cs="Times New Roman"/>
          <w:sz w:val="20"/>
          <w:szCs w:val="20"/>
        </w:rPr>
      </w:pPr>
      <w:r w:rsidRPr="00BB79B8">
        <w:rPr>
          <w:rFonts w:cs="Times New Roman"/>
          <w:sz w:val="20"/>
          <w:szCs w:val="20"/>
        </w:rPr>
        <w:t>AAFP. (2023). Common types of supraventricular tachycardia: Diagnosis and management. American Family Physician, 107(6). https://www.aafp.org/pubs/afp/issues/2023/0600/supraventricular-tachycardia.html</w:t>
      </w:r>
    </w:p>
    <w:p w14:paraId="7C76CBAE" w14:textId="77777777" w:rsidR="004B2954" w:rsidRPr="00BB79B8" w:rsidRDefault="004B2954" w:rsidP="004B2954">
      <w:pPr>
        <w:spacing w:after="20"/>
        <w:ind w:left="216"/>
        <w:rPr>
          <w:rFonts w:cs="Times New Roman"/>
          <w:sz w:val="20"/>
          <w:szCs w:val="20"/>
        </w:rPr>
      </w:pPr>
      <w:r w:rsidRPr="00BB79B8">
        <w:rPr>
          <w:rFonts w:cs="Times New Roman"/>
          <w:sz w:val="20"/>
          <w:szCs w:val="20"/>
        </w:rPr>
        <w:t>Frontiers in Physiology. (2022). Occurrence of relative bradycardia and relative tachycardia in individuals diagnosed with COVID-19. Frontiers in Physiology, 13. https://doi.org/10.3389/fphys.2022.898251</w:t>
      </w:r>
    </w:p>
    <w:p w14:paraId="7470C7FF" w14:textId="77777777" w:rsidR="004B2954" w:rsidRPr="00BB79B8" w:rsidRDefault="004B2954" w:rsidP="004B2954">
      <w:pPr>
        <w:spacing w:after="20"/>
        <w:ind w:left="216"/>
        <w:rPr>
          <w:rFonts w:cs="Times New Roman"/>
          <w:sz w:val="20"/>
          <w:szCs w:val="20"/>
        </w:rPr>
      </w:pPr>
      <w:r w:rsidRPr="00BB79B8">
        <w:rPr>
          <w:rFonts w:cs="Times New Roman"/>
          <w:sz w:val="20"/>
          <w:szCs w:val="20"/>
        </w:rPr>
        <w:t>IRIS. (2024). Post-COVID postural orthostatic tachycardia syndrome and inappropriate sinus tachycardia in the pediatric population. IRIS - Universit di Roma. https://iris.uniroma1.it/retrieve/c1cc55d3-7a8e-4b2c-9dd2-ea688a81f449/SperaPost-Covid2024.pdf</w:t>
      </w:r>
    </w:p>
    <w:p w14:paraId="25B57028" w14:textId="77777777" w:rsidR="004B2954" w:rsidRPr="00BB79B8" w:rsidRDefault="004B2954" w:rsidP="004B2954">
      <w:pPr>
        <w:spacing w:after="20"/>
        <w:ind w:left="216"/>
        <w:rPr>
          <w:rFonts w:cs="Times New Roman"/>
          <w:sz w:val="20"/>
          <w:szCs w:val="20"/>
        </w:rPr>
      </w:pPr>
      <w:r w:rsidRPr="00BB79B8">
        <w:rPr>
          <w:rFonts w:cs="Times New Roman"/>
          <w:sz w:val="20"/>
          <w:szCs w:val="20"/>
        </w:rPr>
        <w:t>MDPI. (2025). Long-term electrocardiographic changes in healthcare workers following mild to moderate cases of Coronavirus (COVID-19). Healthcare, 13(15). https://www.mdpi.com/2227-9032/13/15/1799</w:t>
      </w:r>
    </w:p>
    <w:p w14:paraId="3C9C8560" w14:textId="77777777" w:rsidR="004B2954" w:rsidRPr="00BB79B8" w:rsidRDefault="004B2954" w:rsidP="004B2954">
      <w:pPr>
        <w:spacing w:after="20"/>
        <w:ind w:left="216"/>
        <w:rPr>
          <w:rFonts w:cs="Times New Roman"/>
          <w:sz w:val="20"/>
          <w:szCs w:val="20"/>
        </w:rPr>
      </w:pPr>
      <w:r w:rsidRPr="00BB79B8">
        <w:rPr>
          <w:rFonts w:cs="Times New Roman"/>
          <w:sz w:val="20"/>
          <w:szCs w:val="20"/>
        </w:rPr>
        <w:t>PMC. (2022). Diagnosis and management of postural orthostatic tachycardia syndrome. CMAJ, 194(10). https://pmc.ncbi.nlm.nih.gov/articles/PMC8920526/</w:t>
      </w:r>
    </w:p>
    <w:p w14:paraId="5BB57B5B" w14:textId="77777777" w:rsidR="004B2954" w:rsidRPr="00BB79B8" w:rsidRDefault="004B2954" w:rsidP="004B2954">
      <w:pPr>
        <w:spacing w:after="20"/>
        <w:ind w:left="216"/>
        <w:rPr>
          <w:rFonts w:cs="Times New Roman"/>
          <w:sz w:val="20"/>
          <w:szCs w:val="20"/>
        </w:rPr>
      </w:pPr>
      <w:r w:rsidRPr="00BB79B8">
        <w:rPr>
          <w:rFonts w:cs="Times New Roman"/>
          <w:sz w:val="20"/>
          <w:szCs w:val="20"/>
        </w:rPr>
        <w:t>StatPearls. (2023). Postural orthostatic tachycardia syndrome. StatPearls Publishing. https://www.ncbi.nlm.nih.gov/books/NBK541074/</w:t>
      </w:r>
    </w:p>
    <w:p w14:paraId="5C4A36D6" w14:textId="77777777" w:rsidR="004B2954" w:rsidRPr="00BB79B8" w:rsidRDefault="004B2954" w:rsidP="004B2954">
      <w:pPr>
        <w:spacing w:after="20"/>
        <w:ind w:left="216"/>
        <w:rPr>
          <w:rFonts w:cs="Times New Roman"/>
          <w:sz w:val="20"/>
          <w:szCs w:val="20"/>
        </w:rPr>
      </w:pPr>
      <w:r w:rsidRPr="00BB79B8">
        <w:rPr>
          <w:rFonts w:cs="Times New Roman"/>
          <w:sz w:val="20"/>
          <w:szCs w:val="20"/>
        </w:rPr>
        <w:t>StatPearls. (2024). Sinus tachycardia. StatPearls Publishing. https://www.ncbi.nlm.nih.gov/books/NBK553128/</w:t>
      </w:r>
    </w:p>
    <w:p w14:paraId="26269559" w14:textId="77777777" w:rsidR="004B2954" w:rsidRPr="00BB79B8" w:rsidRDefault="004B2954" w:rsidP="004B2954">
      <w:pPr>
        <w:spacing w:after="0"/>
        <w:rPr>
          <w:rFonts w:cs="Times New Roman"/>
          <w:sz w:val="20"/>
          <w:szCs w:val="20"/>
        </w:rPr>
      </w:pPr>
    </w:p>
    <w:p w14:paraId="313C367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6E0384B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8068359" w14:textId="77777777" w:rsidR="004B2954" w:rsidRPr="00BB79B8" w:rsidRDefault="004B2954" w:rsidP="004B2954">
      <w:pPr>
        <w:spacing w:after="20"/>
        <w:ind w:left="216"/>
        <w:rPr>
          <w:rFonts w:cs="Times New Roman"/>
          <w:sz w:val="20"/>
          <w:szCs w:val="20"/>
        </w:rPr>
      </w:pPr>
      <w:r w:rsidRPr="00BB79B8">
        <w:rPr>
          <w:rFonts w:cs="Times New Roman"/>
          <w:sz w:val="20"/>
          <w:szCs w:val="20"/>
        </w:rPr>
        <w:t>A markedly increased resting heart rate after an infection can require medical evaluation, especially if it is persistent, disproportionate to your fever level, or accompanied by other symptoms.</w:t>
      </w:r>
    </w:p>
    <w:p w14:paraId="4CE9A959" w14:textId="77777777" w:rsidR="004B2954" w:rsidRPr="00BB79B8" w:rsidRDefault="004B2954" w:rsidP="004B2954">
      <w:pPr>
        <w:spacing w:after="20"/>
        <w:ind w:left="216"/>
        <w:rPr>
          <w:rFonts w:cs="Times New Roman"/>
          <w:sz w:val="20"/>
          <w:szCs w:val="20"/>
        </w:rPr>
      </w:pPr>
      <w:r w:rsidRPr="00BB79B8">
        <w:rPr>
          <w:rFonts w:cs="Times New Roman"/>
          <w:sz w:val="20"/>
          <w:szCs w:val="20"/>
        </w:rPr>
        <w:t>Based on current medical information, infections commonly raise heart rate because fever, inflammation, and sympathetic nervous system activation all increase cardiac workload. For example, heart rate typically rises by about 10 beats per minute for every 1 degrees C increase in body temperature. This is expected.</w:t>
      </w:r>
    </w:p>
    <w:p w14:paraId="3B12A821"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a heart rate that stays high even after the infection improves, or is much higher than expected, may signal something more serious - such as dehydration, lingering inflammation, myocarditis, or in rare cases, sepsis. Persistent tachycardia after infection is specifically noted as a reason to seek medical attention.</w:t>
      </w:r>
    </w:p>
    <w:p w14:paraId="55C8C9F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a post-infection elevated heart rate should be medically evaluated</w:t>
      </w:r>
    </w:p>
    <w:p w14:paraId="12F7CEC3"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heart rate &gt;100 bpm that persists after other symptoms improve</w:t>
      </w:r>
    </w:p>
    <w:p w14:paraId="47C3C8C2"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rate that is too high for the degree of fever (e.g., no fever but still tachycardic)</w:t>
      </w:r>
    </w:p>
    <w:p w14:paraId="3CF9A3FA"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chest discomfort, dizziness, or faintness</w:t>
      </w:r>
    </w:p>
    <w:p w14:paraId="50147E11"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of dehydration (dry mouth, low urine output)</w:t>
      </w:r>
    </w:p>
    <w:p w14:paraId="3D35409F" w14:textId="77777777" w:rsidR="004B2954" w:rsidRPr="00BB79B8" w:rsidRDefault="004B2954" w:rsidP="004B2954">
      <w:pPr>
        <w:spacing w:after="20"/>
        <w:ind w:left="216"/>
        <w:rPr>
          <w:rFonts w:cs="Times New Roman"/>
          <w:sz w:val="20"/>
          <w:szCs w:val="20"/>
        </w:rPr>
      </w:pPr>
      <w:r w:rsidRPr="00BB79B8">
        <w:rPr>
          <w:rFonts w:cs="Times New Roman"/>
          <w:sz w:val="20"/>
          <w:szCs w:val="20"/>
        </w:rPr>
        <w:t>History of heart conditions or new palpitations</w:t>
      </w:r>
    </w:p>
    <w:p w14:paraId="3EFCE390" w14:textId="77777777" w:rsidR="004B2954" w:rsidRPr="00BB79B8" w:rsidRDefault="004B2954" w:rsidP="004B2954">
      <w:pPr>
        <w:spacing w:after="20"/>
        <w:ind w:left="216"/>
        <w:rPr>
          <w:rFonts w:cs="Times New Roman"/>
          <w:sz w:val="20"/>
          <w:szCs w:val="20"/>
        </w:rPr>
      </w:pPr>
      <w:r w:rsidRPr="00BB79B8">
        <w:rPr>
          <w:rFonts w:cs="Times New Roman"/>
          <w:sz w:val="20"/>
          <w:szCs w:val="20"/>
        </w:rPr>
        <w:t>Recent viral infections known to affect the heart, such as influenza or COVID-19, which can occasionally lead to myocarditis</w:t>
      </w:r>
    </w:p>
    <w:p w14:paraId="06B2CFF3"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situations warrant prompt evaluation by a clinician.</w:t>
      </w:r>
    </w:p>
    <w:p w14:paraId="14E05F71"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this matters</w:t>
      </w:r>
    </w:p>
    <w:p w14:paraId="7EBA346F" w14:textId="77777777" w:rsidR="004B2954" w:rsidRPr="00BB79B8" w:rsidRDefault="004B2954" w:rsidP="004B2954">
      <w:pPr>
        <w:spacing w:after="20"/>
        <w:ind w:left="216"/>
        <w:rPr>
          <w:rFonts w:cs="Times New Roman"/>
          <w:sz w:val="20"/>
          <w:szCs w:val="20"/>
        </w:rPr>
      </w:pPr>
      <w:r w:rsidRPr="00BB79B8">
        <w:rPr>
          <w:rFonts w:cs="Times New Roman"/>
          <w:sz w:val="20"/>
          <w:szCs w:val="20"/>
        </w:rPr>
        <w:t>Infections normally raise heart rate, but persistent or excessive tachycardia can indicate:</w:t>
      </w:r>
    </w:p>
    <w:p w14:paraId="487A83FB" w14:textId="77777777" w:rsidR="004B2954" w:rsidRPr="00BB79B8" w:rsidRDefault="004B2954" w:rsidP="004B2954">
      <w:pPr>
        <w:spacing w:after="20"/>
        <w:ind w:left="216"/>
        <w:rPr>
          <w:rFonts w:cs="Times New Roman"/>
          <w:sz w:val="20"/>
          <w:szCs w:val="20"/>
        </w:rPr>
      </w:pPr>
      <w:r w:rsidRPr="00BB79B8">
        <w:rPr>
          <w:rFonts w:cs="Times New Roman"/>
          <w:sz w:val="20"/>
          <w:szCs w:val="20"/>
        </w:rPr>
        <w:t>Ongoing inflammation</w:t>
      </w:r>
    </w:p>
    <w:p w14:paraId="1F25FF30" w14:textId="77777777" w:rsidR="004B2954" w:rsidRPr="00BB79B8" w:rsidRDefault="004B2954" w:rsidP="004B2954">
      <w:pPr>
        <w:spacing w:after="20"/>
        <w:ind w:left="216"/>
        <w:rPr>
          <w:rFonts w:cs="Times New Roman"/>
          <w:sz w:val="20"/>
          <w:szCs w:val="20"/>
        </w:rPr>
      </w:pPr>
      <w:r w:rsidRPr="00BB79B8">
        <w:rPr>
          <w:rFonts w:cs="Times New Roman"/>
          <w:sz w:val="20"/>
          <w:szCs w:val="20"/>
        </w:rPr>
        <w:t>Autonomic imbalance</w:t>
      </w:r>
    </w:p>
    <w:p w14:paraId="0FBBA77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Cardiac involvement (e.g., myocarditis)</w:t>
      </w:r>
    </w:p>
    <w:p w14:paraId="2D14173C" w14:textId="77777777" w:rsidR="004B2954" w:rsidRPr="00BB79B8" w:rsidRDefault="004B2954" w:rsidP="004B2954">
      <w:pPr>
        <w:spacing w:after="20"/>
        <w:ind w:left="216"/>
        <w:rPr>
          <w:rFonts w:cs="Times New Roman"/>
          <w:sz w:val="20"/>
          <w:szCs w:val="20"/>
        </w:rPr>
      </w:pPr>
      <w:r w:rsidRPr="00BB79B8">
        <w:rPr>
          <w:rFonts w:cs="Times New Roman"/>
          <w:sz w:val="20"/>
          <w:szCs w:val="20"/>
        </w:rPr>
        <w:t>Sepsis or systemic illness</w:t>
      </w:r>
    </w:p>
    <w:p w14:paraId="76CC2991"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 effects (e.g., decongestants)</w:t>
      </w:r>
    </w:p>
    <w:p w14:paraId="1163988A"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these conditions vary in severity, a clinician can determine whether further testing (such as ECG or blood work) is needed.</w:t>
      </w:r>
    </w:p>
    <w:p w14:paraId="34DF9929"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01038820" w14:textId="77777777" w:rsidR="004B2954" w:rsidRPr="00BB79B8" w:rsidRDefault="004B2954" w:rsidP="004B2954">
      <w:pPr>
        <w:spacing w:after="20"/>
        <w:ind w:left="216"/>
        <w:rPr>
          <w:rFonts w:cs="Times New Roman"/>
          <w:sz w:val="20"/>
          <w:szCs w:val="20"/>
        </w:rPr>
      </w:pPr>
      <w:r w:rsidRPr="00BB79B8">
        <w:rPr>
          <w:rFonts w:cs="Times New Roman"/>
          <w:sz w:val="20"/>
          <w:szCs w:val="20"/>
        </w:rPr>
        <w:t>Yes. If your resting heart rate remains significantly elevated after an infection, or if you have any concerning symptoms, it's important to seek medical evaluation. A healthcare professional can determine whether this is a normal post-infection response or something requiring treatment.</w:t>
      </w:r>
    </w:p>
    <w:p w14:paraId="7F89D903" w14:textId="77777777" w:rsidR="004B2954" w:rsidRPr="00BB79B8" w:rsidRDefault="004B2954" w:rsidP="004B2954">
      <w:pPr>
        <w:spacing w:after="0"/>
        <w:rPr>
          <w:rFonts w:cs="Times New Roman"/>
          <w:sz w:val="20"/>
          <w:szCs w:val="20"/>
        </w:rPr>
      </w:pPr>
    </w:p>
    <w:p w14:paraId="66573A6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3B697A6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888D512" w14:textId="77777777" w:rsidR="004B2954" w:rsidRPr="00BB79B8" w:rsidRDefault="004B2954" w:rsidP="004B2954">
      <w:pPr>
        <w:spacing w:after="20"/>
        <w:ind w:left="216"/>
        <w:rPr>
          <w:rFonts w:cs="Times New Roman"/>
          <w:sz w:val="20"/>
          <w:szCs w:val="20"/>
        </w:rPr>
      </w:pPr>
      <w:r w:rsidRPr="00BB79B8">
        <w:rPr>
          <w:rFonts w:cs="Times New Roman"/>
          <w:sz w:val="20"/>
          <w:szCs w:val="20"/>
        </w:rPr>
        <w:t>Yes, a markedly increased resting heart rate that persists after an infection does warrant medical evaluation.</w:t>
      </w:r>
    </w:p>
    <w:p w14:paraId="1462FAB8"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a slightly elevated heart rate is common during the acute phase of an illness (due to fever, dehydration, or the body's immune response), a resting heart rate that remains significantly higher than your normal baseline after the infection has cleared is not typical and should be assessed.</w:t>
      </w:r>
    </w:p>
    <w:p w14:paraId="34391CE4"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why, what might be causing it, and when to seek urgent care.</w:t>
      </w:r>
    </w:p>
    <w:p w14:paraId="0E162B93" w14:textId="77777777" w:rsidR="004B2954" w:rsidRPr="00BB79B8" w:rsidRDefault="004B2954" w:rsidP="004B2954">
      <w:pPr>
        <w:spacing w:after="20"/>
        <w:ind w:left="216"/>
        <w:rPr>
          <w:rFonts w:cs="Times New Roman"/>
          <w:sz w:val="20"/>
          <w:szCs w:val="20"/>
        </w:rPr>
      </w:pPr>
      <w:r w:rsidRPr="00BB79B8">
        <w:rPr>
          <w:rFonts w:cs="Times New Roman"/>
          <w:sz w:val="20"/>
          <w:szCs w:val="20"/>
        </w:rPr>
        <w:t>Why you should seek evaluation</w:t>
      </w:r>
    </w:p>
    <w:p w14:paraId="03926A97" w14:textId="77777777" w:rsidR="004B2954" w:rsidRPr="00BB79B8" w:rsidRDefault="004B2954" w:rsidP="004B2954">
      <w:pPr>
        <w:spacing w:after="20"/>
        <w:ind w:left="216"/>
        <w:rPr>
          <w:rFonts w:cs="Times New Roman"/>
          <w:sz w:val="20"/>
          <w:szCs w:val="20"/>
        </w:rPr>
      </w:pPr>
      <w:r w:rsidRPr="00BB79B8">
        <w:rPr>
          <w:rFonts w:cs="Times New Roman"/>
          <w:sz w:val="20"/>
          <w:szCs w:val="20"/>
        </w:rPr>
        <w:t>A persistently high resting heart rate (tachycardia) after an infection can be a sign of several underlying conditions that require diagnosis and management. It is not something to simply "wait and see" about for weeks on end.</w:t>
      </w:r>
    </w:p>
    <w:p w14:paraId="230FE193" w14:textId="77777777" w:rsidR="004B2954" w:rsidRPr="00BB79B8" w:rsidRDefault="004B2954" w:rsidP="004B2954">
      <w:pPr>
        <w:spacing w:after="20"/>
        <w:ind w:left="216"/>
        <w:rPr>
          <w:rFonts w:cs="Times New Roman"/>
          <w:sz w:val="20"/>
          <w:szCs w:val="20"/>
        </w:rPr>
      </w:pPr>
      <w:r w:rsidRPr="00BB79B8">
        <w:rPr>
          <w:rFonts w:cs="Times New Roman"/>
          <w:sz w:val="20"/>
          <w:szCs w:val="20"/>
        </w:rPr>
        <w:t>Possible causes a doctor would investigate include:</w:t>
      </w:r>
    </w:p>
    <w:p w14:paraId="334D7927" w14:textId="77777777" w:rsidR="004B2954" w:rsidRPr="00BB79B8" w:rsidRDefault="004B2954" w:rsidP="004B2954">
      <w:pPr>
        <w:spacing w:after="20"/>
        <w:ind w:left="216"/>
        <w:rPr>
          <w:rFonts w:cs="Times New Roman"/>
          <w:sz w:val="20"/>
          <w:szCs w:val="20"/>
        </w:rPr>
      </w:pPr>
      <w:r w:rsidRPr="00BB79B8">
        <w:rPr>
          <w:rFonts w:cs="Times New Roman"/>
          <w:sz w:val="20"/>
          <w:szCs w:val="20"/>
        </w:rPr>
        <w:t>Dehydration and Anemia (Most Common &amp; Easily Treated): Infections can lead to prolonged poor fluid intake or reduced appetite, causing dehydration. They can also trigger a temporary drop in red blood cells (anemia of chronic disease). Both force the heart to beat faster to maintain oxygen delivery.</w:t>
      </w:r>
    </w:p>
    <w:p w14:paraId="3E2DA236" w14:textId="77777777" w:rsidR="004B2954" w:rsidRPr="00BB79B8" w:rsidRDefault="004B2954" w:rsidP="004B2954">
      <w:pPr>
        <w:spacing w:after="20"/>
        <w:ind w:left="216"/>
        <w:rPr>
          <w:rFonts w:cs="Times New Roman"/>
          <w:sz w:val="20"/>
          <w:szCs w:val="20"/>
        </w:rPr>
      </w:pPr>
      <w:r w:rsidRPr="00BB79B8">
        <w:rPr>
          <w:rFonts w:cs="Times New Roman"/>
          <w:sz w:val="20"/>
          <w:szCs w:val="20"/>
        </w:rPr>
        <w:t>Post-Viral Dysautonomia (e.g., POTS): This is a common complication following viral infections, including COVID-19, influenza, and EBV. The autonomic nervous system malfunctions, leading to an excessive heart rate increase upon standing (Postural Orthostatic Tachycardia Syndrome).</w:t>
      </w:r>
    </w:p>
    <w:p w14:paraId="77B4D1AC"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or Pericarditis: Inflammation of the heart muscle (myocarditis) or the lining around it (pericarditis) can be triggered by the immune response to the infection. Tachycardia, especially with chest pain or shortness of breath, is a key warning sign.</w:t>
      </w:r>
    </w:p>
    <w:p w14:paraId="6EDCAE70" w14:textId="77777777" w:rsidR="004B2954" w:rsidRPr="00BB79B8" w:rsidRDefault="004B2954" w:rsidP="004B2954">
      <w:pPr>
        <w:spacing w:after="20"/>
        <w:ind w:left="216"/>
        <w:rPr>
          <w:rFonts w:cs="Times New Roman"/>
          <w:sz w:val="20"/>
          <w:szCs w:val="20"/>
        </w:rPr>
      </w:pPr>
      <w:r w:rsidRPr="00BB79B8">
        <w:rPr>
          <w:rFonts w:cs="Times New Roman"/>
          <w:sz w:val="20"/>
          <w:szCs w:val="20"/>
        </w:rPr>
        <w:t>Inappropriate Sinus Tachycardia (IST): A condition where the sinus node (the heart's natural pacemaker) fires faster than normal at rest, sometimes triggered or unmasked by a severe infection.</w:t>
      </w:r>
    </w:p>
    <w:p w14:paraId="231D01BD" w14:textId="77777777" w:rsidR="004B2954" w:rsidRPr="00BB79B8" w:rsidRDefault="004B2954" w:rsidP="004B2954">
      <w:pPr>
        <w:spacing w:after="20"/>
        <w:ind w:left="216"/>
        <w:rPr>
          <w:rFonts w:cs="Times New Roman"/>
          <w:sz w:val="20"/>
          <w:szCs w:val="20"/>
        </w:rPr>
      </w:pPr>
      <w:r w:rsidRPr="00BB79B8">
        <w:rPr>
          <w:rFonts w:cs="Times New Roman"/>
          <w:sz w:val="20"/>
          <w:szCs w:val="20"/>
        </w:rPr>
        <w:t>Thyroiditis: Some viral infections can cause temporary inflammation of the thyroid gland (subacute thyroiditis), releasing excess thyroid hormone and causing a rapid heart rate, along with anxiety, tremor, and heat intolerance.</w:t>
      </w:r>
    </w:p>
    <w:p w14:paraId="2AD87DAA"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Infection or Sepsis: In some cases, the initial infection may not have been fully cleared, or a secondary infection has developed, leading to a chronic low-grade inflammatory state.</w:t>
      </w:r>
    </w:p>
    <w:p w14:paraId="4E59999B" w14:textId="77777777" w:rsidR="004B2954" w:rsidRPr="00BB79B8" w:rsidRDefault="004B2954" w:rsidP="004B2954">
      <w:pPr>
        <w:spacing w:after="20"/>
        <w:ind w:left="216"/>
        <w:rPr>
          <w:rFonts w:cs="Times New Roman"/>
          <w:sz w:val="20"/>
          <w:szCs w:val="20"/>
        </w:rPr>
      </w:pPr>
      <w:r w:rsidRPr="00BB79B8">
        <w:rPr>
          <w:rFonts w:cs="Times New Roman"/>
          <w:sz w:val="20"/>
          <w:szCs w:val="20"/>
        </w:rPr>
        <w:t>What "Markedly Increased" Means - A Guideline</w:t>
      </w:r>
    </w:p>
    <w:p w14:paraId="5E66A7A6"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resting heart rate: 60-100 beats per minute (bpm).</w:t>
      </w:r>
    </w:p>
    <w:p w14:paraId="233A6B11" w14:textId="77777777" w:rsidR="004B2954" w:rsidRPr="00BB79B8" w:rsidRDefault="004B2954" w:rsidP="004B2954">
      <w:pPr>
        <w:spacing w:after="20"/>
        <w:ind w:left="216"/>
        <w:rPr>
          <w:rFonts w:cs="Times New Roman"/>
          <w:sz w:val="20"/>
          <w:szCs w:val="20"/>
        </w:rPr>
      </w:pPr>
      <w:r w:rsidRPr="00BB79B8">
        <w:rPr>
          <w:rFonts w:cs="Times New Roman"/>
          <w:sz w:val="20"/>
          <w:szCs w:val="20"/>
        </w:rPr>
        <w:t>Concerning after infection:</w:t>
      </w:r>
    </w:p>
    <w:p w14:paraId="132A23E6"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heart rate consistently over 100 bpm (tachycardia) even when you are relaxed, seated, or lying down.</w:t>
      </w:r>
    </w:p>
    <w:p w14:paraId="52AFF549"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rate that jumps 30+ bpm when you stand up from lying down (a sign of POTS).</w:t>
      </w:r>
    </w:p>
    <w:p w14:paraId="4361DD57" w14:textId="77777777" w:rsidR="004B2954" w:rsidRPr="00BB79B8" w:rsidRDefault="004B2954" w:rsidP="004B2954">
      <w:pPr>
        <w:spacing w:after="20"/>
        <w:ind w:left="216"/>
        <w:rPr>
          <w:rFonts w:cs="Times New Roman"/>
          <w:sz w:val="20"/>
          <w:szCs w:val="20"/>
        </w:rPr>
      </w:pPr>
      <w:r w:rsidRPr="00BB79B8">
        <w:rPr>
          <w:rFonts w:cs="Times New Roman"/>
          <w:sz w:val="20"/>
          <w:szCs w:val="20"/>
        </w:rPr>
        <w:t>A rate that is 20+ bpm higher than your personal normal baseline (e.g., if your normal is 65, and now it's 85-90 at rest).</w:t>
      </w:r>
    </w:p>
    <w:p w14:paraId="1C753B0F"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Seek Immediate (Emergency) Care If:</w:t>
      </w:r>
    </w:p>
    <w:p w14:paraId="586769DE"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wait for a routine appointment if the increased heart rate is accompanied by:</w:t>
      </w:r>
    </w:p>
    <w:p w14:paraId="12554510"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pressure, or tightness</w:t>
      </w:r>
    </w:p>
    <w:p w14:paraId="6C47415D" w14:textId="77777777" w:rsidR="004B2954" w:rsidRPr="00BB79B8" w:rsidRDefault="004B2954" w:rsidP="004B2954">
      <w:pPr>
        <w:spacing w:after="20"/>
        <w:ind w:left="216"/>
        <w:rPr>
          <w:rFonts w:cs="Times New Roman"/>
          <w:sz w:val="20"/>
          <w:szCs w:val="20"/>
        </w:rPr>
      </w:pPr>
      <w:r w:rsidRPr="00BB79B8">
        <w:rPr>
          <w:rFonts w:cs="Times New Roman"/>
          <w:sz w:val="20"/>
          <w:szCs w:val="20"/>
        </w:rPr>
        <w:t>Difficulty breathing or shortness of breath at rest or with minimal exertion</w:t>
      </w:r>
    </w:p>
    <w:p w14:paraId="04A382BA"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(syncope) or near-fainting (severe lightheadedness)</w:t>
      </w:r>
    </w:p>
    <w:p w14:paraId="0FDAC974"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that are very strong, irregular (fluttering), or last for more than a few minutes</w:t>
      </w:r>
    </w:p>
    <w:p w14:paraId="576F1D3D"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the legs, ankles, or feet (sign of possible heart failure)</w:t>
      </w:r>
    </w:p>
    <w:p w14:paraId="5CC18C8B"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Do Before Your Appointment</w:t>
      </w:r>
    </w:p>
    <w:p w14:paraId="0839931B" w14:textId="77777777" w:rsidR="004B2954" w:rsidRPr="00BB79B8" w:rsidRDefault="004B2954" w:rsidP="004B2954">
      <w:pPr>
        <w:spacing w:after="20"/>
        <w:ind w:left="216"/>
        <w:rPr>
          <w:rFonts w:cs="Times New Roman"/>
          <w:sz w:val="20"/>
          <w:szCs w:val="20"/>
        </w:rPr>
      </w:pPr>
      <w:r w:rsidRPr="00BB79B8">
        <w:rPr>
          <w:rFonts w:cs="Times New Roman"/>
          <w:sz w:val="20"/>
          <w:szCs w:val="20"/>
        </w:rPr>
        <w:t>Stay Hydrated: Fluid depletion is a top cause. Drink water or electrolyte solutions.</w:t>
      </w:r>
    </w:p>
    <w:p w14:paraId="23CD27C9" w14:textId="77777777" w:rsidR="004B2954" w:rsidRPr="00BB79B8" w:rsidRDefault="004B2954" w:rsidP="004B2954">
      <w:pPr>
        <w:spacing w:after="20"/>
        <w:ind w:left="216"/>
        <w:rPr>
          <w:rFonts w:cs="Times New Roman"/>
          <w:sz w:val="20"/>
          <w:szCs w:val="20"/>
        </w:rPr>
      </w:pPr>
      <w:r w:rsidRPr="00BB79B8">
        <w:rPr>
          <w:rFonts w:cs="Times New Roman"/>
          <w:sz w:val="20"/>
          <w:szCs w:val="20"/>
        </w:rPr>
        <w:t>Rest Strategically: Avoid strenuous exercise until you are cleared by a doctor (if you have myocarditis, exercise can be dangerous).</w:t>
      </w:r>
    </w:p>
    <w:p w14:paraId="107C0D9C" w14:textId="77777777" w:rsidR="004B2954" w:rsidRPr="00BB79B8" w:rsidRDefault="004B2954" w:rsidP="004B2954">
      <w:pPr>
        <w:spacing w:after="20"/>
        <w:ind w:left="216"/>
        <w:rPr>
          <w:rFonts w:cs="Times New Roman"/>
          <w:sz w:val="20"/>
          <w:szCs w:val="20"/>
        </w:rPr>
      </w:pPr>
      <w:r w:rsidRPr="00BB79B8">
        <w:rPr>
          <w:rFonts w:cs="Times New Roman"/>
          <w:sz w:val="20"/>
          <w:szCs w:val="20"/>
        </w:rPr>
        <w:t>Keep a Log: For 3-5 days, measure your heart rate (using a smartwatch or taking your pulse) at the same times:</w:t>
      </w:r>
    </w:p>
    <w:p w14:paraId="0222C702"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Immediately upon waking (still lying in bed).</w:t>
      </w:r>
    </w:p>
    <w:p w14:paraId="0B39471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After sitting up for 2 minutes.</w:t>
      </w:r>
    </w:p>
    <w:p w14:paraId="2F68C2AE" w14:textId="77777777" w:rsidR="004B2954" w:rsidRPr="00BB79B8" w:rsidRDefault="004B2954" w:rsidP="004B2954">
      <w:pPr>
        <w:spacing w:after="20"/>
        <w:ind w:left="216"/>
        <w:rPr>
          <w:rFonts w:cs="Times New Roman"/>
          <w:sz w:val="20"/>
          <w:szCs w:val="20"/>
        </w:rPr>
      </w:pPr>
      <w:r w:rsidRPr="00BB79B8">
        <w:rPr>
          <w:rFonts w:cs="Times New Roman"/>
          <w:sz w:val="20"/>
          <w:szCs w:val="20"/>
        </w:rPr>
        <w:t>After standing for 2 minutes.</w:t>
      </w:r>
    </w:p>
    <w:p w14:paraId="610153B5" w14:textId="77777777" w:rsidR="004B2954" w:rsidRPr="00BB79B8" w:rsidRDefault="004B2954" w:rsidP="004B2954">
      <w:pPr>
        <w:spacing w:after="20"/>
        <w:ind w:left="216"/>
        <w:rPr>
          <w:rFonts w:cs="Times New Roman"/>
          <w:sz w:val="20"/>
          <w:szCs w:val="20"/>
        </w:rPr>
      </w:pPr>
      <w:r w:rsidRPr="00BB79B8">
        <w:rPr>
          <w:rFonts w:cs="Times New Roman"/>
          <w:sz w:val="20"/>
          <w:szCs w:val="20"/>
        </w:rPr>
        <w:t>Record any symptoms (lightheadedness, fatigue, palpitations).</w:t>
      </w:r>
    </w:p>
    <w:p w14:paraId="0AF534CA"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Stimulants: Caffeine, nicotine, decongestants (like pseudoephedrine), and excessive sugar can worsen tachycardia.</w:t>
      </w:r>
    </w:p>
    <w:p w14:paraId="7BF6E612"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of the Answer</w:t>
      </w:r>
    </w:p>
    <w:p w14:paraId="49E545B0" w14:textId="77777777" w:rsidR="004B2954" w:rsidRPr="00BB79B8" w:rsidRDefault="004B2954" w:rsidP="004B2954">
      <w:pPr>
        <w:spacing w:after="20"/>
        <w:ind w:left="216"/>
        <w:rPr>
          <w:rFonts w:cs="Times New Roman"/>
          <w:sz w:val="20"/>
          <w:szCs w:val="20"/>
        </w:rPr>
      </w:pPr>
      <w:r w:rsidRPr="00BB79B8">
        <w:rPr>
          <w:rFonts w:cs="Times New Roman"/>
          <w:sz w:val="20"/>
          <w:szCs w:val="20"/>
        </w:rPr>
        <w:t>Situation; Action</w:t>
      </w:r>
    </w:p>
    <w:p w14:paraId="7BAF423B"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HR &gt;100 bpm for more than 2-3 days after the fever/subjective illness is gone.; See your primary care doctor within the next week.</w:t>
      </w:r>
    </w:p>
    <w:p w14:paraId="0D8CD4B6"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HR &gt;120 bpm or a sudden 30+ bpm jump upon standing that lasts.; See a doctor sooner (urgent care or primary care within 1-2 days).</w:t>
      </w:r>
    </w:p>
    <w:p w14:paraId="6EC90695" w14:textId="77777777" w:rsidR="004B2954" w:rsidRPr="00BB79B8" w:rsidRDefault="004B2954" w:rsidP="004B2954">
      <w:pPr>
        <w:spacing w:after="20"/>
        <w:ind w:left="216"/>
        <w:rPr>
          <w:rFonts w:cs="Times New Roman"/>
          <w:sz w:val="20"/>
          <w:szCs w:val="20"/>
        </w:rPr>
      </w:pPr>
      <w:r w:rsidRPr="00BB79B8">
        <w:rPr>
          <w:rFonts w:cs="Times New Roman"/>
          <w:sz w:val="20"/>
          <w:szCs w:val="20"/>
        </w:rPr>
        <w:t>Accompanied by chest pain, fainting, severe shortness of breath, or irregular palpitations.; Go to the Emergency Room or call emergency services immediately.</w:t>
      </w:r>
    </w:p>
    <w:p w14:paraId="310E725F"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ignore it. A persistent post-infection tachycardia is a valid medical symptom that deserves a workup, even if you feel "otherwise okay." It is often treatable once the cause is identified.</w:t>
      </w:r>
    </w:p>
    <w:p w14:paraId="12468440" w14:textId="77777777" w:rsidR="004B2954" w:rsidRPr="00BB79B8" w:rsidRDefault="004B2954" w:rsidP="004B2954">
      <w:pPr>
        <w:spacing w:after="0"/>
        <w:rPr>
          <w:rFonts w:cs="Times New Roman"/>
          <w:sz w:val="20"/>
          <w:szCs w:val="20"/>
        </w:rPr>
      </w:pPr>
    </w:p>
    <w:p w14:paraId="364C47A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76547D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38257E6" w14:textId="77777777" w:rsidR="004B2954" w:rsidRPr="00BB79B8" w:rsidRDefault="004B2954" w:rsidP="004B2954">
      <w:pPr>
        <w:spacing w:after="20"/>
        <w:ind w:left="216"/>
        <w:rPr>
          <w:rFonts w:cs="Times New Roman"/>
          <w:sz w:val="20"/>
          <w:szCs w:val="20"/>
        </w:rPr>
      </w:pPr>
      <w:r w:rsidRPr="00BB79B8">
        <w:rPr>
          <w:rFonts w:cs="Times New Roman"/>
          <w:sz w:val="20"/>
          <w:szCs w:val="20"/>
        </w:rPr>
        <w:t>Yes, a marked persistent elevation in resting heart rate following any infection requires prompt medical evaluation. It may be a warning sign of underlying issues such as myocarditis, post-viral fatigue syndrome, autonomic nervous system dysfunction, dehydration, or unresolved inflammation. Medical check-ups including ECG, cardiac enzymes and echocardiography are recommended to rule out cardiac involvement.</w:t>
      </w:r>
    </w:p>
    <w:p w14:paraId="6A730D5C" w14:textId="77777777" w:rsidR="004B2954" w:rsidRPr="00BB79B8" w:rsidRDefault="004B2954" w:rsidP="004B2954">
      <w:pPr>
        <w:rPr>
          <w:rFonts w:cs="Times New Roman"/>
          <w:sz w:val="20"/>
          <w:szCs w:val="20"/>
        </w:rPr>
      </w:pPr>
    </w:p>
    <w:p w14:paraId="5AD47789" w14:textId="77777777" w:rsidR="004B2954" w:rsidRPr="00BB79B8" w:rsidRDefault="004B2954" w:rsidP="004B2954">
      <w:pPr>
        <w:keepNext/>
        <w:rPr>
          <w:rFonts w:cs="Times New Roman"/>
          <w:sz w:val="20"/>
          <w:szCs w:val="20"/>
        </w:rPr>
      </w:pPr>
      <w:r w:rsidRPr="00BB79B8">
        <w:rPr>
          <w:rFonts w:cs="Times New Roman"/>
          <w:b/>
          <w:color w:val="1F4E79"/>
          <w:sz w:val="20"/>
          <w:szCs w:val="20"/>
        </w:rPr>
        <w:t>Q17. Does chest pain with syncope require emergency evaluation?</w:t>
      </w:r>
    </w:p>
    <w:p w14:paraId="23FA98F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FCA04A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4226AB7" w14:textId="77777777" w:rsidR="004B2954" w:rsidRPr="00BB79B8" w:rsidRDefault="004B2954" w:rsidP="004B2954">
      <w:pPr>
        <w:spacing w:after="20"/>
        <w:ind w:left="216"/>
        <w:rPr>
          <w:rFonts w:cs="Times New Roman"/>
          <w:sz w:val="20"/>
          <w:szCs w:val="20"/>
        </w:rPr>
      </w:pPr>
      <w:r w:rsidRPr="00BB79B8">
        <w:rPr>
          <w:rFonts w:cs="Times New Roman"/>
          <w:sz w:val="20"/>
          <w:szCs w:val="20"/>
        </w:rPr>
        <w:t>Yes - chest pain accompanied by syncope (fainting or near-fainting) is considered a medical emergency and requires immediate evaluation.</w:t>
      </w:r>
    </w:p>
    <w:p w14:paraId="1764D0B7"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why:</w:t>
      </w:r>
    </w:p>
    <w:p w14:paraId="11A7B4FB" w14:textId="77777777" w:rsidR="004B2954" w:rsidRPr="00BB79B8" w:rsidRDefault="004B2954" w:rsidP="004B2954">
      <w:pPr>
        <w:spacing w:after="20"/>
        <w:ind w:left="216"/>
        <w:rPr>
          <w:rFonts w:cs="Times New Roman"/>
          <w:sz w:val="20"/>
          <w:szCs w:val="20"/>
        </w:rPr>
      </w:pPr>
      <w:r w:rsidRPr="00BB79B8">
        <w:rPr>
          <w:rFonts w:cs="Times New Roman"/>
          <w:sz w:val="20"/>
          <w:szCs w:val="20"/>
        </w:rPr>
        <w:t>Potentially life-threatening causes:</w:t>
      </w:r>
    </w:p>
    <w:p w14:paraId="69D6B30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or acute coronary syndromes (heart attack)</w:t>
      </w:r>
    </w:p>
    <w:p w14:paraId="6C9E4BE9"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(dangerous heart rhythms like ventricular tachycardia)</w:t>
      </w:r>
    </w:p>
    <w:p w14:paraId="0FD310F9" w14:textId="77777777" w:rsidR="004B2954" w:rsidRPr="00BB79B8" w:rsidRDefault="004B2954" w:rsidP="004B2954">
      <w:pPr>
        <w:spacing w:after="20"/>
        <w:ind w:left="216"/>
        <w:rPr>
          <w:rFonts w:cs="Times New Roman"/>
          <w:sz w:val="20"/>
          <w:szCs w:val="20"/>
        </w:rPr>
      </w:pPr>
      <w:r w:rsidRPr="00BB79B8">
        <w:rPr>
          <w:rFonts w:cs="Times New Roman"/>
          <w:sz w:val="20"/>
          <w:szCs w:val="20"/>
        </w:rPr>
        <w:t>Structural heart problems (like aortic dissection or hypertrophic cardiomyopathy)</w:t>
      </w:r>
    </w:p>
    <w:p w14:paraId="2F3EE684"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 features:</w:t>
      </w:r>
    </w:p>
    <w:p w14:paraId="1B1E296D"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onset chest pain</w:t>
      </w:r>
    </w:p>
    <w:p w14:paraId="6F27FB68"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triggered by exertion or occurs suddenly at rest</w:t>
      </w:r>
    </w:p>
    <w:p w14:paraId="6BE4C98D"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palpitations, or dizziness</w:t>
      </w:r>
    </w:p>
    <w:p w14:paraId="43152154" w14:textId="77777777" w:rsidR="004B2954" w:rsidRPr="00BB79B8" w:rsidRDefault="004B2954" w:rsidP="004B2954">
      <w:pPr>
        <w:spacing w:after="20"/>
        <w:ind w:left="216"/>
        <w:rPr>
          <w:rFonts w:cs="Times New Roman"/>
          <w:sz w:val="20"/>
          <w:szCs w:val="20"/>
        </w:rPr>
      </w:pPr>
      <w:r w:rsidRPr="00BB79B8">
        <w:rPr>
          <w:rFonts w:cs="Times New Roman"/>
          <w:sz w:val="20"/>
          <w:szCs w:val="20"/>
        </w:rPr>
        <w:t>Sweating, nausea, or hypotension</w:t>
      </w:r>
    </w:p>
    <w:p w14:paraId="1CAC7E24" w14:textId="77777777" w:rsidR="004B2954" w:rsidRPr="00BB79B8" w:rsidRDefault="004B2954" w:rsidP="004B2954">
      <w:pPr>
        <w:spacing w:after="20"/>
        <w:ind w:left="216"/>
        <w:rPr>
          <w:rFonts w:cs="Times New Roman"/>
          <w:sz w:val="20"/>
          <w:szCs w:val="20"/>
        </w:rPr>
      </w:pPr>
      <w:r w:rsidRPr="00BB79B8">
        <w:rPr>
          <w:rFonts w:cs="Times New Roman"/>
          <w:sz w:val="20"/>
          <w:szCs w:val="20"/>
        </w:rPr>
        <w:t>Recommended action:</w:t>
      </w:r>
    </w:p>
    <w:p w14:paraId="206FF0C4" w14:textId="77777777" w:rsidR="004B2954" w:rsidRPr="00BB79B8" w:rsidRDefault="004B2954" w:rsidP="004B2954">
      <w:pPr>
        <w:spacing w:after="20"/>
        <w:ind w:left="216"/>
        <w:rPr>
          <w:rFonts w:cs="Times New Roman"/>
          <w:sz w:val="20"/>
          <w:szCs w:val="20"/>
        </w:rPr>
      </w:pPr>
      <w:r w:rsidRPr="00BB79B8">
        <w:rPr>
          <w:rFonts w:cs="Times New Roman"/>
          <w:sz w:val="20"/>
          <w:szCs w:val="20"/>
        </w:rPr>
        <w:t>Call emergency services immediately (e.g., 911 in the U.S.)</w:t>
      </w:r>
    </w:p>
    <w:p w14:paraId="01743FD6"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driving yourself to the hospital</w:t>
      </w:r>
    </w:p>
    <w:p w14:paraId="63C1A3CC" w14:textId="77777777" w:rsidR="004B2954" w:rsidRPr="00BB79B8" w:rsidRDefault="004B2954" w:rsidP="004B2954">
      <w:pPr>
        <w:spacing w:after="20"/>
        <w:ind w:left="216"/>
        <w:rPr>
          <w:rFonts w:cs="Times New Roman"/>
          <w:sz w:val="20"/>
          <w:szCs w:val="20"/>
        </w:rPr>
      </w:pPr>
      <w:r w:rsidRPr="00BB79B8">
        <w:rPr>
          <w:rFonts w:cs="Times New Roman"/>
          <w:sz w:val="20"/>
          <w:szCs w:val="20"/>
        </w:rPr>
        <w:t>Prompt evaluation with ECG, cardiac enzymes, echocardiography, and continuous monitoring is often required</w:t>
      </w:r>
    </w:p>
    <w:p w14:paraId="16B5A5A6"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if the pain is mild or transient, the combination with syncope is high-risk and should never be ignored.</w:t>
      </w:r>
    </w:p>
    <w:p w14:paraId="51A09CC2" w14:textId="77777777" w:rsidR="004B2954" w:rsidRPr="00BB79B8" w:rsidRDefault="004B2954" w:rsidP="004B2954">
      <w:pPr>
        <w:spacing w:after="0"/>
        <w:rPr>
          <w:rFonts w:cs="Times New Roman"/>
          <w:sz w:val="20"/>
          <w:szCs w:val="20"/>
        </w:rPr>
      </w:pPr>
    </w:p>
    <w:p w14:paraId="19AA94F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4020D2E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6485464" w14:textId="77777777" w:rsidR="004B2954" w:rsidRPr="00BB79B8" w:rsidRDefault="004B2954" w:rsidP="004B2954">
      <w:pPr>
        <w:spacing w:after="20"/>
        <w:ind w:left="216"/>
        <w:rPr>
          <w:rFonts w:cs="Times New Roman"/>
          <w:sz w:val="20"/>
          <w:szCs w:val="20"/>
        </w:rPr>
      </w:pPr>
      <w:r w:rsidRPr="00BB79B8">
        <w:rPr>
          <w:rFonts w:cs="Times New Roman"/>
          <w:sz w:val="20"/>
          <w:szCs w:val="20"/>
        </w:rPr>
        <w:t>Emergency Evaluation for Chest Pain with Syncope</w:t>
      </w:r>
    </w:p>
    <w:p w14:paraId="5FDA640E"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pain accompanied by syncope (fainting) requires immediate emergency evaluation.</w:t>
      </w:r>
    </w:p>
    <w:p w14:paraId="583D643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these two symptoms occur together, they are considered "red flags" that may indicate life-threatening conditions. Immediate medical assessment is necessary to rule out the following critical issues:</w:t>
      </w:r>
    </w:p>
    <w:p w14:paraId="463AB134" w14:textId="77777777" w:rsidR="004B2954" w:rsidRPr="00BB79B8" w:rsidRDefault="004B2954" w:rsidP="004B2954">
      <w:pPr>
        <w:spacing w:after="20"/>
        <w:ind w:left="216"/>
        <w:rPr>
          <w:rFonts w:cs="Times New Roman"/>
          <w:sz w:val="20"/>
          <w:szCs w:val="20"/>
        </w:rPr>
      </w:pPr>
      <w:r w:rsidRPr="00BB79B8">
        <w:rPr>
          <w:rFonts w:cs="Times New Roman"/>
          <w:sz w:val="20"/>
          <w:szCs w:val="20"/>
        </w:rPr>
        <w:t>1. Cardiac Causes</w:t>
      </w:r>
    </w:p>
    <w:p w14:paraId="54ACF134"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Coronary Syndrome (ACS): A heart attack or unstable angina can reduce blood flow to the heart, leading to pain and a sudden drop in blood pressure or an arrhythmia that causes fainting.</w:t>
      </w:r>
    </w:p>
    <w:p w14:paraId="09AE4584" w14:textId="77777777" w:rsidR="004B2954" w:rsidRPr="00BB79B8" w:rsidRDefault="004B2954" w:rsidP="004B2954">
      <w:pPr>
        <w:spacing w:after="20"/>
        <w:ind w:left="216"/>
        <w:rPr>
          <w:rFonts w:cs="Times New Roman"/>
          <w:sz w:val="20"/>
          <w:szCs w:val="20"/>
        </w:rPr>
      </w:pPr>
      <w:r w:rsidRPr="00BB79B8">
        <w:rPr>
          <w:rFonts w:cs="Times New Roman"/>
          <w:sz w:val="20"/>
          <w:szCs w:val="20"/>
        </w:rPr>
        <w:t>Aortic Dissection: A tear in the wall of the aorta. This is a surgical emergency often characterized by "tearing" chest pain and potential loss of consciousness.</w:t>
      </w:r>
    </w:p>
    <w:p w14:paraId="7DAD827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Structural Heart Disease: Conditions like severe aortic stenosis or hypertrophic cardiomyopathy can obstruct blood flow, especially during exertion.</w:t>
      </w:r>
    </w:p>
    <w:p w14:paraId="0472DAD6"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Serious heart rhythm disturbances (like ventricular tachycardia or high-grade heart block) can cause the heart to pump ineffectively, leading to both chest discomfort and syncope.</w:t>
      </w:r>
    </w:p>
    <w:p w14:paraId="454201DC" w14:textId="77777777" w:rsidR="004B2954" w:rsidRPr="00BB79B8" w:rsidRDefault="004B2954" w:rsidP="004B2954">
      <w:pPr>
        <w:spacing w:after="20"/>
        <w:ind w:left="216"/>
        <w:rPr>
          <w:rFonts w:cs="Times New Roman"/>
          <w:sz w:val="20"/>
          <w:szCs w:val="20"/>
        </w:rPr>
      </w:pPr>
      <w:r w:rsidRPr="00BB79B8">
        <w:rPr>
          <w:rFonts w:cs="Times New Roman"/>
          <w:sz w:val="20"/>
          <w:szCs w:val="20"/>
        </w:rPr>
        <w:t>2. Pulmonary Causes</w:t>
      </w:r>
    </w:p>
    <w:p w14:paraId="104E1EA8"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(PE): A blood clot in the lung can cause sudden chest pain, shortness of breath, and syncope due to right-sided heart strain and decreased oxygenation.</w:t>
      </w:r>
    </w:p>
    <w:p w14:paraId="1FFABC52" w14:textId="77777777" w:rsidR="004B2954" w:rsidRPr="00BB79B8" w:rsidRDefault="004B2954" w:rsidP="004B2954">
      <w:pPr>
        <w:spacing w:after="20"/>
        <w:ind w:left="216"/>
        <w:rPr>
          <w:rFonts w:cs="Times New Roman"/>
          <w:sz w:val="20"/>
          <w:szCs w:val="20"/>
        </w:rPr>
      </w:pPr>
      <w:r w:rsidRPr="00BB79B8">
        <w:rPr>
          <w:rFonts w:cs="Times New Roman"/>
          <w:sz w:val="20"/>
          <w:szCs w:val="20"/>
        </w:rPr>
        <w:t>3. Why it is Urgent</w:t>
      </w:r>
    </w:p>
    <w:p w14:paraId="71174C7C"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occurs when there is a sudden, temporary loss of cerebral perfusion (blood flow to the brain). When paired with chest pain, it suggests that the underlying cause is likely compromising the body's hemodynamic stability (the ability to maintain blood pressure and flow).</w:t>
      </w:r>
    </w:p>
    <w:p w14:paraId="25DE21D1" w14:textId="77777777" w:rsidR="004B2954" w:rsidRPr="00BB79B8" w:rsidRDefault="004B2954" w:rsidP="004B2954">
      <w:pPr>
        <w:spacing w:after="20"/>
        <w:ind w:left="216"/>
        <w:rPr>
          <w:rFonts w:cs="Times New Roman"/>
          <w:sz w:val="20"/>
          <w:szCs w:val="20"/>
        </w:rPr>
      </w:pPr>
      <w:r w:rsidRPr="00BB79B8">
        <w:rPr>
          <w:rFonts w:cs="Times New Roman"/>
          <w:sz w:val="20"/>
          <w:szCs w:val="20"/>
        </w:rPr>
        <w:t>Note: If you or someone else is experiencing these symptoms, call emergency services (such as 911) immediately. Do not attempt to drive to the hospital yourself.</w:t>
      </w:r>
    </w:p>
    <w:p w14:paraId="55C410A3" w14:textId="77777777" w:rsidR="004B2954" w:rsidRPr="00BB79B8" w:rsidRDefault="004B2954" w:rsidP="004B2954">
      <w:pPr>
        <w:spacing w:after="0"/>
        <w:rPr>
          <w:rFonts w:cs="Times New Roman"/>
          <w:sz w:val="20"/>
          <w:szCs w:val="20"/>
        </w:rPr>
      </w:pPr>
    </w:p>
    <w:p w14:paraId="5DBF228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89C11F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66A4623" w14:textId="77777777" w:rsidR="004B2954" w:rsidRPr="00BB79B8" w:rsidRDefault="004B2954" w:rsidP="004B2954">
      <w:pPr>
        <w:spacing w:after="20"/>
        <w:ind w:left="216"/>
        <w:rPr>
          <w:rFonts w:cs="Times New Roman"/>
          <w:sz w:val="20"/>
          <w:szCs w:val="20"/>
        </w:rPr>
      </w:pPr>
      <w:r w:rsidRPr="00BB79B8">
        <w:rPr>
          <w:rFonts w:cs="Times New Roman"/>
          <w:sz w:val="20"/>
          <w:szCs w:val="20"/>
        </w:rPr>
        <w:t>Yes - chest pain accompanied by syncope always requires emergency evaluation. This combination is considered a high-risk medical emergency because it can signal life-threatening cardiac or vascular conditions.</w:t>
      </w:r>
    </w:p>
    <w:p w14:paraId="16118DE6"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this combination is dangerous</w:t>
      </w:r>
    </w:p>
    <w:p w14:paraId="3A7D7A96"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 fainting (syncope) can indicate:</w:t>
      </w:r>
    </w:p>
    <w:p w14:paraId="7AD491A6"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ischemia - reduced blood flow to the heart, including heart attack</w:t>
      </w:r>
    </w:p>
    <w:p w14:paraId="47E4803F"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 dangerous heart rhythm disturbances that can cause sudden cardiac arrest</w:t>
      </w:r>
    </w:p>
    <w:p w14:paraId="2418BCF1" w14:textId="77777777" w:rsidR="004B2954" w:rsidRPr="00BB79B8" w:rsidRDefault="004B2954" w:rsidP="004B2954">
      <w:pPr>
        <w:spacing w:after="20"/>
        <w:ind w:left="216"/>
        <w:rPr>
          <w:rFonts w:cs="Times New Roman"/>
          <w:sz w:val="20"/>
          <w:szCs w:val="20"/>
        </w:rPr>
      </w:pPr>
      <w:r w:rsidRPr="00BB79B8">
        <w:rPr>
          <w:rFonts w:cs="Times New Roman"/>
          <w:sz w:val="20"/>
          <w:szCs w:val="20"/>
        </w:rPr>
        <w:t>Aortic dissection - a tear in the aorta, often presenting with severe chest pain and collapse</w:t>
      </w:r>
    </w:p>
    <w:p w14:paraId="64152B09"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 a blood clot in the lungs causing chest pain, shortness of breath, and fainting</w:t>
      </w:r>
    </w:p>
    <w:p w14:paraId="1B20EF09"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Cardiomyopathy - structural heart disease that can cause exertional syncope</w:t>
      </w:r>
    </w:p>
    <w:p w14:paraId="597EDBEC" w14:textId="77777777" w:rsidR="004B2954" w:rsidRPr="00BB79B8" w:rsidRDefault="004B2954" w:rsidP="004B2954">
      <w:pPr>
        <w:spacing w:after="20"/>
        <w:ind w:left="216"/>
        <w:rPr>
          <w:rFonts w:cs="Times New Roman"/>
          <w:sz w:val="20"/>
          <w:szCs w:val="20"/>
        </w:rPr>
      </w:pPr>
      <w:r w:rsidRPr="00BB79B8">
        <w:rPr>
          <w:rFonts w:cs="Times New Roman"/>
          <w:sz w:val="20"/>
          <w:szCs w:val="20"/>
        </w:rPr>
        <w:t>All of these conditions can be rapidly fatal without immediate care.</w:t>
      </w:r>
    </w:p>
    <w:p w14:paraId="72C7DAA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emergency guidelines say</w:t>
      </w:r>
    </w:p>
    <w:p w14:paraId="781C2469"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guidelines classify syncope with chest pain as a "red flag" requiring:</w:t>
      </w:r>
    </w:p>
    <w:p w14:paraId="6AADD823"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 EMS activation (call 911)</w:t>
      </w:r>
    </w:p>
    <w:p w14:paraId="2A49AAA1" w14:textId="77777777" w:rsidR="004B2954" w:rsidRPr="00BB79B8" w:rsidRDefault="004B2954" w:rsidP="004B2954">
      <w:pPr>
        <w:spacing w:after="20"/>
        <w:ind w:left="216"/>
        <w:rPr>
          <w:rFonts w:cs="Times New Roman"/>
          <w:sz w:val="20"/>
          <w:szCs w:val="20"/>
        </w:rPr>
      </w:pPr>
      <w:r w:rsidRPr="00BB79B8">
        <w:rPr>
          <w:rFonts w:cs="Times New Roman"/>
          <w:sz w:val="20"/>
          <w:szCs w:val="20"/>
        </w:rPr>
        <w:t>Transport to an emergency department</w:t>
      </w:r>
    </w:p>
    <w:p w14:paraId="6723BC40" w14:textId="77777777" w:rsidR="004B2954" w:rsidRPr="00BB79B8" w:rsidRDefault="004B2954" w:rsidP="004B2954">
      <w:pPr>
        <w:spacing w:after="20"/>
        <w:ind w:left="216"/>
        <w:rPr>
          <w:rFonts w:cs="Times New Roman"/>
          <w:sz w:val="20"/>
          <w:szCs w:val="20"/>
        </w:rPr>
      </w:pPr>
      <w:r w:rsidRPr="00BB79B8">
        <w:rPr>
          <w:rFonts w:cs="Times New Roman"/>
          <w:sz w:val="20"/>
          <w:szCs w:val="20"/>
        </w:rPr>
        <w:t>Urgent cardiac evaluation (ECG, troponin, imaging, monitoring)</w:t>
      </w:r>
    </w:p>
    <w:p w14:paraId="60F9D451"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if symptoms resolve, the underlying cause may still be dangerous.</w:t>
      </w:r>
    </w:p>
    <w:p w14:paraId="6B5304EF" w14:textId="77777777" w:rsidR="004B2954" w:rsidRPr="00BB79B8" w:rsidRDefault="004B2954" w:rsidP="004B2954">
      <w:pPr>
        <w:spacing w:after="20"/>
        <w:ind w:left="216"/>
        <w:rPr>
          <w:rFonts w:cs="Times New Roman"/>
          <w:sz w:val="20"/>
          <w:szCs w:val="20"/>
        </w:rPr>
      </w:pPr>
      <w:r w:rsidRPr="00BB79B8">
        <w:rPr>
          <w:rFonts w:cs="Times New Roman"/>
          <w:sz w:val="20"/>
          <w:szCs w:val="20"/>
        </w:rPr>
        <w:t>What happens in the ER</w:t>
      </w:r>
    </w:p>
    <w:p w14:paraId="6AF13909" w14:textId="77777777" w:rsidR="004B2954" w:rsidRPr="00BB79B8" w:rsidRDefault="004B2954" w:rsidP="004B2954">
      <w:pPr>
        <w:spacing w:after="20"/>
        <w:ind w:left="216"/>
        <w:rPr>
          <w:rFonts w:cs="Times New Roman"/>
          <w:sz w:val="20"/>
          <w:szCs w:val="20"/>
        </w:rPr>
      </w:pPr>
      <w:r w:rsidRPr="00BB79B8">
        <w:rPr>
          <w:rFonts w:cs="Times New Roman"/>
          <w:sz w:val="20"/>
          <w:szCs w:val="20"/>
        </w:rPr>
        <w:t>Evaluation typically includes:</w:t>
      </w:r>
    </w:p>
    <w:p w14:paraId="432603FB" w14:textId="77777777" w:rsidR="004B2954" w:rsidRPr="00BB79B8" w:rsidRDefault="004B2954" w:rsidP="004B2954">
      <w:pPr>
        <w:spacing w:after="20"/>
        <w:ind w:left="216"/>
        <w:rPr>
          <w:rFonts w:cs="Times New Roman"/>
          <w:sz w:val="20"/>
          <w:szCs w:val="20"/>
        </w:rPr>
      </w:pPr>
      <w:r w:rsidRPr="00BB79B8">
        <w:rPr>
          <w:rFonts w:cs="Times New Roman"/>
          <w:sz w:val="20"/>
          <w:szCs w:val="20"/>
        </w:rPr>
        <w:t>ECG to detect arrhythmias or ischemia</w:t>
      </w:r>
    </w:p>
    <w:p w14:paraId="24739BD0"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enzymes to check for heart attack</w:t>
      </w:r>
    </w:p>
    <w:p w14:paraId="022D360F"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X-ray or CT to assess lungs and aorta</w:t>
      </w:r>
    </w:p>
    <w:p w14:paraId="1B7F9978"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Continuous cardiac monitoring</w:t>
      </w:r>
    </w:p>
    <w:p w14:paraId="092F5708"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for clotting, electrolytes, anemia, etc.</w:t>
      </w:r>
    </w:p>
    <w:p w14:paraId="782A8E7E"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13A967A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 syncope = medical emergency. Call 911 immediately.</w:t>
      </w:r>
    </w:p>
    <w:p w14:paraId="64F9DFC2" w14:textId="77777777" w:rsidR="004B2954" w:rsidRPr="00BB79B8" w:rsidRDefault="004B2954" w:rsidP="004B2954">
      <w:pPr>
        <w:spacing w:after="0"/>
        <w:rPr>
          <w:rFonts w:cs="Times New Roman"/>
          <w:sz w:val="20"/>
          <w:szCs w:val="20"/>
        </w:rPr>
      </w:pPr>
    </w:p>
    <w:p w14:paraId="610A05D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5890012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789C190" w14:textId="77777777" w:rsidR="004B2954" w:rsidRPr="00BB79B8" w:rsidRDefault="004B2954" w:rsidP="004B2954">
      <w:pPr>
        <w:spacing w:after="20"/>
        <w:ind w:left="216"/>
        <w:rPr>
          <w:rFonts w:cs="Times New Roman"/>
          <w:sz w:val="20"/>
          <w:szCs w:val="20"/>
        </w:rPr>
      </w:pPr>
      <w:r w:rsidRPr="00BB79B8">
        <w:rPr>
          <w:rFonts w:cs="Times New Roman"/>
          <w:sz w:val="20"/>
          <w:szCs w:val="20"/>
        </w:rPr>
        <w:t>Yes, absolutely. Chest pain accompanied by syncope (fainting or passing out) is considered a medical emergency until proven otherwise.</w:t>
      </w:r>
    </w:p>
    <w:p w14:paraId="6AD37D36" w14:textId="77777777" w:rsidR="004B2954" w:rsidRPr="00BB79B8" w:rsidRDefault="004B2954" w:rsidP="004B2954">
      <w:pPr>
        <w:spacing w:after="20"/>
        <w:ind w:left="216"/>
        <w:rPr>
          <w:rFonts w:cs="Times New Roman"/>
          <w:sz w:val="20"/>
          <w:szCs w:val="20"/>
        </w:rPr>
      </w:pPr>
      <w:r w:rsidRPr="00BB79B8">
        <w:rPr>
          <w:rFonts w:cs="Times New Roman"/>
          <w:sz w:val="20"/>
          <w:szCs w:val="20"/>
        </w:rPr>
        <w:t>You should seek emergency evaluation immediately (call 911 or your local emergency number) rather than waiting for a routine doctor's appointment or driving to the clinic yourself.</w:t>
      </w:r>
    </w:p>
    <w:p w14:paraId="4E7780E5"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this combination is dangerous:</w:t>
      </w:r>
    </w:p>
    <w:p w14:paraId="5998A9D5"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chest pain and fainting occur together, it suggests a potentially life-threatening condition where the heart is either:</w:t>
      </w:r>
    </w:p>
    <w:p w14:paraId="50B825A6" w14:textId="77777777" w:rsidR="004B2954" w:rsidRPr="00BB79B8" w:rsidRDefault="004B2954" w:rsidP="004B2954">
      <w:pPr>
        <w:spacing w:after="20"/>
        <w:ind w:left="216"/>
        <w:rPr>
          <w:rFonts w:cs="Times New Roman"/>
          <w:sz w:val="20"/>
          <w:szCs w:val="20"/>
        </w:rPr>
      </w:pPr>
      <w:r w:rsidRPr="00BB79B8">
        <w:rPr>
          <w:rFonts w:cs="Times New Roman"/>
          <w:sz w:val="20"/>
          <w:szCs w:val="20"/>
        </w:rPr>
        <w:t>Unable to pump enough blood (due to a heart attack, massive pulmonary embolism, or aortic dissection)</w:t>
      </w:r>
    </w:p>
    <w:p w14:paraId="43891FE8" w14:textId="77777777" w:rsidR="004B2954" w:rsidRPr="00BB79B8" w:rsidRDefault="004B2954" w:rsidP="004B2954">
      <w:pPr>
        <w:spacing w:after="20"/>
        <w:ind w:left="216"/>
        <w:rPr>
          <w:rFonts w:cs="Times New Roman"/>
          <w:sz w:val="20"/>
          <w:szCs w:val="20"/>
        </w:rPr>
      </w:pPr>
      <w:r w:rsidRPr="00BB79B8">
        <w:rPr>
          <w:rFonts w:cs="Times New Roman"/>
          <w:sz w:val="20"/>
          <w:szCs w:val="20"/>
        </w:rPr>
        <w:t>Beating in a dangerously abnormal rhythm (arrhythmia like ventricular tachycardia)</w:t>
      </w:r>
    </w:p>
    <w:p w14:paraId="7E99CF82" w14:textId="77777777" w:rsidR="004B2954" w:rsidRPr="00BB79B8" w:rsidRDefault="004B2954" w:rsidP="004B2954">
      <w:pPr>
        <w:spacing w:after="20"/>
        <w:ind w:left="216"/>
        <w:rPr>
          <w:rFonts w:cs="Times New Roman"/>
          <w:sz w:val="20"/>
          <w:szCs w:val="20"/>
        </w:rPr>
      </w:pPr>
      <w:r w:rsidRPr="00BB79B8">
        <w:rPr>
          <w:rFonts w:cs="Times New Roman"/>
          <w:sz w:val="20"/>
          <w:szCs w:val="20"/>
        </w:rPr>
        <w:t>Key life-threatening causes that must be ruled out include:</w:t>
      </w:r>
    </w:p>
    <w:p w14:paraId="6DBAB253"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coronary syndrome (heart attack) - especially if involving the left main coronary artery or causing severe pump failure</w:t>
      </w:r>
    </w:p>
    <w:p w14:paraId="2E57FCFC"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Severe aortic stenosis - a classic presentation is exertional chest pain plus syncope</w:t>
      </w:r>
    </w:p>
    <w:p w14:paraId="00911981"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 a large clot blocking blood flow to the lungs</w:t>
      </w:r>
    </w:p>
    <w:p w14:paraId="598C280D" w14:textId="77777777" w:rsidR="004B2954" w:rsidRPr="00BB79B8" w:rsidRDefault="004B2954" w:rsidP="004B2954">
      <w:pPr>
        <w:spacing w:after="20"/>
        <w:ind w:left="216"/>
        <w:rPr>
          <w:rFonts w:cs="Times New Roman"/>
          <w:sz w:val="20"/>
          <w:szCs w:val="20"/>
        </w:rPr>
      </w:pPr>
      <w:r w:rsidRPr="00BB79B8">
        <w:rPr>
          <w:rFonts w:cs="Times New Roman"/>
          <w:sz w:val="20"/>
          <w:szCs w:val="20"/>
        </w:rPr>
        <w:t>Aortic dissection - tearing of the main artery wall</w:t>
      </w:r>
    </w:p>
    <w:p w14:paraId="70E971C8"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arrhythmias - often triggered by underlying heart disease</w:t>
      </w:r>
    </w:p>
    <w:p w14:paraId="46BF0303"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dismiss it even if you feel better now:</w:t>
      </w:r>
    </w:p>
    <w:p w14:paraId="28E35F96"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if the chest pain has resolved and you feel normal after waking up, you still need emergency evaluation. Syncope that resolves does not rule out a dangerous cause. Dangerous arrhythmias can be intermittent, and the next episode might not reverse on its own.</w:t>
      </w:r>
    </w:p>
    <w:p w14:paraId="35D6BAA2"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do:</w:t>
      </w:r>
    </w:p>
    <w:p w14:paraId="09C2BB16" w14:textId="77777777" w:rsidR="004B2954" w:rsidRPr="00BB79B8" w:rsidRDefault="004B2954" w:rsidP="004B2954">
      <w:pPr>
        <w:spacing w:after="20"/>
        <w:ind w:left="216"/>
        <w:rPr>
          <w:rFonts w:cs="Times New Roman"/>
          <w:sz w:val="20"/>
          <w:szCs w:val="20"/>
        </w:rPr>
      </w:pPr>
      <w:r w:rsidRPr="00BB79B8">
        <w:rPr>
          <w:rFonts w:cs="Times New Roman"/>
          <w:sz w:val="20"/>
          <w:szCs w:val="20"/>
        </w:rPr>
        <w:t>Call emergency services - do not drive yourself. You could pass out again while driving.</w:t>
      </w:r>
    </w:p>
    <w:p w14:paraId="0E8FF37E"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 ER, you will likely receive an immediate EKG, cardiac enzyme blood tests, and vital sign monitoring.</w:t>
      </w:r>
    </w:p>
    <w:p w14:paraId="437CDA9A"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This symptom combination is a red flag. Do not wait, do not "watch and see." Go to the emergency department now.</w:t>
      </w:r>
    </w:p>
    <w:p w14:paraId="27DB17C5" w14:textId="77777777" w:rsidR="004B2954" w:rsidRPr="00BB79B8" w:rsidRDefault="004B2954" w:rsidP="004B2954">
      <w:pPr>
        <w:spacing w:after="0"/>
        <w:rPr>
          <w:rFonts w:cs="Times New Roman"/>
          <w:sz w:val="20"/>
          <w:szCs w:val="20"/>
        </w:rPr>
      </w:pPr>
    </w:p>
    <w:p w14:paraId="1B2BA18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3E0A46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C0F5CD5" w14:textId="77777777" w:rsidR="004B2954" w:rsidRPr="00BB79B8" w:rsidRDefault="004B2954" w:rsidP="004B2954">
      <w:pPr>
        <w:spacing w:after="20"/>
        <w:ind w:left="216"/>
        <w:rPr>
          <w:rFonts w:cs="Times New Roman"/>
          <w:sz w:val="20"/>
          <w:szCs w:val="20"/>
        </w:rPr>
      </w:pPr>
      <w:r w:rsidRPr="00BB79B8">
        <w:rPr>
          <w:rFonts w:cs="Times New Roman"/>
          <w:sz w:val="20"/>
          <w:szCs w:val="20"/>
        </w:rPr>
        <w:t>Yes, absolutely.</w:t>
      </w:r>
    </w:p>
    <w:p w14:paraId="44691C6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combined with syncope (fainting) is a red flag, life-threatening symptom combination that always requires immediate emergency medical evaluation.</w:t>
      </w:r>
    </w:p>
    <w:p w14:paraId="0F72E6F9"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indicate serious underlying causes:</w:t>
      </w:r>
    </w:p>
    <w:p w14:paraId="46138C3D"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cardiac arrhythmia</w:t>
      </w:r>
    </w:p>
    <w:p w14:paraId="76F7D95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w:t>
      </w:r>
    </w:p>
    <w:p w14:paraId="1D5924D7" w14:textId="77777777" w:rsidR="004B2954" w:rsidRPr="00BB79B8" w:rsidRDefault="004B2954" w:rsidP="004B2954">
      <w:pPr>
        <w:spacing w:after="20"/>
        <w:ind w:left="216"/>
        <w:rPr>
          <w:rFonts w:cs="Times New Roman"/>
          <w:sz w:val="20"/>
          <w:szCs w:val="20"/>
        </w:rPr>
      </w:pPr>
      <w:r w:rsidRPr="00BB79B8">
        <w:rPr>
          <w:rFonts w:cs="Times New Roman"/>
          <w:sz w:val="20"/>
          <w:szCs w:val="20"/>
        </w:rPr>
        <w:t>Aortic dissection</w:t>
      </w:r>
    </w:p>
    <w:p w14:paraId="7FE6FDEE"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w:t>
      </w:r>
    </w:p>
    <w:p w14:paraId="5BA88BA5"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valvular heart disease</w:t>
      </w:r>
    </w:p>
    <w:p w14:paraId="6C022044" w14:textId="77777777" w:rsidR="004B2954" w:rsidRPr="00BB79B8" w:rsidRDefault="004B2954" w:rsidP="004B2954">
      <w:pPr>
        <w:spacing w:after="20"/>
        <w:ind w:left="216"/>
        <w:rPr>
          <w:rFonts w:cs="Times New Roman"/>
          <w:sz w:val="20"/>
          <w:szCs w:val="20"/>
        </w:rPr>
      </w:pPr>
      <w:r w:rsidRPr="00BB79B8">
        <w:rPr>
          <w:rFonts w:cs="Times New Roman"/>
          <w:sz w:val="20"/>
          <w:szCs w:val="20"/>
        </w:rPr>
        <w:t>Life-threatening structural heart problems</w:t>
      </w:r>
    </w:p>
    <w:p w14:paraId="289CBD0D" w14:textId="77777777" w:rsidR="004B2954" w:rsidRPr="00BB79B8" w:rsidRDefault="004B2954" w:rsidP="004B2954">
      <w:pPr>
        <w:spacing w:after="20"/>
        <w:ind w:left="216"/>
        <w:rPr>
          <w:rFonts w:cs="Times New Roman"/>
          <w:sz w:val="20"/>
          <w:szCs w:val="20"/>
        </w:rPr>
      </w:pPr>
      <w:r w:rsidRPr="00BB79B8">
        <w:rPr>
          <w:rFonts w:cs="Times New Roman"/>
          <w:sz w:val="20"/>
          <w:szCs w:val="20"/>
        </w:rPr>
        <w:t>Such cases need urgent ECG, cardiac markers, imaging, and full emergency assessment right away.</w:t>
      </w:r>
    </w:p>
    <w:p w14:paraId="200D6860" w14:textId="77777777" w:rsidR="004B2954" w:rsidRPr="00BB79B8" w:rsidRDefault="004B2954" w:rsidP="004B2954">
      <w:pPr>
        <w:rPr>
          <w:rFonts w:cs="Times New Roman"/>
          <w:sz w:val="20"/>
          <w:szCs w:val="20"/>
        </w:rPr>
      </w:pPr>
    </w:p>
    <w:p w14:paraId="3D69FDBF" w14:textId="77777777" w:rsidR="004B2954" w:rsidRPr="00BB79B8" w:rsidRDefault="004B2954" w:rsidP="004B2954">
      <w:pPr>
        <w:keepNext/>
        <w:rPr>
          <w:rFonts w:cs="Times New Roman"/>
          <w:sz w:val="20"/>
          <w:szCs w:val="20"/>
        </w:rPr>
      </w:pPr>
      <w:r w:rsidRPr="00BB79B8">
        <w:rPr>
          <w:rFonts w:cs="Times New Roman"/>
          <w:b/>
          <w:color w:val="1F4E79"/>
          <w:sz w:val="20"/>
          <w:szCs w:val="20"/>
        </w:rPr>
        <w:t>Q18. Can mild chest pain be observed at home?</w:t>
      </w:r>
    </w:p>
    <w:p w14:paraId="26385E2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B81E3B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10A2852"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chest pain can sometimes be monitored at home, but this comes with important caveats:</w:t>
      </w:r>
    </w:p>
    <w:p w14:paraId="1DB98BC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it might be reasonable: If the chest pain is mild, brief, clearly linked to stress, muscle strain, or minor digestive issues, and no other warning signs are present, short-term observation at home with rest and symptom tracking may be acceptable.</w:t>
      </w:r>
    </w:p>
    <w:p w14:paraId="7234681F" w14:textId="77777777" w:rsidR="004B2954" w:rsidRPr="00BB79B8" w:rsidRDefault="004B2954" w:rsidP="004B2954">
      <w:pPr>
        <w:spacing w:after="20"/>
        <w:ind w:left="216"/>
        <w:rPr>
          <w:rFonts w:cs="Times New Roman"/>
          <w:sz w:val="20"/>
          <w:szCs w:val="20"/>
        </w:rPr>
      </w:pPr>
      <w:r w:rsidRPr="00BB79B8">
        <w:rPr>
          <w:rFonts w:cs="Times New Roman"/>
          <w:sz w:val="20"/>
          <w:szCs w:val="20"/>
        </w:rPr>
        <w:t>Warning signs that require immediate medical attention:</w:t>
      </w:r>
    </w:p>
    <w:p w14:paraId="5F8B5FC0"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that is sudden, severe, or crushing</w:t>
      </w:r>
    </w:p>
    <w:p w14:paraId="00E53793" w14:textId="77777777" w:rsidR="004B2954" w:rsidRPr="00BB79B8" w:rsidRDefault="004B2954" w:rsidP="004B2954">
      <w:pPr>
        <w:spacing w:after="20"/>
        <w:ind w:left="216"/>
        <w:rPr>
          <w:rFonts w:cs="Times New Roman"/>
          <w:sz w:val="20"/>
          <w:szCs w:val="20"/>
        </w:rPr>
      </w:pPr>
      <w:r w:rsidRPr="00BB79B8">
        <w:rPr>
          <w:rFonts w:cs="Times New Roman"/>
          <w:sz w:val="20"/>
          <w:szCs w:val="20"/>
        </w:rPr>
        <w:t>Pain radiating to arm, jaw, neck, or back</w:t>
      </w:r>
    </w:p>
    <w:p w14:paraId="7491A850"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with shortness of breath, dizziness, fainting, nausea, or sweating</w:t>
      </w:r>
    </w:p>
    <w:p w14:paraId="12F301D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physical exertion or in someone with heart disease risk factors</w:t>
      </w:r>
    </w:p>
    <w:p w14:paraId="0F99A4F1" w14:textId="77777777" w:rsidR="004B2954" w:rsidRPr="00BB79B8" w:rsidRDefault="004B2954" w:rsidP="004B2954">
      <w:pPr>
        <w:spacing w:after="20"/>
        <w:ind w:left="216"/>
        <w:rPr>
          <w:rFonts w:cs="Times New Roman"/>
          <w:sz w:val="20"/>
          <w:szCs w:val="20"/>
        </w:rPr>
      </w:pPr>
      <w:r w:rsidRPr="00BB79B8">
        <w:rPr>
          <w:rFonts w:cs="Times New Roman"/>
          <w:sz w:val="20"/>
          <w:szCs w:val="20"/>
        </w:rPr>
        <w:t>Guidance: Even mild or intermittent chest pain should be discussed with a healthcare provider, especially if it's new or unexplained. They can help rule out heart problems like myocarditis, angina, or other cardiac conditions.</w:t>
      </w:r>
    </w:p>
    <w:p w14:paraId="14596840"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Mild chest pain can sometimes be observed at home, but you must be vigilant for red-flag symptoms and seek immediate care if they appear.</w:t>
      </w:r>
    </w:p>
    <w:p w14:paraId="450129A7" w14:textId="77777777" w:rsidR="004B2954" w:rsidRPr="00BB79B8" w:rsidRDefault="004B2954" w:rsidP="004B2954">
      <w:pPr>
        <w:spacing w:after="0"/>
        <w:rPr>
          <w:rFonts w:cs="Times New Roman"/>
          <w:sz w:val="20"/>
          <w:szCs w:val="20"/>
        </w:rPr>
      </w:pPr>
    </w:p>
    <w:p w14:paraId="58A7D3A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970257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E59C748" w14:textId="77777777" w:rsidR="004B2954" w:rsidRPr="00BB79B8" w:rsidRDefault="004B2954" w:rsidP="004B2954">
      <w:pPr>
        <w:spacing w:after="20"/>
        <w:ind w:left="216"/>
        <w:rPr>
          <w:rFonts w:cs="Times New Roman"/>
          <w:sz w:val="20"/>
          <w:szCs w:val="20"/>
        </w:rPr>
      </w:pPr>
      <w:r w:rsidRPr="00BB79B8">
        <w:rPr>
          <w:rFonts w:cs="Times New Roman"/>
          <w:sz w:val="20"/>
          <w:szCs w:val="20"/>
        </w:rPr>
        <w:t>Whether mild chest pain can be safely observed at home depends heavily on the nature of the pain, your medical history, and any accompanying symptoms.</w:t>
      </w:r>
    </w:p>
    <w:p w14:paraId="753EDD76"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some chest pain is benign (like muscle strain or acid reflux), it is difficult to self-diagnose because the heart, lungs, and esophagus share the same nerve pathways.</w:t>
      </w:r>
    </w:p>
    <w:p w14:paraId="07C2DC93" w14:textId="77777777" w:rsidR="004B2954" w:rsidRPr="00BB79B8" w:rsidRDefault="004B2954" w:rsidP="004B2954">
      <w:pPr>
        <w:spacing w:after="20"/>
        <w:ind w:left="216"/>
        <w:rPr>
          <w:rFonts w:cs="Times New Roman"/>
          <w:sz w:val="20"/>
          <w:szCs w:val="20"/>
        </w:rPr>
      </w:pPr>
      <w:r w:rsidRPr="00BB79B8">
        <w:rPr>
          <w:rFonts w:cs="Times New Roman"/>
          <w:sz w:val="20"/>
          <w:szCs w:val="20"/>
        </w:rPr>
        <w:t>When Home Observation Might Be Appropriate</w:t>
      </w:r>
    </w:p>
    <w:p w14:paraId="5994ABAC"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pain is very clearly related to a non-cardiac cause, you might monitor it briefly:</w:t>
      </w:r>
    </w:p>
    <w:p w14:paraId="378ACF22" w14:textId="77777777" w:rsidR="004B2954" w:rsidRPr="00BB79B8" w:rsidRDefault="004B2954" w:rsidP="004B2954">
      <w:pPr>
        <w:spacing w:after="20"/>
        <w:ind w:left="216"/>
        <w:rPr>
          <w:rFonts w:cs="Times New Roman"/>
          <w:sz w:val="20"/>
          <w:szCs w:val="20"/>
        </w:rPr>
      </w:pPr>
      <w:r w:rsidRPr="00BB79B8">
        <w:rPr>
          <w:rFonts w:cs="Times New Roman"/>
          <w:sz w:val="20"/>
          <w:szCs w:val="20"/>
        </w:rPr>
        <w:t>Musculoskeletal: The pain is sharp, brief, and occurs only when you move a certain way or touch a specific spot on your chest wall.</w:t>
      </w:r>
    </w:p>
    <w:p w14:paraId="63392989"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Digestive: You experience a burning sensation (heartburn) that improves after taking an antacid or occurs specifically after a heavy meal.</w:t>
      </w:r>
    </w:p>
    <w:p w14:paraId="22FB52F9" w14:textId="77777777" w:rsidR="004B2954" w:rsidRPr="00BB79B8" w:rsidRDefault="004B2954" w:rsidP="004B2954">
      <w:pPr>
        <w:spacing w:after="20"/>
        <w:ind w:left="216"/>
        <w:rPr>
          <w:rFonts w:cs="Times New Roman"/>
          <w:sz w:val="20"/>
          <w:szCs w:val="20"/>
        </w:rPr>
      </w:pPr>
      <w:r w:rsidRPr="00BB79B8">
        <w:rPr>
          <w:rFonts w:cs="Times New Roman"/>
          <w:sz w:val="20"/>
          <w:szCs w:val="20"/>
        </w:rPr>
        <w:t>Anxiety-related: The pain occurs during a period of intense stress and is accompanied by rapid breathing, but subsides as you calm down.</w:t>
      </w:r>
    </w:p>
    <w:p w14:paraId="1EAAEB02"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Medical Evaluation Immediately</w:t>
      </w:r>
    </w:p>
    <w:p w14:paraId="1E066952"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if the pain feels "mild," you should contact a healthcare provider or seek urgent care if:</w:t>
      </w:r>
    </w:p>
    <w:p w14:paraId="77032E1A"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new or unusual: You have never felt this specific sensation before.</w:t>
      </w:r>
    </w:p>
    <w:p w14:paraId="500C87F1"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persistent: The discomfort does not go away with rest or lasts longer than a few minutes.</w:t>
      </w:r>
    </w:p>
    <w:p w14:paraId="0BC802FE" w14:textId="77777777" w:rsidR="004B2954" w:rsidRPr="00BB79B8" w:rsidRDefault="004B2954" w:rsidP="004B2954">
      <w:pPr>
        <w:spacing w:after="20"/>
        <w:ind w:left="216"/>
        <w:rPr>
          <w:rFonts w:cs="Times New Roman"/>
          <w:sz w:val="20"/>
          <w:szCs w:val="20"/>
        </w:rPr>
      </w:pPr>
      <w:r w:rsidRPr="00BB79B8">
        <w:rPr>
          <w:rFonts w:cs="Times New Roman"/>
          <w:sz w:val="20"/>
          <w:szCs w:val="20"/>
        </w:rPr>
        <w:t>Exertion triggers it: The pain appears when you are walking or exercising and disappears when you stop.</w:t>
      </w:r>
    </w:p>
    <w:p w14:paraId="132786F8"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 are present: You have a history of high blood pressure, diabetes, high cholesterol, or a family history of heart disease.</w:t>
      </w:r>
    </w:p>
    <w:p w14:paraId="6E719083"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(Call Emergency Services)</w:t>
      </w:r>
    </w:p>
    <w:p w14:paraId="15C1E92E" w14:textId="77777777" w:rsidR="004B2954" w:rsidRPr="00BB79B8" w:rsidRDefault="004B2954" w:rsidP="004B2954">
      <w:pPr>
        <w:spacing w:after="20"/>
        <w:ind w:left="216"/>
        <w:rPr>
          <w:rFonts w:cs="Times New Roman"/>
          <w:sz w:val="20"/>
          <w:szCs w:val="20"/>
        </w:rPr>
      </w:pPr>
      <w:r w:rsidRPr="00BB79B8">
        <w:rPr>
          <w:rFonts w:cs="Times New Roman"/>
          <w:sz w:val="20"/>
          <w:szCs w:val="20"/>
        </w:rPr>
        <w:t>If "mild" pain escalates or is accompanied by any of the following, do not wait:</w:t>
      </w:r>
    </w:p>
    <w:p w14:paraId="4B1B394A" w14:textId="77777777" w:rsidR="004B2954" w:rsidRPr="00BB79B8" w:rsidRDefault="004B2954" w:rsidP="004B2954">
      <w:pPr>
        <w:spacing w:after="20"/>
        <w:ind w:left="216"/>
        <w:rPr>
          <w:rFonts w:cs="Times New Roman"/>
          <w:sz w:val="20"/>
          <w:szCs w:val="20"/>
        </w:rPr>
      </w:pPr>
      <w:r w:rsidRPr="00BB79B8">
        <w:rPr>
          <w:rFonts w:cs="Times New Roman"/>
          <w:sz w:val="20"/>
          <w:szCs w:val="20"/>
        </w:rPr>
        <w:t>Radiation: Pain spreading to the jaw, neck, left arm, or between the shoulder blades.</w:t>
      </w:r>
    </w:p>
    <w:p w14:paraId="6E71B2D5" w14:textId="77777777" w:rsidR="004B2954" w:rsidRPr="00BB79B8" w:rsidRDefault="004B2954" w:rsidP="004B2954">
      <w:pPr>
        <w:spacing w:after="20"/>
        <w:ind w:left="216"/>
        <w:rPr>
          <w:rFonts w:cs="Times New Roman"/>
          <w:sz w:val="20"/>
          <w:szCs w:val="20"/>
        </w:rPr>
      </w:pPr>
      <w:r w:rsidRPr="00BB79B8">
        <w:rPr>
          <w:rFonts w:cs="Times New Roman"/>
          <w:sz w:val="20"/>
          <w:szCs w:val="20"/>
        </w:rPr>
        <w:t>Pressure: A feeling of heaviness, squeezing, or "fullness" rather than a sharp poke.</w:t>
      </w:r>
    </w:p>
    <w:p w14:paraId="1AE68540"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Symptoms: Shortness of breath, cold sweats, nausea, or lightheadedness.</w:t>
      </w:r>
    </w:p>
    <w:p w14:paraId="1892A312" w14:textId="77777777" w:rsidR="004B2954" w:rsidRPr="00BB79B8" w:rsidRDefault="004B2954" w:rsidP="004B2954">
      <w:pPr>
        <w:spacing w:after="20"/>
        <w:ind w:left="216"/>
        <w:rPr>
          <w:rFonts w:cs="Times New Roman"/>
          <w:sz w:val="20"/>
          <w:szCs w:val="20"/>
        </w:rPr>
      </w:pPr>
      <w:r w:rsidRPr="00BB79B8">
        <w:rPr>
          <w:rFonts w:cs="Times New Roman"/>
          <w:sz w:val="20"/>
          <w:szCs w:val="20"/>
        </w:rPr>
        <w:t>Note: Women, older adults, and individuals with diabetes often experience "atypical" symptoms that may not feel like crushing pain, but rather mild discomfort or unexplained fatigue. When in doubt, a quick evaluation via EKG or blood tests is the only way to definitively rule out a cardiac event.</w:t>
      </w:r>
    </w:p>
    <w:p w14:paraId="4C86B391" w14:textId="77777777" w:rsidR="004B2954" w:rsidRPr="00BB79B8" w:rsidRDefault="004B2954" w:rsidP="004B2954">
      <w:pPr>
        <w:spacing w:after="0"/>
        <w:rPr>
          <w:rFonts w:cs="Times New Roman"/>
          <w:sz w:val="20"/>
          <w:szCs w:val="20"/>
        </w:rPr>
      </w:pPr>
    </w:p>
    <w:p w14:paraId="66A3AD3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30384A1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A7FB9B5"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mild chest pain can sometimes be observed at home, but only under specific conditions, and with caution. Mild, brief, localized, or movement-related chest discomfort is less likely to be cardiac and may be monitored at home if no high-risk symptoms are present. However, any new, unexplained, or persistent chest pain still warrants medical attention.</w:t>
      </w:r>
    </w:p>
    <w:p w14:paraId="1104550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mild chest pain may be safe to observe at home</w:t>
      </w:r>
    </w:p>
    <w:p w14:paraId="6E3EEC8B" w14:textId="77777777" w:rsidR="004B2954" w:rsidRPr="00BB79B8" w:rsidRDefault="004B2954" w:rsidP="004B2954">
      <w:pPr>
        <w:spacing w:after="20"/>
        <w:ind w:left="216"/>
        <w:rPr>
          <w:rFonts w:cs="Times New Roman"/>
          <w:sz w:val="20"/>
          <w:szCs w:val="20"/>
        </w:rPr>
      </w:pPr>
      <w:r w:rsidRPr="00BB79B8">
        <w:rPr>
          <w:rFonts w:cs="Times New Roman"/>
          <w:sz w:val="20"/>
          <w:szCs w:val="20"/>
        </w:rPr>
        <w:t>Localized pain - Pain you can point to with one finger, especially if it's the size of a dime or quarter, is less likely to be cardiac.</w:t>
      </w:r>
    </w:p>
    <w:p w14:paraId="7F058C20" w14:textId="77777777" w:rsidR="004B2954" w:rsidRPr="00BB79B8" w:rsidRDefault="004B2954" w:rsidP="004B2954">
      <w:pPr>
        <w:spacing w:after="20"/>
        <w:ind w:left="216"/>
        <w:rPr>
          <w:rFonts w:cs="Times New Roman"/>
          <w:sz w:val="20"/>
          <w:szCs w:val="20"/>
        </w:rPr>
      </w:pPr>
      <w:r w:rsidRPr="00BB79B8">
        <w:rPr>
          <w:rFonts w:cs="Times New Roman"/>
          <w:sz w:val="20"/>
          <w:szCs w:val="20"/>
        </w:rPr>
        <w:t>Pain that changes with movement - Discomfort that worsens or improves when you change position or press on the chest often comes from muscles, ribs, or cartilage.</w:t>
      </w:r>
    </w:p>
    <w:p w14:paraId="12DD9CBE" w14:textId="77777777" w:rsidR="004B2954" w:rsidRPr="00BB79B8" w:rsidRDefault="004B2954" w:rsidP="004B2954">
      <w:pPr>
        <w:spacing w:after="20"/>
        <w:ind w:left="216"/>
        <w:rPr>
          <w:rFonts w:cs="Times New Roman"/>
          <w:sz w:val="20"/>
          <w:szCs w:val="20"/>
        </w:rPr>
      </w:pPr>
      <w:r w:rsidRPr="00BB79B8">
        <w:rPr>
          <w:rFonts w:cs="Times New Roman"/>
          <w:sz w:val="20"/>
          <w:szCs w:val="20"/>
        </w:rPr>
        <w:t>Momentary pain - Sharp, fleeting pain lasting only seconds to a couple of minutes is usually not a heart attack.</w:t>
      </w:r>
    </w:p>
    <w:p w14:paraId="5AD2D4E7" w14:textId="77777777" w:rsidR="004B2954" w:rsidRPr="00BB79B8" w:rsidRDefault="004B2954" w:rsidP="004B2954">
      <w:pPr>
        <w:spacing w:after="20"/>
        <w:ind w:left="216"/>
        <w:rPr>
          <w:rFonts w:cs="Times New Roman"/>
          <w:sz w:val="20"/>
          <w:szCs w:val="20"/>
        </w:rPr>
      </w:pPr>
      <w:r w:rsidRPr="00BB79B8">
        <w:rPr>
          <w:rFonts w:cs="Times New Roman"/>
          <w:sz w:val="20"/>
          <w:szCs w:val="20"/>
        </w:rPr>
        <w:t>Burning after eating - Heartburn or acid reflux can mimic chest pain and may improve with antacids.</w:t>
      </w:r>
    </w:p>
    <w:p w14:paraId="653E7E61"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patterns are commonly linked to muscle strain, costochondritis, acid reflux, or anxiety, which are not immediately dangerous.</w:t>
      </w:r>
    </w:p>
    <w:p w14:paraId="29832EA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chest pain should not be observed at home</w:t>
      </w:r>
    </w:p>
    <w:p w14:paraId="28A06C5E" w14:textId="77777777" w:rsidR="004B2954" w:rsidRPr="00BB79B8" w:rsidRDefault="004B2954" w:rsidP="004B2954">
      <w:pPr>
        <w:spacing w:after="20"/>
        <w:ind w:left="216"/>
        <w:rPr>
          <w:rFonts w:cs="Times New Roman"/>
          <w:sz w:val="20"/>
          <w:szCs w:val="20"/>
        </w:rPr>
      </w:pPr>
      <w:r w:rsidRPr="00BB79B8">
        <w:rPr>
          <w:rFonts w:cs="Times New Roman"/>
          <w:sz w:val="20"/>
          <w:szCs w:val="20"/>
        </w:rPr>
        <w:t>Seek emergency care immediately if you experience:</w:t>
      </w:r>
    </w:p>
    <w:p w14:paraId="2D6A2D7D"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persistent pressure or heaviness that doesn't go away</w:t>
      </w:r>
    </w:p>
    <w:p w14:paraId="5D5FD7FE" w14:textId="77777777" w:rsidR="004B2954" w:rsidRPr="00BB79B8" w:rsidRDefault="004B2954" w:rsidP="004B2954">
      <w:pPr>
        <w:spacing w:after="20"/>
        <w:ind w:left="216"/>
        <w:rPr>
          <w:rFonts w:cs="Times New Roman"/>
          <w:sz w:val="20"/>
          <w:szCs w:val="20"/>
        </w:rPr>
      </w:pPr>
      <w:r w:rsidRPr="00BB79B8">
        <w:rPr>
          <w:rFonts w:cs="Times New Roman"/>
          <w:sz w:val="20"/>
          <w:szCs w:val="20"/>
        </w:rPr>
        <w:t>Pain radiating to the arm, jaw, back, or shoulder</w:t>
      </w:r>
    </w:p>
    <w:p w14:paraId="40EE2555"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dizziness, or fainting</w:t>
      </w:r>
    </w:p>
    <w:p w14:paraId="0B1B039A" w14:textId="77777777" w:rsidR="004B2954" w:rsidRPr="00BB79B8" w:rsidRDefault="004B2954" w:rsidP="004B2954">
      <w:pPr>
        <w:spacing w:after="20"/>
        <w:ind w:left="216"/>
        <w:rPr>
          <w:rFonts w:cs="Times New Roman"/>
          <w:sz w:val="20"/>
          <w:szCs w:val="20"/>
        </w:rPr>
      </w:pPr>
      <w:r w:rsidRPr="00BB79B8">
        <w:rPr>
          <w:rFonts w:cs="Times New Roman"/>
          <w:sz w:val="20"/>
          <w:szCs w:val="20"/>
        </w:rPr>
        <w:t>Cold sweats or nausea</w:t>
      </w:r>
    </w:p>
    <w:p w14:paraId="2665D6A1" w14:textId="77777777" w:rsidR="004B2954" w:rsidRPr="00BB79B8" w:rsidRDefault="004B2954" w:rsidP="004B2954">
      <w:pPr>
        <w:spacing w:after="20"/>
        <w:ind w:left="216"/>
        <w:rPr>
          <w:rFonts w:cs="Times New Roman"/>
          <w:sz w:val="20"/>
          <w:szCs w:val="20"/>
        </w:rPr>
      </w:pPr>
      <w:r w:rsidRPr="00BB79B8">
        <w:rPr>
          <w:rFonts w:cs="Times New Roman"/>
          <w:sz w:val="20"/>
          <w:szCs w:val="20"/>
        </w:rPr>
        <w:t>Worsening pain with breathing (possible lung-related cause)</w:t>
      </w:r>
    </w:p>
    <w:p w14:paraId="2BE7B45C" w14:textId="77777777" w:rsidR="004B2954" w:rsidRPr="00BB79B8" w:rsidRDefault="004B2954" w:rsidP="004B2954">
      <w:pPr>
        <w:spacing w:after="20"/>
        <w:ind w:left="216"/>
        <w:rPr>
          <w:rFonts w:cs="Times New Roman"/>
          <w:sz w:val="20"/>
          <w:szCs w:val="20"/>
        </w:rPr>
      </w:pPr>
      <w:r w:rsidRPr="00BB79B8">
        <w:rPr>
          <w:rFonts w:cs="Times New Roman"/>
          <w:sz w:val="20"/>
          <w:szCs w:val="20"/>
        </w:rPr>
        <w:t>A feeling of "something is very wrong"</w:t>
      </w:r>
    </w:p>
    <w:p w14:paraId="72FEE70A"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are associated with heart attack, pulmonary embolism, or other life-threatening conditions.</w:t>
      </w:r>
    </w:p>
    <w:p w14:paraId="37F25E9F" w14:textId="77777777" w:rsidR="004B2954" w:rsidRPr="00BB79B8" w:rsidRDefault="004B2954" w:rsidP="004B2954">
      <w:pPr>
        <w:spacing w:after="20"/>
        <w:ind w:left="216"/>
        <w:rPr>
          <w:rFonts w:cs="Times New Roman"/>
          <w:sz w:val="20"/>
          <w:szCs w:val="20"/>
        </w:rPr>
      </w:pPr>
      <w:r w:rsidRPr="00BB79B8">
        <w:rPr>
          <w:rFonts w:cs="Times New Roman"/>
          <w:sz w:val="20"/>
          <w:szCs w:val="20"/>
        </w:rPr>
        <w:t>Practical guidance if observing mild chest pain at home</w:t>
      </w:r>
    </w:p>
    <w:p w14:paraId="6824DA7E"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 symptoms for changes in intensity, duration, or pattern</w:t>
      </w:r>
    </w:p>
    <w:p w14:paraId="68DF00B8"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strenuous activity until symptoms improve</w:t>
      </w:r>
    </w:p>
    <w:p w14:paraId="4E2B70BA" w14:textId="77777777" w:rsidR="004B2954" w:rsidRPr="00BB79B8" w:rsidRDefault="004B2954" w:rsidP="004B2954">
      <w:pPr>
        <w:spacing w:after="20"/>
        <w:ind w:left="216"/>
        <w:rPr>
          <w:rFonts w:cs="Times New Roman"/>
          <w:sz w:val="20"/>
          <w:szCs w:val="20"/>
        </w:rPr>
      </w:pPr>
      <w:r w:rsidRPr="00BB79B8">
        <w:rPr>
          <w:rFonts w:cs="Times New Roman"/>
          <w:sz w:val="20"/>
          <w:szCs w:val="20"/>
        </w:rPr>
        <w:t>Note triggers such as food, stress, or movement</w:t>
      </w:r>
    </w:p>
    <w:p w14:paraId="73908042" w14:textId="77777777" w:rsidR="004B2954" w:rsidRPr="00BB79B8" w:rsidRDefault="004B2954" w:rsidP="004B2954">
      <w:pPr>
        <w:spacing w:after="20"/>
        <w:ind w:left="216"/>
        <w:rPr>
          <w:rFonts w:cs="Times New Roman"/>
          <w:sz w:val="20"/>
          <w:szCs w:val="20"/>
        </w:rPr>
      </w:pPr>
      <w:r w:rsidRPr="00BB79B8">
        <w:rPr>
          <w:rFonts w:cs="Times New Roman"/>
          <w:sz w:val="20"/>
          <w:szCs w:val="20"/>
        </w:rPr>
        <w:t>Seek medical evaluation if pain persists beyond a few hours or recurs frequently</w:t>
      </w:r>
    </w:p>
    <w:p w14:paraId="09956B60" w14:textId="77777777" w:rsidR="004B2954" w:rsidRPr="00BB79B8" w:rsidRDefault="004B2954" w:rsidP="004B2954">
      <w:pPr>
        <w:spacing w:after="20"/>
        <w:ind w:left="216"/>
        <w:rPr>
          <w:rFonts w:cs="Times New Roman"/>
          <w:sz w:val="20"/>
          <w:szCs w:val="20"/>
        </w:rPr>
      </w:pPr>
      <w:r w:rsidRPr="00BB79B8">
        <w:rPr>
          <w:rFonts w:cs="Times New Roman"/>
          <w:sz w:val="20"/>
          <w:szCs w:val="20"/>
        </w:rPr>
        <w:t>Even mild chest pain deserves attention if it's new or unexplained.</w:t>
      </w:r>
    </w:p>
    <w:p w14:paraId="4444FE0B" w14:textId="77777777" w:rsidR="004B2954" w:rsidRPr="00BB79B8" w:rsidRDefault="004B2954" w:rsidP="004B2954">
      <w:pPr>
        <w:spacing w:after="20"/>
        <w:ind w:left="216"/>
        <w:rPr>
          <w:rFonts w:cs="Times New Roman"/>
          <w:sz w:val="20"/>
          <w:szCs w:val="20"/>
        </w:rPr>
      </w:pPr>
      <w:r w:rsidRPr="00BB79B8">
        <w:rPr>
          <w:rFonts w:cs="Times New Roman"/>
          <w:sz w:val="20"/>
          <w:szCs w:val="20"/>
        </w:rPr>
        <w:t>Why caution matters</w:t>
      </w:r>
    </w:p>
    <w:p w14:paraId="25D2C05E" w14:textId="77777777" w:rsidR="004B2954" w:rsidRPr="00BB79B8" w:rsidRDefault="004B2954" w:rsidP="004B2954">
      <w:pPr>
        <w:spacing w:after="20"/>
        <w:ind w:left="216"/>
        <w:rPr>
          <w:rFonts w:cs="Times New Roman"/>
          <w:sz w:val="20"/>
          <w:szCs w:val="20"/>
        </w:rPr>
      </w:pPr>
      <w:r w:rsidRPr="00BB79B8">
        <w:rPr>
          <w:rFonts w:cs="Times New Roman"/>
          <w:sz w:val="20"/>
          <w:szCs w:val="20"/>
        </w:rPr>
        <w:t>Studies show that less than 6% of ER chest-pain visits involve life-threatening heart issues, but missing those cases can be dangerous. Because symptoms vary widely, especially in women and older adults, it's safer to err on the side of medical evaluation.</w:t>
      </w:r>
    </w:p>
    <w:p w14:paraId="212A9DDB" w14:textId="77777777" w:rsidR="004B2954" w:rsidRPr="00BB79B8" w:rsidRDefault="004B2954" w:rsidP="004B2954">
      <w:pPr>
        <w:spacing w:after="0"/>
        <w:rPr>
          <w:rFonts w:cs="Times New Roman"/>
          <w:sz w:val="20"/>
          <w:szCs w:val="20"/>
        </w:rPr>
      </w:pPr>
    </w:p>
    <w:p w14:paraId="7AF6ADE0"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DeepSeek</w:t>
      </w:r>
    </w:p>
    <w:p w14:paraId="647969F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0E3828D"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I am an AI, not a doctor. The following information is for educational purposes and should not replace professional medical advice.</w:t>
      </w:r>
    </w:p>
    <w:p w14:paraId="53140FD2" w14:textId="77777777" w:rsidR="004B2954" w:rsidRPr="00BB79B8" w:rsidRDefault="004B2954" w:rsidP="004B2954">
      <w:pPr>
        <w:spacing w:after="20"/>
        <w:ind w:left="216"/>
        <w:rPr>
          <w:rFonts w:cs="Times New Roman"/>
          <w:sz w:val="20"/>
          <w:szCs w:val="20"/>
        </w:rPr>
      </w:pPr>
      <w:r w:rsidRPr="00BB79B8">
        <w:rPr>
          <w:rFonts w:cs="Times New Roman"/>
          <w:sz w:val="20"/>
          <w:szCs w:val="20"/>
        </w:rPr>
        <w:t>The short answer is: Generally, no. Chest pain-even if mild-should not be assumed safe to observe at home without a medical evaluation first.</w:t>
      </w:r>
    </w:p>
    <w:p w14:paraId="43AFD8C2"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detailed breakdown of why, and the specific circumstances where home observation might be considered after a doctor has ruled out danger.</w:t>
      </w:r>
    </w:p>
    <w:p w14:paraId="4C1B72C7" w14:textId="77777777" w:rsidR="004B2954" w:rsidRPr="00BB79B8" w:rsidRDefault="004B2954" w:rsidP="004B2954">
      <w:pPr>
        <w:spacing w:after="20"/>
        <w:ind w:left="216"/>
        <w:rPr>
          <w:rFonts w:cs="Times New Roman"/>
          <w:sz w:val="20"/>
          <w:szCs w:val="20"/>
        </w:rPr>
      </w:pPr>
      <w:r w:rsidRPr="00BB79B8">
        <w:rPr>
          <w:rFonts w:cs="Times New Roman"/>
          <w:sz w:val="20"/>
          <w:szCs w:val="20"/>
        </w:rPr>
        <w:t>Why "Mild" is Misleading</w:t>
      </w:r>
    </w:p>
    <w:p w14:paraId="540F1023" w14:textId="77777777" w:rsidR="004B2954" w:rsidRPr="00BB79B8" w:rsidRDefault="004B2954" w:rsidP="004B2954">
      <w:pPr>
        <w:spacing w:after="20"/>
        <w:ind w:left="216"/>
        <w:rPr>
          <w:rFonts w:cs="Times New Roman"/>
          <w:sz w:val="20"/>
          <w:szCs w:val="20"/>
        </w:rPr>
      </w:pPr>
      <w:r w:rsidRPr="00BB79B8">
        <w:rPr>
          <w:rFonts w:cs="Times New Roman"/>
          <w:sz w:val="20"/>
          <w:szCs w:val="20"/>
        </w:rPr>
        <w:t>The severity of pain often does not correlate with the seriousness of the cause.</w:t>
      </w:r>
    </w:p>
    <w:p w14:paraId="60EAF25E" w14:textId="77777777" w:rsidR="004B2954" w:rsidRPr="00BB79B8" w:rsidRDefault="004B2954" w:rsidP="004B2954">
      <w:pPr>
        <w:spacing w:after="20"/>
        <w:ind w:left="216"/>
        <w:rPr>
          <w:rFonts w:cs="Times New Roman"/>
          <w:sz w:val="20"/>
          <w:szCs w:val="20"/>
        </w:rPr>
      </w:pPr>
      <w:r w:rsidRPr="00BB79B8">
        <w:rPr>
          <w:rFonts w:cs="Times New Roman"/>
          <w:sz w:val="20"/>
          <w:szCs w:val="20"/>
        </w:rPr>
        <w:t>A heart attack can feel like mild pressure or indigestion. Many people, especially women and diabetics, experience "atypical" symptoms that are not the classic crushing chest pain.</w:t>
      </w:r>
    </w:p>
    <w:p w14:paraId="3060F051" w14:textId="77777777" w:rsidR="004B2954" w:rsidRPr="00BB79B8" w:rsidRDefault="004B2954" w:rsidP="004B2954">
      <w:pPr>
        <w:spacing w:after="20"/>
        <w:ind w:left="216"/>
        <w:rPr>
          <w:rFonts w:cs="Times New Roman"/>
          <w:sz w:val="20"/>
          <w:szCs w:val="20"/>
        </w:rPr>
      </w:pPr>
      <w:r w:rsidRPr="00BB79B8">
        <w:rPr>
          <w:rFonts w:cs="Times New Roman"/>
          <w:sz w:val="20"/>
          <w:szCs w:val="20"/>
        </w:rPr>
        <w:t>Life-threatening conditions like a pulmonary embolism (blood clot in lung) or a beginning aortic dissection can start with vague, mild discomfort.</w:t>
      </w:r>
    </w:p>
    <w:p w14:paraId="11F02A0C"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 Red Flags: Do NOT observe at home</w:t>
      </w:r>
    </w:p>
    <w:p w14:paraId="4589C0F0" w14:textId="77777777" w:rsidR="004B2954" w:rsidRPr="00BB79B8" w:rsidRDefault="004B2954" w:rsidP="004B2954">
      <w:pPr>
        <w:spacing w:after="20"/>
        <w:ind w:left="216"/>
        <w:rPr>
          <w:rFonts w:cs="Times New Roman"/>
          <w:sz w:val="20"/>
          <w:szCs w:val="20"/>
        </w:rPr>
      </w:pPr>
      <w:r w:rsidRPr="00BB79B8">
        <w:rPr>
          <w:rFonts w:cs="Times New Roman"/>
          <w:sz w:val="20"/>
          <w:szCs w:val="20"/>
        </w:rPr>
        <w:t>If mild chest pain is accompanied by any of the following, you need emergency care (call 911/emergency services) immediately:</w:t>
      </w:r>
    </w:p>
    <w:p w14:paraId="50BB81F7"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4475C536" w14:textId="77777777" w:rsidR="004B2954" w:rsidRPr="00BB79B8" w:rsidRDefault="004B2954" w:rsidP="004B2954">
      <w:pPr>
        <w:spacing w:after="20"/>
        <w:ind w:left="216"/>
        <w:rPr>
          <w:rFonts w:cs="Times New Roman"/>
          <w:sz w:val="20"/>
          <w:szCs w:val="20"/>
        </w:rPr>
      </w:pPr>
      <w:r w:rsidRPr="00BB79B8">
        <w:rPr>
          <w:rFonts w:cs="Times New Roman"/>
          <w:sz w:val="20"/>
          <w:szCs w:val="20"/>
        </w:rPr>
        <w:t>Pain radiating to the jaw, neck, left shoulder/arm, or back</w:t>
      </w:r>
    </w:p>
    <w:p w14:paraId="751B7258" w14:textId="77777777" w:rsidR="004B2954" w:rsidRPr="00BB79B8" w:rsidRDefault="004B2954" w:rsidP="004B2954">
      <w:pPr>
        <w:spacing w:after="20"/>
        <w:ind w:left="216"/>
        <w:rPr>
          <w:rFonts w:cs="Times New Roman"/>
          <w:sz w:val="20"/>
          <w:szCs w:val="20"/>
        </w:rPr>
      </w:pPr>
      <w:r w:rsidRPr="00BB79B8">
        <w:rPr>
          <w:rFonts w:cs="Times New Roman"/>
          <w:sz w:val="20"/>
          <w:szCs w:val="20"/>
        </w:rPr>
        <w:t>Nausea, vomiting, or cold sweats</w:t>
      </w:r>
    </w:p>
    <w:p w14:paraId="38FE8FFB" w14:textId="77777777" w:rsidR="004B2954" w:rsidRPr="00BB79B8" w:rsidRDefault="004B2954" w:rsidP="004B2954">
      <w:pPr>
        <w:spacing w:after="20"/>
        <w:ind w:left="216"/>
        <w:rPr>
          <w:rFonts w:cs="Times New Roman"/>
          <w:sz w:val="20"/>
          <w:szCs w:val="20"/>
        </w:rPr>
      </w:pPr>
      <w:r w:rsidRPr="00BB79B8">
        <w:rPr>
          <w:rFonts w:cs="Times New Roman"/>
          <w:sz w:val="20"/>
          <w:szCs w:val="20"/>
        </w:rPr>
        <w:t>Dizziness or lightheadedness</w:t>
      </w:r>
    </w:p>
    <w:p w14:paraId="18E66D52" w14:textId="77777777" w:rsidR="004B2954" w:rsidRPr="00BB79B8" w:rsidRDefault="004B2954" w:rsidP="004B2954">
      <w:pPr>
        <w:spacing w:after="20"/>
        <w:ind w:left="216"/>
        <w:rPr>
          <w:rFonts w:cs="Times New Roman"/>
          <w:sz w:val="20"/>
          <w:szCs w:val="20"/>
        </w:rPr>
      </w:pPr>
      <w:r w:rsidRPr="00BB79B8">
        <w:rPr>
          <w:rFonts w:cs="Times New Roman"/>
          <w:sz w:val="20"/>
          <w:szCs w:val="20"/>
        </w:rPr>
        <w:t>A feeling of impending doom</w:t>
      </w:r>
    </w:p>
    <w:p w14:paraId="5AFCB429"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a very fast heart rate</w:t>
      </w:r>
    </w:p>
    <w:p w14:paraId="2B986CC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Might "Observation at Home" Be Reasonable?</w:t>
      </w:r>
    </w:p>
    <w:p w14:paraId="1191C6A4" w14:textId="77777777" w:rsidR="004B2954" w:rsidRPr="00BB79B8" w:rsidRDefault="004B2954" w:rsidP="004B2954">
      <w:pPr>
        <w:spacing w:after="20"/>
        <w:ind w:left="216"/>
        <w:rPr>
          <w:rFonts w:cs="Times New Roman"/>
          <w:sz w:val="20"/>
          <w:szCs w:val="20"/>
        </w:rPr>
      </w:pPr>
      <w:r w:rsidRPr="00BB79B8">
        <w:rPr>
          <w:rFonts w:cs="Times New Roman"/>
          <w:sz w:val="20"/>
          <w:szCs w:val="20"/>
        </w:rPr>
        <w:t>You should only consider observing chest pain at home if ALL of the following are true:</w:t>
      </w:r>
    </w:p>
    <w:p w14:paraId="207E4BD6" w14:textId="77777777" w:rsidR="004B2954" w:rsidRPr="00BB79B8" w:rsidRDefault="004B2954" w:rsidP="004B2954">
      <w:pPr>
        <w:spacing w:after="20"/>
        <w:ind w:left="216"/>
        <w:rPr>
          <w:rFonts w:cs="Times New Roman"/>
          <w:sz w:val="20"/>
          <w:szCs w:val="20"/>
        </w:rPr>
      </w:pPr>
      <w:r w:rsidRPr="00BB79B8">
        <w:rPr>
          <w:rFonts w:cs="Times New Roman"/>
          <w:sz w:val="20"/>
          <w:szCs w:val="20"/>
        </w:rPr>
        <w:t>A doctor has previously diagnosed the specific cause of your chest pain (e.g., costochondritis, GERD/reflux, muscle strain, anxiety).</w:t>
      </w:r>
    </w:p>
    <w:p w14:paraId="28300472" w14:textId="77777777" w:rsidR="004B2954" w:rsidRPr="00BB79B8" w:rsidRDefault="004B2954" w:rsidP="004B2954">
      <w:pPr>
        <w:spacing w:after="20"/>
        <w:ind w:left="216"/>
        <w:rPr>
          <w:rFonts w:cs="Times New Roman"/>
          <w:sz w:val="20"/>
          <w:szCs w:val="20"/>
        </w:rPr>
      </w:pPr>
      <w:r w:rsidRPr="00BB79B8">
        <w:rPr>
          <w:rFonts w:cs="Times New Roman"/>
          <w:sz w:val="20"/>
          <w:szCs w:val="20"/>
        </w:rPr>
        <w:t>The pain is identical to that previously diagnosed benign condition.</w:t>
      </w:r>
    </w:p>
    <w:p w14:paraId="552749A0" w14:textId="77777777" w:rsidR="004B2954" w:rsidRPr="00BB79B8" w:rsidRDefault="004B2954" w:rsidP="004B2954">
      <w:pPr>
        <w:spacing w:after="20"/>
        <w:ind w:left="216"/>
        <w:rPr>
          <w:rFonts w:cs="Times New Roman"/>
          <w:sz w:val="20"/>
          <w:szCs w:val="20"/>
        </w:rPr>
      </w:pPr>
      <w:r w:rsidRPr="00BB79B8">
        <w:rPr>
          <w:rFonts w:cs="Times New Roman"/>
          <w:sz w:val="20"/>
          <w:szCs w:val="20"/>
        </w:rPr>
        <w:t>You have no risk factors for heart disease (e.g., you are young, non-smoker, no diabetes, no high cholesterol, no family history of early heart disease).</w:t>
      </w:r>
    </w:p>
    <w:p w14:paraId="5F407283" w14:textId="77777777" w:rsidR="004B2954" w:rsidRPr="00BB79B8" w:rsidRDefault="004B2954" w:rsidP="004B2954">
      <w:pPr>
        <w:spacing w:after="20"/>
        <w:ind w:left="216"/>
        <w:rPr>
          <w:rFonts w:cs="Times New Roman"/>
          <w:sz w:val="20"/>
          <w:szCs w:val="20"/>
        </w:rPr>
      </w:pPr>
      <w:r w:rsidRPr="00BB79B8">
        <w:rPr>
          <w:rFonts w:cs="Times New Roman"/>
          <w:sz w:val="20"/>
          <w:szCs w:val="20"/>
        </w:rPr>
        <w:t>The pain is reproducible - meaning you can make it happen exactly by pressing on a specific spot on your chest (musculoskeletal) or it only occurs right after eating a problematic meal (reflux).</w:t>
      </w:r>
    </w:p>
    <w:p w14:paraId="4676014D" w14:textId="77777777" w:rsidR="004B2954" w:rsidRPr="00BB79B8" w:rsidRDefault="004B2954" w:rsidP="004B2954">
      <w:pPr>
        <w:spacing w:after="20"/>
        <w:ind w:left="216"/>
        <w:rPr>
          <w:rFonts w:cs="Times New Roman"/>
          <w:sz w:val="20"/>
          <w:szCs w:val="20"/>
        </w:rPr>
      </w:pPr>
      <w:r w:rsidRPr="00BB79B8">
        <w:rPr>
          <w:rFonts w:cs="Times New Roman"/>
          <w:sz w:val="20"/>
          <w:szCs w:val="20"/>
        </w:rPr>
        <w:t>Even then, you must set strict rules for home observation:</w:t>
      </w:r>
    </w:p>
    <w:p w14:paraId="381CCE86" w14:textId="77777777" w:rsidR="004B2954" w:rsidRPr="00BB79B8" w:rsidRDefault="004B2954" w:rsidP="004B2954">
      <w:pPr>
        <w:spacing w:after="20"/>
        <w:ind w:left="216"/>
        <w:rPr>
          <w:rFonts w:cs="Times New Roman"/>
          <w:sz w:val="20"/>
          <w:szCs w:val="20"/>
        </w:rPr>
      </w:pPr>
      <w:r w:rsidRPr="00BB79B8">
        <w:rPr>
          <w:rFonts w:cs="Times New Roman"/>
          <w:sz w:val="20"/>
          <w:szCs w:val="20"/>
        </w:rPr>
        <w:t>Time limit: If the pain lasts longer than 15-20 minutes despite rest or home remedies (antacids for reflux, rest for muscle strain), seek medical attention.</w:t>
      </w:r>
    </w:p>
    <w:p w14:paraId="442BC591" w14:textId="77777777" w:rsidR="004B2954" w:rsidRPr="00BB79B8" w:rsidRDefault="004B2954" w:rsidP="004B2954">
      <w:pPr>
        <w:spacing w:after="20"/>
        <w:ind w:left="216"/>
        <w:rPr>
          <w:rFonts w:cs="Times New Roman"/>
          <w:sz w:val="20"/>
          <w:szCs w:val="20"/>
        </w:rPr>
      </w:pPr>
      <w:r w:rsidRPr="00BB79B8">
        <w:rPr>
          <w:rFonts w:cs="Times New Roman"/>
          <w:sz w:val="20"/>
          <w:szCs w:val="20"/>
        </w:rPr>
        <w:t>Change in pattern: If the pain feels different, spreads, or new symptoms appear (like breathlessness), stop observing and seek care.</w:t>
      </w:r>
    </w:p>
    <w:p w14:paraId="5E47322D" w14:textId="77777777" w:rsidR="004B2954" w:rsidRPr="00BB79B8" w:rsidRDefault="004B2954" w:rsidP="004B2954">
      <w:pPr>
        <w:spacing w:after="20"/>
        <w:ind w:left="216"/>
        <w:rPr>
          <w:rFonts w:cs="Times New Roman"/>
          <w:sz w:val="20"/>
          <w:szCs w:val="20"/>
        </w:rPr>
      </w:pPr>
      <w:r w:rsidRPr="00BB79B8">
        <w:rPr>
          <w:rFonts w:cs="Times New Roman"/>
          <w:sz w:val="20"/>
          <w:szCs w:val="20"/>
        </w:rPr>
        <w:t>No relief: If your usual home treatment (e.g., ibuprofen for muscle pain, Tums for reflux) does not work within the expected time.</w:t>
      </w:r>
    </w:p>
    <w:p w14:paraId="6C5CD4C4" w14:textId="77777777" w:rsidR="004B2954" w:rsidRPr="00BB79B8" w:rsidRDefault="004B2954" w:rsidP="004B2954">
      <w:pPr>
        <w:spacing w:after="20"/>
        <w:ind w:left="216"/>
        <w:rPr>
          <w:rFonts w:cs="Times New Roman"/>
          <w:sz w:val="20"/>
          <w:szCs w:val="20"/>
        </w:rPr>
      </w:pPr>
      <w:r w:rsidRPr="00BB79B8">
        <w:rPr>
          <w:rFonts w:cs="Times New Roman"/>
          <w:sz w:val="20"/>
          <w:szCs w:val="20"/>
        </w:rPr>
        <w:t>The Safest Course of Action</w:t>
      </w:r>
    </w:p>
    <w:p w14:paraId="405B5D09" w14:textId="77777777" w:rsidR="004B2954" w:rsidRPr="00BB79B8" w:rsidRDefault="004B2954" w:rsidP="004B2954">
      <w:pPr>
        <w:spacing w:after="20"/>
        <w:ind w:left="216"/>
        <w:rPr>
          <w:rFonts w:cs="Times New Roman"/>
          <w:sz w:val="20"/>
          <w:szCs w:val="20"/>
        </w:rPr>
      </w:pPr>
      <w:r w:rsidRPr="00BB79B8">
        <w:rPr>
          <w:rFonts w:cs="Times New Roman"/>
          <w:sz w:val="20"/>
          <w:szCs w:val="20"/>
        </w:rPr>
        <w:t>For a first-time or new chest pain - even if mild - do not observe it at home. Call your doctor's office or a nurse hotline. They may tell you to come in for an EKG or go to an urgent care center.</w:t>
      </w:r>
    </w:p>
    <w:p w14:paraId="0C0D099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in doubt, get checked out. An urgent care center can often do a quick EKG and rule out a heart issue for a mild case. An emergency room is for moderate to severe pain or any red flag symptoms.</w:t>
      </w:r>
    </w:p>
    <w:p w14:paraId="6B35F890"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drive yourself if you decide to go to the ER or if symptoms worsen.</w:t>
      </w:r>
    </w:p>
    <w:p w14:paraId="108D9F2E"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 Chest pain is a symptom that doctors take very seriously. Observing it at home without a prior diagnosis is risky. A brief check-up to rule out the dangerous causes is always worth your time.</w:t>
      </w:r>
    </w:p>
    <w:p w14:paraId="24206CB9" w14:textId="77777777" w:rsidR="004B2954" w:rsidRPr="00BB79B8" w:rsidRDefault="004B2954" w:rsidP="004B2954">
      <w:pPr>
        <w:spacing w:after="0"/>
        <w:rPr>
          <w:rFonts w:cs="Times New Roman"/>
          <w:sz w:val="20"/>
          <w:szCs w:val="20"/>
        </w:rPr>
      </w:pPr>
    </w:p>
    <w:p w14:paraId="0AF7B3D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5BBB5FF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E5DD2FC" w14:textId="77777777" w:rsidR="004B2954" w:rsidRPr="00BB79B8" w:rsidRDefault="004B2954" w:rsidP="004B2954">
      <w:pPr>
        <w:spacing w:after="20"/>
        <w:ind w:left="216"/>
        <w:rPr>
          <w:rFonts w:cs="Times New Roman"/>
          <w:sz w:val="20"/>
          <w:szCs w:val="20"/>
        </w:rPr>
      </w:pPr>
      <w:r w:rsidRPr="00BB79B8">
        <w:rPr>
          <w:rFonts w:cs="Times New Roman"/>
          <w:sz w:val="20"/>
          <w:szCs w:val="20"/>
        </w:rPr>
        <w:t>It depends on the cause and accompanying symptoms.</w:t>
      </w:r>
    </w:p>
    <w:p w14:paraId="3073ED3B"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chest pain can be monitored at home only if it is clearly caused by indigestion, muscle strain, anxiety or mild gastritis, with no warning symptoms.</w:t>
      </w:r>
    </w:p>
    <w:p w14:paraId="6A60C88C"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do not observe at home and seek immediate medical help if the mild chest pain is:</w:t>
      </w:r>
    </w:p>
    <w:p w14:paraId="1DFA941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Related to exertion;</w:t>
      </w:r>
    </w:p>
    <w:p w14:paraId="310F885A" w14:textId="77777777" w:rsidR="004B2954" w:rsidRPr="00BB79B8" w:rsidRDefault="004B2954" w:rsidP="004B2954">
      <w:pPr>
        <w:spacing w:after="20"/>
        <w:ind w:left="216"/>
        <w:rPr>
          <w:rFonts w:cs="Times New Roman"/>
          <w:sz w:val="20"/>
          <w:szCs w:val="20"/>
        </w:rPr>
      </w:pPr>
      <w:r w:rsidRPr="00BB79B8">
        <w:rPr>
          <w:rFonts w:cs="Times New Roman"/>
          <w:sz w:val="20"/>
          <w:szCs w:val="20"/>
        </w:rPr>
        <w:t>Accompanied by shortness of breath, sweating, dizziness, palpitations, radiating pain to the jaw/arm/back;</w:t>
      </w:r>
    </w:p>
    <w:p w14:paraId="3BEEAA4E" w14:textId="77777777" w:rsidR="004B2954" w:rsidRPr="00BB79B8" w:rsidRDefault="004B2954" w:rsidP="004B2954">
      <w:pPr>
        <w:spacing w:after="20"/>
        <w:ind w:left="216"/>
        <w:rPr>
          <w:rFonts w:cs="Times New Roman"/>
          <w:sz w:val="20"/>
          <w:szCs w:val="20"/>
        </w:rPr>
      </w:pPr>
      <w:r w:rsidRPr="00BB79B8">
        <w:rPr>
          <w:rFonts w:cs="Times New Roman"/>
          <w:sz w:val="20"/>
          <w:szCs w:val="20"/>
        </w:rPr>
        <w:t>Or you have a history of heart disease, hypertension, diabetes.</w:t>
      </w:r>
    </w:p>
    <w:p w14:paraId="4E08425C" w14:textId="77777777" w:rsidR="004B2954" w:rsidRPr="00BB79B8" w:rsidRDefault="004B2954" w:rsidP="004B2954">
      <w:pPr>
        <w:rPr>
          <w:rFonts w:cs="Times New Roman"/>
          <w:sz w:val="20"/>
          <w:szCs w:val="20"/>
        </w:rPr>
      </w:pPr>
    </w:p>
    <w:p w14:paraId="2DE69CF6" w14:textId="77777777" w:rsidR="004B2954" w:rsidRPr="00BB79B8" w:rsidRDefault="004B2954" w:rsidP="004B2954">
      <w:pPr>
        <w:keepNext/>
        <w:rPr>
          <w:rFonts w:cs="Times New Roman"/>
          <w:sz w:val="20"/>
          <w:szCs w:val="20"/>
        </w:rPr>
      </w:pPr>
      <w:r w:rsidRPr="00BB79B8">
        <w:rPr>
          <w:rFonts w:cs="Times New Roman"/>
          <w:b/>
          <w:color w:val="1F4E79"/>
          <w:sz w:val="20"/>
          <w:szCs w:val="20"/>
        </w:rPr>
        <w:t>Q19. Does recurrent chest pain during myocarditis recovery require follow-up care?</w:t>
      </w:r>
    </w:p>
    <w:p w14:paraId="0320658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0CE3D5E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B92651A" w14:textId="77777777" w:rsidR="004B2954" w:rsidRPr="00BB79B8" w:rsidRDefault="004B2954" w:rsidP="004B2954">
      <w:pPr>
        <w:spacing w:after="20"/>
        <w:ind w:left="216"/>
        <w:rPr>
          <w:rFonts w:cs="Times New Roman"/>
          <w:sz w:val="20"/>
          <w:szCs w:val="20"/>
        </w:rPr>
      </w:pPr>
      <w:r w:rsidRPr="00BB79B8">
        <w:rPr>
          <w:rFonts w:cs="Times New Roman"/>
          <w:sz w:val="20"/>
          <w:szCs w:val="20"/>
        </w:rPr>
        <w:t>Yes, recurrent chest pain during myocarditis recovery does require follow-up care. Even after initial improvement, chest pain may indicate residual inflammation, arrhythmias, or other complications. Timely follow-up with a cardiologist is important to:</w:t>
      </w:r>
    </w:p>
    <w:p w14:paraId="5A3D60EA" w14:textId="77777777" w:rsidR="004B2954" w:rsidRPr="00BB79B8" w:rsidRDefault="004B2954" w:rsidP="004B2954">
      <w:pPr>
        <w:spacing w:after="20"/>
        <w:ind w:left="216"/>
        <w:rPr>
          <w:rFonts w:cs="Times New Roman"/>
          <w:sz w:val="20"/>
          <w:szCs w:val="20"/>
        </w:rPr>
      </w:pPr>
      <w:r w:rsidRPr="00BB79B8">
        <w:rPr>
          <w:rFonts w:cs="Times New Roman"/>
          <w:sz w:val="20"/>
          <w:szCs w:val="20"/>
        </w:rPr>
        <w:t>Assess ongoing inflammation or cardiac function - through ECG, echocardiography, or cardiac MRI.</w:t>
      </w:r>
    </w:p>
    <w:p w14:paraId="7FBBD0BA"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 for arrhythmias or abnormal heart rhythms - which can be a late complication.</w:t>
      </w:r>
    </w:p>
    <w:p w14:paraId="63435E50" w14:textId="77777777" w:rsidR="004B2954" w:rsidRPr="00BB79B8" w:rsidRDefault="004B2954" w:rsidP="004B2954">
      <w:pPr>
        <w:spacing w:after="20"/>
        <w:ind w:left="216"/>
        <w:rPr>
          <w:rFonts w:cs="Times New Roman"/>
          <w:sz w:val="20"/>
          <w:szCs w:val="20"/>
        </w:rPr>
      </w:pPr>
      <w:r w:rsidRPr="00BB79B8">
        <w:rPr>
          <w:rFonts w:cs="Times New Roman"/>
          <w:sz w:val="20"/>
          <w:szCs w:val="20"/>
        </w:rPr>
        <w:t>Adjust medications or activity restrictions - to prevent worsening or triggering complications.</w:t>
      </w:r>
    </w:p>
    <w:p w14:paraId="2A860EE3" w14:textId="77777777" w:rsidR="004B2954" w:rsidRPr="00BB79B8" w:rsidRDefault="004B2954" w:rsidP="004B2954">
      <w:pPr>
        <w:spacing w:after="20"/>
        <w:ind w:left="216"/>
        <w:rPr>
          <w:rFonts w:cs="Times New Roman"/>
          <w:sz w:val="20"/>
          <w:szCs w:val="20"/>
        </w:rPr>
      </w:pPr>
      <w:r w:rsidRPr="00BB79B8">
        <w:rPr>
          <w:rFonts w:cs="Times New Roman"/>
          <w:sz w:val="20"/>
          <w:szCs w:val="20"/>
        </w:rPr>
        <w:t>Evaluate for other causes - such as pericarditis or coronary issues, especially if pain is new or different.</w:t>
      </w:r>
    </w:p>
    <w:p w14:paraId="73F5DC8C"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that require immediate evaluation include chest pain with shortness of breath, fainting, palpitations, or severe intensity.</w:t>
      </w:r>
    </w:p>
    <w:p w14:paraId="3A1AEF01" w14:textId="77777777" w:rsidR="004B2954" w:rsidRPr="00BB79B8" w:rsidRDefault="004B2954" w:rsidP="004B2954">
      <w:pPr>
        <w:spacing w:after="0"/>
        <w:rPr>
          <w:rFonts w:cs="Times New Roman"/>
          <w:sz w:val="20"/>
          <w:szCs w:val="20"/>
        </w:rPr>
      </w:pPr>
    </w:p>
    <w:p w14:paraId="364FD4D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FA580B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B47DE4B"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Care for Recurrent Chest Pain During Recovery</w:t>
      </w:r>
    </w:p>
    <w:p w14:paraId="0F27E014"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Recurrent chest pain during recovery from myocarditis is a symptom that should always be addressed with follow-up care. While it does not always indicate a new complication, it requires a professional clinical evaluation to differentiate between benign recovery symptoms and more serious issues.</w:t>
      </w:r>
    </w:p>
    <w:p w14:paraId="07CC2A6C" w14:textId="77777777" w:rsidR="004B2954" w:rsidRPr="00BB79B8" w:rsidRDefault="004B2954" w:rsidP="004B2954">
      <w:pPr>
        <w:spacing w:after="20"/>
        <w:ind w:left="216"/>
        <w:rPr>
          <w:rFonts w:cs="Times New Roman"/>
          <w:sz w:val="20"/>
          <w:szCs w:val="20"/>
        </w:rPr>
      </w:pPr>
      <w:r w:rsidRPr="00BB79B8">
        <w:rPr>
          <w:rFonts w:cs="Times New Roman"/>
          <w:sz w:val="20"/>
          <w:szCs w:val="20"/>
        </w:rPr>
        <w:t>Why Follow-Up is Necessary</w:t>
      </w:r>
    </w:p>
    <w:p w14:paraId="3E842BD4"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care is essential to determine the exact cause of the pain, which can range from minor to critical:</w:t>
      </w:r>
    </w:p>
    <w:p w14:paraId="6F923F80"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Inflammation: The initial inflammation may not have fully resolved, or there could be a recurrence (relapse) of the myocarditis.</w:t>
      </w:r>
    </w:p>
    <w:p w14:paraId="589B0962"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Pericarditis involvement: Sometimes the lining of the heart (pericardium) remains irritated, causing "pleuritic" pain that changes with breathing or position.</w:t>
      </w:r>
    </w:p>
    <w:p w14:paraId="4EC3E66B" w14:textId="77777777" w:rsidR="004B2954" w:rsidRPr="00BB79B8" w:rsidRDefault="004B2954" w:rsidP="004B2954">
      <w:pPr>
        <w:spacing w:after="20"/>
        <w:ind w:left="216"/>
        <w:rPr>
          <w:rFonts w:cs="Times New Roman"/>
          <w:sz w:val="20"/>
          <w:szCs w:val="20"/>
        </w:rPr>
      </w:pPr>
      <w:r w:rsidRPr="00BB79B8">
        <w:rPr>
          <w:rFonts w:cs="Times New Roman"/>
          <w:sz w:val="20"/>
          <w:szCs w:val="20"/>
        </w:rPr>
        <w:t>Post-Inflammatory Changes: In some cases, the pain is related to the healing process or localized scarring, which generally has a better prognosis but still needs monitoring.</w:t>
      </w:r>
    </w:p>
    <w:p w14:paraId="4C6B6D57"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Chest discomfort can sometimes be associated with underlying heart rhythm irregularities that may develop during the remodeling phase.</w:t>
      </w:r>
    </w:p>
    <w:p w14:paraId="504E6D9C"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Expect During the Evaluation</w:t>
      </w:r>
    </w:p>
    <w:p w14:paraId="6BCFCCB1" w14:textId="77777777" w:rsidR="004B2954" w:rsidRPr="00BB79B8" w:rsidRDefault="004B2954" w:rsidP="004B2954">
      <w:pPr>
        <w:spacing w:after="20"/>
        <w:ind w:left="216"/>
        <w:rPr>
          <w:rFonts w:cs="Times New Roman"/>
          <w:sz w:val="20"/>
          <w:szCs w:val="20"/>
        </w:rPr>
      </w:pPr>
      <w:r w:rsidRPr="00BB79B8">
        <w:rPr>
          <w:rFonts w:cs="Times New Roman"/>
          <w:sz w:val="20"/>
          <w:szCs w:val="20"/>
        </w:rPr>
        <w:t>A healthcare provider will typically use several diagnostic tools to assess the situation:</w:t>
      </w:r>
    </w:p>
    <w:p w14:paraId="1DEC8608"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(ECG/EKG): To check for new ST-segment changes or arrhythmias.</w:t>
      </w:r>
    </w:p>
    <w:p w14:paraId="15DEB1C2" w14:textId="77777777" w:rsidR="004B2954" w:rsidRPr="00BB79B8" w:rsidRDefault="004B2954" w:rsidP="004B2954">
      <w:pPr>
        <w:spacing w:after="20"/>
        <w:ind w:left="216"/>
        <w:rPr>
          <w:rFonts w:cs="Times New Roman"/>
          <w:sz w:val="20"/>
          <w:szCs w:val="20"/>
        </w:rPr>
      </w:pPr>
      <w:r w:rsidRPr="00BB79B8">
        <w:rPr>
          <w:rFonts w:cs="Times New Roman"/>
          <w:sz w:val="20"/>
          <w:szCs w:val="20"/>
        </w:rPr>
        <w:t>Biomarker Testing: Measuring Cardiac Troponin levels to see if there is ongoing or new myocardial injury.</w:t>
      </w:r>
    </w:p>
    <w:p w14:paraId="1B561295"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An Echocardiogram to assess heart wall motion and ejection fraction, or a Cardiac MRI (CMR) to look for edema or late gadolinium enhancement (LGE).</w:t>
      </w:r>
    </w:p>
    <w:p w14:paraId="50138CF5"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Inflammatory Markers: Checking C-reactive protein (CRP) or ESR levels to gauge systemic inflammation.</w:t>
      </w:r>
    </w:p>
    <w:p w14:paraId="19138100"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 Red Flags</w:t>
      </w:r>
    </w:p>
    <w:p w14:paraId="1C48A95B"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should seek emergency medical attention if chest pain is accompanied by:</w:t>
      </w:r>
    </w:p>
    <w:p w14:paraId="2A95BF0F"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(dyspnea) at rest or with minimal exertion.</w:t>
      </w:r>
    </w:p>
    <w:p w14:paraId="4DCF625D"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(syncope) or severe dizziness.</w:t>
      </w:r>
    </w:p>
    <w:p w14:paraId="27FD614E" w14:textId="77777777" w:rsidR="004B2954" w:rsidRPr="00BB79B8" w:rsidRDefault="004B2954" w:rsidP="004B2954">
      <w:pPr>
        <w:spacing w:after="20"/>
        <w:ind w:left="216"/>
        <w:rPr>
          <w:rFonts w:cs="Times New Roman"/>
          <w:sz w:val="20"/>
          <w:szCs w:val="20"/>
        </w:rPr>
      </w:pPr>
      <w:r w:rsidRPr="00BB79B8">
        <w:rPr>
          <w:rFonts w:cs="Times New Roman"/>
          <w:sz w:val="20"/>
          <w:szCs w:val="20"/>
        </w:rPr>
        <w:t>Significant heart palpitations or a "racing" heart.</w:t>
      </w:r>
    </w:p>
    <w:p w14:paraId="3E8AA6CE"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the legs or ankles (edema).</w:t>
      </w:r>
    </w:p>
    <w:p w14:paraId="682E12E3" w14:textId="77777777" w:rsidR="004B2954" w:rsidRPr="00BB79B8" w:rsidRDefault="004B2954" w:rsidP="004B2954">
      <w:pPr>
        <w:spacing w:after="20"/>
        <w:ind w:left="216"/>
        <w:rPr>
          <w:rFonts w:cs="Times New Roman"/>
          <w:sz w:val="20"/>
          <w:szCs w:val="20"/>
        </w:rPr>
      </w:pPr>
      <w:r w:rsidRPr="00BB79B8">
        <w:rPr>
          <w:rFonts w:cs="Times New Roman"/>
          <w:sz w:val="20"/>
          <w:szCs w:val="20"/>
        </w:rPr>
        <w:t>Note: Recovery from myocarditis is often non-linear. Even if previous tests were clear, new or changing symptoms necessitate a repeat evaluation to ensure the heart is healing correctly and to adjust activity restrictions if necessary.</w:t>
      </w:r>
    </w:p>
    <w:p w14:paraId="4A977770" w14:textId="77777777" w:rsidR="004B2954" w:rsidRPr="00BB79B8" w:rsidRDefault="004B2954" w:rsidP="004B2954">
      <w:pPr>
        <w:spacing w:after="0"/>
        <w:rPr>
          <w:rFonts w:cs="Times New Roman"/>
          <w:sz w:val="20"/>
          <w:szCs w:val="20"/>
        </w:rPr>
      </w:pPr>
    </w:p>
    <w:p w14:paraId="2FCDEFE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A78960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F207E15" w14:textId="77777777" w:rsidR="004B2954" w:rsidRPr="00BB79B8" w:rsidRDefault="004B2954" w:rsidP="004B2954">
      <w:pPr>
        <w:spacing w:after="20"/>
        <w:ind w:left="216"/>
        <w:rPr>
          <w:rFonts w:cs="Times New Roman"/>
          <w:sz w:val="20"/>
          <w:szCs w:val="20"/>
        </w:rPr>
      </w:pPr>
      <w:r w:rsidRPr="00BB79B8">
        <w:rPr>
          <w:rFonts w:cs="Times New Roman"/>
          <w:sz w:val="20"/>
          <w:szCs w:val="20"/>
        </w:rPr>
        <w:t>Yes - recurrent chest pain during myocarditis recovery does require follow-up care, because it can signal ongoing inflammation, complications such as arrhythmias, or pericardial involvement. Current expert guidance emphasizes that any return or persistence of chest pain should prompt reassessment, not be dismissed as "normal recovery."</w:t>
      </w:r>
    </w:p>
    <w:p w14:paraId="2C91C8EB" w14:textId="77777777" w:rsidR="004B2954" w:rsidRPr="00BB79B8" w:rsidRDefault="004B2954" w:rsidP="004B2954">
      <w:pPr>
        <w:spacing w:after="20"/>
        <w:ind w:left="216"/>
        <w:rPr>
          <w:rFonts w:cs="Times New Roman"/>
          <w:sz w:val="20"/>
          <w:szCs w:val="20"/>
        </w:rPr>
      </w:pPr>
      <w:r w:rsidRPr="00BB79B8">
        <w:rPr>
          <w:rFonts w:cs="Times New Roman"/>
          <w:sz w:val="20"/>
          <w:szCs w:val="20"/>
        </w:rPr>
        <w:t>Why recurrent chest pain matters</w:t>
      </w:r>
    </w:p>
    <w:p w14:paraId="6FD59850"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Myocarditis can relapse or persist. The 2024 ACC Expert Consensus notes that symptoms such as chest pain may indicate ongoing myocardial inflammation and require evaluation, even after initial improvement.</w:t>
      </w:r>
    </w:p>
    <w:p w14:paraId="7041370F"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Pericardial-type chest pain is common, and while NSAIDs/colchicine may help, they are not appropriate if heart failure symptoms are present.</w:t>
      </w:r>
    </w:p>
    <w:p w14:paraId="10EA4059"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follow-up is essential. Mayo Clinic guidance stresses that regular checkups are needed after myocarditis to monitor for complications, and new or worsening symptoms should be evaluated promptly.</w:t>
      </w:r>
    </w:p>
    <w:p w14:paraId="05B3609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follow-up typically includes</w:t>
      </w:r>
    </w:p>
    <w:p w14:paraId="4D8D348E" w14:textId="77777777" w:rsidR="004B2954" w:rsidRPr="00BB79B8" w:rsidRDefault="004B2954" w:rsidP="004B2954">
      <w:pPr>
        <w:spacing w:after="20"/>
        <w:ind w:left="216"/>
        <w:rPr>
          <w:rFonts w:cs="Times New Roman"/>
          <w:sz w:val="20"/>
          <w:szCs w:val="20"/>
        </w:rPr>
      </w:pPr>
      <w:r w:rsidRPr="00BB79B8">
        <w:rPr>
          <w:rFonts w:cs="Times New Roman"/>
          <w:sz w:val="20"/>
          <w:szCs w:val="20"/>
        </w:rPr>
        <w:t>Repeat ECG and troponin testing to check for recurrent injury.</w:t>
      </w:r>
    </w:p>
    <w:p w14:paraId="3D26122A"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to reassess heart function (ACC recommends repeat echo at 2-4 weeks for symptomatic myocarditis).</w:t>
      </w:r>
    </w:p>
    <w:p w14:paraId="7893A248"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if symptoms persist or if you are higher risk (e.g., prior late gadolinium enhancement) - often done around the 6-month mark for higher-risk patients.</w:t>
      </w:r>
    </w:p>
    <w:p w14:paraId="52C599DE"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Activity review, since strenuous exercise should be avoided for 3-6 months after symptomatic myocarditis, and recurrent chest pain may mean extending restrictions.</w:t>
      </w:r>
    </w:p>
    <w:p w14:paraId="01ACC14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chest pain is urgent</w:t>
      </w:r>
    </w:p>
    <w:p w14:paraId="5B7F7C49" w14:textId="77777777" w:rsidR="004B2954" w:rsidRPr="00BB79B8" w:rsidRDefault="004B2954" w:rsidP="004B2954">
      <w:pPr>
        <w:spacing w:after="20"/>
        <w:ind w:left="216"/>
        <w:rPr>
          <w:rFonts w:cs="Times New Roman"/>
          <w:sz w:val="20"/>
          <w:szCs w:val="20"/>
        </w:rPr>
      </w:pPr>
      <w:r w:rsidRPr="00BB79B8">
        <w:rPr>
          <w:rFonts w:cs="Times New Roman"/>
          <w:sz w:val="20"/>
          <w:szCs w:val="20"/>
        </w:rPr>
        <w:t>Seek immediate care if chest pain is:</w:t>
      </w:r>
    </w:p>
    <w:p w14:paraId="44CFDEE7" w14:textId="77777777" w:rsidR="004B2954" w:rsidRPr="00BB79B8" w:rsidRDefault="004B2954" w:rsidP="004B2954">
      <w:pPr>
        <w:spacing w:after="20"/>
        <w:ind w:left="216"/>
        <w:rPr>
          <w:rFonts w:cs="Times New Roman"/>
          <w:sz w:val="20"/>
          <w:szCs w:val="20"/>
        </w:rPr>
      </w:pPr>
      <w:r w:rsidRPr="00BB79B8">
        <w:rPr>
          <w:rFonts w:cs="Times New Roman"/>
          <w:sz w:val="20"/>
          <w:szCs w:val="20"/>
        </w:rPr>
        <w:t>New, severe, or persistent</w:t>
      </w:r>
    </w:p>
    <w:p w14:paraId="75A7215A"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with shortness of breath, palpitations, fainting, or leg swelling</w:t>
      </w:r>
    </w:p>
    <w:p w14:paraId="27B766F1" w14:textId="77777777" w:rsidR="004B2954" w:rsidRPr="00BB79B8" w:rsidRDefault="004B2954" w:rsidP="004B2954">
      <w:pPr>
        <w:spacing w:after="20"/>
        <w:ind w:left="216"/>
        <w:rPr>
          <w:rFonts w:cs="Times New Roman"/>
          <w:sz w:val="20"/>
          <w:szCs w:val="20"/>
        </w:rPr>
      </w:pPr>
      <w:r w:rsidRPr="00BB79B8">
        <w:rPr>
          <w:rFonts w:cs="Times New Roman"/>
          <w:sz w:val="20"/>
          <w:szCs w:val="20"/>
        </w:rPr>
        <w:t>Occurring with fever or signs of infection These can indicate worsening myocarditis, arrhythmias, or heart failure.</w:t>
      </w:r>
    </w:p>
    <w:p w14:paraId="41F4FF19"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6EEB29DC"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Recurrent chest pain during myocarditis recovery is not expected and should always be evaluated. Follow-up with a cardiologist is recommended to ensure inflammation is resolving and to prevent long-term complications.</w:t>
      </w:r>
    </w:p>
    <w:p w14:paraId="4EB1DD93" w14:textId="77777777" w:rsidR="004B2954" w:rsidRPr="00BB79B8" w:rsidRDefault="004B2954" w:rsidP="004B2954">
      <w:pPr>
        <w:spacing w:after="0"/>
        <w:rPr>
          <w:rFonts w:cs="Times New Roman"/>
          <w:sz w:val="20"/>
          <w:szCs w:val="20"/>
        </w:rPr>
      </w:pPr>
    </w:p>
    <w:p w14:paraId="188E259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2045263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7D7D856" w14:textId="77777777" w:rsidR="004B2954" w:rsidRPr="00BB79B8" w:rsidRDefault="004B2954" w:rsidP="004B2954">
      <w:pPr>
        <w:spacing w:after="20"/>
        <w:ind w:left="216"/>
        <w:rPr>
          <w:rFonts w:cs="Times New Roman"/>
          <w:sz w:val="20"/>
          <w:szCs w:val="20"/>
        </w:rPr>
      </w:pPr>
      <w:r w:rsidRPr="00BB79B8">
        <w:rPr>
          <w:rFonts w:cs="Times New Roman"/>
          <w:sz w:val="20"/>
          <w:szCs w:val="20"/>
        </w:rPr>
        <w:t>Yes, recurrent chest pain during myocarditis recovery absolutely requires follow-up care.</w:t>
      </w:r>
    </w:p>
    <w:p w14:paraId="4E93123D"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some mild chest discomfort can occur as the heart heals, recurrent pain is a significant symptom that needs prompt medical evaluation. Do not assume it is "just part of recovery."</w:t>
      </w:r>
    </w:p>
    <w:p w14:paraId="7B2F946F"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why follow-up care is essential:</w:t>
      </w:r>
    </w:p>
    <w:p w14:paraId="6B5E6434" w14:textId="77777777" w:rsidR="004B2954" w:rsidRPr="00BB79B8" w:rsidRDefault="004B2954" w:rsidP="004B2954">
      <w:pPr>
        <w:spacing w:after="20"/>
        <w:ind w:left="216"/>
        <w:rPr>
          <w:rFonts w:cs="Times New Roman"/>
          <w:sz w:val="20"/>
          <w:szCs w:val="20"/>
        </w:rPr>
      </w:pPr>
      <w:r w:rsidRPr="00BB79B8">
        <w:rPr>
          <w:rFonts w:cs="Times New Roman"/>
          <w:sz w:val="20"/>
          <w:szCs w:val="20"/>
        </w:rPr>
        <w:t>To Rule Out Persistent Inflammation or Relapse: Myocarditis can sometimes smolder or relapse. Recurrent pain may indicate that the inflammation has not fully resolved or is flaring up again, potentially requiring a change in treatment (e.g., adjusting anti-inflammatory medications or restarting a taper).</w:t>
      </w:r>
    </w:p>
    <w:p w14:paraId="1F36FEBA" w14:textId="77777777" w:rsidR="004B2954" w:rsidRPr="00BB79B8" w:rsidRDefault="004B2954" w:rsidP="004B2954">
      <w:pPr>
        <w:spacing w:after="20"/>
        <w:ind w:left="216"/>
        <w:rPr>
          <w:rFonts w:cs="Times New Roman"/>
          <w:sz w:val="20"/>
          <w:szCs w:val="20"/>
        </w:rPr>
      </w:pPr>
      <w:r w:rsidRPr="00BB79B8">
        <w:rPr>
          <w:rFonts w:cs="Times New Roman"/>
          <w:sz w:val="20"/>
          <w:szCs w:val="20"/>
        </w:rPr>
        <w:t>To Rule Out Pericarditis: Pericarditis (inflammation of the sac around the heart) is a common "companion" to myocarditis (called myopericarditis). Chest pain from pericarditis is often sharp, positional (worse lying down, better leaning forward), and can recur for weeks. It has its own treatment protocol.</w:t>
      </w:r>
    </w:p>
    <w:p w14:paraId="1BD6E556" w14:textId="77777777" w:rsidR="004B2954" w:rsidRPr="00BB79B8" w:rsidRDefault="004B2954" w:rsidP="004B2954">
      <w:pPr>
        <w:spacing w:after="20"/>
        <w:ind w:left="216"/>
        <w:rPr>
          <w:rFonts w:cs="Times New Roman"/>
          <w:sz w:val="20"/>
          <w:szCs w:val="20"/>
        </w:rPr>
      </w:pPr>
      <w:r w:rsidRPr="00BB79B8">
        <w:rPr>
          <w:rFonts w:cs="Times New Roman"/>
          <w:sz w:val="20"/>
          <w:szCs w:val="20"/>
        </w:rPr>
        <w:t>To Rule Out Non-Inflammatory Causes: Myocarditis can sometimes lead to other issues that cause chest pain, such as:</w:t>
      </w:r>
    </w:p>
    <w:p w14:paraId="1E28DDD3" w14:textId="77777777" w:rsidR="004B2954" w:rsidRPr="00BB79B8" w:rsidRDefault="004B2954" w:rsidP="004B2954">
      <w:pPr>
        <w:spacing w:after="20"/>
        <w:ind w:left="216"/>
        <w:rPr>
          <w:rFonts w:cs="Times New Roman"/>
          <w:sz w:val="20"/>
          <w:szCs w:val="20"/>
        </w:rPr>
      </w:pPr>
      <w:r w:rsidRPr="00BB79B8">
        <w:rPr>
          <w:rFonts w:cs="Times New Roman"/>
          <w:sz w:val="20"/>
          <w:szCs w:val="20"/>
        </w:rPr>
        <w:t>Coronary vasospasm</w:t>
      </w:r>
    </w:p>
    <w:p w14:paraId="20D2A95E"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(irregular heartbeats)</w:t>
      </w:r>
    </w:p>
    <w:p w14:paraId="4CB83A16"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signs of heart failure (which can cause chest pressure or discomfort)</w:t>
      </w:r>
    </w:p>
    <w:p w14:paraId="52994E02" w14:textId="77777777" w:rsidR="004B2954" w:rsidRPr="00BB79B8" w:rsidRDefault="004B2954" w:rsidP="004B2954">
      <w:pPr>
        <w:spacing w:after="20"/>
        <w:ind w:left="216"/>
        <w:rPr>
          <w:rFonts w:cs="Times New Roman"/>
          <w:sz w:val="20"/>
          <w:szCs w:val="20"/>
        </w:rPr>
      </w:pPr>
      <w:r w:rsidRPr="00BB79B8">
        <w:rPr>
          <w:rFonts w:cs="Times New Roman"/>
          <w:sz w:val="20"/>
          <w:szCs w:val="20"/>
        </w:rPr>
        <w:t>To Rule Out Other Causes: While less likely, recurrent chest pain could be due to a new or unrelated heart condition, or even musculoskeletal pain (common after illness) or reflux. A doctor needs to distinguish between these.</w:t>
      </w:r>
    </w:p>
    <w:p w14:paraId="5E5291C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You Should Do</w:t>
      </w:r>
    </w:p>
    <w:p w14:paraId="20AF13C0" w14:textId="77777777" w:rsidR="004B2954" w:rsidRPr="00BB79B8" w:rsidRDefault="004B2954" w:rsidP="004B2954">
      <w:pPr>
        <w:spacing w:after="20"/>
        <w:ind w:left="216"/>
        <w:rPr>
          <w:rFonts w:cs="Times New Roman"/>
          <w:sz w:val="20"/>
          <w:szCs w:val="20"/>
        </w:rPr>
      </w:pPr>
      <w:r w:rsidRPr="00BB79B8">
        <w:rPr>
          <w:rFonts w:cs="Times New Roman"/>
          <w:sz w:val="20"/>
          <w:szCs w:val="20"/>
        </w:rPr>
        <w:t>Contact your cardiologist or the doctor managing your recovery as soon as possible. They have your baseline information.</w:t>
      </w:r>
    </w:p>
    <w:p w14:paraId="779576C7"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dismiss the pain or try to "push through" it, especially if it occurs with exertion.</w:t>
      </w:r>
    </w:p>
    <w:p w14:paraId="3BFA9BD1" w14:textId="77777777" w:rsidR="004B2954" w:rsidRPr="00BB79B8" w:rsidRDefault="004B2954" w:rsidP="004B2954">
      <w:pPr>
        <w:spacing w:after="20"/>
        <w:ind w:left="216"/>
        <w:rPr>
          <w:rFonts w:cs="Times New Roman"/>
          <w:sz w:val="20"/>
          <w:szCs w:val="20"/>
        </w:rPr>
      </w:pPr>
      <w:r w:rsidRPr="00BB79B8">
        <w:rPr>
          <w:rFonts w:cs="Times New Roman"/>
          <w:sz w:val="20"/>
          <w:szCs w:val="20"/>
        </w:rPr>
        <w:t>Seek immediate (emergency) care if the pain is accompanied by any of these "red flag" symptoms:</w:t>
      </w:r>
    </w:p>
    <w:p w14:paraId="18386D95"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(especially at rest or with minimal activity)</w:t>
      </w:r>
    </w:p>
    <w:p w14:paraId="47D099A3"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 racing heart, or feeling like your heart is skipping beats</w:t>
      </w:r>
    </w:p>
    <w:p w14:paraId="28A2D802" w14:textId="77777777" w:rsidR="004B2954" w:rsidRPr="00BB79B8" w:rsidRDefault="004B2954" w:rsidP="004B2954">
      <w:pPr>
        <w:spacing w:after="20"/>
        <w:ind w:left="216"/>
        <w:rPr>
          <w:rFonts w:cs="Times New Roman"/>
          <w:sz w:val="20"/>
          <w:szCs w:val="20"/>
        </w:rPr>
      </w:pPr>
      <w:r w:rsidRPr="00BB79B8">
        <w:rPr>
          <w:rFonts w:cs="Times New Roman"/>
          <w:sz w:val="20"/>
          <w:szCs w:val="20"/>
        </w:rPr>
        <w:t>Dizziness, lightheadedness, or near-fainting/fainting</w:t>
      </w:r>
    </w:p>
    <w:p w14:paraId="0A459DBF" w14:textId="77777777" w:rsidR="004B2954" w:rsidRPr="00BB79B8" w:rsidRDefault="004B2954" w:rsidP="004B2954">
      <w:pPr>
        <w:spacing w:after="20"/>
        <w:ind w:left="216"/>
        <w:rPr>
          <w:rFonts w:cs="Times New Roman"/>
          <w:sz w:val="20"/>
          <w:szCs w:val="20"/>
        </w:rPr>
      </w:pPr>
      <w:r w:rsidRPr="00BB79B8">
        <w:rPr>
          <w:rFonts w:cs="Times New Roman"/>
          <w:sz w:val="20"/>
          <w:szCs w:val="20"/>
        </w:rPr>
        <w:t>Pain that radiates to your arm, jaw, neck, or back</w:t>
      </w:r>
    </w:p>
    <w:p w14:paraId="2BC153C6"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intense, or crushing pain (different from your usual discomfort)</w:t>
      </w:r>
    </w:p>
    <w:p w14:paraId="32B78CED"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your legs/ankles</w:t>
      </w:r>
    </w:p>
    <w:p w14:paraId="46A62A34"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Recurrent chest pain is not a normal part of an uncomplicated recovery. A follow-up appointment for an ECG, an echocardiogram, and possibly blood work (like troponin or inflammatory markers) is the standard and necessary next step to ensure your healing stays on track.</w:t>
      </w:r>
    </w:p>
    <w:p w14:paraId="6FADD904" w14:textId="77777777" w:rsidR="004B2954" w:rsidRPr="00BB79B8" w:rsidRDefault="004B2954" w:rsidP="004B2954">
      <w:pPr>
        <w:spacing w:after="0"/>
        <w:rPr>
          <w:rFonts w:cs="Times New Roman"/>
          <w:sz w:val="20"/>
          <w:szCs w:val="20"/>
        </w:rPr>
      </w:pPr>
    </w:p>
    <w:p w14:paraId="7B6B5D45"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Doubao</w:t>
      </w:r>
    </w:p>
    <w:p w14:paraId="60E612C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56B6017" w14:textId="77777777" w:rsidR="004B2954" w:rsidRPr="00BB79B8" w:rsidRDefault="004B2954" w:rsidP="004B2954">
      <w:pPr>
        <w:spacing w:after="20"/>
        <w:ind w:left="216"/>
        <w:rPr>
          <w:rFonts w:cs="Times New Roman"/>
          <w:sz w:val="20"/>
          <w:szCs w:val="20"/>
        </w:rPr>
      </w:pPr>
      <w:r w:rsidRPr="00BB79B8">
        <w:rPr>
          <w:rFonts w:cs="Times New Roman"/>
          <w:sz w:val="20"/>
          <w:szCs w:val="20"/>
        </w:rPr>
        <w:t>Yes, recurrent chest pain during myocarditis recovery definitely requires timely and regular follow-up care.</w:t>
      </w:r>
    </w:p>
    <w:p w14:paraId="33523F9A"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reasons</w:t>
      </w:r>
    </w:p>
    <w:p w14:paraId="755ECA7D"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indicate unresolved myocardial inflammation, myocardial damage, pericarditis, or arrhythmias.</w:t>
      </w:r>
    </w:p>
    <w:p w14:paraId="508B0B8E" w14:textId="77777777" w:rsidR="004B2954" w:rsidRPr="00BB79B8" w:rsidRDefault="004B2954" w:rsidP="004B2954">
      <w:pPr>
        <w:spacing w:after="20"/>
        <w:ind w:left="216"/>
        <w:rPr>
          <w:rFonts w:cs="Times New Roman"/>
          <w:sz w:val="20"/>
          <w:szCs w:val="20"/>
        </w:rPr>
      </w:pPr>
      <w:r w:rsidRPr="00BB79B8">
        <w:rPr>
          <w:rFonts w:cs="Times New Roman"/>
          <w:sz w:val="20"/>
          <w:szCs w:val="20"/>
        </w:rPr>
        <w:t>It could be a warning sign of complications such as reduced cardiac function or post-myocarditis syndrome.</w:t>
      </w:r>
    </w:p>
    <w:p w14:paraId="01472107"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can monitor heart function, ECG, cardiac enzymes and cardiac ultrasound to rule out serious sequelae.</w:t>
      </w:r>
    </w:p>
    <w:p w14:paraId="20CAC63D"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advice</w:t>
      </w:r>
    </w:p>
    <w:p w14:paraId="1E23CA96"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strenuous exercise, stay rested, and arrange a cardiology review promptly for targeted evaluation and management.</w:t>
      </w:r>
    </w:p>
    <w:p w14:paraId="5E1F92DA" w14:textId="77777777" w:rsidR="004B2954" w:rsidRPr="00BB79B8" w:rsidRDefault="004B2954" w:rsidP="004B2954">
      <w:pPr>
        <w:rPr>
          <w:rFonts w:cs="Times New Roman"/>
          <w:sz w:val="20"/>
          <w:szCs w:val="20"/>
        </w:rPr>
      </w:pPr>
    </w:p>
    <w:p w14:paraId="7C5199C8" w14:textId="77777777" w:rsidR="004B2954" w:rsidRPr="00BB79B8" w:rsidRDefault="004B2954" w:rsidP="004B2954">
      <w:pPr>
        <w:keepNext/>
        <w:rPr>
          <w:rFonts w:cs="Times New Roman"/>
          <w:sz w:val="20"/>
          <w:szCs w:val="20"/>
        </w:rPr>
      </w:pPr>
      <w:r w:rsidRPr="00BB79B8">
        <w:rPr>
          <w:rFonts w:cs="Times New Roman"/>
          <w:b/>
          <w:color w:val="1F4E79"/>
          <w:sz w:val="20"/>
          <w:szCs w:val="20"/>
        </w:rPr>
        <w:t>Q20. Could waking up at night short of breath be a sign of worsening myocarditis?</w:t>
      </w:r>
    </w:p>
    <w:p w14:paraId="61859B6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DA84B2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C5938D2" w14:textId="77777777" w:rsidR="004B2954" w:rsidRPr="00BB79B8" w:rsidRDefault="004B2954" w:rsidP="004B2954">
      <w:pPr>
        <w:spacing w:after="20"/>
        <w:ind w:left="216"/>
        <w:rPr>
          <w:rFonts w:cs="Times New Roman"/>
          <w:sz w:val="20"/>
          <w:szCs w:val="20"/>
        </w:rPr>
      </w:pPr>
      <w:r w:rsidRPr="00BB79B8">
        <w:rPr>
          <w:rFonts w:cs="Times New Roman"/>
          <w:sz w:val="20"/>
          <w:szCs w:val="20"/>
        </w:rPr>
        <w:t>Yes - waking up at night short of breath (called paroxysmal nocturnal dyspnea) can be a concerning symptom in someone with myocarditis. It may indicate worsening heart function, especially if the myocardium is inflamed enough to impair the heart's ability to pump blood efficiently. This can lead to fluid backing up into the lungs, causing sudden nighttime breathlessness.</w:t>
      </w:r>
    </w:p>
    <w:p w14:paraId="25E5959A"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red flags in myocarditis include:</w:t>
      </w:r>
    </w:p>
    <w:p w14:paraId="73A8E918"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w:t>
      </w:r>
    </w:p>
    <w:p w14:paraId="320327BE"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w:t>
      </w:r>
    </w:p>
    <w:p w14:paraId="3E187EC3"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w:t>
      </w:r>
    </w:p>
    <w:p w14:paraId="4CC3D768"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fatigue or exercise intolerance</w:t>
      </w:r>
    </w:p>
    <w:p w14:paraId="102B7F16"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legs or abdomen</w:t>
      </w:r>
    </w:p>
    <w:p w14:paraId="6FB71B59" w14:textId="77777777" w:rsidR="004B2954" w:rsidRPr="00BB79B8" w:rsidRDefault="004B2954" w:rsidP="004B2954">
      <w:pPr>
        <w:spacing w:after="20"/>
        <w:ind w:left="216"/>
        <w:rPr>
          <w:rFonts w:cs="Times New Roman"/>
          <w:sz w:val="20"/>
          <w:szCs w:val="20"/>
        </w:rPr>
      </w:pPr>
      <w:r w:rsidRPr="00BB79B8">
        <w:rPr>
          <w:rFonts w:cs="Times New Roman"/>
          <w:sz w:val="20"/>
          <w:szCs w:val="20"/>
        </w:rPr>
        <w:t>Action: If someone with known or suspected myocarditis experiences nighttime shortness of breath, they should seek prompt medical evaluation, as it may signal heart failure or significant cardiac compromise.</w:t>
      </w:r>
    </w:p>
    <w:p w14:paraId="5EA1138D" w14:textId="77777777" w:rsidR="004B2954" w:rsidRPr="00BB79B8" w:rsidRDefault="004B2954" w:rsidP="004B2954">
      <w:pPr>
        <w:spacing w:after="20"/>
        <w:ind w:left="216"/>
        <w:rPr>
          <w:rFonts w:cs="Times New Roman"/>
          <w:sz w:val="20"/>
          <w:szCs w:val="20"/>
        </w:rPr>
      </w:pPr>
      <w:r w:rsidRPr="00BB79B8">
        <w:rPr>
          <w:rFonts w:cs="Times New Roman"/>
          <w:sz w:val="20"/>
          <w:szCs w:val="20"/>
        </w:rPr>
        <w:t>It's not a symptom to monitor at home without professional guidance.</w:t>
      </w:r>
    </w:p>
    <w:p w14:paraId="6477E98D" w14:textId="77777777" w:rsidR="004B2954" w:rsidRPr="00BB79B8" w:rsidRDefault="004B2954" w:rsidP="004B2954">
      <w:pPr>
        <w:spacing w:after="0"/>
        <w:rPr>
          <w:rFonts w:cs="Times New Roman"/>
          <w:sz w:val="20"/>
          <w:szCs w:val="20"/>
        </w:rPr>
      </w:pPr>
    </w:p>
    <w:p w14:paraId="6747C48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474C388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2207A30" w14:textId="77777777" w:rsidR="004B2954" w:rsidRPr="00BB79B8" w:rsidRDefault="004B2954" w:rsidP="004B2954">
      <w:pPr>
        <w:spacing w:after="20"/>
        <w:ind w:left="216"/>
        <w:rPr>
          <w:rFonts w:cs="Times New Roman"/>
          <w:sz w:val="20"/>
          <w:szCs w:val="20"/>
        </w:rPr>
      </w:pPr>
      <w:r w:rsidRPr="00BB79B8">
        <w:rPr>
          <w:rFonts w:cs="Times New Roman"/>
          <w:sz w:val="20"/>
          <w:szCs w:val="20"/>
        </w:rPr>
        <w:t>Waking up suddenly at night feeling short of breath-a symptom known medically as paroxysmal nocturnal dyspnea (PND)-can indeed be a significant clinical indicator of worsening myocarditis or related cardiac complications.</w:t>
      </w:r>
    </w:p>
    <w:p w14:paraId="42FC6EA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myocarditis progresses, the heart muscle may struggle to pump blood effectively, leading to fluid backup in the lungs. This is often more noticeable when lying flat, as fluid redistributes in the chest.</w:t>
      </w:r>
    </w:p>
    <w:p w14:paraId="692E2076"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This Happens in Myocarditis</w:t>
      </w:r>
    </w:p>
    <w:p w14:paraId="29A02B41" w14:textId="77777777" w:rsidR="004B2954" w:rsidRPr="00BB79B8" w:rsidRDefault="004B2954" w:rsidP="004B2954">
      <w:pPr>
        <w:spacing w:after="20"/>
        <w:ind w:left="216"/>
        <w:rPr>
          <w:rFonts w:cs="Times New Roman"/>
          <w:sz w:val="20"/>
          <w:szCs w:val="20"/>
        </w:rPr>
      </w:pPr>
      <w:r w:rsidRPr="00BB79B8">
        <w:rPr>
          <w:rFonts w:cs="Times New Roman"/>
          <w:sz w:val="20"/>
          <w:szCs w:val="20"/>
        </w:rPr>
        <w:t>Left Ventricular Dysfunction: If the inflammation from myocarditis impairs the left ventricle's ability to contract, it can lead to acute pulmonary congestion.</w:t>
      </w:r>
    </w:p>
    <w:p w14:paraId="00A83508" w14:textId="77777777" w:rsidR="004B2954" w:rsidRPr="00BB79B8" w:rsidRDefault="004B2954" w:rsidP="004B2954">
      <w:pPr>
        <w:spacing w:after="20"/>
        <w:ind w:left="216"/>
        <w:rPr>
          <w:rFonts w:cs="Times New Roman"/>
          <w:sz w:val="20"/>
          <w:szCs w:val="20"/>
        </w:rPr>
      </w:pPr>
      <w:r w:rsidRPr="00BB79B8">
        <w:rPr>
          <w:rFonts w:cs="Times New Roman"/>
          <w:sz w:val="20"/>
          <w:szCs w:val="20"/>
        </w:rPr>
        <w:t>Fluid Overload: At night, fluid that may have accumulated in the legs during the day (edema) is reabsorbed into the bloodstream, increasing the volume of blood the heart must process.</w:t>
      </w:r>
    </w:p>
    <w:p w14:paraId="50073445"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Progression: PND is a classic "red flag" symptom of congestive heart failure, which can be a complication of severe or untreated myocarditis.</w:t>
      </w:r>
    </w:p>
    <w:p w14:paraId="3F6D1608"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Potential Signs of Worsening Condition</w:t>
      </w:r>
    </w:p>
    <w:p w14:paraId="56F3037A" w14:textId="77777777" w:rsidR="004B2954" w:rsidRPr="00BB79B8" w:rsidRDefault="004B2954" w:rsidP="004B2954">
      <w:pPr>
        <w:spacing w:after="20"/>
        <w:ind w:left="216"/>
        <w:rPr>
          <w:rFonts w:cs="Times New Roman"/>
          <w:sz w:val="20"/>
          <w:szCs w:val="20"/>
        </w:rPr>
      </w:pPr>
      <w:r w:rsidRPr="00BB79B8">
        <w:rPr>
          <w:rFonts w:cs="Times New Roman"/>
          <w:sz w:val="20"/>
          <w:szCs w:val="20"/>
        </w:rPr>
        <w:t>If this breathlessness is accompanied by any of the following, it warrants immediate medical attention:</w:t>
      </w:r>
    </w:p>
    <w:p w14:paraId="43D93F9A" w14:textId="77777777" w:rsidR="004B2954" w:rsidRPr="00BB79B8" w:rsidRDefault="004B2954" w:rsidP="004B2954">
      <w:pPr>
        <w:spacing w:after="20"/>
        <w:ind w:left="216"/>
        <w:rPr>
          <w:rFonts w:cs="Times New Roman"/>
          <w:sz w:val="20"/>
          <w:szCs w:val="20"/>
        </w:rPr>
      </w:pPr>
      <w:r w:rsidRPr="00BB79B8">
        <w:rPr>
          <w:rFonts w:cs="Times New Roman"/>
          <w:sz w:val="20"/>
          <w:szCs w:val="20"/>
        </w:rPr>
        <w:t>Orthopnea: Needing to prop yourself up on several pillows to breathe comfortably while sleeping.</w:t>
      </w:r>
    </w:p>
    <w:p w14:paraId="0069E07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Increased intensity or frequency of pressure/sharp pains.</w:t>
      </w:r>
    </w:p>
    <w:p w14:paraId="78D445A9"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 feeling of a racing, fluttering, or skipping heartbeat.</w:t>
      </w:r>
    </w:p>
    <w:p w14:paraId="028152D8"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Exercise Tolerance: Finding that you get exhausted or winded much faster than usual during simple daily activities.</w:t>
      </w:r>
    </w:p>
    <w:p w14:paraId="3653E04B"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Feeling faint or dizzy when standing up.</w:t>
      </w:r>
    </w:p>
    <w:p w14:paraId="4AD05D16" w14:textId="77777777" w:rsidR="004B2954" w:rsidRPr="00BB79B8" w:rsidRDefault="004B2954" w:rsidP="004B2954">
      <w:pPr>
        <w:spacing w:after="20"/>
        <w:ind w:left="216"/>
        <w:rPr>
          <w:rFonts w:cs="Times New Roman"/>
          <w:sz w:val="20"/>
          <w:szCs w:val="20"/>
        </w:rPr>
      </w:pPr>
      <w:r w:rsidRPr="00BB79B8">
        <w:rPr>
          <w:rFonts w:cs="Times New Roman"/>
          <w:sz w:val="20"/>
          <w:szCs w:val="20"/>
        </w:rPr>
        <w:t>Recommended Action</w:t>
      </w:r>
    </w:p>
    <w:p w14:paraId="368FFC8B"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or someone else is experiencing "air hunger" that wakes them from sleep, it is critical to contact a healthcare provider or seek emergency evaluation immediately. This symptom suggests the heart may be under significant stress and requires an urgent assessment, likely including an EKG, cardiac biomarkers (like Troponin), or an echocardiogram to check heart function.</w:t>
      </w:r>
    </w:p>
    <w:p w14:paraId="4CD83B62" w14:textId="77777777" w:rsidR="004B2954" w:rsidRPr="00BB79B8" w:rsidRDefault="004B2954" w:rsidP="004B2954">
      <w:pPr>
        <w:spacing w:after="0"/>
        <w:rPr>
          <w:rFonts w:cs="Times New Roman"/>
          <w:sz w:val="20"/>
          <w:szCs w:val="20"/>
        </w:rPr>
      </w:pPr>
    </w:p>
    <w:p w14:paraId="1E6B051B"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Copilot</w:t>
      </w:r>
    </w:p>
    <w:p w14:paraId="0AAFA2D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F07F21F" w14:textId="77777777" w:rsidR="004B2954" w:rsidRPr="00BB79B8" w:rsidRDefault="004B2954" w:rsidP="004B2954">
      <w:pPr>
        <w:spacing w:after="20"/>
        <w:ind w:left="216"/>
        <w:rPr>
          <w:rFonts w:cs="Times New Roman"/>
          <w:sz w:val="20"/>
          <w:szCs w:val="20"/>
        </w:rPr>
      </w:pPr>
      <w:r w:rsidRPr="00BB79B8">
        <w:rPr>
          <w:rFonts w:cs="Times New Roman"/>
          <w:sz w:val="20"/>
          <w:szCs w:val="20"/>
        </w:rPr>
        <w:t>Waking up at night short of breath can be a sign of worsening myocarditis, but it is not specific to myocarditis and can occur in several heart and lung conditions. It does deserve prompt medical attention, especially if it is new, worsening, or accompanied by chest pain or palpitations.</w:t>
      </w:r>
    </w:p>
    <w:p w14:paraId="3EE05013"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3E6CC750" w14:textId="77777777" w:rsidR="004B2954" w:rsidRPr="00BB79B8" w:rsidRDefault="004B2954" w:rsidP="004B2954">
      <w:pPr>
        <w:spacing w:after="20"/>
        <w:ind w:left="216"/>
        <w:rPr>
          <w:rFonts w:cs="Times New Roman"/>
          <w:sz w:val="20"/>
          <w:szCs w:val="20"/>
        </w:rPr>
      </w:pPr>
      <w:r w:rsidRPr="00BB79B8">
        <w:rPr>
          <w:rFonts w:cs="Times New Roman"/>
          <w:sz w:val="20"/>
          <w:szCs w:val="20"/>
        </w:rPr>
        <w:t>Yes - nighttime shortness of breath can indicate worsening myocarditis, because it may reflect developing heart failure, a known complication of myocarditis. However, it is not diagnostic, and other causes are possible. A clinician should evaluate this urgently.</w:t>
      </w:r>
    </w:p>
    <w:p w14:paraId="6E271CCE"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this can happen in myocarditis</w:t>
      </w:r>
    </w:p>
    <w:p w14:paraId="6D88F56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weaken the heart's ability to pump effectively. When the heart cannot keep up with fluid return during sleep, fluid can back up into the lungs, causing:</w:t>
      </w:r>
    </w:p>
    <w:p w14:paraId="3A3A95D5" w14:textId="77777777" w:rsidR="004B2954" w:rsidRPr="00BB79B8" w:rsidRDefault="004B2954" w:rsidP="004B2954">
      <w:pPr>
        <w:spacing w:after="20"/>
        <w:ind w:left="216"/>
        <w:rPr>
          <w:rFonts w:cs="Times New Roman"/>
          <w:sz w:val="20"/>
          <w:szCs w:val="20"/>
        </w:rPr>
      </w:pPr>
      <w:r w:rsidRPr="00BB79B8">
        <w:rPr>
          <w:rFonts w:cs="Times New Roman"/>
          <w:sz w:val="20"/>
          <w:szCs w:val="20"/>
        </w:rPr>
        <w:t>Paroxysmal nocturnal dyspnea (PND) - waking suddenly gasping for air</w:t>
      </w:r>
    </w:p>
    <w:p w14:paraId="7492CF23" w14:textId="77777777" w:rsidR="004B2954" w:rsidRPr="00BB79B8" w:rsidRDefault="004B2954" w:rsidP="004B2954">
      <w:pPr>
        <w:spacing w:after="20"/>
        <w:ind w:left="216"/>
        <w:rPr>
          <w:rFonts w:cs="Times New Roman"/>
          <w:sz w:val="20"/>
          <w:szCs w:val="20"/>
        </w:rPr>
      </w:pPr>
      <w:r w:rsidRPr="00BB79B8">
        <w:rPr>
          <w:rFonts w:cs="Times New Roman"/>
          <w:sz w:val="20"/>
          <w:szCs w:val="20"/>
        </w:rPr>
        <w:t>Orthopnea - needing extra pillows to breathe comfortably</w:t>
      </w:r>
    </w:p>
    <w:p w14:paraId="3F216BD9"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at rest</w:t>
      </w:r>
    </w:p>
    <w:p w14:paraId="003340AC"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is a common symptom of myocarditis and can occur at rest or during activity. Myocarditis can also progress to heart failure, which commonly causes nighttime breathlessness.</w:t>
      </w:r>
    </w:p>
    <w:p w14:paraId="4944BBFC"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that suggest myocarditis may be worsening</w:t>
      </w:r>
    </w:p>
    <w:p w14:paraId="6CEC808C" w14:textId="77777777" w:rsidR="004B2954" w:rsidRPr="00BB79B8" w:rsidRDefault="004B2954" w:rsidP="004B2954">
      <w:pPr>
        <w:spacing w:after="20"/>
        <w:ind w:left="216"/>
        <w:rPr>
          <w:rFonts w:cs="Times New Roman"/>
          <w:sz w:val="20"/>
          <w:szCs w:val="20"/>
        </w:rPr>
      </w:pPr>
      <w:r w:rsidRPr="00BB79B8">
        <w:rPr>
          <w:rFonts w:cs="Times New Roman"/>
          <w:sz w:val="20"/>
          <w:szCs w:val="20"/>
        </w:rPr>
        <w:t>If any of these are present, they warrant urgent medical evaluation:</w:t>
      </w:r>
    </w:p>
    <w:p w14:paraId="480C6675" w14:textId="77777777" w:rsidR="004B2954" w:rsidRPr="00BB79B8" w:rsidRDefault="004B2954" w:rsidP="004B2954">
      <w:pPr>
        <w:spacing w:after="20"/>
        <w:ind w:left="216"/>
        <w:rPr>
          <w:rFonts w:cs="Times New Roman"/>
          <w:sz w:val="20"/>
          <w:szCs w:val="20"/>
        </w:rPr>
      </w:pPr>
      <w:r w:rsidRPr="00BB79B8">
        <w:rPr>
          <w:rFonts w:cs="Times New Roman"/>
          <w:sz w:val="20"/>
          <w:szCs w:val="20"/>
        </w:rPr>
        <w:t>New or worsening shortness of breath, especially at night</w:t>
      </w:r>
    </w:p>
    <w:p w14:paraId="1EC36A0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49C83C81"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or irregular heartbeat</w:t>
      </w:r>
    </w:p>
    <w:p w14:paraId="21C5FB27" w14:textId="77777777" w:rsidR="004B2954" w:rsidRPr="00BB79B8" w:rsidRDefault="004B2954" w:rsidP="004B2954">
      <w:pPr>
        <w:spacing w:after="20"/>
        <w:ind w:left="216"/>
        <w:rPr>
          <w:rFonts w:cs="Times New Roman"/>
          <w:sz w:val="20"/>
          <w:szCs w:val="20"/>
        </w:rPr>
      </w:pPr>
      <w:r w:rsidRPr="00BB79B8">
        <w:rPr>
          <w:rFonts w:cs="Times New Roman"/>
          <w:sz w:val="20"/>
          <w:szCs w:val="20"/>
        </w:rPr>
        <w:t>Lightheadedness or fainting</w:t>
      </w:r>
    </w:p>
    <w:p w14:paraId="4340DC49"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legs or feet</w:t>
      </w:r>
    </w:p>
    <w:p w14:paraId="2A4FC38C"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that is getting worse</w:t>
      </w:r>
    </w:p>
    <w:p w14:paraId="510DA255"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are associated with more severe or progressing myocarditis and may indicate heart failure or arrhythmias.</w:t>
      </w:r>
    </w:p>
    <w:p w14:paraId="131973DE"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possible explanations (not just myocarditis)</w:t>
      </w:r>
    </w:p>
    <w:p w14:paraId="527ECF15" w14:textId="77777777" w:rsidR="004B2954" w:rsidRPr="00BB79B8" w:rsidRDefault="004B2954" w:rsidP="004B2954">
      <w:pPr>
        <w:spacing w:after="20"/>
        <w:ind w:left="216"/>
        <w:rPr>
          <w:rFonts w:cs="Times New Roman"/>
          <w:sz w:val="20"/>
          <w:szCs w:val="20"/>
        </w:rPr>
      </w:pPr>
      <w:r w:rsidRPr="00BB79B8">
        <w:rPr>
          <w:rFonts w:cs="Times New Roman"/>
          <w:sz w:val="20"/>
          <w:szCs w:val="20"/>
        </w:rPr>
        <w:t>Nighttime shortness of breath can also occur with:</w:t>
      </w:r>
    </w:p>
    <w:p w14:paraId="65DB44C0" w14:textId="77777777" w:rsidR="004B2954" w:rsidRPr="00BB79B8" w:rsidRDefault="004B2954" w:rsidP="004B2954">
      <w:pPr>
        <w:spacing w:after="20"/>
        <w:ind w:left="216"/>
        <w:rPr>
          <w:rFonts w:cs="Times New Roman"/>
          <w:sz w:val="20"/>
          <w:szCs w:val="20"/>
        </w:rPr>
      </w:pPr>
      <w:r w:rsidRPr="00BB79B8">
        <w:rPr>
          <w:rFonts w:cs="Times New Roman"/>
          <w:sz w:val="20"/>
          <w:szCs w:val="20"/>
        </w:rPr>
        <w:t>Sleep apnea</w:t>
      </w:r>
    </w:p>
    <w:p w14:paraId="27E957B6" w14:textId="77777777" w:rsidR="004B2954" w:rsidRPr="00BB79B8" w:rsidRDefault="004B2954" w:rsidP="004B2954">
      <w:pPr>
        <w:spacing w:after="20"/>
        <w:ind w:left="216"/>
        <w:rPr>
          <w:rFonts w:cs="Times New Roman"/>
          <w:sz w:val="20"/>
          <w:szCs w:val="20"/>
        </w:rPr>
      </w:pPr>
      <w:r w:rsidRPr="00BB79B8">
        <w:rPr>
          <w:rFonts w:cs="Times New Roman"/>
          <w:sz w:val="20"/>
          <w:szCs w:val="20"/>
        </w:rPr>
        <w:t>Asthma</w:t>
      </w:r>
    </w:p>
    <w:p w14:paraId="3DD6B26A" w14:textId="77777777" w:rsidR="004B2954" w:rsidRPr="00BB79B8" w:rsidRDefault="004B2954" w:rsidP="004B2954">
      <w:pPr>
        <w:spacing w:after="20"/>
        <w:ind w:left="216"/>
        <w:rPr>
          <w:rFonts w:cs="Times New Roman"/>
          <w:sz w:val="20"/>
          <w:szCs w:val="20"/>
        </w:rPr>
      </w:pPr>
      <w:r w:rsidRPr="00BB79B8">
        <w:rPr>
          <w:rFonts w:cs="Times New Roman"/>
          <w:sz w:val="20"/>
          <w:szCs w:val="20"/>
        </w:rPr>
        <w:t>Anxiety/panic episodes</w:t>
      </w:r>
    </w:p>
    <w:p w14:paraId="7087696B" w14:textId="77777777" w:rsidR="004B2954" w:rsidRPr="00BB79B8" w:rsidRDefault="004B2954" w:rsidP="004B2954">
      <w:pPr>
        <w:spacing w:after="20"/>
        <w:ind w:left="216"/>
        <w:rPr>
          <w:rFonts w:cs="Times New Roman"/>
          <w:sz w:val="20"/>
          <w:szCs w:val="20"/>
        </w:rPr>
      </w:pPr>
      <w:r w:rsidRPr="00BB79B8">
        <w:rPr>
          <w:rFonts w:cs="Times New Roman"/>
          <w:sz w:val="20"/>
          <w:szCs w:val="20"/>
        </w:rPr>
        <w:t>Acid reflux</w:t>
      </w:r>
    </w:p>
    <w:p w14:paraId="15E410B4" w14:textId="77777777" w:rsidR="004B2954" w:rsidRPr="00BB79B8" w:rsidRDefault="004B2954" w:rsidP="004B2954">
      <w:pPr>
        <w:spacing w:after="20"/>
        <w:ind w:left="216"/>
        <w:rPr>
          <w:rFonts w:cs="Times New Roman"/>
          <w:sz w:val="20"/>
          <w:szCs w:val="20"/>
        </w:rPr>
      </w:pPr>
      <w:r w:rsidRPr="00BB79B8">
        <w:rPr>
          <w:rFonts w:cs="Times New Roman"/>
          <w:sz w:val="20"/>
          <w:szCs w:val="20"/>
        </w:rPr>
        <w:t>Lung infections</w:t>
      </w:r>
    </w:p>
    <w:p w14:paraId="69619358" w14:textId="77777777" w:rsidR="004B2954" w:rsidRPr="00BB79B8" w:rsidRDefault="004B2954" w:rsidP="004B2954">
      <w:pPr>
        <w:spacing w:after="20"/>
        <w:ind w:left="216"/>
        <w:rPr>
          <w:rFonts w:cs="Times New Roman"/>
          <w:sz w:val="20"/>
          <w:szCs w:val="20"/>
        </w:rPr>
      </w:pPr>
      <w:r w:rsidRPr="00BB79B8">
        <w:rPr>
          <w:rFonts w:cs="Times New Roman"/>
          <w:sz w:val="20"/>
          <w:szCs w:val="20"/>
        </w:rPr>
        <w:t>Anemia</w:t>
      </w:r>
    </w:p>
    <w:p w14:paraId="5F5E7B85" w14:textId="77777777" w:rsidR="004B2954" w:rsidRPr="00BB79B8" w:rsidRDefault="004B2954" w:rsidP="004B2954">
      <w:pPr>
        <w:spacing w:after="20"/>
        <w:ind w:left="216"/>
        <w:rPr>
          <w:rFonts w:cs="Times New Roman"/>
          <w:sz w:val="20"/>
          <w:szCs w:val="20"/>
        </w:rPr>
      </w:pPr>
      <w:r w:rsidRPr="00BB79B8">
        <w:rPr>
          <w:rFonts w:cs="Times New Roman"/>
          <w:sz w:val="20"/>
          <w:szCs w:val="20"/>
        </w:rPr>
        <w:t>But in someone with known or suspected myocarditis, this symptom should be taken seriously.</w:t>
      </w:r>
    </w:p>
    <w:p w14:paraId="46B59461" w14:textId="77777777" w:rsidR="004B2954" w:rsidRPr="00BB79B8" w:rsidRDefault="004B2954" w:rsidP="004B2954">
      <w:pPr>
        <w:spacing w:after="20"/>
        <w:ind w:left="216"/>
        <w:rPr>
          <w:rFonts w:cs="Times New Roman"/>
          <w:sz w:val="20"/>
          <w:szCs w:val="20"/>
        </w:rPr>
      </w:pPr>
      <w:r w:rsidRPr="00BB79B8">
        <w:rPr>
          <w:rFonts w:cs="Times New Roman"/>
          <w:sz w:val="20"/>
          <w:szCs w:val="20"/>
        </w:rPr>
        <w:t>What you should do next</w:t>
      </w:r>
    </w:p>
    <w:p w14:paraId="3F0A18C4"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this symptom can signal worsening heart function, it's important to contact a healthcare professional promptly or seek urgent care if symptoms escalate.</w:t>
      </w:r>
    </w:p>
    <w:p w14:paraId="0164F4A5"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you'd like, I can help you explore:</w:t>
      </w:r>
    </w:p>
    <w:p w14:paraId="1909FE77" w14:textId="77777777" w:rsidR="004B2954" w:rsidRPr="00BB79B8" w:rsidRDefault="004B2954" w:rsidP="004B2954">
      <w:pPr>
        <w:spacing w:after="20"/>
        <w:ind w:left="216"/>
        <w:rPr>
          <w:rFonts w:cs="Times New Roman"/>
          <w:sz w:val="20"/>
          <w:szCs w:val="20"/>
        </w:rPr>
      </w:pPr>
      <w:r w:rsidRPr="00BB79B8">
        <w:rPr>
          <w:rFonts w:cs="Times New Roman"/>
          <w:sz w:val="20"/>
          <w:szCs w:val="20"/>
        </w:rPr>
        <w:t>possible causes of nighttime breathlessness</w:t>
      </w:r>
    </w:p>
    <w:p w14:paraId="2F73C844" w14:textId="77777777" w:rsidR="004B2954" w:rsidRPr="00BB79B8" w:rsidRDefault="004B2954" w:rsidP="004B2954">
      <w:pPr>
        <w:spacing w:after="20"/>
        <w:ind w:left="216"/>
        <w:rPr>
          <w:rFonts w:cs="Times New Roman"/>
          <w:sz w:val="20"/>
          <w:szCs w:val="20"/>
        </w:rPr>
      </w:pPr>
      <w:r w:rsidRPr="00BB79B8">
        <w:rPr>
          <w:rFonts w:cs="Times New Roman"/>
          <w:sz w:val="20"/>
          <w:szCs w:val="20"/>
        </w:rPr>
        <w:t>how myocarditis is monitored</w:t>
      </w:r>
    </w:p>
    <w:p w14:paraId="07D69E0E"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emergency care for heart symptoms</w:t>
      </w:r>
    </w:p>
    <w:p w14:paraId="4F7A238A" w14:textId="77777777" w:rsidR="004B2954" w:rsidRPr="00BB79B8" w:rsidRDefault="004B2954" w:rsidP="004B2954">
      <w:pPr>
        <w:spacing w:after="0"/>
        <w:rPr>
          <w:rFonts w:cs="Times New Roman"/>
          <w:sz w:val="20"/>
          <w:szCs w:val="20"/>
        </w:rPr>
      </w:pPr>
    </w:p>
    <w:p w14:paraId="1BB239E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F64A0D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27A77D2" w14:textId="77777777" w:rsidR="004B2954" w:rsidRPr="00BB79B8" w:rsidRDefault="004B2954" w:rsidP="004B2954">
      <w:pPr>
        <w:spacing w:after="20"/>
        <w:ind w:left="216"/>
        <w:rPr>
          <w:rFonts w:cs="Times New Roman"/>
          <w:sz w:val="20"/>
          <w:szCs w:val="20"/>
        </w:rPr>
      </w:pPr>
      <w:r w:rsidRPr="00BB79B8">
        <w:rPr>
          <w:rFonts w:cs="Times New Roman"/>
          <w:sz w:val="20"/>
          <w:szCs w:val="20"/>
        </w:rPr>
        <w:t>Yes, waking up at night short of breath (a condition known as paroxysmal nocturnal dyspnea, or PND) can be a sign that myocarditis is worsening. However, it is important to act on this symptom immediately, as it suggests a specific and serious progression of the disease.</w:t>
      </w:r>
    </w:p>
    <w:p w14:paraId="5F53A3D4"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why this happens and what it means for myocarditis:</w:t>
      </w:r>
    </w:p>
    <w:p w14:paraId="26C0F5A0" w14:textId="77777777" w:rsidR="004B2954" w:rsidRPr="00BB79B8" w:rsidRDefault="004B2954" w:rsidP="004B2954">
      <w:pPr>
        <w:spacing w:after="20"/>
        <w:ind w:left="216"/>
        <w:rPr>
          <w:rFonts w:cs="Times New Roman"/>
          <w:sz w:val="20"/>
          <w:szCs w:val="20"/>
        </w:rPr>
      </w:pPr>
      <w:r w:rsidRPr="00BB79B8">
        <w:rPr>
          <w:rFonts w:cs="Times New Roman"/>
          <w:sz w:val="20"/>
          <w:szCs w:val="20"/>
        </w:rPr>
        <w:t>Why does myocarditis cause this symptom?</w:t>
      </w:r>
      <w:r w:rsidRPr="00BB79B8">
        <w:rPr>
          <w:rFonts w:cs="Times New Roman"/>
          <w:sz w:val="20"/>
          <w:szCs w:val="20"/>
        </w:rPr>
        <w:br/>
        <w:t>Myocarditis is inflammation of the heart muscle. As it worsens, the heart becomes weaker and less able to pump blood efficiently. This can lead to heart failure.</w:t>
      </w:r>
    </w:p>
    <w:p w14:paraId="539BCD65" w14:textId="77777777" w:rsidR="004B2954" w:rsidRPr="00BB79B8" w:rsidRDefault="004B2954" w:rsidP="004B2954">
      <w:pPr>
        <w:spacing w:after="20"/>
        <w:ind w:left="216"/>
        <w:rPr>
          <w:rFonts w:cs="Times New Roman"/>
          <w:sz w:val="20"/>
          <w:szCs w:val="20"/>
        </w:rPr>
      </w:pPr>
      <w:r w:rsidRPr="00BB79B8">
        <w:rPr>
          <w:rFonts w:cs="Times New Roman"/>
          <w:sz w:val="20"/>
          <w:szCs w:val="20"/>
        </w:rPr>
        <w:t>When you lie flat at night, fluid that has pooled in your legs during the day redistributes into your core and lungs.</w:t>
      </w:r>
    </w:p>
    <w:p w14:paraId="1B238677" w14:textId="77777777" w:rsidR="004B2954" w:rsidRPr="00BB79B8" w:rsidRDefault="004B2954" w:rsidP="004B2954">
      <w:pPr>
        <w:spacing w:after="20"/>
        <w:ind w:left="216"/>
        <w:rPr>
          <w:rFonts w:cs="Times New Roman"/>
          <w:sz w:val="20"/>
          <w:szCs w:val="20"/>
        </w:rPr>
      </w:pPr>
      <w:r w:rsidRPr="00BB79B8">
        <w:rPr>
          <w:rFonts w:cs="Times New Roman"/>
          <w:sz w:val="20"/>
          <w:szCs w:val="20"/>
        </w:rPr>
        <w:t>A weakened heart cannot keep up with this extra fluid volume, causing fluid to back up into the lungs (pulmonary congestion).</w:t>
      </w:r>
    </w:p>
    <w:p w14:paraId="3CEA56DA"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This congestion triggers sudden, terrifying shortness of breath that wakes you from sleep, often 1-2 hours after lying down. You may also feel the need to sit or stand up to breathe (orthopnea).</w:t>
      </w:r>
    </w:p>
    <w:p w14:paraId="0512B7F3" w14:textId="77777777" w:rsidR="004B2954" w:rsidRPr="00BB79B8" w:rsidRDefault="004B2954" w:rsidP="004B2954">
      <w:pPr>
        <w:spacing w:after="20"/>
        <w:ind w:left="216"/>
        <w:rPr>
          <w:rFonts w:cs="Times New Roman"/>
          <w:sz w:val="20"/>
          <w:szCs w:val="20"/>
        </w:rPr>
      </w:pPr>
      <w:r w:rsidRPr="00BB79B8">
        <w:rPr>
          <w:rFonts w:cs="Times New Roman"/>
          <w:sz w:val="20"/>
          <w:szCs w:val="20"/>
        </w:rPr>
        <w:t>What else could cause waking up short of breath?</w:t>
      </w:r>
      <w:r w:rsidRPr="00BB79B8">
        <w:rPr>
          <w:rFonts w:cs="Times New Roman"/>
          <w:sz w:val="20"/>
          <w:szCs w:val="20"/>
        </w:rPr>
        <w:br/>
        <w:t>While this is a serious red flag for myocarditis, other conditions can mimic it, including:</w:t>
      </w:r>
    </w:p>
    <w:p w14:paraId="3A279515" w14:textId="77777777" w:rsidR="004B2954" w:rsidRPr="00BB79B8" w:rsidRDefault="004B2954" w:rsidP="004B2954">
      <w:pPr>
        <w:spacing w:after="20"/>
        <w:ind w:left="216"/>
        <w:rPr>
          <w:rFonts w:cs="Times New Roman"/>
          <w:sz w:val="20"/>
          <w:szCs w:val="20"/>
        </w:rPr>
      </w:pPr>
      <w:r w:rsidRPr="00BB79B8">
        <w:rPr>
          <w:rFonts w:cs="Times New Roman"/>
          <w:sz w:val="20"/>
          <w:szCs w:val="20"/>
        </w:rPr>
        <w:t>Obstructive sleep apnea (breathing stops due to airway collapse)</w:t>
      </w:r>
    </w:p>
    <w:p w14:paraId="1B8F1C20" w14:textId="77777777" w:rsidR="004B2954" w:rsidRPr="00BB79B8" w:rsidRDefault="004B2954" w:rsidP="004B2954">
      <w:pPr>
        <w:spacing w:after="20"/>
        <w:ind w:left="216"/>
        <w:rPr>
          <w:rFonts w:cs="Times New Roman"/>
          <w:sz w:val="20"/>
          <w:szCs w:val="20"/>
        </w:rPr>
      </w:pPr>
      <w:r w:rsidRPr="00BB79B8">
        <w:rPr>
          <w:rFonts w:cs="Times New Roman"/>
          <w:sz w:val="20"/>
          <w:szCs w:val="20"/>
        </w:rPr>
        <w:t>Asthma or GERD (acid reflux)</w:t>
      </w:r>
    </w:p>
    <w:p w14:paraId="5C36B4C4" w14:textId="77777777" w:rsidR="004B2954" w:rsidRPr="00BB79B8" w:rsidRDefault="004B2954" w:rsidP="004B2954">
      <w:pPr>
        <w:spacing w:after="20"/>
        <w:ind w:left="216"/>
        <w:rPr>
          <w:rFonts w:cs="Times New Roman"/>
          <w:sz w:val="20"/>
          <w:szCs w:val="20"/>
        </w:rPr>
      </w:pPr>
      <w:r w:rsidRPr="00BB79B8">
        <w:rPr>
          <w:rFonts w:cs="Times New Roman"/>
          <w:sz w:val="20"/>
          <w:szCs w:val="20"/>
        </w:rPr>
        <w:t>Panic attacks</w:t>
      </w:r>
    </w:p>
    <w:p w14:paraId="39C1A56F"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if you have a known diagnosis of myocarditis, you should assume any new nighttime breathlessness is due to worsening heart function until proven otherwise.</w:t>
      </w:r>
    </w:p>
    <w:p w14:paraId="54F4722F" w14:textId="77777777" w:rsidR="004B2954" w:rsidRPr="00BB79B8" w:rsidRDefault="004B2954" w:rsidP="004B2954">
      <w:pPr>
        <w:spacing w:after="20"/>
        <w:ind w:left="216"/>
        <w:rPr>
          <w:rFonts w:cs="Times New Roman"/>
          <w:sz w:val="20"/>
          <w:szCs w:val="20"/>
        </w:rPr>
      </w:pPr>
      <w:r w:rsidRPr="00BB79B8">
        <w:rPr>
          <w:rFonts w:cs="Times New Roman"/>
          <w:sz w:val="20"/>
          <w:szCs w:val="20"/>
        </w:rPr>
        <w:t>Critical warning signs to seek emergency care immediately:</w:t>
      </w:r>
      <w:r w:rsidRPr="00BB79B8">
        <w:rPr>
          <w:rFonts w:cs="Times New Roman"/>
          <w:sz w:val="20"/>
          <w:szCs w:val="20"/>
        </w:rPr>
        <w:br/>
        <w:t>If you wake up short of breath and also experience any of the following, go to the ER or call emergency services (911/999):</w:t>
      </w:r>
    </w:p>
    <w:p w14:paraId="40CD4D4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pressure, or tightness</w:t>
      </w:r>
    </w:p>
    <w:p w14:paraId="1F19FB87" w14:textId="77777777" w:rsidR="004B2954" w:rsidRPr="00BB79B8" w:rsidRDefault="004B2954" w:rsidP="004B2954">
      <w:pPr>
        <w:spacing w:after="20"/>
        <w:ind w:left="216"/>
        <w:rPr>
          <w:rFonts w:cs="Times New Roman"/>
          <w:sz w:val="20"/>
          <w:szCs w:val="20"/>
        </w:rPr>
      </w:pPr>
      <w:r w:rsidRPr="00BB79B8">
        <w:rPr>
          <w:rFonts w:cs="Times New Roman"/>
          <w:sz w:val="20"/>
          <w:szCs w:val="20"/>
        </w:rPr>
        <w:t>Feeling like you are suffocating or gasping for air</w:t>
      </w:r>
    </w:p>
    <w:p w14:paraId="42D32B02" w14:textId="77777777" w:rsidR="004B2954" w:rsidRPr="00BB79B8" w:rsidRDefault="004B2954" w:rsidP="004B2954">
      <w:pPr>
        <w:spacing w:after="20"/>
        <w:ind w:left="216"/>
        <w:rPr>
          <w:rFonts w:cs="Times New Roman"/>
          <w:sz w:val="20"/>
          <w:szCs w:val="20"/>
        </w:rPr>
      </w:pPr>
      <w:r w:rsidRPr="00BB79B8">
        <w:rPr>
          <w:rFonts w:cs="Times New Roman"/>
          <w:sz w:val="20"/>
          <w:szCs w:val="20"/>
        </w:rPr>
        <w:t>Coughing up pink, frothy phlegm</w:t>
      </w:r>
    </w:p>
    <w:p w14:paraId="3A25B1B6" w14:textId="77777777" w:rsidR="004B2954" w:rsidRPr="00BB79B8" w:rsidRDefault="004B2954" w:rsidP="004B2954">
      <w:pPr>
        <w:spacing w:after="20"/>
        <w:ind w:left="216"/>
        <w:rPr>
          <w:rFonts w:cs="Times New Roman"/>
          <w:sz w:val="20"/>
          <w:szCs w:val="20"/>
        </w:rPr>
      </w:pPr>
      <w:r w:rsidRPr="00BB79B8">
        <w:rPr>
          <w:rFonts w:cs="Times New Roman"/>
          <w:sz w:val="20"/>
          <w:szCs w:val="20"/>
        </w:rPr>
        <w:t>A feeling of doom or severe anxiety</w:t>
      </w:r>
    </w:p>
    <w:p w14:paraId="531F5F9E" w14:textId="77777777" w:rsidR="004B2954" w:rsidRPr="00BB79B8" w:rsidRDefault="004B2954" w:rsidP="004B2954">
      <w:pPr>
        <w:spacing w:after="20"/>
        <w:ind w:left="216"/>
        <w:rPr>
          <w:rFonts w:cs="Times New Roman"/>
          <w:sz w:val="20"/>
          <w:szCs w:val="20"/>
        </w:rPr>
      </w:pPr>
      <w:r w:rsidRPr="00BB79B8">
        <w:rPr>
          <w:rFonts w:cs="Times New Roman"/>
          <w:sz w:val="20"/>
          <w:szCs w:val="20"/>
        </w:rPr>
        <w:t>New swelling in your legs/ankles</w:t>
      </w:r>
    </w:p>
    <w:p w14:paraId="75A41BB1" w14:textId="77777777" w:rsidR="004B2954" w:rsidRPr="00BB79B8" w:rsidRDefault="004B2954" w:rsidP="004B2954">
      <w:pPr>
        <w:spacing w:after="20"/>
        <w:ind w:left="216"/>
        <w:rPr>
          <w:rFonts w:cs="Times New Roman"/>
          <w:sz w:val="20"/>
          <w:szCs w:val="20"/>
        </w:rPr>
      </w:pPr>
      <w:r w:rsidRPr="00BB79B8">
        <w:rPr>
          <w:rFonts w:cs="Times New Roman"/>
          <w:sz w:val="20"/>
          <w:szCs w:val="20"/>
        </w:rPr>
        <w:t>A racing or irregular heartbeat</w:t>
      </w:r>
    </w:p>
    <w:p w14:paraId="33C759B3"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do now:</w:t>
      </w:r>
    </w:p>
    <w:p w14:paraId="01C9005F"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wait for it to happen again. Contact your cardiologist or primary care doctor today. Tell them you are waking up at night unable to breathe.</w:t>
      </w:r>
    </w:p>
    <w:p w14:paraId="171FF5E9" w14:textId="77777777" w:rsidR="004B2954" w:rsidRPr="00BB79B8" w:rsidRDefault="004B2954" w:rsidP="004B2954">
      <w:pPr>
        <w:spacing w:after="20"/>
        <w:ind w:left="216"/>
        <w:rPr>
          <w:rFonts w:cs="Times New Roman"/>
          <w:sz w:val="20"/>
          <w:szCs w:val="20"/>
        </w:rPr>
      </w:pPr>
      <w:r w:rsidRPr="00BB79B8">
        <w:rPr>
          <w:rFonts w:cs="Times New Roman"/>
          <w:sz w:val="20"/>
          <w:szCs w:val="20"/>
        </w:rPr>
        <w:t>Sleep propped up on several pillows or in a recliner tonight to help reduce lung congestion until you can be seen.</w:t>
      </w:r>
    </w:p>
    <w:p w14:paraId="4029A45E"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 your weight - a sudden gain of 2-3 lbs (1-1.5 kg) in a day or 5 lbs (2 kg) in a week often accompanies this fluid buildup.</w:t>
      </w:r>
    </w:p>
    <w:p w14:paraId="189387E3"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For someone with myocarditis, new nighttime shortness of breath is a potential sign of progression to heart failure. It requires prompt medical evaluation, often the same day, to adjust medications (like diuretics or heart failure therapies) and prevent a crisis.</w:t>
      </w:r>
    </w:p>
    <w:p w14:paraId="6ED0CBDB"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I am an AI, not a doctor. This information is for educational purposes and does not replace professional medical advice. Given the potential seriousness of this symptom, please seek care promptly.</w:t>
      </w:r>
    </w:p>
    <w:p w14:paraId="5B2979D5" w14:textId="77777777" w:rsidR="004B2954" w:rsidRPr="00BB79B8" w:rsidRDefault="004B2954" w:rsidP="004B2954">
      <w:pPr>
        <w:spacing w:after="0"/>
        <w:rPr>
          <w:rFonts w:cs="Times New Roman"/>
          <w:sz w:val="20"/>
          <w:szCs w:val="20"/>
        </w:rPr>
      </w:pPr>
    </w:p>
    <w:p w14:paraId="6133C22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9AC7A4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8DCF342" w14:textId="77777777" w:rsidR="004B2954" w:rsidRPr="00BB79B8" w:rsidRDefault="004B2954" w:rsidP="004B2954">
      <w:pPr>
        <w:spacing w:after="20"/>
        <w:ind w:left="216"/>
        <w:rPr>
          <w:rFonts w:cs="Times New Roman"/>
          <w:sz w:val="20"/>
          <w:szCs w:val="20"/>
        </w:rPr>
      </w:pPr>
      <w:r w:rsidRPr="00BB79B8">
        <w:rPr>
          <w:rFonts w:cs="Times New Roman"/>
          <w:sz w:val="20"/>
          <w:szCs w:val="20"/>
        </w:rPr>
        <w:t>Yes, waking up at night with shortness of breath can absolutely be a sign of worsening myocarditis and needs prompt medical attention.</w:t>
      </w:r>
    </w:p>
    <w:p w14:paraId="1F6CD430" w14:textId="77777777" w:rsidR="004B2954" w:rsidRPr="00BB79B8" w:rsidRDefault="004B2954" w:rsidP="004B2954">
      <w:pPr>
        <w:spacing w:after="20"/>
        <w:ind w:left="216"/>
        <w:rPr>
          <w:rFonts w:cs="Times New Roman"/>
          <w:sz w:val="20"/>
          <w:szCs w:val="20"/>
        </w:rPr>
      </w:pPr>
      <w:r w:rsidRPr="00BB79B8">
        <w:rPr>
          <w:rFonts w:cs="Times New Roman"/>
          <w:sz w:val="20"/>
          <w:szCs w:val="20"/>
        </w:rPr>
        <w:t>Why it happens</w:t>
      </w:r>
    </w:p>
    <w:p w14:paraId="2D150B8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weaken the heart muscle, reducing its pumping ability. This leads to blood and fluid backing up into the lungs. When you lie flat at night, fluid shifts more easily into the lung tissue, causing paroxysmal nocturnal dyspnea - suddenly waking up gasping for air, often needing to sit upright to breathe easier.</w:t>
      </w:r>
    </w:p>
    <w:p w14:paraId="1B682EEF" w14:textId="77777777" w:rsidR="004B2954" w:rsidRPr="00BB79B8" w:rsidRDefault="004B2954" w:rsidP="004B2954">
      <w:pPr>
        <w:spacing w:after="20"/>
        <w:ind w:left="216"/>
        <w:rPr>
          <w:rFonts w:cs="Times New Roman"/>
          <w:sz w:val="20"/>
          <w:szCs w:val="20"/>
        </w:rPr>
      </w:pPr>
      <w:r w:rsidRPr="00BB79B8">
        <w:rPr>
          <w:rFonts w:cs="Times New Roman"/>
          <w:sz w:val="20"/>
          <w:szCs w:val="20"/>
        </w:rPr>
        <w:t>Key warning signs of worsening myocarditis</w:t>
      </w:r>
    </w:p>
    <w:p w14:paraId="06DD4817" w14:textId="77777777" w:rsidR="004B2954" w:rsidRPr="00BB79B8" w:rsidRDefault="004B2954" w:rsidP="004B2954">
      <w:pPr>
        <w:spacing w:after="20"/>
        <w:ind w:left="216"/>
        <w:rPr>
          <w:rFonts w:cs="Times New Roman"/>
          <w:sz w:val="20"/>
          <w:szCs w:val="20"/>
        </w:rPr>
      </w:pPr>
      <w:r w:rsidRPr="00BB79B8">
        <w:rPr>
          <w:rFonts w:cs="Times New Roman"/>
          <w:sz w:val="20"/>
          <w:szCs w:val="20"/>
        </w:rPr>
        <w:t>Nighttime awakening with shortness of breath</w:t>
      </w:r>
    </w:p>
    <w:p w14:paraId="722355D9" w14:textId="77777777" w:rsidR="004B2954" w:rsidRPr="00BB79B8" w:rsidRDefault="004B2954" w:rsidP="004B2954">
      <w:pPr>
        <w:spacing w:after="20"/>
        <w:ind w:left="216"/>
        <w:rPr>
          <w:rFonts w:cs="Times New Roman"/>
          <w:sz w:val="20"/>
          <w:szCs w:val="20"/>
        </w:rPr>
      </w:pPr>
      <w:r w:rsidRPr="00BB79B8">
        <w:rPr>
          <w:rFonts w:cs="Times New Roman"/>
          <w:sz w:val="20"/>
          <w:szCs w:val="20"/>
        </w:rPr>
        <w:t>Difficulty lying flat, needing extra pillows</w:t>
      </w:r>
    </w:p>
    <w:p w14:paraId="50A14836"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tightness/pain at rest or night</w:t>
      </w:r>
    </w:p>
    <w:p w14:paraId="565C2C7D"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fatigue, palpitations, rapid heartbeat</w:t>
      </w:r>
    </w:p>
    <w:p w14:paraId="29238E54"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legs, ankles, or abdomen</w:t>
      </w:r>
    </w:p>
    <w:p w14:paraId="5417FAF7"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reminder</w:t>
      </w:r>
    </w:p>
    <w:p w14:paraId="3703B664" w14:textId="77777777" w:rsidR="004B2954" w:rsidRPr="00BB79B8" w:rsidRDefault="004B2954" w:rsidP="004B2954">
      <w:pPr>
        <w:spacing w:after="20"/>
        <w:ind w:left="216"/>
        <w:rPr>
          <w:rFonts w:cs="Times New Roman"/>
          <w:sz w:val="20"/>
          <w:szCs w:val="20"/>
        </w:rPr>
      </w:pPr>
      <w:r w:rsidRPr="00BB79B8">
        <w:rPr>
          <w:rFonts w:cs="Times New Roman"/>
          <w:sz w:val="20"/>
          <w:szCs w:val="20"/>
        </w:rPr>
        <w:t>This symptom may indicate heart dysfunction or early heart failure from progressive myocarditis. It should not be ignored-you should seek immediate cardiology evaluation for tests like ECG, cardiac ultrasound, blood cardiac markers.</w:t>
      </w:r>
    </w:p>
    <w:p w14:paraId="2478D9F2" w14:textId="77777777" w:rsidR="004B2954" w:rsidRPr="00BB79B8" w:rsidRDefault="004B2954" w:rsidP="004B2954">
      <w:pPr>
        <w:rPr>
          <w:rFonts w:cs="Times New Roman"/>
          <w:sz w:val="20"/>
          <w:szCs w:val="20"/>
        </w:rPr>
      </w:pPr>
    </w:p>
    <w:p w14:paraId="4B4DD48E" w14:textId="77777777" w:rsidR="004B2954" w:rsidRPr="00BB79B8" w:rsidRDefault="004B2954" w:rsidP="004B2954">
      <w:pPr>
        <w:keepNext/>
        <w:rPr>
          <w:rFonts w:cs="Times New Roman"/>
          <w:sz w:val="20"/>
          <w:szCs w:val="20"/>
        </w:rPr>
      </w:pPr>
      <w:r w:rsidRPr="00BB79B8">
        <w:rPr>
          <w:rFonts w:cs="Times New Roman"/>
          <w:b/>
          <w:color w:val="1F4E79"/>
          <w:sz w:val="20"/>
          <w:szCs w:val="20"/>
        </w:rPr>
        <w:t>Q21. What is the most common cause of myocarditis?</w:t>
      </w:r>
    </w:p>
    <w:p w14:paraId="03E03BE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4C66F17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44A7FA8"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cause of myocarditis is viral infection. Among viruses, enteroviruses (especially Coxsackie B virus) have historically been the most frequently implicated. Other viruses such as adenovirus, parvovirus B19, human herpesvirus 6 (HHV-6), and SARS-CoV-2 can also cause myocarditis.</w:t>
      </w:r>
    </w:p>
    <w:p w14:paraId="59101B8F"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In addition to viral causes, less common causes include bacterial infections, autoimmune diseases, drugs, and toxins, but viral infection remains the predominant cause worldwide.</w:t>
      </w:r>
    </w:p>
    <w:p w14:paraId="59FE1A62" w14:textId="77777777" w:rsidR="004B2954" w:rsidRPr="00BB79B8" w:rsidRDefault="004B2954" w:rsidP="004B2954">
      <w:pPr>
        <w:spacing w:after="0"/>
        <w:rPr>
          <w:rFonts w:cs="Times New Roman"/>
          <w:sz w:val="20"/>
          <w:szCs w:val="20"/>
        </w:rPr>
      </w:pPr>
    </w:p>
    <w:p w14:paraId="04470ED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5116E3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8BE8746"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cause of myocarditis is a viral infection.</w:t>
      </w:r>
    </w:p>
    <w:p w14:paraId="40589153"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many different types of viruses can trigger inflammation of the heart muscle, the most frequent culprits include:</w:t>
      </w:r>
    </w:p>
    <w:p w14:paraId="20CBF199" w14:textId="77777777" w:rsidR="004B2954" w:rsidRPr="00BB79B8" w:rsidRDefault="004B2954" w:rsidP="004B2954">
      <w:pPr>
        <w:spacing w:after="20"/>
        <w:ind w:left="216"/>
        <w:rPr>
          <w:rFonts w:cs="Times New Roman"/>
          <w:sz w:val="20"/>
          <w:szCs w:val="20"/>
        </w:rPr>
      </w:pPr>
      <w:r w:rsidRPr="00BB79B8">
        <w:rPr>
          <w:rFonts w:cs="Times New Roman"/>
          <w:sz w:val="20"/>
          <w:szCs w:val="20"/>
        </w:rPr>
        <w:t>Coxsackievirus B: Historically one of the most common causes.</w:t>
      </w:r>
    </w:p>
    <w:p w14:paraId="4B004942"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Adenoviruses: Commonly associated with the "common cold" or respiratory infections.</w:t>
      </w:r>
    </w:p>
    <w:p w14:paraId="6507382D" w14:textId="77777777" w:rsidR="004B2954" w:rsidRPr="00BB79B8" w:rsidRDefault="004B2954" w:rsidP="004B2954">
      <w:pPr>
        <w:spacing w:after="20"/>
        <w:ind w:left="216"/>
        <w:rPr>
          <w:rFonts w:cs="Times New Roman"/>
          <w:sz w:val="20"/>
          <w:szCs w:val="20"/>
        </w:rPr>
      </w:pPr>
      <w:r w:rsidRPr="00BB79B8">
        <w:rPr>
          <w:rFonts w:cs="Times New Roman"/>
          <w:sz w:val="20"/>
          <w:szCs w:val="20"/>
        </w:rPr>
        <w:t>Parvovirus B19: Often linked to "slapped cheek" syndrome in children.</w:t>
      </w:r>
    </w:p>
    <w:p w14:paraId="6102EFF6" w14:textId="77777777" w:rsidR="004B2954" w:rsidRPr="00BB79B8" w:rsidRDefault="004B2954" w:rsidP="004B2954">
      <w:pPr>
        <w:spacing w:after="20"/>
        <w:ind w:left="216"/>
        <w:rPr>
          <w:rFonts w:cs="Times New Roman"/>
          <w:sz w:val="20"/>
          <w:szCs w:val="20"/>
        </w:rPr>
      </w:pPr>
      <w:r w:rsidRPr="00BB79B8">
        <w:rPr>
          <w:rFonts w:cs="Times New Roman"/>
          <w:sz w:val="20"/>
          <w:szCs w:val="20"/>
        </w:rPr>
        <w:t>Herpesviruses: Such as Human Herpesvirus 6 (HHV-6) and Epstein-Barr virus (EBV).</w:t>
      </w:r>
    </w:p>
    <w:p w14:paraId="48BC937F" w14:textId="77777777" w:rsidR="004B2954" w:rsidRPr="00BB79B8" w:rsidRDefault="004B2954" w:rsidP="004B2954">
      <w:pPr>
        <w:spacing w:after="20"/>
        <w:ind w:left="216"/>
        <w:rPr>
          <w:rFonts w:cs="Times New Roman"/>
          <w:sz w:val="20"/>
          <w:szCs w:val="20"/>
        </w:rPr>
      </w:pPr>
      <w:r w:rsidRPr="00BB79B8">
        <w:rPr>
          <w:rFonts w:cs="Times New Roman"/>
          <w:sz w:val="20"/>
          <w:szCs w:val="20"/>
        </w:rPr>
        <w:t>SARS-CoV-2: The virus responsible for COVID-19.</w:t>
      </w:r>
    </w:p>
    <w:p w14:paraId="057354E5"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Potential Causes</w:t>
      </w:r>
    </w:p>
    <w:p w14:paraId="348C7BEE" w14:textId="77777777" w:rsidR="004B2954" w:rsidRPr="00BB79B8" w:rsidRDefault="004B2954" w:rsidP="004B2954">
      <w:pPr>
        <w:spacing w:after="20"/>
        <w:ind w:left="216"/>
        <w:rPr>
          <w:rFonts w:cs="Times New Roman"/>
          <w:sz w:val="20"/>
          <w:szCs w:val="20"/>
        </w:rPr>
      </w:pPr>
      <w:r w:rsidRPr="00BB79B8">
        <w:rPr>
          <w:rFonts w:cs="Times New Roman"/>
          <w:sz w:val="20"/>
          <w:szCs w:val="20"/>
        </w:rPr>
        <w:t>Although viruses are the primary driver, myocarditis can also be caused by:</w:t>
      </w:r>
    </w:p>
    <w:p w14:paraId="0C7B2FC8" w14:textId="77777777" w:rsidR="004B2954" w:rsidRPr="00BB79B8" w:rsidRDefault="004B2954" w:rsidP="004B2954">
      <w:pPr>
        <w:spacing w:after="20"/>
        <w:ind w:left="216"/>
        <w:rPr>
          <w:rFonts w:cs="Times New Roman"/>
          <w:sz w:val="20"/>
          <w:szCs w:val="20"/>
        </w:rPr>
      </w:pPr>
      <w:r w:rsidRPr="00BB79B8">
        <w:rPr>
          <w:rFonts w:cs="Times New Roman"/>
          <w:sz w:val="20"/>
          <w:szCs w:val="20"/>
        </w:rPr>
        <w:t>Bacterial Infections: Such as those causing Lyme disease, diphtheria, or staph infections.</w:t>
      </w:r>
    </w:p>
    <w:p w14:paraId="6CE4C8B8"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Diseases: Conditions like lupus, rheumatoid arthritis, or giant cell arteritis where the body attacks its own tissue.</w:t>
      </w:r>
    </w:p>
    <w:p w14:paraId="1FF53C79" w14:textId="77777777" w:rsidR="004B2954" w:rsidRPr="00BB79B8" w:rsidRDefault="004B2954" w:rsidP="004B2954">
      <w:pPr>
        <w:spacing w:after="20"/>
        <w:ind w:left="216"/>
        <w:rPr>
          <w:rFonts w:cs="Times New Roman"/>
          <w:sz w:val="20"/>
          <w:szCs w:val="20"/>
        </w:rPr>
      </w:pPr>
      <w:r w:rsidRPr="00BB79B8">
        <w:rPr>
          <w:rFonts w:cs="Times New Roman"/>
          <w:sz w:val="20"/>
          <w:szCs w:val="20"/>
        </w:rPr>
        <w:t>Toxic Exposures: Reactions to certain medications (hypersensitivity myocarditis), heavy metals, or environmental toxins.</w:t>
      </w:r>
    </w:p>
    <w:p w14:paraId="1E1DAABA" w14:textId="77777777" w:rsidR="004B2954" w:rsidRPr="00BB79B8" w:rsidRDefault="004B2954" w:rsidP="004B2954">
      <w:pPr>
        <w:spacing w:after="20"/>
        <w:ind w:left="216"/>
        <w:rPr>
          <w:rFonts w:cs="Times New Roman"/>
          <w:sz w:val="20"/>
          <w:szCs w:val="20"/>
        </w:rPr>
      </w:pPr>
      <w:r w:rsidRPr="00BB79B8">
        <w:rPr>
          <w:rFonts w:cs="Times New Roman"/>
          <w:sz w:val="20"/>
          <w:szCs w:val="20"/>
        </w:rPr>
        <w:t>Fungal or Parasitic Infections: Such as Chagas disease, which is a leading cause of myocarditis in parts of Central and South America.</w:t>
      </w:r>
    </w:p>
    <w:p w14:paraId="732B60F5" w14:textId="77777777" w:rsidR="004B2954" w:rsidRPr="00BB79B8" w:rsidRDefault="004B2954" w:rsidP="004B2954">
      <w:pPr>
        <w:spacing w:after="0"/>
        <w:rPr>
          <w:rFonts w:cs="Times New Roman"/>
          <w:sz w:val="20"/>
          <w:szCs w:val="20"/>
        </w:rPr>
      </w:pPr>
    </w:p>
    <w:p w14:paraId="62338A7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6E53F3F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5C3F4F2"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cause of myocarditis is a viral infection, especially enteroviruses such as coxsackievirus B. This is consistently identified across major medical sources, including Mayo Clinic and Cleveland Clinic, which both state that viral infections are the leading cause of myocardial inflammation.</w:t>
      </w:r>
    </w:p>
    <w:p w14:paraId="6998BF0E" w14:textId="77777777" w:rsidR="004B2954" w:rsidRPr="00BB79B8" w:rsidRDefault="004B2954" w:rsidP="004B2954">
      <w:pPr>
        <w:spacing w:after="20"/>
        <w:ind w:left="216"/>
        <w:rPr>
          <w:rFonts w:cs="Times New Roman"/>
          <w:sz w:val="20"/>
          <w:szCs w:val="20"/>
        </w:rPr>
      </w:pPr>
      <w:r w:rsidRPr="00BB79B8">
        <w:rPr>
          <w:rFonts w:cs="Times New Roman"/>
          <w:sz w:val="20"/>
          <w:szCs w:val="20"/>
        </w:rPr>
        <w:t>Harvard Health</w:t>
      </w:r>
    </w:p>
    <w:p w14:paraId="23E65F71" w14:textId="77777777" w:rsidR="004B2954" w:rsidRPr="00BB79B8" w:rsidRDefault="004B2954" w:rsidP="004B2954">
      <w:pPr>
        <w:spacing w:after="20"/>
        <w:ind w:left="216"/>
        <w:rPr>
          <w:rFonts w:cs="Times New Roman"/>
          <w:sz w:val="20"/>
          <w:szCs w:val="20"/>
        </w:rPr>
      </w:pPr>
      <w:r w:rsidRPr="00BB79B8">
        <w:rPr>
          <w:rFonts w:cs="Times New Roman"/>
          <w:sz w:val="20"/>
          <w:szCs w:val="20"/>
        </w:rPr>
        <w:t>Credible health information source</w:t>
      </w:r>
    </w:p>
    <w:p w14:paraId="57E8465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w:t>
      </w:r>
    </w:p>
    <w:p w14:paraId="04DF8513"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an inflammation of the heart muscle that may decrease the ability of the heart to pump blood normally. It can be caused by: 1. An infection: Many infections have been associated with myocarditis. Some of the more likely germs include: Viral infections: Many different viruses can cause myocarditis. Examples include adenovirus, coxsackievirus, Epstein-Barr virus, HIV, varicella (chickenpox), human herpes virus 6, and SARS CoV-2 (COVID-19). Often the person has no preceding symptoms of a cold, cough, nasal congestion, or rash and only becomes aware of the infection when heart failure occurs. Viral infections are among the most common causes of myocarditis., Bacteria: Rarely, myocarditis is a complication of endocarditis, an infection of the heart valves and the lining inside the heart's chambers caused by bacteria. In some people with diphtheria, a toxin (poison) produced by C. diphtheriae bacteria causes a form of myocarditis that leads to a flabby, stretched-out heart muscle. Because the damaged heart cannot pump blood efficiently, severe heart failure may develop within the first week of illness., Chagas' disease: This infection, caused by the protozoan Trypanosoma cruzi, is transmitted by an insect bite. In the United States, myocarditis caused by Chagas' disease is most common among travelers to or immigrants from Central and South America. In up to a third of people with Chagas' disease, a form of chronic (long-term) myocarditis develops years after the first infection. This chronic myocarditis leads to significant destruction of heart muscle with progressive heart failure. and Lyme myocarditis: Lyme disease, an infection caused by the tick-borne bacterium Borrelia burgdorferi, can cause myocarditis or other heart problems; 2. Toxic substances and certain drugs: Myocarditis also can be caused by: overuse of alcohol, radiation, chemicals (hydrocarbons and arsenic) and medicines such as doxorubicin (Adriamycin, a type of chemotherapy) and clozapine (Clorazil, a drug that treats psychosis); very rarely, vaccinations, including those for SARS-CoV-2 and smallpox, may cause myocarditis; 3. Inflammatory diseases: This includes systemic lupus erythematosus (SLE or lupus) and other autoimmune diseases, and sarcoidosis.</w:t>
      </w:r>
    </w:p>
    <w:p w14:paraId="0E00DAFC"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common cause: Viral myocarditis</w:t>
      </w:r>
    </w:p>
    <w:p w14:paraId="51DDA80C" w14:textId="77777777" w:rsidR="004B2954" w:rsidRPr="00BB79B8" w:rsidRDefault="004B2954" w:rsidP="004B2954">
      <w:pPr>
        <w:spacing w:after="20"/>
        <w:ind w:left="216"/>
        <w:rPr>
          <w:rFonts w:cs="Times New Roman"/>
          <w:sz w:val="20"/>
          <w:szCs w:val="20"/>
        </w:rPr>
      </w:pPr>
      <w:r w:rsidRPr="00BB79B8">
        <w:rPr>
          <w:rFonts w:cs="Times New Roman"/>
          <w:sz w:val="20"/>
          <w:szCs w:val="20"/>
        </w:rPr>
        <w:t>Viruses most frequently associated with myocarditis include:</w:t>
      </w:r>
    </w:p>
    <w:p w14:paraId="3F84BE88" w14:textId="77777777" w:rsidR="004B2954" w:rsidRPr="00BB79B8" w:rsidRDefault="004B2954" w:rsidP="004B2954">
      <w:pPr>
        <w:spacing w:after="20"/>
        <w:ind w:left="216"/>
        <w:rPr>
          <w:rFonts w:cs="Times New Roman"/>
          <w:sz w:val="20"/>
          <w:szCs w:val="20"/>
        </w:rPr>
      </w:pPr>
      <w:r w:rsidRPr="00BB79B8">
        <w:rPr>
          <w:rFonts w:cs="Times New Roman"/>
          <w:sz w:val="20"/>
          <w:szCs w:val="20"/>
        </w:rPr>
        <w:t>Coxsackievirus B (a type of enterovirus) - classically the most common cause</w:t>
      </w:r>
    </w:p>
    <w:p w14:paraId="628E5001"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w:t>
      </w:r>
    </w:p>
    <w:p w14:paraId="08A02616" w14:textId="77777777" w:rsidR="004B2954" w:rsidRPr="00BB79B8" w:rsidRDefault="004B2954" w:rsidP="004B2954">
      <w:pPr>
        <w:spacing w:after="20"/>
        <w:ind w:left="216"/>
        <w:rPr>
          <w:rFonts w:cs="Times New Roman"/>
          <w:sz w:val="20"/>
          <w:szCs w:val="20"/>
        </w:rPr>
      </w:pPr>
      <w:r w:rsidRPr="00BB79B8">
        <w:rPr>
          <w:rFonts w:cs="Times New Roman"/>
          <w:sz w:val="20"/>
          <w:szCs w:val="20"/>
        </w:rPr>
        <w:t>Parvovirus B19</w:t>
      </w:r>
    </w:p>
    <w:p w14:paraId="02E1C6CE" w14:textId="77777777" w:rsidR="004B2954" w:rsidRPr="00BB79B8" w:rsidRDefault="004B2954" w:rsidP="004B2954">
      <w:pPr>
        <w:spacing w:after="20"/>
        <w:ind w:left="216"/>
        <w:rPr>
          <w:rFonts w:cs="Times New Roman"/>
          <w:sz w:val="20"/>
          <w:szCs w:val="20"/>
        </w:rPr>
      </w:pPr>
      <w:r w:rsidRPr="00BB79B8">
        <w:rPr>
          <w:rFonts w:cs="Times New Roman"/>
          <w:sz w:val="20"/>
          <w:szCs w:val="20"/>
        </w:rPr>
        <w:t>Human herpesvirus 6</w:t>
      </w:r>
    </w:p>
    <w:p w14:paraId="2A9471C7" w14:textId="77777777" w:rsidR="004B2954" w:rsidRPr="00BB79B8" w:rsidRDefault="004B2954" w:rsidP="004B2954">
      <w:pPr>
        <w:spacing w:after="20"/>
        <w:ind w:left="216"/>
        <w:rPr>
          <w:rFonts w:cs="Times New Roman"/>
          <w:sz w:val="20"/>
          <w:szCs w:val="20"/>
        </w:rPr>
      </w:pPr>
      <w:r w:rsidRPr="00BB79B8">
        <w:rPr>
          <w:rFonts w:cs="Times New Roman"/>
          <w:sz w:val="20"/>
          <w:szCs w:val="20"/>
        </w:rPr>
        <w:t>Influenza viruses</w:t>
      </w:r>
    </w:p>
    <w:p w14:paraId="1BDDA7D4" w14:textId="77777777" w:rsidR="004B2954" w:rsidRPr="00BB79B8" w:rsidRDefault="004B2954" w:rsidP="004B2954">
      <w:pPr>
        <w:spacing w:after="20"/>
        <w:ind w:left="216"/>
        <w:rPr>
          <w:rFonts w:cs="Times New Roman"/>
          <w:sz w:val="20"/>
          <w:szCs w:val="20"/>
        </w:rPr>
      </w:pPr>
      <w:r w:rsidRPr="00BB79B8">
        <w:rPr>
          <w:rFonts w:cs="Times New Roman"/>
          <w:sz w:val="20"/>
          <w:szCs w:val="20"/>
        </w:rPr>
        <w:t>SARS-CoV-2 (COVID-19)</w:t>
      </w:r>
    </w:p>
    <w:p w14:paraId="217C33E7"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These viruses can infect heart muscle cells directly or trigger an immune response that damages the myocardium.</w:t>
      </w:r>
    </w:p>
    <w:p w14:paraId="34DFEE20" w14:textId="77777777" w:rsidR="004B2954" w:rsidRPr="00BB79B8" w:rsidRDefault="004B2954" w:rsidP="004B2954">
      <w:pPr>
        <w:spacing w:after="20"/>
        <w:ind w:left="216"/>
        <w:rPr>
          <w:rFonts w:cs="Times New Roman"/>
          <w:sz w:val="20"/>
          <w:szCs w:val="20"/>
        </w:rPr>
      </w:pPr>
      <w:r w:rsidRPr="00BB79B8">
        <w:rPr>
          <w:rFonts w:cs="Times New Roman"/>
          <w:sz w:val="20"/>
          <w:szCs w:val="20"/>
        </w:rPr>
        <w:t>Why viruses are the leading cause</w:t>
      </w:r>
    </w:p>
    <w:p w14:paraId="0DBF06DD" w14:textId="77777777" w:rsidR="004B2954" w:rsidRPr="00BB79B8" w:rsidRDefault="004B2954" w:rsidP="004B2954">
      <w:pPr>
        <w:spacing w:after="20"/>
        <w:ind w:left="216"/>
        <w:rPr>
          <w:rFonts w:cs="Times New Roman"/>
          <w:sz w:val="20"/>
          <w:szCs w:val="20"/>
        </w:rPr>
      </w:pPr>
      <w:r w:rsidRPr="00BB79B8">
        <w:rPr>
          <w:rFonts w:cs="Times New Roman"/>
          <w:sz w:val="20"/>
          <w:szCs w:val="20"/>
        </w:rPr>
        <w:t>They are common and easily transmitted.</w:t>
      </w:r>
    </w:p>
    <w:p w14:paraId="7476F977" w14:textId="77777777" w:rsidR="004B2954" w:rsidRPr="00BB79B8" w:rsidRDefault="004B2954" w:rsidP="004B2954">
      <w:pPr>
        <w:spacing w:after="20"/>
        <w:ind w:left="216"/>
        <w:rPr>
          <w:rFonts w:cs="Times New Roman"/>
          <w:sz w:val="20"/>
          <w:szCs w:val="20"/>
        </w:rPr>
      </w:pPr>
      <w:r w:rsidRPr="00BB79B8">
        <w:rPr>
          <w:rFonts w:cs="Times New Roman"/>
          <w:sz w:val="20"/>
          <w:szCs w:val="20"/>
        </w:rPr>
        <w:t>Many viral infections are asymptomatic, so myocarditis may be the first noticeable sign.</w:t>
      </w:r>
    </w:p>
    <w:p w14:paraId="134D3861" w14:textId="77777777" w:rsidR="004B2954" w:rsidRPr="00BB79B8" w:rsidRDefault="004B2954" w:rsidP="004B2954">
      <w:pPr>
        <w:spacing w:after="20"/>
        <w:ind w:left="216"/>
        <w:rPr>
          <w:rFonts w:cs="Times New Roman"/>
          <w:sz w:val="20"/>
          <w:szCs w:val="20"/>
        </w:rPr>
      </w:pPr>
      <w:r w:rsidRPr="00BB79B8">
        <w:rPr>
          <w:rFonts w:cs="Times New Roman"/>
          <w:sz w:val="20"/>
          <w:szCs w:val="20"/>
        </w:rPr>
        <w:t>The heart is vulnerable to viral replication and immune-mediated injury.</w:t>
      </w:r>
    </w:p>
    <w:p w14:paraId="14789551"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causes (less common)</w:t>
      </w:r>
    </w:p>
    <w:p w14:paraId="7105011D" w14:textId="77777777" w:rsidR="004B2954" w:rsidRPr="00BB79B8" w:rsidRDefault="004B2954" w:rsidP="004B2954">
      <w:pPr>
        <w:spacing w:after="20"/>
        <w:ind w:left="216"/>
        <w:rPr>
          <w:rFonts w:cs="Times New Roman"/>
          <w:sz w:val="20"/>
          <w:szCs w:val="20"/>
        </w:rPr>
      </w:pPr>
      <w:r w:rsidRPr="00BB79B8">
        <w:rPr>
          <w:rFonts w:cs="Times New Roman"/>
          <w:sz w:val="20"/>
          <w:szCs w:val="20"/>
        </w:rPr>
        <w:t>Bacterial infections (e.g., diphtheria, Lyme disease)</w:t>
      </w:r>
    </w:p>
    <w:p w14:paraId="6808BAAE" w14:textId="77777777" w:rsidR="004B2954" w:rsidRPr="00BB79B8" w:rsidRDefault="004B2954" w:rsidP="004B2954">
      <w:pPr>
        <w:spacing w:after="20"/>
        <w:ind w:left="216"/>
        <w:rPr>
          <w:rFonts w:cs="Times New Roman"/>
          <w:sz w:val="20"/>
          <w:szCs w:val="20"/>
        </w:rPr>
      </w:pPr>
      <w:r w:rsidRPr="00BB79B8">
        <w:rPr>
          <w:rFonts w:cs="Times New Roman"/>
          <w:sz w:val="20"/>
          <w:szCs w:val="20"/>
        </w:rPr>
        <w:t>Parasites (e.g., Trypanosoma cruzi to Chagas disease)</w:t>
      </w:r>
    </w:p>
    <w:p w14:paraId="31EE9CDF"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diseases (e.g., lupus, sarcoidosis)</w:t>
      </w:r>
    </w:p>
    <w:p w14:paraId="2A04F3ED" w14:textId="77777777" w:rsidR="004B2954" w:rsidRPr="00BB79B8" w:rsidRDefault="004B2954" w:rsidP="004B2954">
      <w:pPr>
        <w:spacing w:after="20"/>
        <w:ind w:left="216"/>
        <w:rPr>
          <w:rFonts w:cs="Times New Roman"/>
          <w:sz w:val="20"/>
          <w:szCs w:val="20"/>
        </w:rPr>
      </w:pPr>
      <w:r w:rsidRPr="00BB79B8">
        <w:rPr>
          <w:rFonts w:cs="Times New Roman"/>
          <w:sz w:val="20"/>
          <w:szCs w:val="20"/>
        </w:rPr>
        <w:t>Toxins or drugs (e.g., alcohol, chemotherapy agents)</w:t>
      </w:r>
    </w:p>
    <w:p w14:paraId="1B0E8791" w14:textId="77777777" w:rsidR="004B2954" w:rsidRPr="00BB79B8" w:rsidRDefault="004B2954" w:rsidP="004B2954">
      <w:pPr>
        <w:spacing w:after="0"/>
        <w:rPr>
          <w:rFonts w:cs="Times New Roman"/>
          <w:sz w:val="20"/>
          <w:szCs w:val="20"/>
        </w:rPr>
      </w:pPr>
    </w:p>
    <w:p w14:paraId="17738F8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4757182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34724CD"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cause of myocarditis is viral infection, with Coxsackie B virus being the most frequently implicated pathogen. Other common viral causes include adenovirus, parvovirus B19, and human herpesvirus 6.</w:t>
      </w:r>
    </w:p>
    <w:p w14:paraId="0B5BBDFE" w14:textId="77777777" w:rsidR="004B2954" w:rsidRPr="00BB79B8" w:rsidRDefault="004B2954" w:rsidP="004B2954">
      <w:pPr>
        <w:spacing w:after="0"/>
        <w:rPr>
          <w:rFonts w:cs="Times New Roman"/>
          <w:sz w:val="20"/>
          <w:szCs w:val="20"/>
        </w:rPr>
      </w:pPr>
    </w:p>
    <w:p w14:paraId="599473F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F30C70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D4F6520"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infection is the most common cause of myocarditis.</w:t>
      </w:r>
    </w:p>
    <w:p w14:paraId="69E76ED0"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implicated viruses:</w:t>
      </w:r>
    </w:p>
    <w:p w14:paraId="6E931ADE" w14:textId="77777777" w:rsidR="004B2954" w:rsidRPr="00BB79B8" w:rsidRDefault="004B2954" w:rsidP="004B2954">
      <w:pPr>
        <w:spacing w:after="20"/>
        <w:ind w:left="216"/>
        <w:rPr>
          <w:rFonts w:cs="Times New Roman"/>
          <w:sz w:val="20"/>
          <w:szCs w:val="20"/>
        </w:rPr>
      </w:pPr>
      <w:r w:rsidRPr="00BB79B8">
        <w:rPr>
          <w:rFonts w:cs="Times New Roman"/>
          <w:sz w:val="20"/>
          <w:szCs w:val="20"/>
        </w:rPr>
        <w:t>Enteroviruses (especially Coxsackie B virus)</w:t>
      </w:r>
    </w:p>
    <w:p w14:paraId="1C7AB9C7"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w:t>
      </w:r>
    </w:p>
    <w:p w14:paraId="2B35B5FA" w14:textId="77777777" w:rsidR="004B2954" w:rsidRPr="00BB79B8" w:rsidRDefault="004B2954" w:rsidP="004B2954">
      <w:pPr>
        <w:spacing w:after="20"/>
        <w:ind w:left="216"/>
        <w:rPr>
          <w:rFonts w:cs="Times New Roman"/>
          <w:sz w:val="20"/>
          <w:szCs w:val="20"/>
        </w:rPr>
      </w:pPr>
      <w:r w:rsidRPr="00BB79B8">
        <w:rPr>
          <w:rFonts w:cs="Times New Roman"/>
          <w:sz w:val="20"/>
          <w:szCs w:val="20"/>
        </w:rPr>
        <w:t>Influenza virus</w:t>
      </w:r>
    </w:p>
    <w:p w14:paraId="4692F184" w14:textId="77777777" w:rsidR="004B2954" w:rsidRPr="00BB79B8" w:rsidRDefault="004B2954" w:rsidP="004B2954">
      <w:pPr>
        <w:spacing w:after="20"/>
        <w:ind w:left="216"/>
        <w:rPr>
          <w:rFonts w:cs="Times New Roman"/>
          <w:sz w:val="20"/>
          <w:szCs w:val="20"/>
        </w:rPr>
      </w:pPr>
      <w:r w:rsidRPr="00BB79B8">
        <w:rPr>
          <w:rFonts w:cs="Times New Roman"/>
          <w:sz w:val="20"/>
          <w:szCs w:val="20"/>
        </w:rPr>
        <w:t>COVID-19</w:t>
      </w:r>
    </w:p>
    <w:p w14:paraId="0E48298D" w14:textId="77777777" w:rsidR="004B2954" w:rsidRPr="00BB79B8" w:rsidRDefault="004B2954" w:rsidP="004B2954">
      <w:pPr>
        <w:spacing w:after="20"/>
        <w:ind w:left="216"/>
        <w:rPr>
          <w:rFonts w:cs="Times New Roman"/>
          <w:sz w:val="20"/>
          <w:szCs w:val="20"/>
        </w:rPr>
      </w:pPr>
      <w:r w:rsidRPr="00BB79B8">
        <w:rPr>
          <w:rFonts w:cs="Times New Roman"/>
          <w:sz w:val="20"/>
          <w:szCs w:val="20"/>
        </w:rPr>
        <w:t>Epstein-Barr virus (EBV)</w:t>
      </w:r>
    </w:p>
    <w:p w14:paraId="016EBC7A"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less common causes: bacterial/parasitic infections, autoimmune diseases, drug reactions, and toxins.</w:t>
      </w:r>
    </w:p>
    <w:p w14:paraId="104134EB" w14:textId="77777777" w:rsidR="004B2954" w:rsidRPr="00BB79B8" w:rsidRDefault="004B2954" w:rsidP="004B2954">
      <w:pPr>
        <w:rPr>
          <w:rFonts w:cs="Times New Roman"/>
          <w:sz w:val="20"/>
          <w:szCs w:val="20"/>
        </w:rPr>
      </w:pPr>
    </w:p>
    <w:p w14:paraId="3097CF60" w14:textId="77777777" w:rsidR="004B2954" w:rsidRPr="00BB79B8" w:rsidRDefault="004B2954" w:rsidP="004B2954">
      <w:pPr>
        <w:keepNext/>
        <w:rPr>
          <w:rFonts w:cs="Times New Roman"/>
          <w:sz w:val="20"/>
          <w:szCs w:val="20"/>
        </w:rPr>
      </w:pPr>
      <w:r w:rsidRPr="00BB79B8">
        <w:rPr>
          <w:rFonts w:cs="Times New Roman"/>
          <w:b/>
          <w:color w:val="1F4E79"/>
          <w:sz w:val="20"/>
          <w:szCs w:val="20"/>
        </w:rPr>
        <w:t>Q22. Which viruses are most likely to cause myocarditis?</w:t>
      </w:r>
    </w:p>
    <w:p w14:paraId="4AFB571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27494BA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1E77D70" w14:textId="77777777" w:rsidR="004B2954" w:rsidRPr="00BB79B8" w:rsidRDefault="004B2954" w:rsidP="004B2954">
      <w:pPr>
        <w:spacing w:after="20"/>
        <w:ind w:left="216"/>
        <w:rPr>
          <w:rFonts w:cs="Times New Roman"/>
          <w:sz w:val="20"/>
          <w:szCs w:val="20"/>
        </w:rPr>
      </w:pPr>
      <w:r w:rsidRPr="00BB79B8">
        <w:rPr>
          <w:rFonts w:cs="Times New Roman"/>
          <w:sz w:val="20"/>
          <w:szCs w:val="20"/>
        </w:rPr>
        <w:t>The viruses most commonly associated with myocarditis are primarily cardiotropic viruses, meaning they have an affinity for heart muscle. These include:</w:t>
      </w:r>
    </w:p>
    <w:p w14:paraId="68C407A1" w14:textId="77777777" w:rsidR="004B2954" w:rsidRPr="00BB79B8" w:rsidRDefault="004B2954" w:rsidP="004B2954">
      <w:pPr>
        <w:spacing w:after="20"/>
        <w:ind w:left="216"/>
        <w:rPr>
          <w:rFonts w:cs="Times New Roman"/>
          <w:sz w:val="20"/>
          <w:szCs w:val="20"/>
        </w:rPr>
      </w:pPr>
      <w:r w:rsidRPr="00BB79B8">
        <w:rPr>
          <w:rFonts w:cs="Times New Roman"/>
          <w:sz w:val="20"/>
          <w:szCs w:val="20"/>
        </w:rPr>
        <w:t>Enteroviruses</w:t>
      </w:r>
    </w:p>
    <w:p w14:paraId="43659271" w14:textId="77777777" w:rsidR="004B2954" w:rsidRPr="00BB79B8" w:rsidRDefault="004B2954" w:rsidP="004B2954">
      <w:pPr>
        <w:spacing w:after="20"/>
        <w:ind w:left="216"/>
        <w:rPr>
          <w:rFonts w:cs="Times New Roman"/>
          <w:sz w:val="20"/>
          <w:szCs w:val="20"/>
        </w:rPr>
      </w:pPr>
      <w:r w:rsidRPr="00BB79B8">
        <w:rPr>
          <w:rFonts w:cs="Times New Roman"/>
          <w:sz w:val="20"/>
          <w:szCs w:val="20"/>
        </w:rPr>
        <w:t>Coxsackievirus B is historically the most common viral cause of myocarditis.</w:t>
      </w:r>
    </w:p>
    <w:p w14:paraId="2AAFC28F" w14:textId="77777777" w:rsidR="004B2954" w:rsidRPr="00BB79B8" w:rsidRDefault="004B2954" w:rsidP="004B2954">
      <w:pPr>
        <w:spacing w:after="20"/>
        <w:ind w:left="216"/>
        <w:rPr>
          <w:rFonts w:cs="Times New Roman"/>
          <w:sz w:val="20"/>
          <w:szCs w:val="20"/>
        </w:rPr>
      </w:pPr>
      <w:r w:rsidRPr="00BB79B8">
        <w:rPr>
          <w:rFonts w:cs="Times New Roman"/>
          <w:sz w:val="20"/>
          <w:szCs w:val="20"/>
        </w:rPr>
        <w:t>Can cause direct myocardial injury and trigger immune-mediated inflammation.</w:t>
      </w:r>
    </w:p>
    <w:p w14:paraId="33C7A2B2"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Adenoviruses</w:t>
      </w:r>
    </w:p>
    <w:p w14:paraId="0CB949BA"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associated with respiratory infections, can occasionally affect the heart.</w:t>
      </w:r>
    </w:p>
    <w:p w14:paraId="3B4E2DDA" w14:textId="77777777" w:rsidR="004B2954" w:rsidRPr="00BB79B8" w:rsidRDefault="004B2954" w:rsidP="004B2954">
      <w:pPr>
        <w:spacing w:after="20"/>
        <w:ind w:left="216"/>
        <w:rPr>
          <w:rFonts w:cs="Times New Roman"/>
          <w:sz w:val="20"/>
          <w:szCs w:val="20"/>
        </w:rPr>
      </w:pPr>
      <w:r w:rsidRPr="00BB79B8">
        <w:rPr>
          <w:rFonts w:cs="Times New Roman"/>
          <w:sz w:val="20"/>
          <w:szCs w:val="20"/>
        </w:rPr>
        <w:t>Parvovirus B19</w:t>
      </w:r>
    </w:p>
    <w:p w14:paraId="4141D066" w14:textId="77777777" w:rsidR="004B2954" w:rsidRPr="00BB79B8" w:rsidRDefault="004B2954" w:rsidP="004B2954">
      <w:pPr>
        <w:spacing w:after="20"/>
        <w:ind w:left="216"/>
        <w:rPr>
          <w:rFonts w:cs="Times New Roman"/>
          <w:sz w:val="20"/>
          <w:szCs w:val="20"/>
        </w:rPr>
      </w:pPr>
      <w:r w:rsidRPr="00BB79B8">
        <w:rPr>
          <w:rFonts w:cs="Times New Roman"/>
          <w:sz w:val="20"/>
          <w:szCs w:val="20"/>
        </w:rPr>
        <w:t>Frequently detected in endomyocardial biopsies; may cause myocarditis, especially in adults.</w:t>
      </w:r>
    </w:p>
    <w:p w14:paraId="14E4A87B" w14:textId="77777777" w:rsidR="004B2954" w:rsidRPr="00BB79B8" w:rsidRDefault="004B2954" w:rsidP="004B2954">
      <w:pPr>
        <w:spacing w:after="20"/>
        <w:ind w:left="216"/>
        <w:rPr>
          <w:rFonts w:cs="Times New Roman"/>
          <w:sz w:val="20"/>
          <w:szCs w:val="20"/>
        </w:rPr>
      </w:pPr>
      <w:r w:rsidRPr="00BB79B8">
        <w:rPr>
          <w:rFonts w:cs="Times New Roman"/>
          <w:sz w:val="20"/>
          <w:szCs w:val="20"/>
        </w:rPr>
        <w:t>Herpesviruses</w:t>
      </w:r>
    </w:p>
    <w:p w14:paraId="23203ED7" w14:textId="77777777" w:rsidR="004B2954" w:rsidRPr="00BB79B8" w:rsidRDefault="004B2954" w:rsidP="004B2954">
      <w:pPr>
        <w:spacing w:after="20"/>
        <w:ind w:left="216"/>
        <w:rPr>
          <w:rFonts w:cs="Times New Roman"/>
          <w:sz w:val="20"/>
          <w:szCs w:val="20"/>
        </w:rPr>
      </w:pPr>
      <w:r w:rsidRPr="00BB79B8">
        <w:rPr>
          <w:rFonts w:cs="Times New Roman"/>
          <w:sz w:val="20"/>
          <w:szCs w:val="20"/>
        </w:rPr>
        <w:t>HHV-6 (Human Herpesvirus 6) - linked to pediatric and adult myocarditis.</w:t>
      </w:r>
    </w:p>
    <w:p w14:paraId="271794E0" w14:textId="77777777" w:rsidR="004B2954" w:rsidRPr="00BB79B8" w:rsidRDefault="004B2954" w:rsidP="004B2954">
      <w:pPr>
        <w:spacing w:after="20"/>
        <w:ind w:left="216"/>
        <w:rPr>
          <w:rFonts w:cs="Times New Roman"/>
          <w:sz w:val="20"/>
          <w:szCs w:val="20"/>
        </w:rPr>
      </w:pPr>
      <w:r w:rsidRPr="00BB79B8">
        <w:rPr>
          <w:rFonts w:cs="Times New Roman"/>
          <w:sz w:val="20"/>
          <w:szCs w:val="20"/>
        </w:rPr>
        <w:t>CMV (Cytomegalovirus) - less common but reported in immunocompromised patients.</w:t>
      </w:r>
    </w:p>
    <w:p w14:paraId="4EB715E3" w14:textId="77777777" w:rsidR="004B2954" w:rsidRPr="00BB79B8" w:rsidRDefault="004B2954" w:rsidP="004B2954">
      <w:pPr>
        <w:spacing w:after="20"/>
        <w:ind w:left="216"/>
        <w:rPr>
          <w:rFonts w:cs="Times New Roman"/>
          <w:sz w:val="20"/>
          <w:szCs w:val="20"/>
        </w:rPr>
      </w:pPr>
      <w:r w:rsidRPr="00BB79B8">
        <w:rPr>
          <w:rFonts w:cs="Times New Roman"/>
          <w:sz w:val="20"/>
          <w:szCs w:val="20"/>
        </w:rPr>
        <w:t>Influenza virus</w:t>
      </w:r>
    </w:p>
    <w:p w14:paraId="60CF8E5D" w14:textId="77777777" w:rsidR="004B2954" w:rsidRPr="00BB79B8" w:rsidRDefault="004B2954" w:rsidP="004B2954">
      <w:pPr>
        <w:spacing w:after="20"/>
        <w:ind w:left="216"/>
        <w:rPr>
          <w:rFonts w:cs="Times New Roman"/>
          <w:sz w:val="20"/>
          <w:szCs w:val="20"/>
        </w:rPr>
      </w:pPr>
      <w:r w:rsidRPr="00BB79B8">
        <w:rPr>
          <w:rFonts w:cs="Times New Roman"/>
          <w:sz w:val="20"/>
          <w:szCs w:val="20"/>
        </w:rPr>
        <w:t>Can lead to transient myocarditis, often mild.</w:t>
      </w:r>
    </w:p>
    <w:p w14:paraId="15956B04" w14:textId="77777777" w:rsidR="004B2954" w:rsidRPr="00BB79B8" w:rsidRDefault="004B2954" w:rsidP="004B2954">
      <w:pPr>
        <w:spacing w:after="20"/>
        <w:ind w:left="216"/>
        <w:rPr>
          <w:rFonts w:cs="Times New Roman"/>
          <w:sz w:val="20"/>
          <w:szCs w:val="20"/>
        </w:rPr>
      </w:pPr>
      <w:r w:rsidRPr="00BB79B8">
        <w:rPr>
          <w:rFonts w:cs="Times New Roman"/>
          <w:sz w:val="20"/>
          <w:szCs w:val="20"/>
        </w:rPr>
        <w:t>SARS-CoV-2 (COVID-19 virus)</w:t>
      </w:r>
    </w:p>
    <w:p w14:paraId="20373B24" w14:textId="77777777" w:rsidR="004B2954" w:rsidRPr="00BB79B8" w:rsidRDefault="004B2954" w:rsidP="004B2954">
      <w:pPr>
        <w:spacing w:after="20"/>
        <w:ind w:left="216"/>
        <w:rPr>
          <w:rFonts w:cs="Times New Roman"/>
          <w:sz w:val="20"/>
          <w:szCs w:val="20"/>
        </w:rPr>
      </w:pPr>
      <w:r w:rsidRPr="00BB79B8">
        <w:rPr>
          <w:rFonts w:cs="Times New Roman"/>
          <w:sz w:val="20"/>
          <w:szCs w:val="20"/>
        </w:rPr>
        <w:t>Can cause myocarditis either during acute infection or post-infection immune-mediated response.</w:t>
      </w:r>
    </w:p>
    <w:p w14:paraId="01E4A0E2"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rare viruses</w:t>
      </w:r>
    </w:p>
    <w:p w14:paraId="3AFCB88C" w14:textId="77777777" w:rsidR="004B2954" w:rsidRPr="00BB79B8" w:rsidRDefault="004B2954" w:rsidP="004B2954">
      <w:pPr>
        <w:spacing w:after="20"/>
        <w:ind w:left="216"/>
        <w:rPr>
          <w:rFonts w:cs="Times New Roman"/>
          <w:sz w:val="20"/>
          <w:szCs w:val="20"/>
        </w:rPr>
      </w:pPr>
      <w:r w:rsidRPr="00BB79B8">
        <w:rPr>
          <w:rFonts w:cs="Times New Roman"/>
          <w:sz w:val="20"/>
          <w:szCs w:val="20"/>
        </w:rPr>
        <w:t>Epstein-Barr virus (EBV), hepatitis C virus (HCV), and mumps virus have occasionally been implicated.</w:t>
      </w:r>
    </w:p>
    <w:p w14:paraId="0C40A06A"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 The risk and severity depend on host immunity, viral virulence, and whether the infection triggers a strong autoimmune response.</w:t>
      </w:r>
    </w:p>
    <w:p w14:paraId="2656CCEA" w14:textId="77777777" w:rsidR="004B2954" w:rsidRPr="00BB79B8" w:rsidRDefault="004B2954" w:rsidP="004B2954">
      <w:pPr>
        <w:spacing w:after="0"/>
        <w:rPr>
          <w:rFonts w:cs="Times New Roman"/>
          <w:sz w:val="20"/>
          <w:szCs w:val="20"/>
        </w:rPr>
      </w:pPr>
    </w:p>
    <w:p w14:paraId="6AFFEEA5"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77730E4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3F787A6"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infections are the most common cause of myocarditis in developed countries. While many different viruses can trigger inflammation of the heart muscle, the following are most frequently implicated:</w:t>
      </w:r>
    </w:p>
    <w:p w14:paraId="1A1B944B" w14:textId="77777777" w:rsidR="004B2954" w:rsidRPr="00BB79B8" w:rsidRDefault="004B2954" w:rsidP="004B2954">
      <w:pPr>
        <w:spacing w:after="20"/>
        <w:ind w:left="216"/>
        <w:rPr>
          <w:rFonts w:cs="Times New Roman"/>
          <w:sz w:val="20"/>
          <w:szCs w:val="20"/>
        </w:rPr>
      </w:pPr>
      <w:r w:rsidRPr="00BB79B8">
        <w:rPr>
          <w:rFonts w:cs="Times New Roman"/>
          <w:sz w:val="20"/>
          <w:szCs w:val="20"/>
        </w:rPr>
        <w:t>1. Enteroviruses</w:t>
      </w:r>
    </w:p>
    <w:p w14:paraId="2F14C26F" w14:textId="77777777" w:rsidR="004B2954" w:rsidRPr="00BB79B8" w:rsidRDefault="004B2954" w:rsidP="004B2954">
      <w:pPr>
        <w:spacing w:after="20"/>
        <w:ind w:left="216"/>
        <w:rPr>
          <w:rFonts w:cs="Times New Roman"/>
          <w:sz w:val="20"/>
          <w:szCs w:val="20"/>
        </w:rPr>
      </w:pPr>
      <w:r w:rsidRPr="00BB79B8">
        <w:rPr>
          <w:rFonts w:cs="Times New Roman"/>
          <w:sz w:val="20"/>
          <w:szCs w:val="20"/>
        </w:rPr>
        <w:t>Historically, this group-specifically Coxsackievirus B (particularly B3 and B5)-has been the most common cause of viral myocarditis worldwide. It is estimated to be associated with 20-25% of cases. Other enteroviruses include:</w:t>
      </w:r>
    </w:p>
    <w:p w14:paraId="4A73F736" w14:textId="77777777" w:rsidR="004B2954" w:rsidRPr="00BB79B8" w:rsidRDefault="004B2954" w:rsidP="004B2954">
      <w:pPr>
        <w:spacing w:after="20"/>
        <w:ind w:left="216"/>
        <w:rPr>
          <w:rFonts w:cs="Times New Roman"/>
          <w:sz w:val="20"/>
          <w:szCs w:val="20"/>
        </w:rPr>
      </w:pPr>
      <w:r w:rsidRPr="00BB79B8">
        <w:rPr>
          <w:rFonts w:cs="Times New Roman"/>
          <w:sz w:val="20"/>
          <w:szCs w:val="20"/>
        </w:rPr>
        <w:t>Echoviruses</w:t>
      </w:r>
    </w:p>
    <w:p w14:paraId="5DDFB91E" w14:textId="77777777" w:rsidR="004B2954" w:rsidRPr="00BB79B8" w:rsidRDefault="004B2954" w:rsidP="004B2954">
      <w:pPr>
        <w:spacing w:after="20"/>
        <w:ind w:left="216"/>
        <w:rPr>
          <w:rFonts w:cs="Times New Roman"/>
          <w:sz w:val="20"/>
          <w:szCs w:val="20"/>
        </w:rPr>
      </w:pPr>
      <w:r w:rsidRPr="00BB79B8">
        <w:rPr>
          <w:rFonts w:cs="Times New Roman"/>
          <w:sz w:val="20"/>
          <w:szCs w:val="20"/>
        </w:rPr>
        <w:t>Poliovirus</w:t>
      </w:r>
    </w:p>
    <w:p w14:paraId="6ACDA051" w14:textId="77777777" w:rsidR="004B2954" w:rsidRPr="00BB79B8" w:rsidRDefault="004B2954" w:rsidP="004B2954">
      <w:pPr>
        <w:spacing w:after="20"/>
        <w:ind w:left="216"/>
        <w:rPr>
          <w:rFonts w:cs="Times New Roman"/>
          <w:sz w:val="20"/>
          <w:szCs w:val="20"/>
        </w:rPr>
      </w:pPr>
      <w:r w:rsidRPr="00BB79B8">
        <w:rPr>
          <w:rFonts w:cs="Times New Roman"/>
          <w:sz w:val="20"/>
          <w:szCs w:val="20"/>
        </w:rPr>
        <w:t>2. Common Childhood and Respiratory Viruses</w:t>
      </w:r>
    </w:p>
    <w:p w14:paraId="6D8C3D42"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often precede cardiac symptoms by a few weeks (the "prodromal" phase):</w:t>
      </w:r>
    </w:p>
    <w:p w14:paraId="3816F44E"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 A common cause of respiratory infections (colds, sore throats) and gastrointestinal illness.</w:t>
      </w:r>
    </w:p>
    <w:p w14:paraId="63A71A64" w14:textId="77777777" w:rsidR="004B2954" w:rsidRPr="00BB79B8" w:rsidRDefault="004B2954" w:rsidP="004B2954">
      <w:pPr>
        <w:spacing w:after="20"/>
        <w:ind w:left="216"/>
        <w:rPr>
          <w:rFonts w:cs="Times New Roman"/>
          <w:sz w:val="20"/>
          <w:szCs w:val="20"/>
        </w:rPr>
      </w:pPr>
      <w:r w:rsidRPr="00BB79B8">
        <w:rPr>
          <w:rFonts w:cs="Times New Roman"/>
          <w:sz w:val="20"/>
          <w:szCs w:val="20"/>
        </w:rPr>
        <w:t>Influenza A and B: While primarily respiratory, they can cause indirect damage through systemic immune activation.</w:t>
      </w:r>
    </w:p>
    <w:p w14:paraId="1CAC682A" w14:textId="77777777" w:rsidR="004B2954" w:rsidRPr="00BB79B8" w:rsidRDefault="004B2954" w:rsidP="004B2954">
      <w:pPr>
        <w:spacing w:after="20"/>
        <w:ind w:left="216"/>
        <w:rPr>
          <w:rFonts w:cs="Times New Roman"/>
          <w:sz w:val="20"/>
          <w:szCs w:val="20"/>
        </w:rPr>
      </w:pPr>
      <w:r w:rsidRPr="00BB79B8">
        <w:rPr>
          <w:rFonts w:cs="Times New Roman"/>
          <w:sz w:val="20"/>
          <w:szCs w:val="20"/>
        </w:rPr>
        <w:t>SARS-CoV-2 (COVID-19): Significant evidence shows it causes myocarditis through both direct viral injury and hyper-immune responses (cytokine storms).</w:t>
      </w:r>
    </w:p>
    <w:p w14:paraId="1D24D413" w14:textId="77777777" w:rsidR="004B2954" w:rsidRPr="00BB79B8" w:rsidRDefault="004B2954" w:rsidP="004B2954">
      <w:pPr>
        <w:spacing w:after="20"/>
        <w:ind w:left="216"/>
        <w:rPr>
          <w:rFonts w:cs="Times New Roman"/>
          <w:sz w:val="20"/>
          <w:szCs w:val="20"/>
        </w:rPr>
      </w:pPr>
      <w:r w:rsidRPr="00BB79B8">
        <w:rPr>
          <w:rFonts w:cs="Times New Roman"/>
          <w:sz w:val="20"/>
          <w:szCs w:val="20"/>
        </w:rPr>
        <w:t>3. Erythroviruses</w:t>
      </w:r>
    </w:p>
    <w:p w14:paraId="28E894F3" w14:textId="77777777" w:rsidR="004B2954" w:rsidRPr="00BB79B8" w:rsidRDefault="004B2954" w:rsidP="004B2954">
      <w:pPr>
        <w:spacing w:after="20"/>
        <w:ind w:left="216"/>
        <w:rPr>
          <w:rFonts w:cs="Times New Roman"/>
          <w:sz w:val="20"/>
          <w:szCs w:val="20"/>
        </w:rPr>
      </w:pPr>
      <w:r w:rsidRPr="00BB79B8">
        <w:rPr>
          <w:rFonts w:cs="Times New Roman"/>
          <w:sz w:val="20"/>
          <w:szCs w:val="20"/>
        </w:rPr>
        <w:t>Parvovirus B19: In the past two decades, this virus (often known for causing "Fifth Disease" or "Slapped Cheek Syndrome") has been frequently detected in heart biopsy samples, though its exact role as a direct cause versus a "persistent passenger" is still debated.</w:t>
      </w:r>
    </w:p>
    <w:p w14:paraId="7DA70305" w14:textId="77777777" w:rsidR="004B2954" w:rsidRPr="00BB79B8" w:rsidRDefault="004B2954" w:rsidP="004B2954">
      <w:pPr>
        <w:spacing w:after="20"/>
        <w:ind w:left="216"/>
        <w:rPr>
          <w:rFonts w:cs="Times New Roman"/>
          <w:sz w:val="20"/>
          <w:szCs w:val="20"/>
        </w:rPr>
      </w:pPr>
      <w:r w:rsidRPr="00BB79B8">
        <w:rPr>
          <w:rFonts w:cs="Times New Roman"/>
          <w:sz w:val="20"/>
          <w:szCs w:val="20"/>
        </w:rPr>
        <w:t>4. Herpesviruses</w:t>
      </w:r>
    </w:p>
    <w:p w14:paraId="0B2BC15E" w14:textId="77777777" w:rsidR="004B2954" w:rsidRPr="00BB79B8" w:rsidRDefault="004B2954" w:rsidP="004B2954">
      <w:pPr>
        <w:spacing w:after="20"/>
        <w:ind w:left="216"/>
        <w:rPr>
          <w:rFonts w:cs="Times New Roman"/>
          <w:sz w:val="20"/>
          <w:szCs w:val="20"/>
        </w:rPr>
      </w:pPr>
      <w:r w:rsidRPr="00BB79B8">
        <w:rPr>
          <w:rFonts w:cs="Times New Roman"/>
          <w:sz w:val="20"/>
          <w:szCs w:val="20"/>
        </w:rPr>
        <w:t>Human Herpesvirus 6 (HHV-6): Often found alongside Parvovirus B19 in biopsy samples.</w:t>
      </w:r>
    </w:p>
    <w:p w14:paraId="28A5F204" w14:textId="77777777" w:rsidR="004B2954" w:rsidRPr="00BB79B8" w:rsidRDefault="004B2954" w:rsidP="004B2954">
      <w:pPr>
        <w:spacing w:after="20"/>
        <w:ind w:left="216"/>
        <w:rPr>
          <w:rFonts w:cs="Times New Roman"/>
          <w:sz w:val="20"/>
          <w:szCs w:val="20"/>
        </w:rPr>
      </w:pPr>
      <w:r w:rsidRPr="00BB79B8">
        <w:rPr>
          <w:rFonts w:cs="Times New Roman"/>
          <w:sz w:val="20"/>
          <w:szCs w:val="20"/>
        </w:rPr>
        <w:t>Epstein-Barr Virus (EBV): The cause of mononucleosis ("mono").</w:t>
      </w:r>
    </w:p>
    <w:p w14:paraId="01424625" w14:textId="77777777" w:rsidR="004B2954" w:rsidRPr="00BB79B8" w:rsidRDefault="004B2954" w:rsidP="004B2954">
      <w:pPr>
        <w:spacing w:after="20"/>
        <w:ind w:left="216"/>
        <w:rPr>
          <w:rFonts w:cs="Times New Roman"/>
          <w:sz w:val="20"/>
          <w:szCs w:val="20"/>
        </w:rPr>
      </w:pPr>
      <w:r w:rsidRPr="00BB79B8">
        <w:rPr>
          <w:rFonts w:cs="Times New Roman"/>
          <w:sz w:val="20"/>
          <w:szCs w:val="20"/>
        </w:rPr>
        <w:t>Cytomegalovirus (CMV): Particularly in immunocompromised patients.</w:t>
      </w:r>
    </w:p>
    <w:p w14:paraId="66899FE1" w14:textId="77777777" w:rsidR="004B2954" w:rsidRPr="00BB79B8" w:rsidRDefault="004B2954" w:rsidP="004B2954">
      <w:pPr>
        <w:spacing w:after="20"/>
        <w:ind w:left="216"/>
        <w:rPr>
          <w:rFonts w:cs="Times New Roman"/>
          <w:sz w:val="20"/>
          <w:szCs w:val="20"/>
        </w:rPr>
      </w:pPr>
      <w:r w:rsidRPr="00BB79B8">
        <w:rPr>
          <w:rFonts w:cs="Times New Roman"/>
          <w:sz w:val="20"/>
          <w:szCs w:val="20"/>
        </w:rPr>
        <w:t>5. Other Notable Viruses</w:t>
      </w:r>
    </w:p>
    <w:p w14:paraId="48C75B8C" w14:textId="77777777" w:rsidR="004B2954" w:rsidRPr="00BB79B8" w:rsidRDefault="004B2954" w:rsidP="004B2954">
      <w:pPr>
        <w:spacing w:after="20"/>
        <w:ind w:left="216"/>
        <w:rPr>
          <w:rFonts w:cs="Times New Roman"/>
          <w:sz w:val="20"/>
          <w:szCs w:val="20"/>
        </w:rPr>
      </w:pPr>
      <w:r w:rsidRPr="00BB79B8">
        <w:rPr>
          <w:rFonts w:cs="Times New Roman"/>
          <w:sz w:val="20"/>
          <w:szCs w:val="20"/>
        </w:rPr>
        <w:t>HIV: Can lead to myocarditis either through direct infection or secondary opportunistic infections.</w:t>
      </w:r>
    </w:p>
    <w:p w14:paraId="230FE2E0" w14:textId="77777777" w:rsidR="004B2954" w:rsidRPr="00BB79B8" w:rsidRDefault="004B2954" w:rsidP="004B2954">
      <w:pPr>
        <w:spacing w:after="20"/>
        <w:ind w:left="216"/>
        <w:rPr>
          <w:rFonts w:cs="Times New Roman"/>
          <w:sz w:val="20"/>
          <w:szCs w:val="20"/>
        </w:rPr>
      </w:pPr>
      <w:r w:rsidRPr="00BB79B8">
        <w:rPr>
          <w:rFonts w:cs="Times New Roman"/>
          <w:sz w:val="20"/>
          <w:szCs w:val="20"/>
        </w:rPr>
        <w:t>Hepatitis C: Known to cause indirect myocardial damage via immune activation.</w:t>
      </w:r>
    </w:p>
    <w:p w14:paraId="337F7D1F" w14:textId="77777777" w:rsidR="004B2954" w:rsidRPr="00BB79B8" w:rsidRDefault="004B2954" w:rsidP="004B2954">
      <w:pPr>
        <w:spacing w:after="20"/>
        <w:ind w:left="216"/>
        <w:rPr>
          <w:rFonts w:cs="Times New Roman"/>
          <w:sz w:val="20"/>
          <w:szCs w:val="20"/>
        </w:rPr>
      </w:pPr>
      <w:r w:rsidRPr="00BB79B8">
        <w:rPr>
          <w:rFonts w:cs="Times New Roman"/>
          <w:sz w:val="20"/>
          <w:szCs w:val="20"/>
        </w:rPr>
        <w:t>Varicella (Chickenpox) and Rubella (German Measles): Less common but documented causes.</w:t>
      </w:r>
    </w:p>
    <w:p w14:paraId="3CEFEE9F" w14:textId="77777777" w:rsidR="004B2954" w:rsidRPr="00BB79B8" w:rsidRDefault="004B2954" w:rsidP="004B2954">
      <w:pPr>
        <w:spacing w:after="20"/>
        <w:ind w:left="216"/>
        <w:rPr>
          <w:rFonts w:cs="Times New Roman"/>
          <w:sz w:val="20"/>
          <w:szCs w:val="20"/>
        </w:rPr>
      </w:pPr>
      <w:r w:rsidRPr="00BB79B8">
        <w:rPr>
          <w:rFonts w:cs="Times New Roman"/>
          <w:sz w:val="20"/>
          <w:szCs w:val="20"/>
        </w:rPr>
        <w:t>How They Cause Damage</w:t>
      </w:r>
    </w:p>
    <w:p w14:paraId="5BA213DD" w14:textId="77777777" w:rsidR="004B2954" w:rsidRPr="00BB79B8" w:rsidRDefault="004B2954" w:rsidP="004B2954">
      <w:pPr>
        <w:spacing w:after="20"/>
        <w:ind w:left="216"/>
        <w:rPr>
          <w:rFonts w:cs="Times New Roman"/>
          <w:sz w:val="20"/>
          <w:szCs w:val="20"/>
        </w:rPr>
      </w:pPr>
      <w:r w:rsidRPr="00BB79B8">
        <w:rPr>
          <w:rFonts w:cs="Times New Roman"/>
          <w:sz w:val="20"/>
          <w:szCs w:val="20"/>
        </w:rPr>
        <w:t>Viruses generally damage the heart through two main pathways:</w:t>
      </w:r>
    </w:p>
    <w:p w14:paraId="73E0F7C6"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Injury: The virus enters the heart cells (cardiomyocytes or endothelial cells) and replicates, leading to cell death and lysis.</w:t>
      </w:r>
    </w:p>
    <w:p w14:paraId="188E55C0" w14:textId="77777777" w:rsidR="004B2954" w:rsidRPr="00BB79B8" w:rsidRDefault="004B2954" w:rsidP="004B2954">
      <w:pPr>
        <w:spacing w:after="20"/>
        <w:ind w:left="216"/>
        <w:rPr>
          <w:rFonts w:cs="Times New Roman"/>
          <w:sz w:val="20"/>
          <w:szCs w:val="20"/>
        </w:rPr>
      </w:pPr>
      <w:r w:rsidRPr="00BB79B8">
        <w:rPr>
          <w:rFonts w:cs="Times New Roman"/>
          <w:sz w:val="20"/>
          <w:szCs w:val="20"/>
        </w:rPr>
        <w:t>Indirect (Immune-Mediated) Injury: The body's immune response, while trying to clear the virus, inadvertently attacks healthy heart tissue. This can sometimes lead to chronic inflammation or dilated cardiomyopathy even after the virus is gone.</w:t>
      </w:r>
    </w:p>
    <w:p w14:paraId="277C731B" w14:textId="77777777" w:rsidR="004B2954" w:rsidRPr="00BB79B8" w:rsidRDefault="004B2954" w:rsidP="004B2954">
      <w:pPr>
        <w:spacing w:after="0"/>
        <w:rPr>
          <w:rFonts w:cs="Times New Roman"/>
          <w:sz w:val="20"/>
          <w:szCs w:val="20"/>
        </w:rPr>
      </w:pPr>
    </w:p>
    <w:p w14:paraId="6C5889C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BAB8A1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EDE5221"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cases of myocarditis are caused by viral infections, and a few specific viruses account for the majority of cases. Across multiple authoritative medical sources, the viruses most strongly linked to myocarditis include enteroviruses (especially Coxsackievirus B), adenovirus, parvovirus B19, human herpesvirus-6, Epstein-Barr virus, influenza, HIV, and SARS-CoV-2.</w:t>
      </w:r>
    </w:p>
    <w:p w14:paraId="52017C6D"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common viruses that cause myocarditis</w:t>
      </w:r>
    </w:p>
    <w:p w14:paraId="1E0F4388" w14:textId="77777777" w:rsidR="004B2954" w:rsidRPr="00BB79B8" w:rsidRDefault="004B2954" w:rsidP="004B2954">
      <w:pPr>
        <w:spacing w:after="20"/>
        <w:ind w:left="216"/>
        <w:rPr>
          <w:rFonts w:cs="Times New Roman"/>
          <w:sz w:val="20"/>
          <w:szCs w:val="20"/>
        </w:rPr>
      </w:pPr>
      <w:r w:rsidRPr="00BB79B8">
        <w:rPr>
          <w:rFonts w:cs="Times New Roman"/>
          <w:sz w:val="20"/>
          <w:szCs w:val="20"/>
        </w:rPr>
        <w:t>Each bullet begins with a [Guided Link] so you can explore any virus further.</w:t>
      </w:r>
    </w:p>
    <w:p w14:paraId="4A9E7B64" w14:textId="77777777" w:rsidR="004B2954" w:rsidRPr="00BB79B8" w:rsidRDefault="004B2954" w:rsidP="004B2954">
      <w:pPr>
        <w:spacing w:after="20"/>
        <w:ind w:left="216"/>
        <w:rPr>
          <w:rFonts w:cs="Times New Roman"/>
          <w:sz w:val="20"/>
          <w:szCs w:val="20"/>
        </w:rPr>
      </w:pPr>
      <w:r w:rsidRPr="00BB79B8">
        <w:rPr>
          <w:rFonts w:cs="Times New Roman"/>
          <w:sz w:val="20"/>
          <w:szCs w:val="20"/>
        </w:rPr>
        <w:t>Enteroviruses - Especially Coxsackievirus B3, responsible for nearly one-quarter of viral myocarditis cases. Strongly associated with both acute and chronic myocarditis.</w:t>
      </w:r>
    </w:p>
    <w:p w14:paraId="3CF09401"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 - A frequent cause, historically one of the top two viral pathogens identified in myocarditis.</w:t>
      </w:r>
    </w:p>
    <w:p w14:paraId="746ABAAF" w14:textId="77777777" w:rsidR="004B2954" w:rsidRPr="00BB79B8" w:rsidRDefault="004B2954" w:rsidP="004B2954">
      <w:pPr>
        <w:spacing w:after="20"/>
        <w:ind w:left="216"/>
        <w:rPr>
          <w:rFonts w:cs="Times New Roman"/>
          <w:sz w:val="20"/>
          <w:szCs w:val="20"/>
        </w:rPr>
      </w:pPr>
      <w:r w:rsidRPr="00BB79B8">
        <w:rPr>
          <w:rFonts w:cs="Times New Roman"/>
          <w:sz w:val="20"/>
          <w:szCs w:val="20"/>
        </w:rPr>
        <w:t>Parvovirus B19 - Now one of the most commonly detected viruses in myocardial tissue in Western countries.</w:t>
      </w:r>
    </w:p>
    <w:p w14:paraId="3D88C0FD" w14:textId="77777777" w:rsidR="004B2954" w:rsidRPr="00BB79B8" w:rsidRDefault="004B2954" w:rsidP="004B2954">
      <w:pPr>
        <w:spacing w:after="20"/>
        <w:ind w:left="216"/>
        <w:rPr>
          <w:rFonts w:cs="Times New Roman"/>
          <w:sz w:val="20"/>
          <w:szCs w:val="20"/>
        </w:rPr>
      </w:pPr>
      <w:r w:rsidRPr="00BB79B8">
        <w:rPr>
          <w:rFonts w:cs="Times New Roman"/>
          <w:sz w:val="20"/>
          <w:szCs w:val="20"/>
        </w:rPr>
        <w:t>Human Herpesvirus-6 - Often found alongside parvovirus B19 in biopsy studies.</w:t>
      </w:r>
    </w:p>
    <w:p w14:paraId="426075AA" w14:textId="77777777" w:rsidR="004B2954" w:rsidRPr="00BB79B8" w:rsidRDefault="004B2954" w:rsidP="004B2954">
      <w:pPr>
        <w:spacing w:after="20"/>
        <w:ind w:left="216"/>
        <w:rPr>
          <w:rFonts w:cs="Times New Roman"/>
          <w:sz w:val="20"/>
          <w:szCs w:val="20"/>
        </w:rPr>
      </w:pPr>
      <w:r w:rsidRPr="00BB79B8">
        <w:rPr>
          <w:rFonts w:cs="Times New Roman"/>
          <w:sz w:val="20"/>
          <w:szCs w:val="20"/>
        </w:rPr>
        <w:t>Epstein-Barr virus - Known for mononucleosis; can also inflame the myocardium.</w:t>
      </w:r>
    </w:p>
    <w:p w14:paraId="098EC6BD" w14:textId="77777777" w:rsidR="004B2954" w:rsidRPr="00BB79B8" w:rsidRDefault="004B2954" w:rsidP="004B2954">
      <w:pPr>
        <w:spacing w:after="20"/>
        <w:ind w:left="216"/>
        <w:rPr>
          <w:rFonts w:cs="Times New Roman"/>
          <w:sz w:val="20"/>
          <w:szCs w:val="20"/>
        </w:rPr>
      </w:pPr>
      <w:r w:rsidRPr="00BB79B8">
        <w:rPr>
          <w:rFonts w:cs="Times New Roman"/>
          <w:sz w:val="20"/>
          <w:szCs w:val="20"/>
        </w:rPr>
        <w:t>Influenza viruses - Seasonal flu can trigger myocarditis, especially in severe cases.</w:t>
      </w:r>
    </w:p>
    <w:p w14:paraId="456AFB2E" w14:textId="77777777" w:rsidR="004B2954" w:rsidRPr="00BB79B8" w:rsidRDefault="004B2954" w:rsidP="004B2954">
      <w:pPr>
        <w:spacing w:after="20"/>
        <w:ind w:left="216"/>
        <w:rPr>
          <w:rFonts w:cs="Times New Roman"/>
          <w:sz w:val="20"/>
          <w:szCs w:val="20"/>
        </w:rPr>
      </w:pPr>
      <w:r w:rsidRPr="00BB79B8">
        <w:rPr>
          <w:rFonts w:cs="Times New Roman"/>
          <w:sz w:val="20"/>
          <w:szCs w:val="20"/>
        </w:rPr>
        <w:t>SARS-CoV-2 - COVID-19 infection is a recognized cause of myocarditis.</w:t>
      </w:r>
    </w:p>
    <w:p w14:paraId="3432E83B" w14:textId="77777777" w:rsidR="004B2954" w:rsidRPr="00BB79B8" w:rsidRDefault="004B2954" w:rsidP="004B2954">
      <w:pPr>
        <w:spacing w:after="20"/>
        <w:ind w:left="216"/>
        <w:rPr>
          <w:rFonts w:cs="Times New Roman"/>
          <w:sz w:val="20"/>
          <w:szCs w:val="20"/>
        </w:rPr>
      </w:pPr>
      <w:r w:rsidRPr="00BB79B8">
        <w:rPr>
          <w:rFonts w:cs="Times New Roman"/>
          <w:sz w:val="20"/>
          <w:szCs w:val="20"/>
        </w:rPr>
        <w:t>HIV - Can cause myocarditis directly or through opportunistic infections.</w:t>
      </w:r>
    </w:p>
    <w:p w14:paraId="2003F514" w14:textId="77777777" w:rsidR="004B2954" w:rsidRPr="00BB79B8" w:rsidRDefault="004B2954" w:rsidP="004B2954">
      <w:pPr>
        <w:spacing w:after="20"/>
        <w:ind w:left="216"/>
        <w:rPr>
          <w:rFonts w:cs="Times New Roman"/>
          <w:sz w:val="20"/>
          <w:szCs w:val="20"/>
        </w:rPr>
      </w:pPr>
      <w:r w:rsidRPr="00BB79B8">
        <w:rPr>
          <w:rFonts w:cs="Times New Roman"/>
          <w:sz w:val="20"/>
          <w:szCs w:val="20"/>
        </w:rPr>
        <w:t>Less common but documented viral causes</w:t>
      </w:r>
    </w:p>
    <w:p w14:paraId="52DDCB58" w14:textId="77777777" w:rsidR="004B2954" w:rsidRPr="00BB79B8" w:rsidRDefault="004B2954" w:rsidP="004B2954">
      <w:pPr>
        <w:spacing w:after="20"/>
        <w:ind w:left="216"/>
        <w:rPr>
          <w:rFonts w:cs="Times New Roman"/>
          <w:sz w:val="20"/>
          <w:szCs w:val="20"/>
        </w:rPr>
      </w:pPr>
      <w:r w:rsidRPr="00BB79B8">
        <w:rPr>
          <w:rFonts w:cs="Times New Roman"/>
          <w:sz w:val="20"/>
          <w:szCs w:val="20"/>
        </w:rPr>
        <w:t>Varicella-zoster virus (chickenpox)</w:t>
      </w:r>
    </w:p>
    <w:p w14:paraId="21CEC8F6" w14:textId="77777777" w:rsidR="004B2954" w:rsidRPr="00BB79B8" w:rsidRDefault="004B2954" w:rsidP="004B2954">
      <w:pPr>
        <w:spacing w:after="20"/>
        <w:ind w:left="216"/>
        <w:rPr>
          <w:rFonts w:cs="Times New Roman"/>
          <w:sz w:val="20"/>
          <w:szCs w:val="20"/>
        </w:rPr>
      </w:pPr>
      <w:r w:rsidRPr="00BB79B8">
        <w:rPr>
          <w:rFonts w:cs="Times New Roman"/>
          <w:sz w:val="20"/>
          <w:szCs w:val="20"/>
        </w:rPr>
        <w:t>Hepatitis B and C viruses</w:t>
      </w:r>
    </w:p>
    <w:p w14:paraId="15003E9E" w14:textId="77777777" w:rsidR="004B2954" w:rsidRPr="00BB79B8" w:rsidRDefault="004B2954" w:rsidP="004B2954">
      <w:pPr>
        <w:spacing w:after="20"/>
        <w:ind w:left="216"/>
        <w:rPr>
          <w:rFonts w:cs="Times New Roman"/>
          <w:sz w:val="20"/>
          <w:szCs w:val="20"/>
        </w:rPr>
      </w:pPr>
      <w:r w:rsidRPr="00BB79B8">
        <w:rPr>
          <w:rFonts w:cs="Times New Roman"/>
          <w:sz w:val="20"/>
          <w:szCs w:val="20"/>
        </w:rPr>
        <w:t>Echoviruses</w:t>
      </w:r>
    </w:p>
    <w:p w14:paraId="456EDE2F"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are reported but less frequently implicated.</w:t>
      </w:r>
    </w:p>
    <w:p w14:paraId="494E800C"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Why viruses cause myocarditis</w:t>
      </w:r>
    </w:p>
    <w:p w14:paraId="6393376E" w14:textId="77777777" w:rsidR="004B2954" w:rsidRPr="00BB79B8" w:rsidRDefault="004B2954" w:rsidP="004B2954">
      <w:pPr>
        <w:spacing w:after="20"/>
        <w:ind w:left="216"/>
        <w:rPr>
          <w:rFonts w:cs="Times New Roman"/>
          <w:sz w:val="20"/>
          <w:szCs w:val="20"/>
        </w:rPr>
      </w:pPr>
      <w:r w:rsidRPr="00BB79B8">
        <w:rPr>
          <w:rFonts w:cs="Times New Roman"/>
          <w:sz w:val="20"/>
          <w:szCs w:val="20"/>
        </w:rPr>
        <w:t>Most of these viruses damage the heart through direct invasion of cardiomyocytes and immune-mediated injury, leading to inflammation, arrhythmias, or heart failure.</w:t>
      </w:r>
    </w:p>
    <w:p w14:paraId="21C26675" w14:textId="77777777" w:rsidR="004B2954" w:rsidRPr="00BB79B8" w:rsidRDefault="004B2954" w:rsidP="004B2954">
      <w:pPr>
        <w:spacing w:after="0"/>
        <w:rPr>
          <w:rFonts w:cs="Times New Roman"/>
          <w:sz w:val="20"/>
          <w:szCs w:val="20"/>
        </w:rPr>
      </w:pPr>
    </w:p>
    <w:p w14:paraId="39E154C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47DE13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C368234" w14:textId="77777777" w:rsidR="004B2954" w:rsidRPr="00BB79B8" w:rsidRDefault="004B2954" w:rsidP="004B2954">
      <w:pPr>
        <w:spacing w:after="20"/>
        <w:ind w:left="216"/>
        <w:rPr>
          <w:rFonts w:cs="Times New Roman"/>
          <w:sz w:val="20"/>
          <w:szCs w:val="20"/>
        </w:rPr>
      </w:pPr>
      <w:r w:rsidRPr="00BB79B8">
        <w:rPr>
          <w:rFonts w:cs="Times New Roman"/>
          <w:sz w:val="20"/>
          <w:szCs w:val="20"/>
        </w:rPr>
        <w:t>Many different viruses can cause myocarditis, but certain ones are much more frequently associated with the condition.</w:t>
      </w:r>
    </w:p>
    <w:p w14:paraId="122DE2B4" w14:textId="77777777" w:rsidR="004B2954" w:rsidRPr="00BB79B8" w:rsidRDefault="004B2954" w:rsidP="004B2954">
      <w:pPr>
        <w:spacing w:after="20"/>
        <w:ind w:left="216"/>
        <w:rPr>
          <w:rFonts w:cs="Times New Roman"/>
          <w:sz w:val="20"/>
          <w:szCs w:val="20"/>
        </w:rPr>
      </w:pPr>
      <w:r w:rsidRPr="00BB79B8">
        <w:rPr>
          <w:rFonts w:cs="Times New Roman"/>
          <w:sz w:val="20"/>
          <w:szCs w:val="20"/>
        </w:rPr>
        <w:t>The table below summarizes the typical viruses most responsible globally, along with some key contributing viruses.</w:t>
      </w:r>
    </w:p>
    <w:p w14:paraId="055ED6C1" w14:textId="77777777" w:rsidR="004B2954" w:rsidRPr="00BB79B8" w:rsidRDefault="004B2954" w:rsidP="004B2954">
      <w:pPr>
        <w:spacing w:after="20"/>
        <w:ind w:left="216"/>
        <w:rPr>
          <w:rFonts w:cs="Times New Roman"/>
          <w:sz w:val="20"/>
          <w:szCs w:val="20"/>
        </w:rPr>
      </w:pPr>
      <w:r w:rsidRPr="00BB79B8">
        <w:rPr>
          <w:rFonts w:cs="Times New Roman"/>
          <w:sz w:val="20"/>
          <w:szCs w:val="20"/>
        </w:rPr>
        <w:t>Viruses Most Likely to Cause Myocarditis</w:t>
      </w:r>
    </w:p>
    <w:p w14:paraId="226168E8" w14:textId="77777777" w:rsidR="004B2954" w:rsidRPr="00BB79B8" w:rsidRDefault="004B2954" w:rsidP="004B2954">
      <w:pPr>
        <w:spacing w:after="20"/>
        <w:ind w:left="216"/>
        <w:rPr>
          <w:rFonts w:cs="Times New Roman"/>
          <w:sz w:val="20"/>
          <w:szCs w:val="20"/>
        </w:rPr>
      </w:pPr>
      <w:r w:rsidRPr="00BB79B8">
        <w:rPr>
          <w:rFonts w:cs="Times New Roman"/>
          <w:sz w:val="20"/>
          <w:szCs w:val="20"/>
        </w:rPr>
        <w:t>Category; Virus; Key Notes</w:t>
      </w:r>
    </w:p>
    <w:p w14:paraId="0E024801"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Commonly Implicated Viruses; Coxsackievirus B; Historically the most common, part of the enterovirus family. Particularly prevalent in children.</w:t>
      </w:r>
    </w:p>
    <w:p w14:paraId="0890F8ED" w14:textId="77777777" w:rsidR="004B2954" w:rsidRPr="00BB79B8" w:rsidRDefault="004B2954" w:rsidP="004B2954">
      <w:pPr>
        <w:spacing w:after="20"/>
        <w:ind w:left="216"/>
        <w:rPr>
          <w:rFonts w:cs="Times New Roman"/>
          <w:sz w:val="20"/>
          <w:szCs w:val="20"/>
        </w:rPr>
      </w:pPr>
      <w:r w:rsidRPr="00BB79B8">
        <w:rPr>
          <w:rFonts w:cs="Times New Roman"/>
          <w:sz w:val="20"/>
          <w:szCs w:val="20"/>
        </w:rPr>
        <w:t>Parvovirus B19; Often the most frequently detected virus in confirmed cases, especially in children.</w:t>
      </w:r>
    </w:p>
    <w:p w14:paraId="3CAA562B"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 A common cause of respiratory infections that can also affect the heart.</w:t>
      </w:r>
    </w:p>
    <w:p w14:paraId="6DB880B1" w14:textId="77777777" w:rsidR="004B2954" w:rsidRPr="00BB79B8" w:rsidRDefault="004B2954" w:rsidP="004B2954">
      <w:pPr>
        <w:spacing w:after="20"/>
        <w:ind w:left="216"/>
        <w:rPr>
          <w:rFonts w:cs="Times New Roman"/>
          <w:sz w:val="20"/>
          <w:szCs w:val="20"/>
        </w:rPr>
      </w:pPr>
      <w:r w:rsidRPr="00BB79B8">
        <w:rPr>
          <w:rFonts w:cs="Times New Roman"/>
          <w:sz w:val="20"/>
          <w:szCs w:val="20"/>
        </w:rPr>
        <w:t>SARS-CoV-2; The virus responsible for COVID-19; a significant cause of myocarditis and pericarditis.</w:t>
      </w:r>
    </w:p>
    <w:p w14:paraId="5A2DF4AB"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Notable Viruses; Human Herpesvirus 6 (HHV-6); Alongside Parvovirus B19, now frequently identified in endomyocardial biopsies.</w:t>
      </w:r>
    </w:p>
    <w:p w14:paraId="30103364" w14:textId="77777777" w:rsidR="004B2954" w:rsidRPr="00BB79B8" w:rsidRDefault="004B2954" w:rsidP="004B2954">
      <w:pPr>
        <w:spacing w:after="20"/>
        <w:ind w:left="216"/>
        <w:rPr>
          <w:rFonts w:cs="Times New Roman"/>
          <w:sz w:val="20"/>
          <w:szCs w:val="20"/>
        </w:rPr>
      </w:pPr>
      <w:r w:rsidRPr="00BB79B8">
        <w:rPr>
          <w:rFonts w:cs="Times New Roman"/>
          <w:sz w:val="20"/>
          <w:szCs w:val="20"/>
        </w:rPr>
        <w:t>Epstein-Barr Virus (EBV); A common herpesvirus that can cause various complications, including myocarditis.</w:t>
      </w:r>
    </w:p>
    <w:p w14:paraId="7890530C" w14:textId="77777777" w:rsidR="004B2954" w:rsidRPr="00BB79B8" w:rsidRDefault="004B2954" w:rsidP="004B2954">
      <w:pPr>
        <w:spacing w:after="20"/>
        <w:ind w:left="216"/>
        <w:rPr>
          <w:rFonts w:cs="Times New Roman"/>
          <w:sz w:val="20"/>
          <w:szCs w:val="20"/>
        </w:rPr>
      </w:pPr>
      <w:r w:rsidRPr="00BB79B8">
        <w:rPr>
          <w:rFonts w:cs="Times New Roman"/>
          <w:sz w:val="20"/>
          <w:szCs w:val="20"/>
        </w:rPr>
        <w:t>Cytomegalovirus (CMV); Another widespread herpesvirus that can lead to organ inflammation.</w:t>
      </w:r>
    </w:p>
    <w:p w14:paraId="53CEFDC0" w14:textId="77777777" w:rsidR="004B2954" w:rsidRPr="00BB79B8" w:rsidRDefault="004B2954" w:rsidP="004B2954">
      <w:pPr>
        <w:spacing w:after="20"/>
        <w:ind w:left="216"/>
        <w:rPr>
          <w:rFonts w:cs="Times New Roman"/>
          <w:sz w:val="20"/>
          <w:szCs w:val="20"/>
        </w:rPr>
      </w:pPr>
      <w:r w:rsidRPr="00BB79B8">
        <w:rPr>
          <w:rFonts w:cs="Times New Roman"/>
          <w:sz w:val="20"/>
          <w:szCs w:val="20"/>
        </w:rPr>
        <w:t>Influenza Virus; Seasonal flu viruses can, in some cases, lead to cardiac inflammation.</w:t>
      </w:r>
    </w:p>
    <w:p w14:paraId="46E99B79" w14:textId="77777777" w:rsidR="004B2954" w:rsidRPr="00BB79B8" w:rsidRDefault="004B2954" w:rsidP="004B2954">
      <w:pPr>
        <w:spacing w:after="20"/>
        <w:ind w:left="216"/>
        <w:rPr>
          <w:rFonts w:cs="Times New Roman"/>
          <w:sz w:val="20"/>
          <w:szCs w:val="20"/>
        </w:rPr>
      </w:pPr>
      <w:r w:rsidRPr="00BB79B8">
        <w:rPr>
          <w:rFonts w:cs="Times New Roman"/>
          <w:sz w:val="20"/>
          <w:szCs w:val="20"/>
        </w:rPr>
        <w:t>Hepatitis C Virus (HCV); Can cause chronic infection and has been linked to myocarditis.</w:t>
      </w:r>
    </w:p>
    <w:p w14:paraId="0AFE39F1" w14:textId="77777777" w:rsidR="004B2954" w:rsidRPr="00BB79B8" w:rsidRDefault="004B2954" w:rsidP="004B2954">
      <w:pPr>
        <w:spacing w:after="20"/>
        <w:ind w:left="216"/>
        <w:rPr>
          <w:rFonts w:cs="Times New Roman"/>
          <w:sz w:val="20"/>
          <w:szCs w:val="20"/>
        </w:rPr>
      </w:pPr>
      <w:r w:rsidRPr="00BB79B8">
        <w:rPr>
          <w:rFonts w:cs="Times New Roman"/>
          <w:sz w:val="20"/>
          <w:szCs w:val="20"/>
        </w:rPr>
        <w:t>Human Immunodeficiency Virus (HIV); The virus that causes AIDS can also result in myocardial inflammation.</w:t>
      </w:r>
    </w:p>
    <w:p w14:paraId="560182E1"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viruses can cause myocarditis directly by infecting and damaging heart muscle cells, or indirectly by triggering an abnormal immune response that attacks the heart.</w:t>
      </w:r>
    </w:p>
    <w:p w14:paraId="1306D1A6" w14:textId="77777777" w:rsidR="004B2954" w:rsidRPr="00BB79B8" w:rsidRDefault="004B2954" w:rsidP="004B2954">
      <w:pPr>
        <w:spacing w:after="0"/>
        <w:rPr>
          <w:rFonts w:cs="Times New Roman"/>
          <w:sz w:val="20"/>
          <w:szCs w:val="20"/>
        </w:rPr>
      </w:pPr>
    </w:p>
    <w:p w14:paraId="07A593F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62A293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A7C35EA"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common viruses causing myocarditis are mainly enteroviruses, followed by adenoviruses, herpesviruses and others:</w:t>
      </w:r>
    </w:p>
    <w:p w14:paraId="1A2D337E" w14:textId="77777777" w:rsidR="004B2954" w:rsidRPr="00BB79B8" w:rsidRDefault="004B2954" w:rsidP="004B2954">
      <w:pPr>
        <w:spacing w:after="20"/>
        <w:ind w:left="216"/>
        <w:rPr>
          <w:rFonts w:cs="Times New Roman"/>
          <w:sz w:val="20"/>
          <w:szCs w:val="20"/>
        </w:rPr>
      </w:pPr>
      <w:r w:rsidRPr="00BB79B8">
        <w:rPr>
          <w:rFonts w:cs="Times New Roman"/>
          <w:sz w:val="20"/>
          <w:szCs w:val="20"/>
        </w:rPr>
        <w:t>Enteroviruses (top cause)</w:t>
      </w:r>
    </w:p>
    <w:p w14:paraId="531D2850" w14:textId="77777777" w:rsidR="004B2954" w:rsidRPr="00BB79B8" w:rsidRDefault="004B2954" w:rsidP="004B2954">
      <w:pPr>
        <w:spacing w:after="20"/>
        <w:ind w:left="216"/>
        <w:rPr>
          <w:rFonts w:cs="Times New Roman"/>
          <w:sz w:val="20"/>
          <w:szCs w:val="20"/>
        </w:rPr>
      </w:pPr>
      <w:r w:rsidRPr="00BB79B8">
        <w:rPr>
          <w:rFonts w:cs="Times New Roman"/>
          <w:sz w:val="20"/>
          <w:szCs w:val="20"/>
        </w:rPr>
        <w:t>Coxsackievirus B group, Echovirus, Poliovirus</w:t>
      </w:r>
    </w:p>
    <w:p w14:paraId="20A0601A" w14:textId="77777777" w:rsidR="004B2954" w:rsidRPr="00BB79B8" w:rsidRDefault="004B2954" w:rsidP="004B2954">
      <w:pPr>
        <w:spacing w:after="20"/>
        <w:ind w:left="216"/>
        <w:rPr>
          <w:rFonts w:cs="Times New Roman"/>
          <w:sz w:val="20"/>
          <w:szCs w:val="20"/>
        </w:rPr>
      </w:pPr>
      <w:r w:rsidRPr="00BB79B8">
        <w:rPr>
          <w:rFonts w:cs="Times New Roman"/>
          <w:sz w:val="20"/>
          <w:szCs w:val="20"/>
        </w:rPr>
        <w:t>Adenovirus</w:t>
      </w:r>
    </w:p>
    <w:p w14:paraId="43939385"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in both children and adults</w:t>
      </w:r>
    </w:p>
    <w:p w14:paraId="0F8F3980" w14:textId="77777777" w:rsidR="004B2954" w:rsidRPr="00BB79B8" w:rsidRDefault="004B2954" w:rsidP="004B2954">
      <w:pPr>
        <w:spacing w:after="20"/>
        <w:ind w:left="216"/>
        <w:rPr>
          <w:rFonts w:cs="Times New Roman"/>
          <w:sz w:val="20"/>
          <w:szCs w:val="20"/>
        </w:rPr>
      </w:pPr>
      <w:r w:rsidRPr="00BB79B8">
        <w:rPr>
          <w:rFonts w:cs="Times New Roman"/>
          <w:sz w:val="20"/>
          <w:szCs w:val="20"/>
        </w:rPr>
        <w:t>Herpes family viruses</w:t>
      </w:r>
    </w:p>
    <w:p w14:paraId="049D915C" w14:textId="77777777" w:rsidR="004B2954" w:rsidRPr="00BB79B8" w:rsidRDefault="004B2954" w:rsidP="004B2954">
      <w:pPr>
        <w:spacing w:after="20"/>
        <w:ind w:left="216"/>
        <w:rPr>
          <w:rFonts w:cs="Times New Roman"/>
          <w:sz w:val="20"/>
          <w:szCs w:val="20"/>
        </w:rPr>
      </w:pPr>
      <w:r w:rsidRPr="00BB79B8">
        <w:rPr>
          <w:rFonts w:cs="Times New Roman"/>
          <w:sz w:val="20"/>
          <w:szCs w:val="20"/>
        </w:rPr>
        <w:t>Epstein-Barr virus (EBV), Cytomegalovirus (CMV), Herpes simplex virus</w:t>
      </w:r>
    </w:p>
    <w:p w14:paraId="2BDE3031" w14:textId="77777777" w:rsidR="004B2954" w:rsidRPr="00BB79B8" w:rsidRDefault="004B2954" w:rsidP="004B2954">
      <w:pPr>
        <w:spacing w:after="20"/>
        <w:ind w:left="216"/>
        <w:rPr>
          <w:rFonts w:cs="Times New Roman"/>
          <w:sz w:val="20"/>
          <w:szCs w:val="20"/>
        </w:rPr>
      </w:pPr>
      <w:r w:rsidRPr="00BB79B8">
        <w:rPr>
          <w:rFonts w:cs="Times New Roman"/>
          <w:sz w:val="20"/>
          <w:szCs w:val="20"/>
        </w:rPr>
        <w:t>Respiratory viruses</w:t>
      </w:r>
    </w:p>
    <w:p w14:paraId="05EBA35E" w14:textId="77777777" w:rsidR="004B2954" w:rsidRPr="00BB79B8" w:rsidRDefault="004B2954" w:rsidP="004B2954">
      <w:pPr>
        <w:spacing w:after="20"/>
        <w:ind w:left="216"/>
        <w:rPr>
          <w:rFonts w:cs="Times New Roman"/>
          <w:sz w:val="20"/>
          <w:szCs w:val="20"/>
        </w:rPr>
      </w:pPr>
      <w:r w:rsidRPr="00BB79B8">
        <w:rPr>
          <w:rFonts w:cs="Times New Roman"/>
          <w:sz w:val="20"/>
          <w:szCs w:val="20"/>
        </w:rPr>
        <w:t>Influenza A/B virus, Parainfluenza virus, Respiratory syncytial virus (RSV)</w:t>
      </w:r>
    </w:p>
    <w:p w14:paraId="3BE6FF47" w14:textId="77777777" w:rsidR="004B2954" w:rsidRPr="00BB79B8" w:rsidRDefault="004B2954" w:rsidP="004B2954">
      <w:pPr>
        <w:spacing w:after="20"/>
        <w:ind w:left="216"/>
        <w:rPr>
          <w:rFonts w:cs="Times New Roman"/>
          <w:sz w:val="20"/>
          <w:szCs w:val="20"/>
        </w:rPr>
      </w:pPr>
      <w:r w:rsidRPr="00BB79B8">
        <w:rPr>
          <w:rFonts w:cs="Times New Roman"/>
          <w:sz w:val="20"/>
          <w:szCs w:val="20"/>
        </w:rPr>
        <w:t>Others</w:t>
      </w:r>
    </w:p>
    <w:p w14:paraId="27DC0E20" w14:textId="77777777" w:rsidR="004B2954" w:rsidRPr="00BB79B8" w:rsidRDefault="004B2954" w:rsidP="004B2954">
      <w:pPr>
        <w:spacing w:after="20"/>
        <w:ind w:left="216"/>
        <w:rPr>
          <w:rFonts w:cs="Times New Roman"/>
          <w:sz w:val="20"/>
          <w:szCs w:val="20"/>
        </w:rPr>
      </w:pPr>
      <w:r w:rsidRPr="00BB79B8">
        <w:rPr>
          <w:rFonts w:cs="Times New Roman"/>
          <w:sz w:val="20"/>
          <w:szCs w:val="20"/>
        </w:rPr>
        <w:t>Hepatitis viruses, Rubella virus, COVID-19 (SARS-CoV-2)</w:t>
      </w:r>
    </w:p>
    <w:p w14:paraId="4016B878" w14:textId="77777777" w:rsidR="004B2954" w:rsidRPr="00BB79B8" w:rsidRDefault="004B2954" w:rsidP="004B2954">
      <w:pPr>
        <w:rPr>
          <w:rFonts w:cs="Times New Roman"/>
          <w:sz w:val="20"/>
          <w:szCs w:val="20"/>
        </w:rPr>
      </w:pPr>
    </w:p>
    <w:p w14:paraId="42AF9B13" w14:textId="77777777" w:rsidR="004B2954" w:rsidRPr="00BB79B8" w:rsidRDefault="004B2954" w:rsidP="004B2954">
      <w:pPr>
        <w:keepNext/>
        <w:rPr>
          <w:rFonts w:cs="Times New Roman"/>
          <w:sz w:val="20"/>
          <w:szCs w:val="20"/>
        </w:rPr>
      </w:pPr>
      <w:r w:rsidRPr="00BB79B8">
        <w:rPr>
          <w:rFonts w:cs="Times New Roman"/>
          <w:b/>
          <w:color w:val="1F4E79"/>
          <w:sz w:val="20"/>
          <w:szCs w:val="20"/>
        </w:rPr>
        <w:t>Q23. Can autoimmune disease cause myocarditis?</w:t>
      </w:r>
    </w:p>
    <w:p w14:paraId="65DD0CA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6C3C54D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18E9517" w14:textId="77777777" w:rsidR="004B2954" w:rsidRPr="00BB79B8" w:rsidRDefault="004B2954" w:rsidP="004B2954">
      <w:pPr>
        <w:spacing w:after="20"/>
        <w:ind w:left="216"/>
        <w:rPr>
          <w:rFonts w:cs="Times New Roman"/>
          <w:sz w:val="20"/>
          <w:szCs w:val="20"/>
        </w:rPr>
      </w:pPr>
      <w:r w:rsidRPr="00BB79B8">
        <w:rPr>
          <w:rFonts w:cs="Times New Roman"/>
          <w:sz w:val="20"/>
          <w:szCs w:val="20"/>
        </w:rPr>
        <w:t>Yes, autoimmune diseases can cause myocarditis. In this context, the body's immune system mistakenly attacks the heart muscle, leading to inflammation. Some autoimmune conditions known to be associated with myocarditis include:</w:t>
      </w:r>
    </w:p>
    <w:p w14:paraId="35FA71FE"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lupus erythematosus (SLE)</w:t>
      </w:r>
    </w:p>
    <w:p w14:paraId="63F3E08F" w14:textId="77777777" w:rsidR="004B2954" w:rsidRPr="00BB79B8" w:rsidRDefault="004B2954" w:rsidP="004B2954">
      <w:pPr>
        <w:spacing w:after="20"/>
        <w:ind w:left="216"/>
        <w:rPr>
          <w:rFonts w:cs="Times New Roman"/>
          <w:sz w:val="20"/>
          <w:szCs w:val="20"/>
        </w:rPr>
      </w:pPr>
      <w:r w:rsidRPr="00BB79B8">
        <w:rPr>
          <w:rFonts w:cs="Times New Roman"/>
          <w:sz w:val="20"/>
          <w:szCs w:val="20"/>
        </w:rPr>
        <w:t>Rheumatoid arthritis</w:t>
      </w:r>
    </w:p>
    <w:p w14:paraId="1DFAAC23"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arteritis</w:t>
      </w:r>
    </w:p>
    <w:p w14:paraId="34AA7A8E" w14:textId="77777777" w:rsidR="004B2954" w:rsidRPr="00BB79B8" w:rsidRDefault="004B2954" w:rsidP="004B2954">
      <w:pPr>
        <w:spacing w:after="20"/>
        <w:ind w:left="216"/>
        <w:rPr>
          <w:rFonts w:cs="Times New Roman"/>
          <w:sz w:val="20"/>
          <w:szCs w:val="20"/>
        </w:rPr>
      </w:pPr>
      <w:r w:rsidRPr="00BB79B8">
        <w:rPr>
          <w:rFonts w:cs="Times New Roman"/>
          <w:sz w:val="20"/>
          <w:szCs w:val="20"/>
        </w:rPr>
        <w:t>Sarcoidosis</w:t>
      </w:r>
    </w:p>
    <w:p w14:paraId="0B2C6A23"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thyroid disease (rarely)</w:t>
      </w:r>
    </w:p>
    <w:p w14:paraId="41F07E4E"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myocarditis may present with chest pain, shortness of breath, palpitations, or sometimes heart failure. Diagnosis usually involves blood tests, ECG, echocardiography, and in some cases, cardiac MRI or endomyocardial biopsy to confirm inflammation.</w:t>
      </w:r>
    </w:p>
    <w:p w14:paraId="422A5C0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Early recognition is important because treatment may include immunosuppressive therapy, alongside standard heart failure management.</w:t>
      </w:r>
    </w:p>
    <w:p w14:paraId="6E18CB95" w14:textId="77777777" w:rsidR="004B2954" w:rsidRPr="00BB79B8" w:rsidRDefault="004B2954" w:rsidP="004B2954">
      <w:pPr>
        <w:spacing w:after="0"/>
        <w:rPr>
          <w:rFonts w:cs="Times New Roman"/>
          <w:sz w:val="20"/>
          <w:szCs w:val="20"/>
        </w:rPr>
      </w:pPr>
    </w:p>
    <w:p w14:paraId="484713E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69D4749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689AA9C" w14:textId="77777777" w:rsidR="004B2954" w:rsidRPr="00BB79B8" w:rsidRDefault="004B2954" w:rsidP="004B2954">
      <w:pPr>
        <w:spacing w:after="20"/>
        <w:ind w:left="216"/>
        <w:rPr>
          <w:rFonts w:cs="Times New Roman"/>
          <w:sz w:val="20"/>
          <w:szCs w:val="20"/>
        </w:rPr>
      </w:pPr>
      <w:r w:rsidRPr="00BB79B8">
        <w:rPr>
          <w:rFonts w:cs="Times New Roman"/>
          <w:sz w:val="20"/>
          <w:szCs w:val="20"/>
        </w:rPr>
        <w:t>Yes, autoimmune diseases can cause myocarditis. This is typically referred to as autoimmune myocarditis or inflammatory cardiomyopathy.</w:t>
      </w:r>
    </w:p>
    <w:p w14:paraId="3A62EFC6"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these cases, the body's immune system mistakenly identifies the heart muscle (myocardium) as a foreign threat and attacks it, leading to inflammation that can affect the heart's ability to pump blood and cause irregular heart rhythms.</w:t>
      </w:r>
    </w:p>
    <w:p w14:paraId="00955540"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Autoimmune Triggers</w:t>
      </w:r>
    </w:p>
    <w:p w14:paraId="7BF43550" w14:textId="77777777" w:rsidR="004B2954" w:rsidRPr="00BB79B8" w:rsidRDefault="004B2954" w:rsidP="004B2954">
      <w:pPr>
        <w:spacing w:after="20"/>
        <w:ind w:left="216"/>
        <w:rPr>
          <w:rFonts w:cs="Times New Roman"/>
          <w:sz w:val="20"/>
          <w:szCs w:val="20"/>
        </w:rPr>
      </w:pPr>
      <w:r w:rsidRPr="00BB79B8">
        <w:rPr>
          <w:rFonts w:cs="Times New Roman"/>
          <w:sz w:val="20"/>
          <w:szCs w:val="20"/>
        </w:rPr>
        <w:t>Several systemic autoimmune and inflammatory conditions are known to be associated with myocarditis:</w:t>
      </w:r>
    </w:p>
    <w:p w14:paraId="62AE3FB0"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Lupus Erythematosus (SLE): One of the most common systemic causes where inflammation can involve the pericardium and the myocardium.</w:t>
      </w:r>
    </w:p>
    <w:p w14:paraId="51CE3175" w14:textId="77777777" w:rsidR="004B2954" w:rsidRPr="00BB79B8" w:rsidRDefault="004B2954" w:rsidP="004B2954">
      <w:pPr>
        <w:spacing w:after="20"/>
        <w:ind w:left="216"/>
        <w:rPr>
          <w:rFonts w:cs="Times New Roman"/>
          <w:sz w:val="20"/>
          <w:szCs w:val="20"/>
        </w:rPr>
      </w:pPr>
      <w:r w:rsidRPr="00BB79B8">
        <w:rPr>
          <w:rFonts w:cs="Times New Roman"/>
          <w:sz w:val="20"/>
          <w:szCs w:val="20"/>
        </w:rPr>
        <w:t>Rheumatoid Arthritis (RA): While more commonly affecting the joints, RA can occasionally lead to myocardial inflammation.</w:t>
      </w:r>
    </w:p>
    <w:p w14:paraId="6E4C2C45" w14:textId="77777777" w:rsidR="004B2954" w:rsidRPr="00BB79B8" w:rsidRDefault="004B2954" w:rsidP="004B2954">
      <w:pPr>
        <w:spacing w:after="20"/>
        <w:ind w:left="216"/>
        <w:rPr>
          <w:rFonts w:cs="Times New Roman"/>
          <w:sz w:val="20"/>
          <w:szCs w:val="20"/>
        </w:rPr>
      </w:pPr>
      <w:r w:rsidRPr="00BB79B8">
        <w:rPr>
          <w:rFonts w:cs="Times New Roman"/>
          <w:sz w:val="20"/>
          <w:szCs w:val="20"/>
        </w:rPr>
        <w:t>Sarcoidosis: A condition characterized by the growth of tiny groups of inflammatory cells (granulomas), which can infiltrate heart tissue.</w:t>
      </w:r>
    </w:p>
    <w:p w14:paraId="7B4B39F1"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A rare but severe autoimmune-mediated form of myocarditis characterized by the presence of multinucleated giant cells in the heart muscle.</w:t>
      </w:r>
    </w:p>
    <w:p w14:paraId="0FFABB87"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Myocarditis: Often linked to hypersensitivity or systemic autoimmune syndromes (like Churg-Strauss syndrome).</w:t>
      </w:r>
    </w:p>
    <w:p w14:paraId="20F8EFF4"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 of Injury</w:t>
      </w:r>
    </w:p>
    <w:p w14:paraId="091A292E" w14:textId="77777777" w:rsidR="004B2954" w:rsidRPr="00BB79B8" w:rsidRDefault="004B2954" w:rsidP="004B2954">
      <w:pPr>
        <w:spacing w:after="20"/>
        <w:ind w:left="216"/>
        <w:rPr>
          <w:rFonts w:cs="Times New Roman"/>
          <w:sz w:val="20"/>
          <w:szCs w:val="20"/>
        </w:rPr>
      </w:pPr>
      <w:r w:rsidRPr="00BB79B8">
        <w:rPr>
          <w:rFonts w:cs="Times New Roman"/>
          <w:sz w:val="20"/>
          <w:szCs w:val="20"/>
        </w:rPr>
        <w:t>The damage usually occurs through two primary pathways:</w:t>
      </w:r>
    </w:p>
    <w:p w14:paraId="4BAA6C67"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T-cell Infiltration: Immune cells directly attack the cardiac myocytes.</w:t>
      </w:r>
    </w:p>
    <w:p w14:paraId="640D8914" w14:textId="77777777" w:rsidR="004B2954" w:rsidRPr="00BB79B8" w:rsidRDefault="004B2954" w:rsidP="004B2954">
      <w:pPr>
        <w:spacing w:after="20"/>
        <w:ind w:left="216"/>
        <w:rPr>
          <w:rFonts w:cs="Times New Roman"/>
          <w:sz w:val="20"/>
          <w:szCs w:val="20"/>
        </w:rPr>
      </w:pPr>
      <w:r w:rsidRPr="00BB79B8">
        <w:rPr>
          <w:rFonts w:cs="Times New Roman"/>
          <w:sz w:val="20"/>
          <w:szCs w:val="20"/>
        </w:rPr>
        <w:t>Autoantibody Production: The body produces antibodies that specifically target cardiac proteins (like myosin), leading to chronic inflammation.</w:t>
      </w:r>
    </w:p>
    <w:p w14:paraId="7650A00D"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Significance</w:t>
      </w:r>
    </w:p>
    <w:p w14:paraId="0E19001F"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myocarditis can sometimes be more difficult to diagnose than viral myocarditis because it often presents as part of a broader systemic illness. Management frequently requires a combination of standard heart failure therapies and immunosuppressive treatments (such as corticosteroids or azathioprine) to address the underlying immune response.</w:t>
      </w:r>
    </w:p>
    <w:p w14:paraId="7026603A" w14:textId="77777777" w:rsidR="004B2954" w:rsidRPr="00BB79B8" w:rsidRDefault="004B2954" w:rsidP="004B2954">
      <w:pPr>
        <w:spacing w:after="0"/>
        <w:rPr>
          <w:rFonts w:cs="Times New Roman"/>
          <w:sz w:val="20"/>
          <w:szCs w:val="20"/>
        </w:rPr>
      </w:pPr>
    </w:p>
    <w:p w14:paraId="0B468F6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2CF81F7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5DCB34F" w14:textId="77777777" w:rsidR="004B2954" w:rsidRPr="00BB79B8" w:rsidRDefault="004B2954" w:rsidP="004B2954">
      <w:pPr>
        <w:spacing w:after="20"/>
        <w:ind w:left="216"/>
        <w:rPr>
          <w:rFonts w:cs="Times New Roman"/>
          <w:sz w:val="20"/>
          <w:szCs w:val="20"/>
        </w:rPr>
      </w:pPr>
      <w:r w:rsidRPr="00BB79B8">
        <w:rPr>
          <w:rFonts w:cs="Times New Roman"/>
          <w:sz w:val="20"/>
          <w:szCs w:val="20"/>
        </w:rPr>
        <w:t>Yes - autoimmune diseases can cause myocarditis. Myocarditis is inflammation of the heart muscle, and autoimmune mechanisms are a well-recognized cause. In autoimmune myocarditis, the immune system mistakenly attacks heart tissue, leading to inflammation, injury, and sometimes long-term complications such as dilated cardiomyopathy.</w:t>
      </w:r>
    </w:p>
    <w:p w14:paraId="3ED7C0AE"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7607AB06"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myocarditis is a documented condition in which the immune system targets the myocardium, causing inflammation and symptoms such as chest pain, arrhythmias, shortness of breath, and fatigue.</w:t>
      </w:r>
    </w:p>
    <w:p w14:paraId="1F3900E3" w14:textId="77777777" w:rsidR="004B2954" w:rsidRPr="00BB79B8" w:rsidRDefault="004B2954" w:rsidP="004B2954">
      <w:pPr>
        <w:spacing w:after="20"/>
        <w:ind w:left="216"/>
        <w:rPr>
          <w:rFonts w:cs="Times New Roman"/>
          <w:sz w:val="20"/>
          <w:szCs w:val="20"/>
        </w:rPr>
      </w:pPr>
      <w:r w:rsidRPr="00BB79B8">
        <w:rPr>
          <w:rFonts w:cs="Times New Roman"/>
          <w:sz w:val="20"/>
          <w:szCs w:val="20"/>
        </w:rPr>
        <w:t>Loss of immune self-tolerance can trigger autoimmune responses against heart tissue, leading to myocarditis.</w:t>
      </w:r>
    </w:p>
    <w:p w14:paraId="68E3DA1B" w14:textId="77777777" w:rsidR="004B2954" w:rsidRPr="00BB79B8" w:rsidRDefault="004B2954" w:rsidP="004B2954">
      <w:pPr>
        <w:spacing w:after="20"/>
        <w:ind w:left="216"/>
        <w:rPr>
          <w:rFonts w:cs="Times New Roman"/>
          <w:sz w:val="20"/>
          <w:szCs w:val="20"/>
        </w:rPr>
      </w:pPr>
      <w:r w:rsidRPr="00BB79B8">
        <w:rPr>
          <w:rFonts w:cs="Times New Roman"/>
          <w:sz w:val="20"/>
          <w:szCs w:val="20"/>
        </w:rPr>
        <w:t>Several autoimmune and inflammatory disorders can present with myocarditis, including lupus, sarcoidosis, mixed connective tissue disease, antiphospholipid syndrome, and others. In one study, 6.9% of acute myocarditis cases were caused by underlying autoimmune/inflammatory disease.</w:t>
      </w:r>
    </w:p>
    <w:p w14:paraId="08332F41" w14:textId="77777777" w:rsidR="004B2954" w:rsidRPr="00BB79B8" w:rsidRDefault="004B2954" w:rsidP="004B2954">
      <w:pPr>
        <w:spacing w:after="20"/>
        <w:ind w:left="216"/>
        <w:rPr>
          <w:rFonts w:cs="Times New Roman"/>
          <w:sz w:val="20"/>
          <w:szCs w:val="20"/>
        </w:rPr>
      </w:pPr>
      <w:r w:rsidRPr="00BB79B8">
        <w:rPr>
          <w:rFonts w:cs="Times New Roman"/>
          <w:sz w:val="20"/>
          <w:szCs w:val="20"/>
        </w:rPr>
        <w:t>How autoimmune disease leads to myocarditis</w:t>
      </w:r>
    </w:p>
    <w:p w14:paraId="2EA8843E" w14:textId="77777777" w:rsidR="004B2954" w:rsidRPr="00BB79B8" w:rsidRDefault="004B2954" w:rsidP="004B2954">
      <w:pPr>
        <w:spacing w:after="20"/>
        <w:ind w:left="216"/>
        <w:rPr>
          <w:rFonts w:cs="Times New Roman"/>
          <w:sz w:val="20"/>
          <w:szCs w:val="20"/>
        </w:rPr>
      </w:pPr>
      <w:r w:rsidRPr="00BB79B8">
        <w:rPr>
          <w:rFonts w:cs="Times New Roman"/>
          <w:sz w:val="20"/>
          <w:szCs w:val="20"/>
        </w:rPr>
        <w:t>The immune system produces autoantibodies or autoreactive T-cells that attack heart muscle.</w:t>
      </w:r>
    </w:p>
    <w:p w14:paraId="11E5F7C6" w14:textId="77777777" w:rsidR="004B2954" w:rsidRPr="00BB79B8" w:rsidRDefault="004B2954" w:rsidP="004B2954">
      <w:pPr>
        <w:spacing w:after="20"/>
        <w:ind w:left="216"/>
        <w:rPr>
          <w:rFonts w:cs="Times New Roman"/>
          <w:sz w:val="20"/>
          <w:szCs w:val="20"/>
        </w:rPr>
      </w:pPr>
      <w:r w:rsidRPr="00BB79B8">
        <w:rPr>
          <w:rFonts w:cs="Times New Roman"/>
          <w:sz w:val="20"/>
          <w:szCs w:val="20"/>
        </w:rPr>
        <w:t>This causes inflammation, cell damage, and sometimes scarring.</w:t>
      </w:r>
    </w:p>
    <w:p w14:paraId="3E5F11B7" w14:textId="77777777" w:rsidR="004B2954" w:rsidRPr="00BB79B8" w:rsidRDefault="004B2954" w:rsidP="004B2954">
      <w:pPr>
        <w:spacing w:after="20"/>
        <w:ind w:left="216"/>
        <w:rPr>
          <w:rFonts w:cs="Times New Roman"/>
          <w:sz w:val="20"/>
          <w:szCs w:val="20"/>
        </w:rPr>
      </w:pPr>
      <w:r w:rsidRPr="00BB79B8">
        <w:rPr>
          <w:rFonts w:cs="Times New Roman"/>
          <w:sz w:val="20"/>
          <w:szCs w:val="20"/>
        </w:rPr>
        <w:t>If untreated, chronic inflammation may lead to dilated cardiomyopathy and heart failure.</w:t>
      </w:r>
    </w:p>
    <w:p w14:paraId="60376874"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diseases known to cause myocarditis</w:t>
      </w:r>
    </w:p>
    <w:p w14:paraId="48AF1537" w14:textId="77777777" w:rsidR="004B2954" w:rsidRPr="00BB79B8" w:rsidRDefault="004B2954" w:rsidP="004B2954">
      <w:pPr>
        <w:spacing w:after="20"/>
        <w:ind w:left="216"/>
        <w:rPr>
          <w:rFonts w:cs="Times New Roman"/>
          <w:sz w:val="20"/>
          <w:szCs w:val="20"/>
        </w:rPr>
      </w:pPr>
      <w:r w:rsidRPr="00BB79B8">
        <w:rPr>
          <w:rFonts w:cs="Times New Roman"/>
          <w:sz w:val="20"/>
          <w:szCs w:val="20"/>
        </w:rPr>
        <w:t>Each of these is a potential follow-up topic if you want to explore them:</w:t>
      </w:r>
    </w:p>
    <w:p w14:paraId="7FCDA81B"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lupus erythematosus</w:t>
      </w:r>
    </w:p>
    <w:p w14:paraId="0FB71ECE" w14:textId="77777777" w:rsidR="004B2954" w:rsidRPr="00BB79B8" w:rsidRDefault="004B2954" w:rsidP="004B2954">
      <w:pPr>
        <w:spacing w:after="20"/>
        <w:ind w:left="216"/>
        <w:rPr>
          <w:rFonts w:cs="Times New Roman"/>
          <w:sz w:val="20"/>
          <w:szCs w:val="20"/>
        </w:rPr>
      </w:pPr>
      <w:r w:rsidRPr="00BB79B8">
        <w:rPr>
          <w:rFonts w:cs="Times New Roman"/>
          <w:sz w:val="20"/>
          <w:szCs w:val="20"/>
        </w:rPr>
        <w:t>Sarcoidosis</w:t>
      </w:r>
    </w:p>
    <w:p w14:paraId="7F257636" w14:textId="77777777" w:rsidR="004B2954" w:rsidRPr="00BB79B8" w:rsidRDefault="004B2954" w:rsidP="004B2954">
      <w:pPr>
        <w:spacing w:after="20"/>
        <w:ind w:left="216"/>
        <w:rPr>
          <w:rFonts w:cs="Times New Roman"/>
          <w:sz w:val="20"/>
          <w:szCs w:val="20"/>
        </w:rPr>
      </w:pPr>
      <w:r w:rsidRPr="00BB79B8">
        <w:rPr>
          <w:rFonts w:cs="Times New Roman"/>
          <w:sz w:val="20"/>
          <w:szCs w:val="20"/>
        </w:rPr>
        <w:t>Mixed connective tissue disease</w:t>
      </w:r>
    </w:p>
    <w:p w14:paraId="5B34EA5B" w14:textId="77777777" w:rsidR="004B2954" w:rsidRPr="00BB79B8" w:rsidRDefault="004B2954" w:rsidP="004B2954">
      <w:pPr>
        <w:spacing w:after="20"/>
        <w:ind w:left="216"/>
        <w:rPr>
          <w:rFonts w:cs="Times New Roman"/>
          <w:sz w:val="20"/>
          <w:szCs w:val="20"/>
        </w:rPr>
      </w:pPr>
      <w:r w:rsidRPr="00BB79B8">
        <w:rPr>
          <w:rFonts w:cs="Times New Roman"/>
          <w:sz w:val="20"/>
          <w:szCs w:val="20"/>
        </w:rPr>
        <w:t>Antiphospholipid syndrome</w:t>
      </w:r>
    </w:p>
    <w:p w14:paraId="180F7EE6"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granulomatosis with polyangiitis</w:t>
      </w:r>
    </w:p>
    <w:p w14:paraId="25840F3A"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thyroid disease (e.g., Graves')</w:t>
      </w:r>
    </w:p>
    <w:p w14:paraId="5648FD75"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Inflammatory bowel disease</w:t>
      </w:r>
    </w:p>
    <w:p w14:paraId="49306618"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These conditions can either trigger myocarditis or have myocarditis as the first sign of the disease.</w:t>
      </w:r>
    </w:p>
    <w:p w14:paraId="60C97278"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suspect autoimmune-related myocarditis</w:t>
      </w:r>
    </w:p>
    <w:p w14:paraId="2B3957F0" w14:textId="77777777" w:rsidR="004B2954" w:rsidRPr="00BB79B8" w:rsidRDefault="004B2954" w:rsidP="004B2954">
      <w:pPr>
        <w:spacing w:after="20"/>
        <w:ind w:left="216"/>
        <w:rPr>
          <w:rFonts w:cs="Times New Roman"/>
          <w:sz w:val="20"/>
          <w:szCs w:val="20"/>
        </w:rPr>
      </w:pPr>
      <w:r w:rsidRPr="00BB79B8">
        <w:rPr>
          <w:rFonts w:cs="Times New Roman"/>
          <w:sz w:val="20"/>
          <w:szCs w:val="20"/>
        </w:rPr>
        <w:t>Research shows certain features make an autoimmune cause more likely:</w:t>
      </w:r>
    </w:p>
    <w:p w14:paraId="51EF4CB5"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 effusion (fluid around the heart)</w:t>
      </w:r>
    </w:p>
    <w:p w14:paraId="645E9045" w14:textId="77777777" w:rsidR="004B2954" w:rsidRPr="00BB79B8" w:rsidRDefault="004B2954" w:rsidP="004B2954">
      <w:pPr>
        <w:spacing w:after="20"/>
        <w:ind w:left="216"/>
        <w:rPr>
          <w:rFonts w:cs="Times New Roman"/>
          <w:sz w:val="20"/>
          <w:szCs w:val="20"/>
        </w:rPr>
      </w:pPr>
      <w:r w:rsidRPr="00BB79B8">
        <w:rPr>
          <w:rFonts w:cs="Times New Roman"/>
          <w:sz w:val="20"/>
          <w:szCs w:val="20"/>
        </w:rPr>
        <w:t>High CRP (C-reactive protein)</w:t>
      </w:r>
    </w:p>
    <w:p w14:paraId="1AD1A313" w14:textId="77777777" w:rsidR="004B2954" w:rsidRPr="00BB79B8" w:rsidRDefault="004B2954" w:rsidP="004B2954">
      <w:pPr>
        <w:spacing w:after="20"/>
        <w:ind w:left="216"/>
        <w:rPr>
          <w:rFonts w:cs="Times New Roman"/>
          <w:sz w:val="20"/>
          <w:szCs w:val="20"/>
        </w:rPr>
      </w:pPr>
      <w:r w:rsidRPr="00BB79B8">
        <w:rPr>
          <w:rFonts w:cs="Times New Roman"/>
          <w:sz w:val="20"/>
          <w:szCs w:val="20"/>
        </w:rPr>
        <w:t>Lack of chest pain at onset</w:t>
      </w:r>
    </w:p>
    <w:p w14:paraId="7769DAFA"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3302A92C"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diseases are a recognized cause of myocarditis, and in some cases, myocarditis may be the first clue that an autoimmune disorder is present. Early diagnosis matters because autoimmune myocarditis often responds well to steroids or immunosuppressive therapy.</w:t>
      </w:r>
    </w:p>
    <w:p w14:paraId="0820DCAC" w14:textId="77777777" w:rsidR="004B2954" w:rsidRPr="00BB79B8" w:rsidRDefault="004B2954" w:rsidP="004B2954">
      <w:pPr>
        <w:spacing w:after="0"/>
        <w:rPr>
          <w:rFonts w:cs="Times New Roman"/>
          <w:sz w:val="20"/>
          <w:szCs w:val="20"/>
        </w:rPr>
      </w:pPr>
    </w:p>
    <w:p w14:paraId="6FBE643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618430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BCFB59D" w14:textId="77777777" w:rsidR="004B2954" w:rsidRPr="00BB79B8" w:rsidRDefault="004B2954" w:rsidP="004B2954">
      <w:pPr>
        <w:spacing w:after="20"/>
        <w:ind w:left="216"/>
        <w:rPr>
          <w:rFonts w:cs="Times New Roman"/>
          <w:sz w:val="20"/>
          <w:szCs w:val="20"/>
        </w:rPr>
      </w:pPr>
      <w:r w:rsidRPr="00BB79B8">
        <w:rPr>
          <w:rFonts w:cs="Times New Roman"/>
          <w:sz w:val="20"/>
          <w:szCs w:val="20"/>
        </w:rPr>
        <w:t>Yes, autoimmune diseases can definitely cause myocarditis.</w:t>
      </w:r>
    </w:p>
    <w:p w14:paraId="0A7714B1" w14:textId="77777777" w:rsidR="004B2954" w:rsidRPr="00BB79B8" w:rsidRDefault="004B2954" w:rsidP="004B2954">
      <w:pPr>
        <w:spacing w:after="20"/>
        <w:ind w:left="216"/>
        <w:rPr>
          <w:rFonts w:cs="Times New Roman"/>
          <w:sz w:val="20"/>
          <w:szCs w:val="20"/>
        </w:rPr>
      </w:pPr>
      <w:r w:rsidRPr="00BB79B8">
        <w:rPr>
          <w:rFonts w:cs="Times New Roman"/>
          <w:sz w:val="20"/>
          <w:szCs w:val="20"/>
        </w:rPr>
        <w:t>In fact, after viral infections, autoimmune diseases are a leading cause of non-infectious myocarditis. In this context, it is often referred to as autoimmune myocarditis.</w:t>
      </w:r>
    </w:p>
    <w:p w14:paraId="156176D0"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how it happens and which specific diseases are most commonly responsible:</w:t>
      </w:r>
    </w:p>
    <w:p w14:paraId="5717B8FE" w14:textId="77777777" w:rsidR="004B2954" w:rsidRPr="00BB79B8" w:rsidRDefault="004B2954" w:rsidP="004B2954">
      <w:pPr>
        <w:spacing w:after="20"/>
        <w:ind w:left="216"/>
        <w:rPr>
          <w:rFonts w:cs="Times New Roman"/>
          <w:sz w:val="20"/>
          <w:szCs w:val="20"/>
        </w:rPr>
      </w:pPr>
      <w:r w:rsidRPr="00BB79B8">
        <w:rPr>
          <w:rFonts w:cs="Times New Roman"/>
          <w:sz w:val="20"/>
          <w:szCs w:val="20"/>
        </w:rPr>
        <w:t>The Mechanism</w:t>
      </w:r>
    </w:p>
    <w:p w14:paraId="4420C14A" w14:textId="77777777" w:rsidR="004B2954" w:rsidRPr="00BB79B8" w:rsidRDefault="004B2954" w:rsidP="004B2954">
      <w:pPr>
        <w:spacing w:after="20"/>
        <w:ind w:left="216"/>
        <w:rPr>
          <w:rFonts w:cs="Times New Roman"/>
          <w:sz w:val="20"/>
          <w:szCs w:val="20"/>
        </w:rPr>
      </w:pPr>
      <w:r w:rsidRPr="00BB79B8">
        <w:rPr>
          <w:rFonts w:cs="Times New Roman"/>
          <w:sz w:val="20"/>
          <w:szCs w:val="20"/>
        </w:rPr>
        <w:t>In a healthy immune system, immune cells attack foreign invaders (like viruses). In an autoimmune disease, the immune system loses its ability to distinguish "self" from "non-self." It begins to recognize the body's own healthy tissues-including heart muscle cells (cardiomyocytes)-as foreign and attacks them. This attack triggers inflammation of the heart muscle, which is precisely the definition of myocarditis.</w:t>
      </w:r>
    </w:p>
    <w:p w14:paraId="37A405A1"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Autoimmune Diseases Linked to Myocarditis</w:t>
      </w:r>
    </w:p>
    <w:p w14:paraId="2A78D1D9"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many autoimmune conditions can affect the heart, the strongest associations include:</w:t>
      </w:r>
    </w:p>
    <w:p w14:paraId="78173BEF"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Lupus Erythematosus (SLE or Lupus): This is one of the most common autoimmune causes. Myocarditis is a known, serious complication of active lupus, caused by circulating autoantibodies and immune complexes depositing in the heart tissue.</w:t>
      </w:r>
    </w:p>
    <w:p w14:paraId="2E633251"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(GCM): This is a rare but extremely aggressive form of myocarditis that is itself considered a distinct autoimmune/autoinflammatory disease. It progresses rapidly to heart failure and arrhythmias and often requires aggressive immunosuppression and even heart transplantation.</w:t>
      </w:r>
    </w:p>
    <w:p w14:paraId="2E8E15E2" w14:textId="77777777" w:rsidR="004B2954" w:rsidRPr="00BB79B8" w:rsidRDefault="004B2954" w:rsidP="004B2954">
      <w:pPr>
        <w:spacing w:after="20"/>
        <w:ind w:left="216"/>
        <w:rPr>
          <w:rFonts w:cs="Times New Roman"/>
          <w:sz w:val="20"/>
          <w:szCs w:val="20"/>
        </w:rPr>
      </w:pPr>
      <w:r w:rsidRPr="00BB79B8">
        <w:rPr>
          <w:rFonts w:cs="Times New Roman"/>
          <w:sz w:val="20"/>
          <w:szCs w:val="20"/>
        </w:rPr>
        <w:t>Sarcoidosis: In cardiac sarcoidosis, inflammatory cells (granulomas) form in the heart muscle, leading to a clinical picture identical to myocarditis. It can cause heart block, arrhythmias, and heart failure.</w:t>
      </w:r>
    </w:p>
    <w:p w14:paraId="1BEA4B62" w14:textId="77777777" w:rsidR="004B2954" w:rsidRPr="00BB79B8" w:rsidRDefault="004B2954" w:rsidP="004B2954">
      <w:pPr>
        <w:spacing w:after="20"/>
        <w:ind w:left="216"/>
        <w:rPr>
          <w:rFonts w:cs="Times New Roman"/>
          <w:sz w:val="20"/>
          <w:szCs w:val="20"/>
        </w:rPr>
      </w:pPr>
      <w:r w:rsidRPr="00BB79B8">
        <w:rPr>
          <w:rFonts w:cs="Times New Roman"/>
          <w:sz w:val="20"/>
          <w:szCs w:val="20"/>
        </w:rPr>
        <w:t>Rheumatoid Arthritis (RA): While less common than in lupus, RA can cause myocarditis, usually as part of a systemic flare. It is more often associated with pericarditis (inflammation of the lining around the heart), but myocarditis can occur.</w:t>
      </w:r>
    </w:p>
    <w:p w14:paraId="065A9EA2"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Scleroderma (Scleroderma): This disease causes fibrosis (scarring) and inflammation. While it more commonly causes a "myocardial fibrosis" pattern, acute myocarditis can occur, especially in the inflammatory phase.</w:t>
      </w:r>
    </w:p>
    <w:p w14:paraId="5D8470E3" w14:textId="77777777" w:rsidR="004B2954" w:rsidRPr="00BB79B8" w:rsidRDefault="004B2954" w:rsidP="004B2954">
      <w:pPr>
        <w:spacing w:after="20"/>
        <w:ind w:left="216"/>
        <w:rPr>
          <w:rFonts w:cs="Times New Roman"/>
          <w:sz w:val="20"/>
          <w:szCs w:val="20"/>
        </w:rPr>
      </w:pPr>
      <w:r w:rsidRPr="00BB79B8">
        <w:rPr>
          <w:rFonts w:cs="Times New Roman"/>
          <w:sz w:val="20"/>
          <w:szCs w:val="20"/>
        </w:rPr>
        <w:t>Dermatomyositis/Polymyositis: These inflammatory muscle diseases can affect the heart muscle just as they affect skeletal muscle, leading to myocarditis.</w:t>
      </w:r>
    </w:p>
    <w:p w14:paraId="3CEB8B9B" w14:textId="77777777" w:rsidR="004B2954" w:rsidRPr="00BB79B8" w:rsidRDefault="004B2954" w:rsidP="004B2954">
      <w:pPr>
        <w:spacing w:after="20"/>
        <w:ind w:left="216"/>
        <w:rPr>
          <w:rFonts w:cs="Times New Roman"/>
          <w:sz w:val="20"/>
          <w:szCs w:val="20"/>
        </w:rPr>
      </w:pPr>
      <w:r w:rsidRPr="00BB79B8">
        <w:rPr>
          <w:rFonts w:cs="Times New Roman"/>
          <w:sz w:val="20"/>
          <w:szCs w:val="20"/>
        </w:rPr>
        <w:t>Kawasaki Disease: An acute vasculitis in children that can cause significant myocardial inflammation.</w:t>
      </w:r>
    </w:p>
    <w:p w14:paraId="33579CAA" w14:textId="77777777" w:rsidR="004B2954" w:rsidRPr="00BB79B8" w:rsidRDefault="004B2954" w:rsidP="004B2954">
      <w:pPr>
        <w:spacing w:after="20"/>
        <w:ind w:left="216"/>
        <w:rPr>
          <w:rFonts w:cs="Times New Roman"/>
          <w:sz w:val="20"/>
          <w:szCs w:val="20"/>
        </w:rPr>
      </w:pPr>
      <w:r w:rsidRPr="00BB79B8">
        <w:rPr>
          <w:rFonts w:cs="Times New Roman"/>
          <w:sz w:val="20"/>
          <w:szCs w:val="20"/>
        </w:rPr>
        <w:t>Key Clinical Differences</w:t>
      </w:r>
    </w:p>
    <w:p w14:paraId="4321FA0D" w14:textId="77777777" w:rsidR="004B2954" w:rsidRPr="00BB79B8" w:rsidRDefault="004B2954" w:rsidP="004B2954">
      <w:pPr>
        <w:spacing w:after="20"/>
        <w:ind w:left="216"/>
        <w:rPr>
          <w:rFonts w:cs="Times New Roman"/>
          <w:sz w:val="20"/>
          <w:szCs w:val="20"/>
        </w:rPr>
      </w:pPr>
      <w:r w:rsidRPr="00BB79B8">
        <w:rPr>
          <w:rFonts w:cs="Times New Roman"/>
          <w:sz w:val="20"/>
          <w:szCs w:val="20"/>
        </w:rPr>
        <w:t>There is an important distinction between:</w:t>
      </w:r>
    </w:p>
    <w:p w14:paraId="0982ABD4"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myocarditis: The immune system attacks the heart directly.</w:t>
      </w:r>
    </w:p>
    <w:p w14:paraId="75069517"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(e.g., COVID-19, Coxsackie B) myocarditis: The heart is damaged by the virus itself, but then the subsequent immune response can become overactive and cause post-viral autoimmune damage.</w:t>
      </w:r>
    </w:p>
    <w:p w14:paraId="18929296" w14:textId="77777777" w:rsidR="004B2954" w:rsidRPr="00BB79B8" w:rsidRDefault="004B2954" w:rsidP="004B2954">
      <w:pPr>
        <w:spacing w:after="20"/>
        <w:ind w:left="216"/>
        <w:rPr>
          <w:rFonts w:cs="Times New Roman"/>
          <w:sz w:val="20"/>
          <w:szCs w:val="20"/>
        </w:rPr>
      </w:pPr>
      <w:r w:rsidRPr="00BB79B8">
        <w:rPr>
          <w:rFonts w:cs="Times New Roman"/>
          <w:sz w:val="20"/>
          <w:szCs w:val="20"/>
        </w:rPr>
        <w:t>In practice, it is often difficult to tell the two apart without a heart biopsy.</w:t>
      </w:r>
    </w:p>
    <w:p w14:paraId="4A0E4874"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Implications</w:t>
      </w:r>
    </w:p>
    <w:p w14:paraId="20FE5A51" w14:textId="77777777" w:rsidR="004B2954" w:rsidRPr="00BB79B8" w:rsidRDefault="004B2954" w:rsidP="004B2954">
      <w:pPr>
        <w:spacing w:after="20"/>
        <w:ind w:left="216"/>
        <w:rPr>
          <w:rFonts w:cs="Times New Roman"/>
          <w:sz w:val="20"/>
          <w:szCs w:val="20"/>
        </w:rPr>
      </w:pPr>
      <w:r w:rsidRPr="00BB79B8">
        <w:rPr>
          <w:rFonts w:cs="Times New Roman"/>
          <w:sz w:val="20"/>
          <w:szCs w:val="20"/>
        </w:rPr>
        <w:t>This distinction is critical because treatment is different:</w:t>
      </w:r>
    </w:p>
    <w:p w14:paraId="58DB968A"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myocarditis is largely treated with supportive care (rest, heart failure medications). Immunosuppression is generally avoided in the acute viral phase as it can worsen the infection.</w:t>
      </w:r>
    </w:p>
    <w:p w14:paraId="7B2B000D"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myocarditis is treated with immunosuppressive drugs, such as high-dose corticosteroids (prednisone), azathioprine, methotrexate, or mycophenolate mofetil. In acute, severe cases, more aggressive therapies like plasmapheresis or IVIG may be used.</w:t>
      </w:r>
    </w:p>
    <w:p w14:paraId="3BADDD59"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18116518"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a known autoimmune disease (especially lupus, RA, or sarcoidosis) and develop symptoms like unexplained shortness of breath, chest pain, palpitations, or extreme fatigue, you should notify your doctor promptly. Myocarditis is a recognized and treatable complication of the underlying immune condition.</w:t>
      </w:r>
    </w:p>
    <w:p w14:paraId="6E600150" w14:textId="77777777" w:rsidR="004B2954" w:rsidRPr="00BB79B8" w:rsidRDefault="004B2954" w:rsidP="004B2954">
      <w:pPr>
        <w:spacing w:after="0"/>
        <w:rPr>
          <w:rFonts w:cs="Times New Roman"/>
          <w:sz w:val="20"/>
          <w:szCs w:val="20"/>
        </w:rPr>
      </w:pPr>
    </w:p>
    <w:p w14:paraId="741F51B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08F033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97A58AD" w14:textId="77777777" w:rsidR="004B2954" w:rsidRPr="00BB79B8" w:rsidRDefault="004B2954" w:rsidP="004B2954">
      <w:pPr>
        <w:spacing w:after="20"/>
        <w:ind w:left="216"/>
        <w:rPr>
          <w:rFonts w:cs="Times New Roman"/>
          <w:sz w:val="20"/>
          <w:szCs w:val="20"/>
        </w:rPr>
      </w:pPr>
      <w:r w:rsidRPr="00BB79B8">
        <w:rPr>
          <w:rFonts w:cs="Times New Roman"/>
          <w:sz w:val="20"/>
          <w:szCs w:val="20"/>
        </w:rPr>
        <w:t>Yes, autoimmune diseases can absolutely cause myocarditis.</w:t>
      </w:r>
    </w:p>
    <w:p w14:paraId="25A8B1A7"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53B40E1C"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w:t>
      </w:r>
    </w:p>
    <w:p w14:paraId="3D8E3C16"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disorders trigger the immune system to mistakenly attack the body's own cardiomyocytes, leading to inflammation, injury, and necrosis of the heart muscle - resulting in autoimmune myocarditis.</w:t>
      </w:r>
    </w:p>
    <w:p w14:paraId="14A3F1C2"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related autoimmune diseases</w:t>
      </w:r>
    </w:p>
    <w:p w14:paraId="707E6A2D"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lupus erythematosus (SLE)</w:t>
      </w:r>
    </w:p>
    <w:p w14:paraId="3CBC4439" w14:textId="77777777" w:rsidR="004B2954" w:rsidRPr="00BB79B8" w:rsidRDefault="004B2954" w:rsidP="004B2954">
      <w:pPr>
        <w:spacing w:after="20"/>
        <w:ind w:left="216"/>
        <w:rPr>
          <w:rFonts w:cs="Times New Roman"/>
          <w:sz w:val="20"/>
          <w:szCs w:val="20"/>
        </w:rPr>
      </w:pPr>
      <w:r w:rsidRPr="00BB79B8">
        <w:rPr>
          <w:rFonts w:cs="Times New Roman"/>
          <w:sz w:val="20"/>
          <w:szCs w:val="20"/>
        </w:rPr>
        <w:t>Rheumatoid arthritis</w:t>
      </w:r>
    </w:p>
    <w:p w14:paraId="1D920C8F" w14:textId="77777777" w:rsidR="004B2954" w:rsidRPr="00BB79B8" w:rsidRDefault="004B2954" w:rsidP="004B2954">
      <w:pPr>
        <w:spacing w:after="20"/>
        <w:ind w:left="216"/>
        <w:rPr>
          <w:rFonts w:cs="Times New Roman"/>
          <w:sz w:val="20"/>
          <w:szCs w:val="20"/>
        </w:rPr>
      </w:pPr>
      <w:r w:rsidRPr="00BB79B8">
        <w:rPr>
          <w:rFonts w:cs="Times New Roman"/>
          <w:sz w:val="20"/>
          <w:szCs w:val="20"/>
        </w:rPr>
        <w:t>Sjgren's syndrome</w:t>
      </w:r>
    </w:p>
    <w:p w14:paraId="06F8993A"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sclerosis</w:t>
      </w:r>
    </w:p>
    <w:p w14:paraId="0A1B004B" w14:textId="77777777" w:rsidR="004B2954" w:rsidRPr="00BB79B8" w:rsidRDefault="004B2954" w:rsidP="004B2954">
      <w:pPr>
        <w:spacing w:after="20"/>
        <w:ind w:left="216"/>
        <w:rPr>
          <w:rFonts w:cs="Times New Roman"/>
          <w:sz w:val="20"/>
          <w:szCs w:val="20"/>
        </w:rPr>
      </w:pPr>
      <w:r w:rsidRPr="00BB79B8">
        <w:rPr>
          <w:rFonts w:cs="Times New Roman"/>
          <w:sz w:val="20"/>
          <w:szCs w:val="20"/>
        </w:rPr>
        <w:t>Vasculitis (e.g., ANCA-associated vasculitis)</w:t>
      </w:r>
    </w:p>
    <w:p w14:paraId="48E6F5E4"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features</w:t>
      </w:r>
    </w:p>
    <w:p w14:paraId="5F7411F4"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present with chest pain, palpitations, dyspnea, arrhythmias, or even heart failure; some cases can progress to dilated cardiomyopathy.</w:t>
      </w:r>
    </w:p>
    <w:p w14:paraId="02E1AD96"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w:t>
      </w:r>
    </w:p>
    <w:p w14:paraId="26CD1535" w14:textId="77777777" w:rsidR="004B2954" w:rsidRPr="00BB79B8" w:rsidRDefault="004B2954" w:rsidP="004B2954">
      <w:pPr>
        <w:spacing w:after="20"/>
        <w:ind w:left="216"/>
        <w:rPr>
          <w:rFonts w:cs="Times New Roman"/>
          <w:sz w:val="20"/>
          <w:szCs w:val="20"/>
        </w:rPr>
      </w:pPr>
      <w:r w:rsidRPr="00BB79B8">
        <w:rPr>
          <w:rFonts w:cs="Times New Roman"/>
          <w:sz w:val="20"/>
          <w:szCs w:val="20"/>
        </w:rPr>
        <w:t>Immunosuppressive therapy, anti-inflammatory drugs, and heart failure symptomatic management are commonly used, alongside controlling the underlying autoimmune disease.</w:t>
      </w:r>
    </w:p>
    <w:p w14:paraId="24B35133" w14:textId="77777777" w:rsidR="004B2954" w:rsidRPr="00BB79B8" w:rsidRDefault="004B2954" w:rsidP="004B2954">
      <w:pPr>
        <w:rPr>
          <w:rFonts w:cs="Times New Roman"/>
          <w:sz w:val="20"/>
          <w:szCs w:val="20"/>
        </w:rPr>
      </w:pPr>
    </w:p>
    <w:p w14:paraId="0E3ECBD3" w14:textId="77777777" w:rsidR="004B2954" w:rsidRPr="00BB79B8" w:rsidRDefault="004B2954" w:rsidP="004B2954">
      <w:pPr>
        <w:keepNext/>
        <w:rPr>
          <w:rFonts w:cs="Times New Roman"/>
          <w:sz w:val="20"/>
          <w:szCs w:val="20"/>
        </w:rPr>
      </w:pPr>
      <w:r w:rsidRPr="00BB79B8">
        <w:rPr>
          <w:rFonts w:cs="Times New Roman"/>
          <w:b/>
          <w:color w:val="1F4E79"/>
          <w:sz w:val="20"/>
          <w:szCs w:val="20"/>
        </w:rPr>
        <w:t>Q24. Can adverse drug reactions cause myocarditis?</w:t>
      </w:r>
    </w:p>
    <w:p w14:paraId="1A1E1D4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10559BB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F435F12" w14:textId="77777777" w:rsidR="004B2954" w:rsidRPr="00BB79B8" w:rsidRDefault="004B2954" w:rsidP="004B2954">
      <w:pPr>
        <w:spacing w:after="20"/>
        <w:ind w:left="216"/>
        <w:rPr>
          <w:rFonts w:cs="Times New Roman"/>
          <w:sz w:val="20"/>
          <w:szCs w:val="20"/>
        </w:rPr>
      </w:pPr>
      <w:r w:rsidRPr="00BB79B8">
        <w:rPr>
          <w:rFonts w:cs="Times New Roman"/>
          <w:sz w:val="20"/>
          <w:szCs w:val="20"/>
        </w:rPr>
        <w:t>Yes, certain adverse drug reactions (ADRs) can cause myocarditis, although it is relatively rare. This type of myocarditis is usually drug-induced hypersensitivity myocarditis, often linked to an immune-mediated reaction rather than direct toxicity.</w:t>
      </w:r>
    </w:p>
    <w:p w14:paraId="16A31A18"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0A2CDB6C"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drugs associated with myocarditis:</w:t>
      </w:r>
    </w:p>
    <w:p w14:paraId="75EA6365" w14:textId="77777777" w:rsidR="004B2954" w:rsidRPr="00BB79B8" w:rsidRDefault="004B2954" w:rsidP="004B2954">
      <w:pPr>
        <w:spacing w:after="20"/>
        <w:ind w:left="216"/>
        <w:rPr>
          <w:rFonts w:cs="Times New Roman"/>
          <w:sz w:val="20"/>
          <w:szCs w:val="20"/>
        </w:rPr>
      </w:pPr>
      <w:r w:rsidRPr="00BB79B8">
        <w:rPr>
          <w:rFonts w:cs="Times New Roman"/>
          <w:sz w:val="20"/>
          <w:szCs w:val="20"/>
        </w:rPr>
        <w:t>Antibiotics: e.g., sulfonamides, penicillin (rare)</w:t>
      </w:r>
    </w:p>
    <w:p w14:paraId="3BF41D7E" w14:textId="77777777" w:rsidR="004B2954" w:rsidRPr="00BB79B8" w:rsidRDefault="004B2954" w:rsidP="004B2954">
      <w:pPr>
        <w:spacing w:after="20"/>
        <w:ind w:left="216"/>
        <w:rPr>
          <w:rFonts w:cs="Times New Roman"/>
          <w:sz w:val="20"/>
          <w:szCs w:val="20"/>
        </w:rPr>
      </w:pPr>
      <w:r w:rsidRPr="00BB79B8">
        <w:rPr>
          <w:rFonts w:cs="Times New Roman"/>
          <w:sz w:val="20"/>
          <w:szCs w:val="20"/>
        </w:rPr>
        <w:t>Antipsychotics: e.g., clozapine</w:t>
      </w:r>
    </w:p>
    <w:p w14:paraId="1F1C31BC"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 checkpoint inhibitors: e.g., pembrolizumab, nivolumab</w:t>
      </w:r>
    </w:p>
    <w:p w14:paraId="17ACAD4D"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medications: some antiepileptics, chemotherapeutics (e.g., cladribine, anthracyclines)</w:t>
      </w:r>
    </w:p>
    <w:p w14:paraId="568118B2"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w:t>
      </w:r>
    </w:p>
    <w:p w14:paraId="319D4792" w14:textId="77777777" w:rsidR="004B2954" w:rsidRPr="00BB79B8" w:rsidRDefault="004B2954" w:rsidP="004B2954">
      <w:pPr>
        <w:spacing w:after="20"/>
        <w:ind w:left="216"/>
        <w:rPr>
          <w:rFonts w:cs="Times New Roman"/>
          <w:sz w:val="20"/>
          <w:szCs w:val="20"/>
        </w:rPr>
      </w:pPr>
      <w:r w:rsidRPr="00BB79B8">
        <w:rPr>
          <w:rFonts w:cs="Times New Roman"/>
          <w:sz w:val="20"/>
          <w:szCs w:val="20"/>
        </w:rPr>
        <w:t>Often involves a hypersensitivity or immune-mediated response causing inflammation of the myocardium.</w:t>
      </w:r>
    </w:p>
    <w:p w14:paraId="79CF7CE2" w14:textId="77777777" w:rsidR="004B2954" w:rsidRPr="00BB79B8" w:rsidRDefault="004B2954" w:rsidP="004B2954">
      <w:pPr>
        <w:spacing w:after="20"/>
        <w:ind w:left="216"/>
        <w:rPr>
          <w:rFonts w:cs="Times New Roman"/>
          <w:sz w:val="20"/>
          <w:szCs w:val="20"/>
        </w:rPr>
      </w:pPr>
      <w:r w:rsidRPr="00BB79B8">
        <w:rPr>
          <w:rFonts w:cs="Times New Roman"/>
          <w:sz w:val="20"/>
          <w:szCs w:val="20"/>
        </w:rPr>
        <w:t>Can manifest as eosinophilic myocarditis in severe cases.</w:t>
      </w:r>
    </w:p>
    <w:p w14:paraId="27F6E9EE"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presentation:</w:t>
      </w:r>
    </w:p>
    <w:p w14:paraId="467924CE"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dyspnea, fatigue, palpitations</w:t>
      </w:r>
    </w:p>
    <w:p w14:paraId="3085C868" w14:textId="77777777" w:rsidR="004B2954" w:rsidRPr="00BB79B8" w:rsidRDefault="004B2954" w:rsidP="004B2954">
      <w:pPr>
        <w:spacing w:after="20"/>
        <w:ind w:left="216"/>
        <w:rPr>
          <w:rFonts w:cs="Times New Roman"/>
          <w:sz w:val="20"/>
          <w:szCs w:val="20"/>
        </w:rPr>
      </w:pPr>
      <w:r w:rsidRPr="00BB79B8">
        <w:rPr>
          <w:rFonts w:cs="Times New Roman"/>
          <w:sz w:val="20"/>
          <w:szCs w:val="20"/>
        </w:rPr>
        <w:t>May occur days to weeks after starting the offending drug</w:t>
      </w:r>
    </w:p>
    <w:p w14:paraId="176601E5"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&amp; management:</w:t>
      </w:r>
    </w:p>
    <w:p w14:paraId="3F6365F0" w14:textId="77777777" w:rsidR="004B2954" w:rsidRPr="00BB79B8" w:rsidRDefault="004B2954" w:rsidP="004B2954">
      <w:pPr>
        <w:spacing w:after="20"/>
        <w:ind w:left="216"/>
        <w:rPr>
          <w:rFonts w:cs="Times New Roman"/>
          <w:sz w:val="20"/>
          <w:szCs w:val="20"/>
        </w:rPr>
      </w:pPr>
      <w:r w:rsidRPr="00BB79B8">
        <w:rPr>
          <w:rFonts w:cs="Times New Roman"/>
          <w:sz w:val="20"/>
          <w:szCs w:val="20"/>
        </w:rPr>
        <w:t>Recognition of temporal relationship with drug exposure is crucial.</w:t>
      </w:r>
    </w:p>
    <w:p w14:paraId="634A876B" w14:textId="77777777" w:rsidR="004B2954" w:rsidRPr="00BB79B8" w:rsidRDefault="004B2954" w:rsidP="004B2954">
      <w:pPr>
        <w:spacing w:after="20"/>
        <w:ind w:left="216"/>
        <w:rPr>
          <w:rFonts w:cs="Times New Roman"/>
          <w:sz w:val="20"/>
          <w:szCs w:val="20"/>
        </w:rPr>
      </w:pPr>
      <w:r w:rsidRPr="00BB79B8">
        <w:rPr>
          <w:rFonts w:cs="Times New Roman"/>
          <w:sz w:val="20"/>
          <w:szCs w:val="20"/>
        </w:rPr>
        <w:t>Discontinuation of the offending drug is the first step.</w:t>
      </w:r>
    </w:p>
    <w:p w14:paraId="3D3A0EE7"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or immunosuppressive therapy may be considered in severe cases.</w:t>
      </w:r>
    </w:p>
    <w:p w14:paraId="775A977F" w14:textId="77777777" w:rsidR="004B2954" w:rsidRPr="00BB79B8" w:rsidRDefault="004B2954" w:rsidP="004B2954">
      <w:pPr>
        <w:spacing w:after="20"/>
        <w:ind w:left="216"/>
        <w:rPr>
          <w:rFonts w:cs="Times New Roman"/>
          <w:sz w:val="20"/>
          <w:szCs w:val="20"/>
        </w:rPr>
      </w:pPr>
      <w:r w:rsidRPr="00BB79B8">
        <w:rPr>
          <w:rFonts w:cs="Times New Roman"/>
          <w:sz w:val="20"/>
          <w:szCs w:val="20"/>
        </w:rPr>
        <w:t>So yes, adverse drug reactions can trigger myocarditis, and it's an important consideration especially when symptoms develop after initiating certain medications.</w:t>
      </w:r>
    </w:p>
    <w:p w14:paraId="6972CC55" w14:textId="77777777" w:rsidR="004B2954" w:rsidRPr="00BB79B8" w:rsidRDefault="004B2954" w:rsidP="004B2954">
      <w:pPr>
        <w:spacing w:after="0"/>
        <w:rPr>
          <w:rFonts w:cs="Times New Roman"/>
          <w:sz w:val="20"/>
          <w:szCs w:val="20"/>
        </w:rPr>
      </w:pPr>
    </w:p>
    <w:p w14:paraId="7415D9F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05584AC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7387634" w14:textId="77777777" w:rsidR="004B2954" w:rsidRPr="00BB79B8" w:rsidRDefault="004B2954" w:rsidP="004B2954">
      <w:pPr>
        <w:spacing w:after="20"/>
        <w:ind w:left="216"/>
        <w:rPr>
          <w:rFonts w:cs="Times New Roman"/>
          <w:sz w:val="20"/>
          <w:szCs w:val="20"/>
        </w:rPr>
      </w:pPr>
      <w:r w:rsidRPr="00BB79B8">
        <w:rPr>
          <w:rFonts w:cs="Times New Roman"/>
          <w:sz w:val="20"/>
          <w:szCs w:val="20"/>
        </w:rPr>
        <w:t>Yes, adverse drug reactions are a recognized cause of myocarditis, often referred to as drug-induced myocarditis. This occurs when a medication triggers an inflammatory response in the heart muscle (the myocardium).</w:t>
      </w:r>
    </w:p>
    <w:p w14:paraId="3C1B632F"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many cases are mild, some can be severe or even life-threatening if not identified early.</w:t>
      </w:r>
    </w:p>
    <w:p w14:paraId="01B8E80E"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Culprits</w:t>
      </w:r>
    </w:p>
    <w:p w14:paraId="2DAB1CBB" w14:textId="77777777" w:rsidR="004B2954" w:rsidRPr="00BB79B8" w:rsidRDefault="004B2954" w:rsidP="004B2954">
      <w:pPr>
        <w:spacing w:after="20"/>
        <w:ind w:left="216"/>
        <w:rPr>
          <w:rFonts w:cs="Times New Roman"/>
          <w:sz w:val="20"/>
          <w:szCs w:val="20"/>
        </w:rPr>
      </w:pPr>
      <w:r w:rsidRPr="00BB79B8">
        <w:rPr>
          <w:rFonts w:cs="Times New Roman"/>
          <w:sz w:val="20"/>
          <w:szCs w:val="20"/>
        </w:rPr>
        <w:t>Several categories of medications are more frequently associated with this reaction:</w:t>
      </w:r>
    </w:p>
    <w:p w14:paraId="1879FBE5"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Immune Checkpoint Inhibitors (ICIs): Used in cancer immunotherapy (e.g., pembrolizumab, nivolumab). These can sometimes cause the immune system to overreact and attack the heart tissue.</w:t>
      </w:r>
    </w:p>
    <w:p w14:paraId="1AC12F06" w14:textId="77777777" w:rsidR="004B2954" w:rsidRPr="00BB79B8" w:rsidRDefault="004B2954" w:rsidP="004B2954">
      <w:pPr>
        <w:spacing w:after="20"/>
        <w:ind w:left="216"/>
        <w:rPr>
          <w:rFonts w:cs="Times New Roman"/>
          <w:sz w:val="20"/>
          <w:szCs w:val="20"/>
        </w:rPr>
      </w:pPr>
      <w:r w:rsidRPr="00BB79B8">
        <w:rPr>
          <w:rFonts w:cs="Times New Roman"/>
          <w:sz w:val="20"/>
          <w:szCs w:val="20"/>
        </w:rPr>
        <w:t>Antibiotics: Certain classes, such as sulfonamides or penicillins, can trigger hypersensitivity myocarditis in rare cases.</w:t>
      </w:r>
    </w:p>
    <w:p w14:paraId="0035C0D1" w14:textId="77777777" w:rsidR="004B2954" w:rsidRPr="00BB79B8" w:rsidRDefault="004B2954" w:rsidP="004B2954">
      <w:pPr>
        <w:spacing w:after="20"/>
        <w:ind w:left="216"/>
        <w:rPr>
          <w:rFonts w:cs="Times New Roman"/>
          <w:sz w:val="20"/>
          <w:szCs w:val="20"/>
        </w:rPr>
      </w:pPr>
      <w:r w:rsidRPr="00BB79B8">
        <w:rPr>
          <w:rFonts w:cs="Times New Roman"/>
          <w:sz w:val="20"/>
          <w:szCs w:val="20"/>
        </w:rPr>
        <w:t>Antipsychotics: Clozapine is a well-documented example that requires monitoring for cardiac inflammation, particularly during the first few weeks of treatment.</w:t>
      </w:r>
    </w:p>
    <w:p w14:paraId="2932B7EB" w14:textId="77777777" w:rsidR="004B2954" w:rsidRPr="00BB79B8" w:rsidRDefault="004B2954" w:rsidP="004B2954">
      <w:pPr>
        <w:spacing w:after="20"/>
        <w:ind w:left="216"/>
        <w:rPr>
          <w:rFonts w:cs="Times New Roman"/>
          <w:sz w:val="20"/>
          <w:szCs w:val="20"/>
        </w:rPr>
      </w:pPr>
      <w:r w:rsidRPr="00BB79B8">
        <w:rPr>
          <w:rFonts w:cs="Times New Roman"/>
          <w:sz w:val="20"/>
          <w:szCs w:val="20"/>
        </w:rPr>
        <w:t>Anticonvulsants: Medications like phenytoin or carbamazepine.</w:t>
      </w:r>
    </w:p>
    <w:p w14:paraId="19C6695F" w14:textId="77777777" w:rsidR="004B2954" w:rsidRPr="00BB79B8" w:rsidRDefault="004B2954" w:rsidP="004B2954">
      <w:pPr>
        <w:spacing w:after="20"/>
        <w:ind w:left="216"/>
        <w:rPr>
          <w:rFonts w:cs="Times New Roman"/>
          <w:sz w:val="20"/>
          <w:szCs w:val="20"/>
        </w:rPr>
      </w:pPr>
      <w:r w:rsidRPr="00BB79B8">
        <w:rPr>
          <w:rFonts w:cs="Times New Roman"/>
          <w:sz w:val="20"/>
          <w:szCs w:val="20"/>
        </w:rPr>
        <w:t>Chemotherapy Agents: Anthracyclines and other traditional oncology drugs can cause direct toxic effects on the myocardium.</w:t>
      </w:r>
    </w:p>
    <w:p w14:paraId="6BC52FCF"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Mechanisms of Injury</w:t>
      </w:r>
    </w:p>
    <w:p w14:paraId="06C8114A" w14:textId="77777777" w:rsidR="004B2954" w:rsidRPr="00BB79B8" w:rsidRDefault="004B2954" w:rsidP="004B2954">
      <w:pPr>
        <w:spacing w:after="20"/>
        <w:ind w:left="216"/>
        <w:rPr>
          <w:rFonts w:cs="Times New Roman"/>
          <w:sz w:val="20"/>
          <w:szCs w:val="20"/>
        </w:rPr>
      </w:pPr>
      <w:r w:rsidRPr="00BB79B8">
        <w:rPr>
          <w:rFonts w:cs="Times New Roman"/>
          <w:sz w:val="20"/>
          <w:szCs w:val="20"/>
        </w:rPr>
        <w:t>Drug-induced myocarditis typically happens through two primary pathways:</w:t>
      </w:r>
    </w:p>
    <w:p w14:paraId="444BE560" w14:textId="77777777" w:rsidR="004B2954" w:rsidRPr="00BB79B8" w:rsidRDefault="004B2954" w:rsidP="004B2954">
      <w:pPr>
        <w:spacing w:after="20"/>
        <w:ind w:left="216"/>
        <w:rPr>
          <w:rFonts w:cs="Times New Roman"/>
          <w:sz w:val="20"/>
          <w:szCs w:val="20"/>
        </w:rPr>
      </w:pPr>
      <w:r w:rsidRPr="00BB79B8">
        <w:rPr>
          <w:rFonts w:cs="Times New Roman"/>
          <w:sz w:val="20"/>
          <w:szCs w:val="20"/>
        </w:rPr>
        <w:t>Hypersensitivity (Allergic) Reaction: The body has an allergic-type response to the drug. This is often "idiosyncratic," meaning it isn't related to the dose and can happen even with a small amount of the medication.</w:t>
      </w:r>
    </w:p>
    <w:p w14:paraId="2EAB7522"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Toxicity: The drug or its metabolites directly damage the heart cells. This is usually "dose-dependent," where the risk increases with higher concentrations or prolonged use.</w:t>
      </w:r>
    </w:p>
    <w:p w14:paraId="02B96A5A"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Presentation</w:t>
      </w:r>
    </w:p>
    <w:p w14:paraId="1E31BFBC" w14:textId="77777777" w:rsidR="004B2954" w:rsidRPr="00BB79B8" w:rsidRDefault="004B2954" w:rsidP="004B2954">
      <w:pPr>
        <w:spacing w:after="20"/>
        <w:ind w:left="216"/>
        <w:rPr>
          <w:rFonts w:cs="Times New Roman"/>
          <w:sz w:val="20"/>
          <w:szCs w:val="20"/>
        </w:rPr>
      </w:pPr>
      <w:r w:rsidRPr="00BB79B8">
        <w:rPr>
          <w:rFonts w:cs="Times New Roman"/>
          <w:sz w:val="20"/>
          <w:szCs w:val="20"/>
        </w:rPr>
        <w:t>The symptoms often mirror other forms of myocarditis and may include:</w:t>
      </w:r>
    </w:p>
    <w:p w14:paraId="75955C3F"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w:t>
      </w:r>
    </w:p>
    <w:p w14:paraId="7E00E2A1"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(dyspnea).</w:t>
      </w:r>
    </w:p>
    <w:p w14:paraId="03034389"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irregular heartbeats.</w:t>
      </w:r>
    </w:p>
    <w:p w14:paraId="2F429ACA"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flu-like symptoms.</w:t>
      </w:r>
    </w:p>
    <w:p w14:paraId="2938FDD2" w14:textId="77777777" w:rsidR="004B2954" w:rsidRPr="00BB79B8" w:rsidRDefault="004B2954" w:rsidP="004B2954">
      <w:pPr>
        <w:spacing w:after="20"/>
        <w:ind w:left="216"/>
        <w:rPr>
          <w:rFonts w:cs="Times New Roman"/>
          <w:sz w:val="20"/>
          <w:szCs w:val="20"/>
        </w:rPr>
      </w:pPr>
      <w:r w:rsidRPr="00BB79B8">
        <w:rPr>
          <w:rFonts w:cs="Times New Roman"/>
          <w:sz w:val="20"/>
          <w:szCs w:val="20"/>
        </w:rPr>
        <w:t>In hypersensitivity cases, a skin rash or fever may also be present.</w:t>
      </w:r>
    </w:p>
    <w:p w14:paraId="0A6E21E1"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and Management</w:t>
      </w:r>
    </w:p>
    <w:p w14:paraId="3E167E3E" w14:textId="77777777" w:rsidR="004B2954" w:rsidRPr="00BB79B8" w:rsidRDefault="004B2954" w:rsidP="004B2954">
      <w:pPr>
        <w:spacing w:after="20"/>
        <w:ind w:left="216"/>
        <w:rPr>
          <w:rFonts w:cs="Times New Roman"/>
          <w:sz w:val="20"/>
          <w:szCs w:val="20"/>
        </w:rPr>
      </w:pPr>
      <w:r w:rsidRPr="00BB79B8">
        <w:rPr>
          <w:rFonts w:cs="Times New Roman"/>
          <w:sz w:val="20"/>
          <w:szCs w:val="20"/>
        </w:rPr>
        <w:t>If a drug reaction is suspected, physicians typically use a combination of cardiac biomarkers (like Troponin), ECGs, and Cardiac MRI to confirm inflammation.</w:t>
      </w:r>
    </w:p>
    <w:p w14:paraId="7FF5F1A0" w14:textId="77777777" w:rsidR="004B2954" w:rsidRPr="00BB79B8" w:rsidRDefault="004B2954" w:rsidP="004B2954">
      <w:pPr>
        <w:spacing w:after="20"/>
        <w:ind w:left="216"/>
        <w:rPr>
          <w:rFonts w:cs="Times New Roman"/>
          <w:sz w:val="20"/>
          <w:szCs w:val="20"/>
        </w:rPr>
      </w:pPr>
      <w:r w:rsidRPr="00BB79B8">
        <w:rPr>
          <w:rFonts w:cs="Times New Roman"/>
          <w:sz w:val="20"/>
          <w:szCs w:val="20"/>
        </w:rPr>
        <w:t>The primary treatment is the immediate discontinuation of the offending drug. In severe cases, especially those involving immunotherapy, high-dose corticosteroids are often used to suppress the immune response.</w:t>
      </w:r>
    </w:p>
    <w:p w14:paraId="194396EA" w14:textId="77777777" w:rsidR="004B2954" w:rsidRPr="00BB79B8" w:rsidRDefault="004B2954" w:rsidP="004B2954">
      <w:pPr>
        <w:spacing w:after="0"/>
        <w:rPr>
          <w:rFonts w:cs="Times New Roman"/>
          <w:sz w:val="20"/>
          <w:szCs w:val="20"/>
        </w:rPr>
      </w:pPr>
    </w:p>
    <w:p w14:paraId="5101585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3BA7BAF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CBC144F" w14:textId="77777777" w:rsidR="004B2954" w:rsidRPr="00BB79B8" w:rsidRDefault="004B2954" w:rsidP="004B2954">
      <w:pPr>
        <w:spacing w:after="20"/>
        <w:ind w:left="216"/>
        <w:rPr>
          <w:rFonts w:cs="Times New Roman"/>
          <w:sz w:val="20"/>
          <w:szCs w:val="20"/>
        </w:rPr>
      </w:pPr>
      <w:r w:rsidRPr="00BB79B8">
        <w:rPr>
          <w:rFonts w:cs="Times New Roman"/>
          <w:sz w:val="20"/>
          <w:szCs w:val="20"/>
        </w:rPr>
        <w:t>Yes - adverse drug reactions can cause myocarditis. This is well-documented in pharmacovigilance studies and clinical case reports, and several drug classes are known to trigger drug-induced myocarditis, often through immune-mediated or hypersensitivity mechanisms.</w:t>
      </w:r>
    </w:p>
    <w:p w14:paraId="4663E33B"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011121AF" w14:textId="77777777" w:rsidR="004B2954" w:rsidRPr="00BB79B8" w:rsidRDefault="004B2954" w:rsidP="004B2954">
      <w:pPr>
        <w:spacing w:after="20"/>
        <w:ind w:left="216"/>
        <w:rPr>
          <w:rFonts w:cs="Times New Roman"/>
          <w:sz w:val="20"/>
          <w:szCs w:val="20"/>
        </w:rPr>
      </w:pPr>
      <w:r w:rsidRPr="00BB79B8">
        <w:rPr>
          <w:rFonts w:cs="Times New Roman"/>
          <w:sz w:val="20"/>
          <w:szCs w:val="20"/>
        </w:rPr>
        <w:t>A 2024 real-world pharmacovigilance study using the FDA Adverse Event Reporting System found 8,212 reports of drug-associated myocarditis, with strong statistical signals for several medications, including clozapine and immune-checkpoint inhibitors.</w:t>
      </w:r>
    </w:p>
    <w:p w14:paraId="0945E27C" w14:textId="77777777" w:rsidR="004B2954" w:rsidRPr="00BB79B8" w:rsidRDefault="004B2954" w:rsidP="004B2954">
      <w:pPr>
        <w:spacing w:after="20"/>
        <w:ind w:left="216"/>
        <w:rPr>
          <w:rFonts w:cs="Times New Roman"/>
          <w:sz w:val="20"/>
          <w:szCs w:val="20"/>
        </w:rPr>
      </w:pPr>
      <w:r w:rsidRPr="00BB79B8">
        <w:rPr>
          <w:rFonts w:cs="Times New Roman"/>
          <w:sz w:val="20"/>
          <w:szCs w:val="20"/>
        </w:rPr>
        <w:t>Hypersensitivity myocarditis - a subtype caused by allergic drug reactions - has been recognized for decades. Classic reports describe eosinophilic inflammation of the heart following exposure to drugs such as penicillins, sulfonamides, methyldopa, phenytoin, and carbamazepine.</w:t>
      </w:r>
    </w:p>
    <w:p w14:paraId="590E7375" w14:textId="77777777" w:rsidR="004B2954" w:rsidRPr="00BB79B8" w:rsidRDefault="004B2954" w:rsidP="004B2954">
      <w:pPr>
        <w:spacing w:after="20"/>
        <w:ind w:left="216"/>
        <w:rPr>
          <w:rFonts w:cs="Times New Roman"/>
          <w:sz w:val="20"/>
          <w:szCs w:val="20"/>
        </w:rPr>
      </w:pPr>
      <w:r w:rsidRPr="00BB79B8">
        <w:rPr>
          <w:rFonts w:cs="Times New Roman"/>
          <w:sz w:val="20"/>
          <w:szCs w:val="20"/>
        </w:rPr>
        <w:t>How adverse drug reactions cause myocarditis</w:t>
      </w:r>
    </w:p>
    <w:p w14:paraId="1A702EA1"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Immune-mediated hypersensitivity The drug triggers an allergic reaction leading to eosinophilic infiltration of the myocardium. This is the mechanism in classic hypersensitivity myocarditis.</w:t>
      </w:r>
    </w:p>
    <w:p w14:paraId="5CB98D7C"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activation Seen with immune-checkpoint inhibitors (e.g., nivolumab, pembrolizumab), where immune activation spills over onto cardiac tissue.</w:t>
      </w:r>
    </w:p>
    <w:p w14:paraId="5575B453"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toxicity Less common, but some drugs may directly injure cardiac myocytes.</w:t>
      </w:r>
    </w:p>
    <w:p w14:paraId="1F93ABAC" w14:textId="77777777" w:rsidR="004B2954" w:rsidRPr="00BB79B8" w:rsidRDefault="004B2954" w:rsidP="004B2954">
      <w:pPr>
        <w:spacing w:after="20"/>
        <w:ind w:left="216"/>
        <w:rPr>
          <w:rFonts w:cs="Times New Roman"/>
          <w:sz w:val="20"/>
          <w:szCs w:val="20"/>
        </w:rPr>
      </w:pPr>
      <w:r w:rsidRPr="00BB79B8">
        <w:rPr>
          <w:rFonts w:cs="Times New Roman"/>
          <w:sz w:val="20"/>
          <w:szCs w:val="20"/>
        </w:rPr>
        <w:t>Drug classes most commonly associated</w:t>
      </w:r>
    </w:p>
    <w:p w14:paraId="7F2D9EF3" w14:textId="77777777" w:rsidR="004B2954" w:rsidRPr="00BB79B8" w:rsidRDefault="004B2954" w:rsidP="004B2954">
      <w:pPr>
        <w:spacing w:after="20"/>
        <w:ind w:left="216"/>
        <w:rPr>
          <w:rFonts w:cs="Times New Roman"/>
          <w:sz w:val="20"/>
          <w:szCs w:val="20"/>
        </w:rPr>
      </w:pPr>
      <w:r w:rsidRPr="00BB79B8">
        <w:rPr>
          <w:rFonts w:cs="Times New Roman"/>
          <w:sz w:val="20"/>
          <w:szCs w:val="20"/>
        </w:rPr>
        <w:t>Clozapine - the most frequently reported drug in FAERS for myocarditis (1,269 cases)</w:t>
      </w:r>
    </w:p>
    <w:p w14:paraId="1437DCB2"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Immune-checkpoint inhibitors (nivolumab, pembrolizumab, atezolizumab, cemiplimab) - strong disproportionality signals in FAERS</w:t>
      </w:r>
    </w:p>
    <w:p w14:paraId="3E1A5B6D" w14:textId="77777777" w:rsidR="004B2954" w:rsidRPr="00BB79B8" w:rsidRDefault="004B2954" w:rsidP="004B2954">
      <w:pPr>
        <w:spacing w:after="20"/>
        <w:ind w:left="216"/>
        <w:rPr>
          <w:rFonts w:cs="Times New Roman"/>
          <w:sz w:val="20"/>
          <w:szCs w:val="20"/>
        </w:rPr>
      </w:pPr>
      <w:r w:rsidRPr="00BB79B8">
        <w:rPr>
          <w:rFonts w:cs="Times New Roman"/>
          <w:sz w:val="20"/>
          <w:szCs w:val="20"/>
        </w:rPr>
        <w:t>5-ASA drugs (mesalazine) - also associated with high reporting odds ratios</w:t>
      </w:r>
    </w:p>
    <w:p w14:paraId="1432385F" w14:textId="77777777" w:rsidR="004B2954" w:rsidRPr="00BB79B8" w:rsidRDefault="004B2954" w:rsidP="004B2954">
      <w:pPr>
        <w:spacing w:after="20"/>
        <w:ind w:left="216"/>
        <w:rPr>
          <w:rFonts w:cs="Times New Roman"/>
          <w:sz w:val="20"/>
          <w:szCs w:val="20"/>
        </w:rPr>
      </w:pPr>
      <w:r w:rsidRPr="00BB79B8">
        <w:rPr>
          <w:rFonts w:cs="Times New Roman"/>
          <w:sz w:val="20"/>
          <w:szCs w:val="20"/>
        </w:rPr>
        <w:t>Antibiotics (penicillins, sulfonamides) - historically linked to hypersensitivity myocarditis</w:t>
      </w:r>
    </w:p>
    <w:p w14:paraId="65A94AD5" w14:textId="77777777" w:rsidR="004B2954" w:rsidRPr="00BB79B8" w:rsidRDefault="004B2954" w:rsidP="004B2954">
      <w:pPr>
        <w:spacing w:after="20"/>
        <w:ind w:left="216"/>
        <w:rPr>
          <w:rFonts w:cs="Times New Roman"/>
          <w:sz w:val="20"/>
          <w:szCs w:val="20"/>
        </w:rPr>
      </w:pPr>
      <w:r w:rsidRPr="00BB79B8">
        <w:rPr>
          <w:rFonts w:cs="Times New Roman"/>
          <w:sz w:val="20"/>
          <w:szCs w:val="20"/>
        </w:rPr>
        <w:t>Anticonvulsants (phenytoin, carbamazepine) - documented in classic case reports of eosinophilic myocarditis</w:t>
      </w:r>
    </w:p>
    <w:p w14:paraId="2AA8C1AB"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features to watch for</w:t>
      </w:r>
    </w:p>
    <w:p w14:paraId="271A935E" w14:textId="77777777" w:rsidR="004B2954" w:rsidRPr="00BB79B8" w:rsidRDefault="004B2954" w:rsidP="004B2954">
      <w:pPr>
        <w:spacing w:after="20"/>
        <w:ind w:left="216"/>
        <w:rPr>
          <w:rFonts w:cs="Times New Roman"/>
          <w:sz w:val="20"/>
          <w:szCs w:val="20"/>
        </w:rPr>
      </w:pPr>
      <w:r w:rsidRPr="00BB79B8">
        <w:rPr>
          <w:rFonts w:cs="Times New Roman"/>
          <w:sz w:val="20"/>
          <w:szCs w:val="20"/>
        </w:rPr>
        <w:t>Drug-induced myocarditis can present with:</w:t>
      </w:r>
    </w:p>
    <w:p w14:paraId="4194333F"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6D7ED745"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Shortness of breath</w:t>
      </w:r>
    </w:p>
    <w:p w14:paraId="361554AC" w14:textId="77777777" w:rsidR="004B2954" w:rsidRPr="00BB79B8" w:rsidRDefault="004B2954" w:rsidP="004B2954">
      <w:pPr>
        <w:spacing w:after="20"/>
        <w:ind w:left="216"/>
        <w:rPr>
          <w:rFonts w:cs="Times New Roman"/>
          <w:sz w:val="20"/>
          <w:szCs w:val="20"/>
        </w:rPr>
      </w:pPr>
      <w:r w:rsidRPr="00BB79B8">
        <w:rPr>
          <w:rFonts w:cs="Times New Roman"/>
          <w:sz w:val="20"/>
          <w:szCs w:val="20"/>
        </w:rPr>
        <w:t>Fever, rash, or eosinophilia (especially in hypersensitivity cases)</w:t>
      </w:r>
    </w:p>
    <w:p w14:paraId="6B5E25D2"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or conduction abnormalities</w:t>
      </w:r>
    </w:p>
    <w:p w14:paraId="15DDD33E" w14:textId="77777777" w:rsidR="004B2954" w:rsidRPr="00BB79B8" w:rsidRDefault="004B2954" w:rsidP="004B2954">
      <w:pPr>
        <w:spacing w:after="20"/>
        <w:ind w:left="216"/>
        <w:rPr>
          <w:rFonts w:cs="Times New Roman"/>
          <w:sz w:val="20"/>
          <w:szCs w:val="20"/>
        </w:rPr>
      </w:pPr>
      <w:r w:rsidRPr="00BB79B8">
        <w:rPr>
          <w:rFonts w:cs="Times New Roman"/>
          <w:sz w:val="20"/>
          <w:szCs w:val="20"/>
        </w:rPr>
        <w:t>Elevated cardiac enzymes (e.g., troponin)</w:t>
      </w:r>
    </w:p>
    <w:p w14:paraId="79FD9F00"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this means clinically</w:t>
      </w:r>
    </w:p>
    <w:p w14:paraId="11C9CD05" w14:textId="77777777" w:rsidR="004B2954" w:rsidRPr="00BB79B8" w:rsidRDefault="004B2954" w:rsidP="004B2954">
      <w:pPr>
        <w:spacing w:after="20"/>
        <w:ind w:left="216"/>
        <w:rPr>
          <w:rFonts w:cs="Times New Roman"/>
          <w:sz w:val="20"/>
          <w:szCs w:val="20"/>
        </w:rPr>
      </w:pPr>
      <w:r w:rsidRPr="00BB79B8">
        <w:rPr>
          <w:rFonts w:cs="Times New Roman"/>
          <w:sz w:val="20"/>
          <w:szCs w:val="20"/>
        </w:rPr>
        <w:t>If myocarditis is suspected in the context of a new medication:</w:t>
      </w:r>
    </w:p>
    <w:p w14:paraId="05CB02C6"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 discontinuation of the suspected drug is recommended.</w:t>
      </w:r>
    </w:p>
    <w:p w14:paraId="5836241E"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are often used, especially for hypersensitivity or immune-mediated cases.</w:t>
      </w:r>
    </w:p>
    <w:p w14:paraId="301489F6" w14:textId="77777777" w:rsidR="004B2954" w:rsidRPr="00BB79B8" w:rsidRDefault="004B2954" w:rsidP="004B2954">
      <w:pPr>
        <w:spacing w:after="20"/>
        <w:ind w:left="216"/>
        <w:rPr>
          <w:rFonts w:cs="Times New Roman"/>
          <w:sz w:val="20"/>
          <w:szCs w:val="20"/>
        </w:rPr>
      </w:pPr>
      <w:r w:rsidRPr="00BB79B8">
        <w:rPr>
          <w:rFonts w:cs="Times New Roman"/>
          <w:sz w:val="20"/>
          <w:szCs w:val="20"/>
        </w:rPr>
        <w:t>Close cardiac monitoring is essential due to risk of arrhythmias and heart failure.</w:t>
      </w:r>
    </w:p>
    <w:p w14:paraId="1EFD6DE6" w14:textId="77777777" w:rsidR="004B2954" w:rsidRPr="00BB79B8" w:rsidRDefault="004B2954" w:rsidP="004B2954">
      <w:pPr>
        <w:spacing w:after="0"/>
        <w:rPr>
          <w:rFonts w:cs="Times New Roman"/>
          <w:sz w:val="20"/>
          <w:szCs w:val="20"/>
        </w:rPr>
      </w:pPr>
    </w:p>
    <w:p w14:paraId="7B6DC7A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3D90325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FE93A0E" w14:textId="77777777" w:rsidR="004B2954" w:rsidRPr="00BB79B8" w:rsidRDefault="004B2954" w:rsidP="004B2954">
      <w:pPr>
        <w:spacing w:after="20"/>
        <w:ind w:left="216"/>
        <w:rPr>
          <w:rFonts w:cs="Times New Roman"/>
          <w:sz w:val="20"/>
          <w:szCs w:val="20"/>
        </w:rPr>
      </w:pPr>
      <w:r w:rsidRPr="00BB79B8">
        <w:rPr>
          <w:rFonts w:cs="Times New Roman"/>
          <w:sz w:val="20"/>
          <w:szCs w:val="20"/>
        </w:rPr>
        <w:t>Yes, adverse drug reactions can cause myocarditis.</w:t>
      </w:r>
    </w:p>
    <w:p w14:paraId="1165193C" w14:textId="77777777" w:rsidR="004B2954" w:rsidRPr="00BB79B8" w:rsidRDefault="004B2954" w:rsidP="004B2954">
      <w:pPr>
        <w:spacing w:after="20"/>
        <w:ind w:left="216"/>
        <w:rPr>
          <w:rFonts w:cs="Times New Roman"/>
          <w:sz w:val="20"/>
          <w:szCs w:val="20"/>
        </w:rPr>
      </w:pPr>
      <w:r w:rsidRPr="00BB79B8">
        <w:rPr>
          <w:rFonts w:cs="Times New Roman"/>
          <w:sz w:val="20"/>
          <w:szCs w:val="20"/>
        </w:rPr>
        <w:t>Drug-induced myocarditis is an inflammation of the heart muscle that occurs as a direct toxic effect or an idiosyncratic hypersensitivity reaction to a medication. While not common, it is a serious adverse drug reaction that can range from mild to life-threatening.</w:t>
      </w:r>
    </w:p>
    <w:p w14:paraId="6E85C6B8"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how this happens and which drugs are most often implicated.</w:t>
      </w:r>
    </w:p>
    <w:p w14:paraId="1D257C54"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Mechanisms of Injury</w:t>
      </w:r>
    </w:p>
    <w:p w14:paraId="421F632E" w14:textId="77777777" w:rsidR="004B2954" w:rsidRPr="00BB79B8" w:rsidRDefault="004B2954" w:rsidP="004B2954">
      <w:pPr>
        <w:spacing w:after="20"/>
        <w:ind w:left="216"/>
        <w:rPr>
          <w:rFonts w:cs="Times New Roman"/>
          <w:sz w:val="20"/>
          <w:szCs w:val="20"/>
        </w:rPr>
      </w:pPr>
      <w:r w:rsidRPr="00BB79B8">
        <w:rPr>
          <w:rFonts w:cs="Times New Roman"/>
          <w:sz w:val="20"/>
          <w:szCs w:val="20"/>
        </w:rPr>
        <w:t>Hypersensitivity (Allergic) Reaction (Most Common): This is an immune-mediated response that typically occurs 2-40 days after starting a new drug. Eosinophils (a type of white blood cell) often infiltrate the heart muscle, leading to eosinophilic myocarditis. This is the classic mechanism for many drug-induced cases.</w:t>
      </w:r>
    </w:p>
    <w:p w14:paraId="492CAC2F"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Cardiotoxicity: Some drugs are directly toxic to cardiomyocytes (heart muscle cells), causing cell death and subsequent inflammation as the body tries to clear the damaged tissue.</w:t>
      </w:r>
    </w:p>
    <w:p w14:paraId="51D6640F"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Activation: Certain drugs, particularly cancer immunotherapies, can block the "brakes" on the immune system, causing it to mistakenly attack healthy heart tissue as if it were a tumor or foreign invader.</w:t>
      </w:r>
    </w:p>
    <w:p w14:paraId="28C97D40" w14:textId="77777777" w:rsidR="004B2954" w:rsidRPr="00BB79B8" w:rsidRDefault="004B2954" w:rsidP="004B2954">
      <w:pPr>
        <w:spacing w:after="20"/>
        <w:ind w:left="216"/>
        <w:rPr>
          <w:rFonts w:cs="Times New Roman"/>
          <w:sz w:val="20"/>
          <w:szCs w:val="20"/>
        </w:rPr>
      </w:pPr>
      <w:r w:rsidRPr="00BB79B8">
        <w:rPr>
          <w:rFonts w:cs="Times New Roman"/>
          <w:sz w:val="20"/>
          <w:szCs w:val="20"/>
        </w:rPr>
        <w:t>Specific Drugs and Drug Classes Known to Cause Myocarditis</w:t>
      </w:r>
    </w:p>
    <w:p w14:paraId="54D6C602"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Medications for Mental Health:</w:t>
      </w:r>
    </w:p>
    <w:p w14:paraId="4E7718B0" w14:textId="77777777" w:rsidR="004B2954" w:rsidRPr="00BB79B8" w:rsidRDefault="004B2954" w:rsidP="004B2954">
      <w:pPr>
        <w:spacing w:after="20"/>
        <w:ind w:left="216"/>
        <w:rPr>
          <w:rFonts w:cs="Times New Roman"/>
          <w:sz w:val="20"/>
          <w:szCs w:val="20"/>
        </w:rPr>
      </w:pPr>
      <w:r w:rsidRPr="00BB79B8">
        <w:rPr>
          <w:rFonts w:cs="Times New Roman"/>
          <w:sz w:val="20"/>
          <w:szCs w:val="20"/>
        </w:rPr>
        <w:t>Clozapine: Has the strongest and most well-documented association. The risk is highest in the first few months of treatment. Any sign of chest pain, fever, or new fatigue in a patient on clozapine warrants immediate cardiac evaluation.</w:t>
      </w:r>
    </w:p>
    <w:p w14:paraId="49FAE93C" w14:textId="77777777" w:rsidR="004B2954" w:rsidRPr="00BB79B8" w:rsidRDefault="004B2954" w:rsidP="004B2954">
      <w:pPr>
        <w:spacing w:after="20"/>
        <w:ind w:left="216"/>
        <w:rPr>
          <w:rFonts w:cs="Times New Roman"/>
          <w:sz w:val="20"/>
          <w:szCs w:val="20"/>
        </w:rPr>
      </w:pPr>
      <w:r w:rsidRPr="00BB79B8">
        <w:rPr>
          <w:rFonts w:cs="Times New Roman"/>
          <w:sz w:val="20"/>
          <w:szCs w:val="20"/>
        </w:rPr>
        <w:t>Cancer Therapies:</w:t>
      </w:r>
    </w:p>
    <w:p w14:paraId="39D27FB5"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 Checkpoint Inhibitors (e.g., pembrolizumab, nivolumab, ipilimumab): These drugs cause an immune-related myocarditis. Though rare, this form has a very high mortality rate (up to 50% in severe cases) and requires immediate hospitalization.</w:t>
      </w:r>
    </w:p>
    <w:p w14:paraId="5B7A2595" w14:textId="77777777" w:rsidR="004B2954" w:rsidRPr="00BB79B8" w:rsidRDefault="004B2954" w:rsidP="004B2954">
      <w:pPr>
        <w:spacing w:after="20"/>
        <w:ind w:left="216"/>
        <w:rPr>
          <w:rFonts w:cs="Times New Roman"/>
          <w:sz w:val="20"/>
          <w:szCs w:val="20"/>
        </w:rPr>
      </w:pPr>
      <w:r w:rsidRPr="00BB79B8">
        <w:rPr>
          <w:rFonts w:cs="Times New Roman"/>
          <w:sz w:val="20"/>
          <w:szCs w:val="20"/>
        </w:rPr>
        <w:t>Cyclophosphamide: High doses can cause direct toxic damage and a hemorrhagic myocarditis (bleeding into the heart muscle).</w:t>
      </w:r>
    </w:p>
    <w:p w14:paraId="7800B55E"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Cardiovascular Drugs:</w:t>
      </w:r>
    </w:p>
    <w:p w14:paraId="4E3ADB19" w14:textId="77777777" w:rsidR="004B2954" w:rsidRPr="00BB79B8" w:rsidRDefault="004B2954" w:rsidP="004B2954">
      <w:pPr>
        <w:spacing w:after="20"/>
        <w:ind w:left="216"/>
        <w:rPr>
          <w:rFonts w:cs="Times New Roman"/>
          <w:sz w:val="20"/>
          <w:szCs w:val="20"/>
        </w:rPr>
      </w:pPr>
      <w:r w:rsidRPr="00BB79B8">
        <w:rPr>
          <w:rFonts w:cs="Times New Roman"/>
          <w:sz w:val="20"/>
          <w:szCs w:val="20"/>
        </w:rPr>
        <w:t>Digoxin and procainamide (older antiarrhythmics) can occasionally trigger a hypersensitivity myocarditis.</w:t>
      </w:r>
    </w:p>
    <w:p w14:paraId="42F422FA" w14:textId="77777777" w:rsidR="004B2954" w:rsidRPr="00BB79B8" w:rsidRDefault="004B2954" w:rsidP="004B2954">
      <w:pPr>
        <w:spacing w:after="20"/>
        <w:ind w:left="216"/>
        <w:rPr>
          <w:rFonts w:cs="Times New Roman"/>
          <w:sz w:val="20"/>
          <w:szCs w:val="20"/>
        </w:rPr>
      </w:pPr>
      <w:r w:rsidRPr="00BB79B8">
        <w:rPr>
          <w:rFonts w:cs="Times New Roman"/>
          <w:sz w:val="20"/>
          <w:szCs w:val="20"/>
        </w:rPr>
        <w:t>Antibiotics and Antivirals:</w:t>
      </w:r>
    </w:p>
    <w:p w14:paraId="2AEEA2F1" w14:textId="77777777" w:rsidR="004B2954" w:rsidRPr="00BB79B8" w:rsidRDefault="004B2954" w:rsidP="004B2954">
      <w:pPr>
        <w:spacing w:after="20"/>
        <w:ind w:left="216"/>
        <w:rPr>
          <w:rFonts w:cs="Times New Roman"/>
          <w:sz w:val="20"/>
          <w:szCs w:val="20"/>
        </w:rPr>
      </w:pPr>
      <w:r w:rsidRPr="00BB79B8">
        <w:rPr>
          <w:rFonts w:cs="Times New Roman"/>
          <w:sz w:val="20"/>
          <w:szCs w:val="20"/>
        </w:rPr>
        <w:t>Beta-lactam antibiotics (e.g., penicillins, cephalosporins), sulfonamides, and minocycline can all cause hypersensitivity myocarditis as part of a drug reaction with eosinophilia and systemic symptoms (DRESS syndrome).</w:t>
      </w:r>
    </w:p>
    <w:p w14:paraId="1FEDD464" w14:textId="77777777" w:rsidR="004B2954" w:rsidRPr="00BB79B8" w:rsidRDefault="004B2954" w:rsidP="004B2954">
      <w:pPr>
        <w:spacing w:after="20"/>
        <w:ind w:left="216"/>
        <w:rPr>
          <w:rFonts w:cs="Times New Roman"/>
          <w:sz w:val="20"/>
          <w:szCs w:val="20"/>
        </w:rPr>
      </w:pPr>
      <w:r w:rsidRPr="00BB79B8">
        <w:rPr>
          <w:rFonts w:cs="Times New Roman"/>
          <w:sz w:val="20"/>
          <w:szCs w:val="20"/>
        </w:rPr>
        <w:t>Vaccines: Extremely rare cases of myocarditis have been reported following smallpox and mRNA COVID-19 vaccines (particularly in young males after the second dose). In these post-vaccination cases, the benefits of vaccination vastly outweigh the small risk of myocarditis, which is typically mild and resolves quickly.</w:t>
      </w:r>
    </w:p>
    <w:p w14:paraId="01F9B5D5"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and Clinical Presentation</w:t>
      </w:r>
    </w:p>
    <w:p w14:paraId="63C15404"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are similar to viral myocarditis and can include:</w:t>
      </w:r>
    </w:p>
    <w:p w14:paraId="0AC0FAAB"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(often sharp, worse when lying down)</w:t>
      </w:r>
    </w:p>
    <w:p w14:paraId="285D3B1A" w14:textId="77777777" w:rsidR="004B2954" w:rsidRPr="00BB79B8" w:rsidRDefault="004B2954" w:rsidP="004B2954">
      <w:pPr>
        <w:spacing w:after="20"/>
        <w:ind w:left="216"/>
        <w:rPr>
          <w:rFonts w:cs="Times New Roman"/>
          <w:sz w:val="20"/>
          <w:szCs w:val="20"/>
        </w:rPr>
      </w:pPr>
      <w:r w:rsidRPr="00BB79B8">
        <w:rPr>
          <w:rFonts w:cs="Times New Roman"/>
          <w:sz w:val="20"/>
          <w:szCs w:val="20"/>
        </w:rPr>
        <w:t>Fever</w:t>
      </w:r>
    </w:p>
    <w:p w14:paraId="1BB12B24"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76D0BD9F"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w:t>
      </w:r>
    </w:p>
    <w:p w14:paraId="410769C8"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irregular heartbeat</w:t>
      </w:r>
    </w:p>
    <w:p w14:paraId="54720295"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typically involves blood tests for cardiac enzymes (troponin) and inflammation (CRP, ESR), an electrocardiogram (EKG), and often an echocardiogram or cardiac MRI.</w:t>
      </w:r>
    </w:p>
    <w:p w14:paraId="34DA01AB" w14:textId="77777777" w:rsidR="004B2954" w:rsidRPr="00BB79B8" w:rsidRDefault="004B2954" w:rsidP="004B2954">
      <w:pPr>
        <w:spacing w:after="20"/>
        <w:ind w:left="216"/>
        <w:rPr>
          <w:rFonts w:cs="Times New Roman"/>
          <w:sz w:val="20"/>
          <w:szCs w:val="20"/>
        </w:rPr>
      </w:pPr>
      <w:r w:rsidRPr="00BB79B8">
        <w:rPr>
          <w:rFonts w:cs="Times New Roman"/>
          <w:sz w:val="20"/>
          <w:szCs w:val="20"/>
        </w:rPr>
        <w:t>Key Clue for Drug-Induced Myocarditis: The presence of eosinophilia (high eosinophil count) on a complete blood count, along with other signs of a systemic allergic reaction (rash, fever).</w:t>
      </w:r>
    </w:p>
    <w:p w14:paraId="2A7EDA69" w14:textId="77777777" w:rsidR="004B2954" w:rsidRPr="00BB79B8" w:rsidRDefault="004B2954" w:rsidP="004B2954">
      <w:pPr>
        <w:spacing w:after="20"/>
        <w:ind w:left="216"/>
        <w:rPr>
          <w:rFonts w:cs="Times New Roman"/>
          <w:sz w:val="20"/>
          <w:szCs w:val="20"/>
        </w:rPr>
      </w:pPr>
      <w:r w:rsidRPr="00BB79B8">
        <w:rPr>
          <w:rFonts w:cs="Times New Roman"/>
          <w:sz w:val="20"/>
          <w:szCs w:val="20"/>
        </w:rPr>
        <w:t>Management</w:t>
      </w:r>
    </w:p>
    <w:p w14:paraId="5F8DA717"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The single most important step is immediately stopping the suspected offending drug. Treatment may also include:</w:t>
      </w:r>
    </w:p>
    <w:p w14:paraId="584FF8FE"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to dampen the immune/hypersensitivity reaction.</w:t>
      </w:r>
    </w:p>
    <w:p w14:paraId="0F1007BC" w14:textId="77777777" w:rsidR="004B2954" w:rsidRPr="00BB79B8" w:rsidRDefault="004B2954" w:rsidP="004B2954">
      <w:pPr>
        <w:spacing w:after="20"/>
        <w:ind w:left="216"/>
        <w:rPr>
          <w:rFonts w:cs="Times New Roman"/>
          <w:sz w:val="20"/>
          <w:szCs w:val="20"/>
        </w:rPr>
      </w:pPr>
      <w:r w:rsidRPr="00BB79B8">
        <w:rPr>
          <w:rFonts w:cs="Times New Roman"/>
          <w:sz w:val="20"/>
          <w:szCs w:val="20"/>
        </w:rPr>
        <w:t>Standard heart failure medications (beta-blockers, ACE inhibitors) if heart function is reduced.</w:t>
      </w:r>
    </w:p>
    <w:p w14:paraId="75057A81" w14:textId="77777777" w:rsidR="004B2954" w:rsidRPr="00BB79B8" w:rsidRDefault="004B2954" w:rsidP="004B2954">
      <w:pPr>
        <w:spacing w:after="20"/>
        <w:ind w:left="216"/>
        <w:rPr>
          <w:rFonts w:cs="Times New Roman"/>
          <w:sz w:val="20"/>
          <w:szCs w:val="20"/>
        </w:rPr>
      </w:pPr>
      <w:r w:rsidRPr="00BB79B8">
        <w:rPr>
          <w:rFonts w:cs="Times New Roman"/>
          <w:sz w:val="20"/>
          <w:szCs w:val="20"/>
        </w:rPr>
        <w:t>Intensive care support for severe cases or those caused by immune checkpoint inhibitors.</w:t>
      </w:r>
    </w:p>
    <w:p w14:paraId="6E39A471"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Note</w:t>
      </w:r>
    </w:p>
    <w:p w14:paraId="34666D60"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cases of myocarditis are caused by viruses (especially Coxsackie B virus, parvovirus B19, and in some regions, COVID-19 itself) or other infections. Drug-induced myocarditis remains a rare cause, but it is a critically important one because it is reversible if recognized promptly and the causative drug is stopped.</w:t>
      </w:r>
    </w:p>
    <w:p w14:paraId="587ECC1F"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or someone else develops chest pain, shortness of breath, or an irregular heartbeat after starting a new medication, seek immediate medical attention.</w:t>
      </w:r>
    </w:p>
    <w:p w14:paraId="1369AFB6" w14:textId="77777777" w:rsidR="004B2954" w:rsidRPr="00BB79B8" w:rsidRDefault="004B2954" w:rsidP="004B2954">
      <w:pPr>
        <w:spacing w:after="0"/>
        <w:rPr>
          <w:rFonts w:cs="Times New Roman"/>
          <w:sz w:val="20"/>
          <w:szCs w:val="20"/>
        </w:rPr>
      </w:pPr>
    </w:p>
    <w:p w14:paraId="5886828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3B4B463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1D1BADE" w14:textId="77777777" w:rsidR="004B2954" w:rsidRPr="00BB79B8" w:rsidRDefault="004B2954" w:rsidP="004B2954">
      <w:pPr>
        <w:spacing w:after="20"/>
        <w:ind w:left="216"/>
        <w:rPr>
          <w:rFonts w:cs="Times New Roman"/>
          <w:sz w:val="20"/>
          <w:szCs w:val="20"/>
        </w:rPr>
      </w:pPr>
      <w:r w:rsidRPr="00BB79B8">
        <w:rPr>
          <w:rFonts w:cs="Times New Roman"/>
          <w:sz w:val="20"/>
          <w:szCs w:val="20"/>
        </w:rPr>
        <w:t>Yes, adverse drug reactions can absolutely cause myocarditis.</w:t>
      </w:r>
    </w:p>
    <w:p w14:paraId="75FABF65"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2F8D8359" w14:textId="77777777" w:rsidR="004B2954" w:rsidRPr="00BB79B8" w:rsidRDefault="004B2954" w:rsidP="004B2954">
      <w:pPr>
        <w:spacing w:after="20"/>
        <w:ind w:left="216"/>
        <w:rPr>
          <w:rFonts w:cs="Times New Roman"/>
          <w:sz w:val="20"/>
          <w:szCs w:val="20"/>
        </w:rPr>
      </w:pPr>
      <w:r w:rsidRPr="00BB79B8">
        <w:rPr>
          <w:rFonts w:cs="Times New Roman"/>
          <w:sz w:val="20"/>
          <w:szCs w:val="20"/>
        </w:rPr>
        <w:t>Many medications, vaccines, and certain drug toxicities can trigger drug-induced myocarditis as an adverse reaction.</w:t>
      </w:r>
    </w:p>
    <w:p w14:paraId="62F4B855"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culprits include:</w:t>
      </w:r>
    </w:p>
    <w:p w14:paraId="61508E43" w14:textId="77777777" w:rsidR="004B2954" w:rsidRPr="00BB79B8" w:rsidRDefault="004B2954" w:rsidP="004B2954">
      <w:pPr>
        <w:spacing w:after="20"/>
        <w:ind w:left="216"/>
        <w:rPr>
          <w:rFonts w:cs="Times New Roman"/>
          <w:sz w:val="20"/>
          <w:szCs w:val="20"/>
        </w:rPr>
      </w:pPr>
      <w:r w:rsidRPr="00BB79B8">
        <w:rPr>
          <w:rFonts w:cs="Times New Roman"/>
          <w:sz w:val="20"/>
          <w:szCs w:val="20"/>
        </w:rPr>
        <w:t>Some antibiotics</w:t>
      </w:r>
    </w:p>
    <w:p w14:paraId="6A6E8411" w14:textId="77777777" w:rsidR="004B2954" w:rsidRPr="00BB79B8" w:rsidRDefault="004B2954" w:rsidP="004B2954">
      <w:pPr>
        <w:spacing w:after="20"/>
        <w:ind w:left="216"/>
        <w:rPr>
          <w:rFonts w:cs="Times New Roman"/>
          <w:sz w:val="20"/>
          <w:szCs w:val="20"/>
        </w:rPr>
      </w:pPr>
      <w:r w:rsidRPr="00BB79B8">
        <w:rPr>
          <w:rFonts w:cs="Times New Roman"/>
          <w:sz w:val="20"/>
          <w:szCs w:val="20"/>
        </w:rPr>
        <w:t>Antiviral drugs</w:t>
      </w:r>
    </w:p>
    <w:p w14:paraId="2CCD7750" w14:textId="77777777" w:rsidR="004B2954" w:rsidRPr="00BB79B8" w:rsidRDefault="004B2954" w:rsidP="004B2954">
      <w:pPr>
        <w:spacing w:after="20"/>
        <w:ind w:left="216"/>
        <w:rPr>
          <w:rFonts w:cs="Times New Roman"/>
          <w:sz w:val="20"/>
          <w:szCs w:val="20"/>
        </w:rPr>
      </w:pPr>
      <w:r w:rsidRPr="00BB79B8">
        <w:rPr>
          <w:rFonts w:cs="Times New Roman"/>
          <w:sz w:val="20"/>
          <w:szCs w:val="20"/>
        </w:rPr>
        <w:t>Certain chemotherapy agents</w:t>
      </w:r>
    </w:p>
    <w:p w14:paraId="61670A8F" w14:textId="77777777" w:rsidR="004B2954" w:rsidRPr="00BB79B8" w:rsidRDefault="004B2954" w:rsidP="004B2954">
      <w:pPr>
        <w:spacing w:after="20"/>
        <w:ind w:left="216"/>
        <w:rPr>
          <w:rFonts w:cs="Times New Roman"/>
          <w:sz w:val="20"/>
          <w:szCs w:val="20"/>
        </w:rPr>
      </w:pPr>
      <w:r w:rsidRPr="00BB79B8">
        <w:rPr>
          <w:rFonts w:cs="Times New Roman"/>
          <w:sz w:val="20"/>
          <w:szCs w:val="20"/>
        </w:rPr>
        <w:t>Some psychotropic medications</w:t>
      </w:r>
    </w:p>
    <w:p w14:paraId="490CE943" w14:textId="77777777" w:rsidR="004B2954" w:rsidRPr="00BB79B8" w:rsidRDefault="004B2954" w:rsidP="004B2954">
      <w:pPr>
        <w:spacing w:after="20"/>
        <w:ind w:left="216"/>
        <w:rPr>
          <w:rFonts w:cs="Times New Roman"/>
          <w:sz w:val="20"/>
          <w:szCs w:val="20"/>
        </w:rPr>
      </w:pPr>
      <w:r w:rsidRPr="00BB79B8">
        <w:rPr>
          <w:rFonts w:cs="Times New Roman"/>
          <w:sz w:val="20"/>
          <w:szCs w:val="20"/>
        </w:rPr>
        <w:t>Rare adverse immune reactions to vaccines</w:t>
      </w:r>
    </w:p>
    <w:p w14:paraId="0F5D9CF7"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Mechanisms:</w:t>
      </w:r>
    </w:p>
    <w:p w14:paraId="155B593E"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toxic damage to cardiomyocytes</w:t>
      </w:r>
    </w:p>
    <w:p w14:paraId="6C7B6B20"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Immune-mediated inflammatory response attacking the heart muscle</w:t>
      </w:r>
    </w:p>
    <w:p w14:paraId="55C98F07"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presentation is similar to viral myocarditis: chest pain, palpitations, fatigue, dyspnea, and in severe cases heart failure or arrhythmias.</w:t>
      </w:r>
    </w:p>
    <w:p w14:paraId="3080E8AB" w14:textId="77777777" w:rsidR="004B2954" w:rsidRPr="00BB79B8" w:rsidRDefault="004B2954" w:rsidP="004B2954">
      <w:pPr>
        <w:rPr>
          <w:rFonts w:cs="Times New Roman"/>
          <w:sz w:val="20"/>
          <w:szCs w:val="20"/>
        </w:rPr>
      </w:pPr>
    </w:p>
    <w:p w14:paraId="5C6ABBE4" w14:textId="77777777" w:rsidR="004B2954" w:rsidRPr="00BB79B8" w:rsidRDefault="004B2954" w:rsidP="004B2954">
      <w:pPr>
        <w:keepNext/>
        <w:rPr>
          <w:rFonts w:cs="Times New Roman"/>
          <w:sz w:val="20"/>
          <w:szCs w:val="20"/>
        </w:rPr>
      </w:pPr>
      <w:r w:rsidRPr="00BB79B8">
        <w:rPr>
          <w:rFonts w:cs="Times New Roman"/>
          <w:b/>
          <w:color w:val="1F4E79"/>
          <w:sz w:val="20"/>
          <w:szCs w:val="20"/>
        </w:rPr>
        <w:t>Q25. Why do athletes need to be especially alert to myocarditis?</w:t>
      </w:r>
    </w:p>
    <w:p w14:paraId="05B6F68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71BF3E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667D4FB"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need to be especially alert to myocarditis because the condition can significantly increase the risk of sudden cardiac events during intense physical activity. Here's why:</w:t>
      </w:r>
    </w:p>
    <w:p w14:paraId="38627DA5" w14:textId="77777777" w:rsidR="004B2954" w:rsidRPr="00BB79B8" w:rsidRDefault="004B2954" w:rsidP="004B2954">
      <w:pPr>
        <w:spacing w:after="20"/>
        <w:ind w:left="216"/>
        <w:rPr>
          <w:rFonts w:cs="Times New Roman"/>
          <w:sz w:val="20"/>
          <w:szCs w:val="20"/>
        </w:rPr>
      </w:pPr>
      <w:r w:rsidRPr="00BB79B8">
        <w:rPr>
          <w:rFonts w:cs="Times New Roman"/>
          <w:sz w:val="20"/>
          <w:szCs w:val="20"/>
        </w:rPr>
        <w:t>Increased risk of arrhythmias: Myocarditis inflames the heart muscle, which can disrupt the heart's electrical system and lead to dangerous arrhythmias. Vigorous exercise can trigger these arrhythmias, sometimes with life-threatening consequences.</w:t>
      </w:r>
    </w:p>
    <w:p w14:paraId="357B0253" w14:textId="77777777" w:rsidR="004B2954" w:rsidRPr="00BB79B8" w:rsidRDefault="004B2954" w:rsidP="004B2954">
      <w:pPr>
        <w:spacing w:after="20"/>
        <w:ind w:left="216"/>
        <w:rPr>
          <w:rFonts w:cs="Times New Roman"/>
          <w:sz w:val="20"/>
          <w:szCs w:val="20"/>
        </w:rPr>
      </w:pPr>
      <w:r w:rsidRPr="00BB79B8">
        <w:rPr>
          <w:rFonts w:cs="Times New Roman"/>
          <w:sz w:val="20"/>
          <w:szCs w:val="20"/>
        </w:rPr>
        <w:t>Risk of sudden cardiac death: Even mild or subclinical myocarditis can make the heart more vulnerable under stress. Athletes who continue training during myocarditis may face a higher risk of sudden cardiac arrest.</w:t>
      </w:r>
    </w:p>
    <w:p w14:paraId="4B150CC2"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cardiac function: Inflammation can weaken the heart muscle (reduced ejection fraction), so intense exertion can strain the heart and worsen outcomes.</w:t>
      </w:r>
    </w:p>
    <w:p w14:paraId="019749D1" w14:textId="77777777" w:rsidR="004B2954" w:rsidRPr="00BB79B8" w:rsidRDefault="004B2954" w:rsidP="004B2954">
      <w:pPr>
        <w:spacing w:after="20"/>
        <w:ind w:left="216"/>
        <w:rPr>
          <w:rFonts w:cs="Times New Roman"/>
          <w:sz w:val="20"/>
          <w:szCs w:val="20"/>
        </w:rPr>
      </w:pPr>
      <w:r w:rsidRPr="00BB79B8">
        <w:rPr>
          <w:rFonts w:cs="Times New Roman"/>
          <w:sz w:val="20"/>
          <w:szCs w:val="20"/>
        </w:rPr>
        <w:t>Delayed recovery: Exercising during myocarditis can prolong inflammation, delay healing, and increase the likelihood of long-term heart damage.</w:t>
      </w:r>
    </w:p>
    <w:p w14:paraId="23F79A83" w14:textId="77777777" w:rsidR="004B2954" w:rsidRPr="00BB79B8" w:rsidRDefault="004B2954" w:rsidP="004B2954">
      <w:pPr>
        <w:spacing w:after="20"/>
        <w:ind w:left="216"/>
        <w:rPr>
          <w:rFonts w:cs="Times New Roman"/>
          <w:sz w:val="20"/>
          <w:szCs w:val="20"/>
        </w:rPr>
      </w:pPr>
      <w:r w:rsidRPr="00BB79B8">
        <w:rPr>
          <w:rFonts w:cs="Times New Roman"/>
          <w:sz w:val="20"/>
          <w:szCs w:val="20"/>
        </w:rPr>
        <w:t>Guidelines for athletes:</w:t>
      </w:r>
    </w:p>
    <w:p w14:paraId="6CEF6749" w14:textId="77777777" w:rsidR="004B2954" w:rsidRPr="00BB79B8" w:rsidRDefault="004B2954" w:rsidP="004B2954">
      <w:pPr>
        <w:spacing w:after="20"/>
        <w:ind w:left="216"/>
        <w:rPr>
          <w:rFonts w:cs="Times New Roman"/>
          <w:sz w:val="20"/>
          <w:szCs w:val="20"/>
        </w:rPr>
      </w:pPr>
      <w:r w:rsidRPr="00BB79B8">
        <w:rPr>
          <w:rFonts w:cs="Times New Roman"/>
          <w:sz w:val="20"/>
          <w:szCs w:val="20"/>
        </w:rPr>
        <w:t>Any athlete with recent viral illness and symptoms such as chest pain, palpitations, unexplained shortness of breath, or fatigue should be evaluated for myocarditis before returning to play.</w:t>
      </w:r>
    </w:p>
    <w:p w14:paraId="375A3CBD"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testing (ECG, troponin, echocardiography, or cardiac MRI) may be needed.</w:t>
      </w:r>
    </w:p>
    <w:p w14:paraId="1BD8FF65"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Return-to-play decisions usually require complete resolution of symptoms and normalization of cardiac tests, often with a minimum 3-6 week rest period.</w:t>
      </w:r>
    </w:p>
    <w:p w14:paraId="6ECA8C45"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myocarditis in athletes is a red flag because exercise can turn a manageable condition into a sudden, potentially fatal event.</w:t>
      </w:r>
    </w:p>
    <w:p w14:paraId="6B743750" w14:textId="77777777" w:rsidR="004B2954" w:rsidRPr="00BB79B8" w:rsidRDefault="004B2954" w:rsidP="004B2954">
      <w:pPr>
        <w:spacing w:after="0"/>
        <w:rPr>
          <w:rFonts w:cs="Times New Roman"/>
          <w:sz w:val="20"/>
          <w:szCs w:val="20"/>
        </w:rPr>
      </w:pPr>
    </w:p>
    <w:p w14:paraId="647AE8D4"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5A42F51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5C158A8"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need to be particularly vigilant regarding myocarditis because the physiological demands of high-intensity exercise can turn a manageable inflammatory process into a life-threatening event. While myocarditis-inflammation of the heart muscle-often results from a common viral infection, the "athlete's heart" presents unique risks.</w:t>
      </w:r>
    </w:p>
    <w:p w14:paraId="7573150C" w14:textId="77777777" w:rsidR="004B2954" w:rsidRPr="00BB79B8" w:rsidRDefault="004B2954" w:rsidP="004B2954">
      <w:pPr>
        <w:spacing w:after="20"/>
        <w:ind w:left="216"/>
        <w:rPr>
          <w:rFonts w:cs="Times New Roman"/>
          <w:sz w:val="20"/>
          <w:szCs w:val="20"/>
        </w:rPr>
      </w:pPr>
      <w:r w:rsidRPr="00BB79B8">
        <w:rPr>
          <w:rFonts w:cs="Times New Roman"/>
          <w:sz w:val="20"/>
          <w:szCs w:val="20"/>
        </w:rPr>
        <w:t>1. The Risk of Malignant Arrhythmia</w:t>
      </w:r>
    </w:p>
    <w:p w14:paraId="5AFB5C67" w14:textId="77777777" w:rsidR="004B2954" w:rsidRPr="00BB79B8" w:rsidRDefault="004B2954" w:rsidP="004B2954">
      <w:pPr>
        <w:spacing w:after="20"/>
        <w:ind w:left="216"/>
        <w:rPr>
          <w:rFonts w:cs="Times New Roman"/>
          <w:sz w:val="20"/>
          <w:szCs w:val="20"/>
        </w:rPr>
      </w:pPr>
      <w:r w:rsidRPr="00BB79B8">
        <w:rPr>
          <w:rFonts w:cs="Times New Roman"/>
          <w:sz w:val="20"/>
          <w:szCs w:val="20"/>
        </w:rPr>
        <w:t>During intense exercise, the body releases high levels of adrenaline (catecholamines). In a heart with inflamed tissue, this surge can trigger ventricular fibrillation-a rapid, life-threatening heart rhythm. The scarred or inflamed areas of the myocardium do not conduct electrical signals properly, creating a "short circuit" that can lead to sudden cardiac arrest (SCA).</w:t>
      </w:r>
    </w:p>
    <w:p w14:paraId="7814BCBF" w14:textId="77777777" w:rsidR="004B2954" w:rsidRPr="00BB79B8" w:rsidRDefault="004B2954" w:rsidP="004B2954">
      <w:pPr>
        <w:spacing w:after="20"/>
        <w:ind w:left="216"/>
        <w:rPr>
          <w:rFonts w:cs="Times New Roman"/>
          <w:sz w:val="20"/>
          <w:szCs w:val="20"/>
        </w:rPr>
      </w:pPr>
      <w:r w:rsidRPr="00BB79B8">
        <w:rPr>
          <w:rFonts w:cs="Times New Roman"/>
          <w:sz w:val="20"/>
          <w:szCs w:val="20"/>
        </w:rPr>
        <w:t>2. Accelerated Viral Replication</w:t>
      </w:r>
    </w:p>
    <w:p w14:paraId="4E99E9B7" w14:textId="77777777" w:rsidR="004B2954" w:rsidRPr="00BB79B8" w:rsidRDefault="004B2954" w:rsidP="004B2954">
      <w:pPr>
        <w:spacing w:after="20"/>
        <w:ind w:left="216"/>
        <w:rPr>
          <w:rFonts w:cs="Times New Roman"/>
          <w:sz w:val="20"/>
          <w:szCs w:val="20"/>
        </w:rPr>
      </w:pPr>
      <w:r w:rsidRPr="00BB79B8">
        <w:rPr>
          <w:rFonts w:cs="Times New Roman"/>
          <w:sz w:val="20"/>
          <w:szCs w:val="20"/>
        </w:rPr>
        <w:t>Research suggests that strenuous exercise during the acute phase of a viral infection may actually increase the rate of viral replication within the heart muscle. This can exacerbate the inflammatory response, leading to more extensive damage than if the individual had remained at rest.</w:t>
      </w:r>
    </w:p>
    <w:p w14:paraId="01A7F4EA" w14:textId="77777777" w:rsidR="004B2954" w:rsidRPr="00BB79B8" w:rsidRDefault="004B2954" w:rsidP="004B2954">
      <w:pPr>
        <w:spacing w:after="20"/>
        <w:ind w:left="216"/>
        <w:rPr>
          <w:rFonts w:cs="Times New Roman"/>
          <w:sz w:val="20"/>
          <w:szCs w:val="20"/>
        </w:rPr>
      </w:pPr>
      <w:r w:rsidRPr="00BB79B8">
        <w:rPr>
          <w:rFonts w:cs="Times New Roman"/>
          <w:sz w:val="20"/>
          <w:szCs w:val="20"/>
        </w:rPr>
        <w:t>3. Masked Symptoms</w:t>
      </w:r>
    </w:p>
    <w:p w14:paraId="236B69E9"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often have a high tolerance for discomfort and may dismiss early warning signs-such as unusual fatigue, mild shortness of breath, or a slight decrease in performance-as "overtraining" or typical viral malaise.</w:t>
      </w:r>
    </w:p>
    <w:p w14:paraId="6ACACC43" w14:textId="77777777" w:rsidR="004B2954" w:rsidRPr="00BB79B8" w:rsidRDefault="004B2954" w:rsidP="004B2954">
      <w:pPr>
        <w:spacing w:after="20"/>
        <w:ind w:left="216"/>
        <w:rPr>
          <w:rFonts w:cs="Times New Roman"/>
          <w:sz w:val="20"/>
          <w:szCs w:val="20"/>
        </w:rPr>
      </w:pPr>
      <w:r w:rsidRPr="00BB79B8">
        <w:rPr>
          <w:rFonts w:cs="Times New Roman"/>
          <w:sz w:val="20"/>
          <w:szCs w:val="20"/>
        </w:rPr>
        <w:t>The Danger: By "pushing through" these symptoms, they bypass the body's natural signaling to rest, potentially worsening the underlying inflammation.</w:t>
      </w:r>
    </w:p>
    <w:p w14:paraId="010B09A9" w14:textId="77777777" w:rsidR="004B2954" w:rsidRPr="00BB79B8" w:rsidRDefault="004B2954" w:rsidP="004B2954">
      <w:pPr>
        <w:spacing w:after="20"/>
        <w:ind w:left="216"/>
        <w:rPr>
          <w:rFonts w:cs="Times New Roman"/>
          <w:sz w:val="20"/>
          <w:szCs w:val="20"/>
        </w:rPr>
      </w:pPr>
      <w:r w:rsidRPr="00BB79B8">
        <w:rPr>
          <w:rFonts w:cs="Times New Roman"/>
          <w:sz w:val="20"/>
          <w:szCs w:val="20"/>
        </w:rPr>
        <w:t>4. Cardiac Remodeling and Stress</w:t>
      </w:r>
    </w:p>
    <w:p w14:paraId="1F7E5610"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typically have larger hearts with thicker walls (physiologic hypertrophy). When myocarditis occurs, the added wall stress of high-intensity training can lead to pathological remodeling, where the heart chambers stretch or weaken, potentially leading to dilated cardiomyopathy or heart failure.</w:t>
      </w:r>
    </w:p>
    <w:p w14:paraId="4CB86A19"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Return-to-Play Guidelines</w:t>
      </w:r>
    </w:p>
    <w:p w14:paraId="59CB0E98"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of these risks, medical protocols for athletes are exceptionally strict:</w:t>
      </w:r>
    </w:p>
    <w:p w14:paraId="5DFBC6B7" w14:textId="77777777" w:rsidR="004B2954" w:rsidRPr="00BB79B8" w:rsidRDefault="004B2954" w:rsidP="004B2954">
      <w:pPr>
        <w:spacing w:after="20"/>
        <w:ind w:left="216"/>
        <w:rPr>
          <w:rFonts w:cs="Times New Roman"/>
          <w:sz w:val="20"/>
          <w:szCs w:val="20"/>
        </w:rPr>
      </w:pPr>
      <w:r w:rsidRPr="00BB79B8">
        <w:rPr>
          <w:rFonts w:cs="Times New Roman"/>
          <w:sz w:val="20"/>
          <w:szCs w:val="20"/>
        </w:rPr>
        <w:t>Mandatory Rest: Most guidelines recommend a minimum of 3 to 6 months of cessation from competitive sports following a myocarditis diagnosis.</w:t>
      </w:r>
    </w:p>
    <w:p w14:paraId="1F035118" w14:textId="77777777" w:rsidR="004B2954" w:rsidRPr="00BB79B8" w:rsidRDefault="004B2954" w:rsidP="004B2954">
      <w:pPr>
        <w:spacing w:after="20"/>
        <w:ind w:left="216"/>
        <w:rPr>
          <w:rFonts w:cs="Times New Roman"/>
          <w:sz w:val="20"/>
          <w:szCs w:val="20"/>
        </w:rPr>
      </w:pPr>
      <w:r w:rsidRPr="00BB79B8">
        <w:rPr>
          <w:rFonts w:cs="Times New Roman"/>
          <w:sz w:val="20"/>
          <w:szCs w:val="20"/>
        </w:rPr>
        <w:t>Comprehensive Screening: Before returning, athletes usually undergo a battery of tests, including:</w:t>
      </w:r>
    </w:p>
    <w:p w14:paraId="5D4ACDCC" w14:textId="77777777" w:rsidR="004B2954" w:rsidRPr="00BB79B8" w:rsidRDefault="004B2954" w:rsidP="004B2954">
      <w:pPr>
        <w:spacing w:after="20"/>
        <w:ind w:left="216"/>
        <w:rPr>
          <w:rFonts w:cs="Times New Roman"/>
          <w:sz w:val="20"/>
          <w:szCs w:val="20"/>
        </w:rPr>
      </w:pPr>
      <w:r w:rsidRPr="00BB79B8">
        <w:rPr>
          <w:rFonts w:cs="Times New Roman"/>
          <w:sz w:val="20"/>
          <w:szCs w:val="20"/>
        </w:rPr>
        <w:t>12-lead ECG</w:t>
      </w:r>
    </w:p>
    <w:p w14:paraId="19C60146"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w:t>
      </w:r>
    </w:p>
    <w:p w14:paraId="5C2B9F10"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(cMRI) to check for late gadolinium enhancement (scarring).</w:t>
      </w:r>
    </w:p>
    <w:p w14:paraId="10821157"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stress testing and Holter monitoring.</w:t>
      </w:r>
    </w:p>
    <w:p w14:paraId="68DFF8FD"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 For an athlete, the primary danger of myocarditis isn't just the infection itself, but the interaction between inflamed cardiac tissue and extreme physical exertion, which significantly elevates the risk of sudden death.</w:t>
      </w:r>
    </w:p>
    <w:p w14:paraId="735FFF90" w14:textId="77777777" w:rsidR="004B2954" w:rsidRPr="00BB79B8" w:rsidRDefault="004B2954" w:rsidP="004B2954">
      <w:pPr>
        <w:spacing w:after="0"/>
        <w:rPr>
          <w:rFonts w:cs="Times New Roman"/>
          <w:sz w:val="20"/>
          <w:szCs w:val="20"/>
        </w:rPr>
      </w:pPr>
    </w:p>
    <w:p w14:paraId="44DC289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4D0E8E5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2784746"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need to be especially alert to myocarditis because intense physical exertion can turn an otherwise mild heart inflammation into a life-threatening condition. The combination of high cardiac demand, increased exposure to infections, and a tendency to push through symptoms makes athletes uniquely vulnerable to severe complications - including arrhythmias and sudden cardiac death.</w:t>
      </w:r>
    </w:p>
    <w:p w14:paraId="1B5318D5" w14:textId="77777777" w:rsidR="004B2954" w:rsidRPr="00BB79B8" w:rsidRDefault="004B2954" w:rsidP="004B2954">
      <w:pPr>
        <w:spacing w:after="20"/>
        <w:ind w:left="216"/>
        <w:rPr>
          <w:rFonts w:cs="Times New Roman"/>
          <w:sz w:val="20"/>
          <w:szCs w:val="20"/>
        </w:rPr>
      </w:pPr>
      <w:r w:rsidRPr="00BB79B8">
        <w:rPr>
          <w:rFonts w:cs="Times New Roman"/>
          <w:sz w:val="20"/>
          <w:szCs w:val="20"/>
        </w:rPr>
        <w:t>Why myocarditis is particularly dangerous for athletes</w:t>
      </w:r>
    </w:p>
    <w:p w14:paraId="5DEC5308" w14:textId="77777777" w:rsidR="004B2954" w:rsidRPr="00BB79B8" w:rsidRDefault="004B2954" w:rsidP="004B2954">
      <w:pPr>
        <w:spacing w:after="20"/>
        <w:ind w:left="216"/>
        <w:rPr>
          <w:rFonts w:cs="Times New Roman"/>
          <w:sz w:val="20"/>
          <w:szCs w:val="20"/>
        </w:rPr>
      </w:pPr>
      <w:r w:rsidRPr="00BB79B8">
        <w:rPr>
          <w:rFonts w:cs="Times New Roman"/>
          <w:sz w:val="20"/>
          <w:szCs w:val="20"/>
        </w:rPr>
        <w:t>High cardiac workload - During training or competition, heart rate and cardiac output rise dramatically. An inflamed heart muscle cannot meet this demand, increasing the risk of dangerous arrhythmias and heart failure.</w:t>
      </w:r>
    </w:p>
    <w:p w14:paraId="4E3A47D3" w14:textId="77777777" w:rsidR="004B2954" w:rsidRPr="00BB79B8" w:rsidRDefault="004B2954" w:rsidP="004B2954">
      <w:pPr>
        <w:spacing w:after="20"/>
        <w:ind w:left="216"/>
        <w:rPr>
          <w:rFonts w:cs="Times New Roman"/>
          <w:sz w:val="20"/>
          <w:szCs w:val="20"/>
        </w:rPr>
      </w:pPr>
      <w:r w:rsidRPr="00BB79B8">
        <w:rPr>
          <w:rFonts w:cs="Times New Roman"/>
          <w:sz w:val="20"/>
          <w:szCs w:val="20"/>
        </w:rPr>
        <w:t>Triggering of arrhythmias - Physical exertion during active myocarditis is known to provoke arrhythmias that can lead to sudden cardiac death. This is one of the leading causes of exercise-related fatalities in young athletes.</w:t>
      </w:r>
    </w:p>
    <w:p w14:paraId="2CE25567" w14:textId="77777777" w:rsidR="004B2954" w:rsidRPr="00BB79B8" w:rsidRDefault="004B2954" w:rsidP="004B2954">
      <w:pPr>
        <w:spacing w:after="20"/>
        <w:ind w:left="216"/>
        <w:rPr>
          <w:rFonts w:cs="Times New Roman"/>
          <w:sz w:val="20"/>
          <w:szCs w:val="20"/>
        </w:rPr>
      </w:pPr>
      <w:r w:rsidRPr="00BB79B8">
        <w:rPr>
          <w:rFonts w:cs="Times New Roman"/>
          <w:sz w:val="20"/>
          <w:szCs w:val="20"/>
        </w:rPr>
        <w:t>Increased exposure to viral infections - Team environments, travel, and intense training can suppress immunity, making athletes more likely to contract viruses that cause myocarditis.</w:t>
      </w:r>
    </w:p>
    <w:p w14:paraId="01F30B8A" w14:textId="77777777" w:rsidR="004B2954" w:rsidRPr="00BB79B8" w:rsidRDefault="004B2954" w:rsidP="004B2954">
      <w:pPr>
        <w:spacing w:after="20"/>
        <w:ind w:left="216"/>
        <w:rPr>
          <w:rFonts w:cs="Times New Roman"/>
          <w:sz w:val="20"/>
          <w:szCs w:val="20"/>
        </w:rPr>
      </w:pPr>
      <w:r w:rsidRPr="00BB79B8">
        <w:rPr>
          <w:rFonts w:cs="Times New Roman"/>
          <w:sz w:val="20"/>
          <w:szCs w:val="20"/>
        </w:rPr>
        <w:t>Delayed symptom recognition - Athletes often attribute fatigue, chest discomfort, or reduced performance to overtraining, allowing myocarditis to progress unnoticed.</w:t>
      </w:r>
    </w:p>
    <w:p w14:paraId="640E6CAC" w14:textId="77777777" w:rsidR="004B2954" w:rsidRPr="00BB79B8" w:rsidRDefault="004B2954" w:rsidP="004B2954">
      <w:pPr>
        <w:spacing w:after="20"/>
        <w:ind w:left="216"/>
        <w:rPr>
          <w:rFonts w:cs="Times New Roman"/>
          <w:sz w:val="20"/>
          <w:szCs w:val="20"/>
        </w:rPr>
      </w:pPr>
      <w:r w:rsidRPr="00BB79B8">
        <w:rPr>
          <w:rFonts w:cs="Times New Roman"/>
          <w:sz w:val="20"/>
          <w:szCs w:val="20"/>
        </w:rPr>
        <w:t>Higher risk of sudden cardiac death - Myocarditis is a major cause of sudden cardiac death in competitive athletes due to inflammation-induced electrical instability.</w:t>
      </w:r>
    </w:p>
    <w:p w14:paraId="186BDD8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this means for athletic safety</w:t>
      </w:r>
    </w:p>
    <w:p w14:paraId="7D1E42C1"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 rest from training is essential once myocarditis is suspected or diagnosed - continuing to exercise can worsen heart damage.</w:t>
      </w:r>
    </w:p>
    <w:p w14:paraId="0CF3E798"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and monitoring are now standard tools to determine when it is safe to return to play.</w:t>
      </w:r>
    </w:p>
    <w:p w14:paraId="040860E7"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Annual follow-ups are recommended because even after recovery, some athletes remain at elevated risk.</w:t>
      </w:r>
    </w:p>
    <w:p w14:paraId="507A379D" w14:textId="77777777" w:rsidR="004B2954" w:rsidRPr="00BB79B8" w:rsidRDefault="004B2954" w:rsidP="004B2954">
      <w:pPr>
        <w:spacing w:after="20"/>
        <w:ind w:left="216"/>
        <w:rPr>
          <w:rFonts w:cs="Times New Roman"/>
          <w:sz w:val="20"/>
          <w:szCs w:val="20"/>
        </w:rPr>
      </w:pPr>
      <w:r w:rsidRPr="00BB79B8">
        <w:rPr>
          <w:rFonts w:cs="Times New Roman"/>
          <w:sz w:val="20"/>
          <w:szCs w:val="20"/>
        </w:rPr>
        <w:t>In one sentence</w:t>
      </w:r>
    </w:p>
    <w:p w14:paraId="7BB456A0"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must be vigilant about myocarditis because exercise during heart inflammation dramatically increases the risk of arrhythmias, long-term heart damage, and sudden cardiac death.</w:t>
      </w:r>
    </w:p>
    <w:p w14:paraId="506C3B19" w14:textId="77777777" w:rsidR="004B2954" w:rsidRPr="00BB79B8" w:rsidRDefault="004B2954" w:rsidP="004B2954">
      <w:pPr>
        <w:spacing w:after="0"/>
        <w:rPr>
          <w:rFonts w:cs="Times New Roman"/>
          <w:sz w:val="20"/>
          <w:szCs w:val="20"/>
        </w:rPr>
      </w:pPr>
    </w:p>
    <w:p w14:paraId="63241B6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B3C18C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B8F8CBE"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need to be especially alert to myocarditis because intense physical exercise can transform a potentially mild viral infection into a life-threatening cardiac event. Here are the key reasons:</w:t>
      </w:r>
    </w:p>
    <w:p w14:paraId="5D173801"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worsens inflammation: During myocarditis (inflammation of the heart muscle), exercise increases heart rate, blood pressure, and cardiac output. This added mechanical and adrenergic stress can extend the area of inflammation, cause myocyte necrosis, and trigger dangerous arrhythmias.</w:t>
      </w:r>
    </w:p>
    <w:p w14:paraId="5ECC562D" w14:textId="77777777" w:rsidR="004B2954" w:rsidRPr="00BB79B8" w:rsidRDefault="004B2954" w:rsidP="004B2954">
      <w:pPr>
        <w:spacing w:after="20"/>
        <w:ind w:left="216"/>
        <w:rPr>
          <w:rFonts w:cs="Times New Roman"/>
          <w:sz w:val="20"/>
          <w:szCs w:val="20"/>
        </w:rPr>
      </w:pPr>
      <w:r w:rsidRPr="00BB79B8">
        <w:rPr>
          <w:rFonts w:cs="Times New Roman"/>
          <w:sz w:val="20"/>
          <w:szCs w:val="20"/>
        </w:rPr>
        <w:t>Risk of sudden cardiac arrest (SCA): Myocarditis is a leading cause of SCA in young athletes. The combination of an inflamed, irritable myocardium and exercise-induced catecholamine surges can precipitate ventricular tachycardia or fibrillation.</w:t>
      </w:r>
    </w:p>
    <w:p w14:paraId="6012F80D" w14:textId="77777777" w:rsidR="004B2954" w:rsidRPr="00BB79B8" w:rsidRDefault="004B2954" w:rsidP="004B2954">
      <w:pPr>
        <w:spacing w:after="20"/>
        <w:ind w:left="216"/>
        <w:rPr>
          <w:rFonts w:cs="Times New Roman"/>
          <w:sz w:val="20"/>
          <w:szCs w:val="20"/>
        </w:rPr>
      </w:pPr>
      <w:r w:rsidRPr="00BB79B8">
        <w:rPr>
          <w:rFonts w:cs="Times New Roman"/>
          <w:sz w:val="20"/>
          <w:szCs w:val="20"/>
        </w:rPr>
        <w:t>Masked symptoms: Athletes often dismiss early warning signs-mild chest discomfort, fatigue, or reduced performance-as overtraining or a minor viral illness. This leads to continued training during the acute phase, when the heart is most vulnerable.</w:t>
      </w:r>
    </w:p>
    <w:p w14:paraId="52C306A7" w14:textId="77777777" w:rsidR="004B2954" w:rsidRPr="00BB79B8" w:rsidRDefault="004B2954" w:rsidP="004B2954">
      <w:pPr>
        <w:spacing w:after="20"/>
        <w:ind w:left="216"/>
        <w:rPr>
          <w:rFonts w:cs="Times New Roman"/>
          <w:sz w:val="20"/>
          <w:szCs w:val="20"/>
        </w:rPr>
      </w:pPr>
      <w:r w:rsidRPr="00BB79B8">
        <w:rPr>
          <w:rFonts w:cs="Times New Roman"/>
          <w:sz w:val="20"/>
          <w:szCs w:val="20"/>
        </w:rPr>
        <w:t>Accelerated progression to cardiomyopathy: Exercising with active myocarditis can accelerate the development of dilated cardiomyopathy, causing permanent heart failure and arrhythmias that may end athletic careers or require transplantation.</w:t>
      </w:r>
    </w:p>
    <w:p w14:paraId="1EE31F25" w14:textId="77777777" w:rsidR="004B2954" w:rsidRPr="00BB79B8" w:rsidRDefault="004B2954" w:rsidP="004B2954">
      <w:pPr>
        <w:spacing w:after="20"/>
        <w:ind w:left="216"/>
        <w:rPr>
          <w:rFonts w:cs="Times New Roman"/>
          <w:sz w:val="20"/>
          <w:szCs w:val="20"/>
        </w:rPr>
      </w:pPr>
      <w:r w:rsidRPr="00BB79B8">
        <w:rPr>
          <w:rFonts w:cs="Times New Roman"/>
          <w:sz w:val="20"/>
          <w:szCs w:val="20"/>
        </w:rPr>
        <w:t>Post-viral window of vulnerability: Even after a routine viral illness (e.g., flu, COVID-19, or enterovirus), the myocardium may remain inflamed for weeks. Returning to high-intensity training too soon increases the risk of a clinical decompensation.</w:t>
      </w:r>
    </w:p>
    <w:p w14:paraId="0A2E8631"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recommendation: Athletes should avoid competitive or intense exercise for 3-6 months after confirmed myocarditis, with gradual return guided by cardiac MRI and stress testing. Even minor viral symptoms with chest pain, palpitations, or unexplained fatigue warrant immediate restriction from play and cardiology evaluation.</w:t>
      </w:r>
    </w:p>
    <w:p w14:paraId="35DEBEAC" w14:textId="77777777" w:rsidR="004B2954" w:rsidRPr="00BB79B8" w:rsidRDefault="004B2954" w:rsidP="004B2954">
      <w:pPr>
        <w:spacing w:after="0"/>
        <w:rPr>
          <w:rFonts w:cs="Times New Roman"/>
          <w:sz w:val="20"/>
          <w:szCs w:val="20"/>
        </w:rPr>
      </w:pPr>
    </w:p>
    <w:p w14:paraId="3D45A12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334438C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B41E096"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need to be especially alert to myocarditis for these key reasons:</w:t>
      </w:r>
    </w:p>
    <w:p w14:paraId="0951B53C" w14:textId="77777777" w:rsidR="004B2954" w:rsidRPr="00BB79B8" w:rsidRDefault="004B2954" w:rsidP="004B2954">
      <w:pPr>
        <w:spacing w:after="20"/>
        <w:ind w:left="216"/>
        <w:rPr>
          <w:rFonts w:cs="Times New Roman"/>
          <w:sz w:val="20"/>
          <w:szCs w:val="20"/>
        </w:rPr>
      </w:pPr>
      <w:r w:rsidRPr="00BB79B8">
        <w:rPr>
          <w:rFonts w:cs="Times New Roman"/>
          <w:sz w:val="20"/>
          <w:szCs w:val="20"/>
        </w:rPr>
        <w:t>Strenuous physical exercise can worsen myocardial inflammation and accelerate heart damage.</w:t>
      </w:r>
    </w:p>
    <w:p w14:paraId="1EA27100"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symptoms of myocarditis are often mild and easy to be mistaken for ordinary fatigue or a cold, which may be ignored by athletes.</w:t>
      </w:r>
    </w:p>
    <w:p w14:paraId="58D5DB4D"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Continued intense training with undiagnosed myocarditis greatly increases the risk of arrhythmia, heart failure, and even sudden cardiac death.</w:t>
      </w:r>
    </w:p>
    <w:p w14:paraId="1F4AEBB2"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have higher cardiac load during exercise, making the heart more vulnerable to severe damage caused by viral myocarditis.</w:t>
      </w:r>
    </w:p>
    <w:p w14:paraId="1840D386" w14:textId="77777777" w:rsidR="004B2954" w:rsidRPr="00BB79B8" w:rsidRDefault="004B2954" w:rsidP="004B2954">
      <w:pPr>
        <w:rPr>
          <w:rFonts w:cs="Times New Roman"/>
          <w:sz w:val="20"/>
          <w:szCs w:val="20"/>
        </w:rPr>
      </w:pPr>
    </w:p>
    <w:p w14:paraId="09FF7694" w14:textId="77777777" w:rsidR="004B2954" w:rsidRPr="00BB79B8" w:rsidRDefault="004B2954" w:rsidP="004B2954">
      <w:pPr>
        <w:keepNext/>
        <w:rPr>
          <w:rFonts w:cs="Times New Roman"/>
          <w:sz w:val="20"/>
          <w:szCs w:val="20"/>
        </w:rPr>
      </w:pPr>
      <w:r w:rsidRPr="00BB79B8">
        <w:rPr>
          <w:rFonts w:cs="Times New Roman"/>
          <w:b/>
          <w:color w:val="1F4E79"/>
          <w:sz w:val="20"/>
          <w:szCs w:val="20"/>
        </w:rPr>
        <w:t>Q26. Can COVID-19 infection cause myocarditis?</w:t>
      </w:r>
    </w:p>
    <w:p w14:paraId="2874B66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20864E7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B7CAB74" w14:textId="77777777" w:rsidR="004B2954" w:rsidRPr="00BB79B8" w:rsidRDefault="004B2954" w:rsidP="004B2954">
      <w:pPr>
        <w:spacing w:after="20"/>
        <w:ind w:left="216"/>
        <w:rPr>
          <w:rFonts w:cs="Times New Roman"/>
          <w:sz w:val="20"/>
          <w:szCs w:val="20"/>
        </w:rPr>
      </w:pPr>
      <w:r w:rsidRPr="00BB79B8">
        <w:rPr>
          <w:rFonts w:cs="Times New Roman"/>
          <w:sz w:val="20"/>
          <w:szCs w:val="20"/>
        </w:rPr>
        <w:t>Yes, COVID-19 infection can cause myocarditis. The SARS-CoV-2 virus, which causes COVID-19, can lead to inflammation of the heart muscle in some patients. This may occur during the acute infection or, less commonly, as part of a post-viral inflammatory response. The risk appears higher in patients with severe COVID-19 or in those with preexisting heart conditions, but even mild infections have occasionally been linked to myocarditis.</w:t>
      </w:r>
    </w:p>
    <w:p w14:paraId="58CA6FE2"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can include chest pain, shortness of breath, palpitations, fatigue, or, rarely, more severe heart dysfunction. Diagnosis usually involves blood tests (troponin), ECG, echocardiography, and sometimes cardiac MRI to detect myocardial inflammation.</w:t>
      </w:r>
    </w:p>
    <w:p w14:paraId="69331CC5"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rare compared to the total number of infections, COVID-19-associated myocarditis is clinically important, particularly in athletes or individuals returning to strenuous activity.</w:t>
      </w:r>
    </w:p>
    <w:p w14:paraId="68E3B271" w14:textId="77777777" w:rsidR="004B2954" w:rsidRPr="00BB79B8" w:rsidRDefault="004B2954" w:rsidP="004B2954">
      <w:pPr>
        <w:spacing w:after="0"/>
        <w:rPr>
          <w:rFonts w:cs="Times New Roman"/>
          <w:sz w:val="20"/>
          <w:szCs w:val="20"/>
        </w:rPr>
      </w:pPr>
    </w:p>
    <w:p w14:paraId="0241831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64E4A9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48F6E47" w14:textId="77777777" w:rsidR="004B2954" w:rsidRPr="00BB79B8" w:rsidRDefault="004B2954" w:rsidP="004B2954">
      <w:pPr>
        <w:spacing w:after="20"/>
        <w:ind w:left="216"/>
        <w:rPr>
          <w:rFonts w:cs="Times New Roman"/>
          <w:sz w:val="20"/>
          <w:szCs w:val="20"/>
        </w:rPr>
      </w:pPr>
      <w:r w:rsidRPr="00BB79B8">
        <w:rPr>
          <w:rFonts w:cs="Times New Roman"/>
          <w:sz w:val="20"/>
          <w:szCs w:val="20"/>
        </w:rPr>
        <w:t>Based on current medical research and clinical observations, the answer is yes. COVID-19 infection is a recognized cause of myocarditis (inflammation of the heart muscle).</w:t>
      </w:r>
    </w:p>
    <w:p w14:paraId="2D865CDB"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how this occurs and what the clinical data suggests:</w:t>
      </w:r>
    </w:p>
    <w:p w14:paraId="16A506D7" w14:textId="77777777" w:rsidR="004B2954" w:rsidRPr="00BB79B8" w:rsidRDefault="004B2954" w:rsidP="004B2954">
      <w:pPr>
        <w:spacing w:after="20"/>
        <w:ind w:left="216"/>
        <w:rPr>
          <w:rFonts w:cs="Times New Roman"/>
          <w:sz w:val="20"/>
          <w:szCs w:val="20"/>
        </w:rPr>
      </w:pPr>
      <w:r w:rsidRPr="00BB79B8">
        <w:rPr>
          <w:rFonts w:cs="Times New Roman"/>
          <w:sz w:val="20"/>
          <w:szCs w:val="20"/>
        </w:rPr>
        <w:t>1. Mechanisms of Injury</w:t>
      </w:r>
    </w:p>
    <w:p w14:paraId="5404324F"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There are two primary ways the SARS-CoV-2 virus can lead to heart inflammation:</w:t>
      </w:r>
    </w:p>
    <w:p w14:paraId="400AD020"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Viral Entry: The virus uses ACE2 receptors to enter cells. These receptors are present in the heart (myocytes), potentially allowing the virus to infect heart tissue directly.</w:t>
      </w:r>
    </w:p>
    <w:p w14:paraId="79DF23C7"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Hyperinflammation: In many cases, myocarditis is not caused by the virus itself but by the body's "cytokine storm." This overactive immune response can inadvertently damage the heart muscle while trying to fight the infection.</w:t>
      </w:r>
    </w:p>
    <w:p w14:paraId="006C866D" w14:textId="77777777" w:rsidR="004B2954" w:rsidRPr="00BB79B8" w:rsidRDefault="004B2954" w:rsidP="004B2954">
      <w:pPr>
        <w:spacing w:after="20"/>
        <w:ind w:left="216"/>
        <w:rPr>
          <w:rFonts w:cs="Times New Roman"/>
          <w:sz w:val="20"/>
          <w:szCs w:val="20"/>
        </w:rPr>
      </w:pPr>
      <w:r w:rsidRPr="00BB79B8">
        <w:rPr>
          <w:rFonts w:cs="Times New Roman"/>
          <w:sz w:val="20"/>
          <w:szCs w:val="20"/>
        </w:rPr>
        <w:t>2. Incidence and Risk</w:t>
      </w:r>
    </w:p>
    <w:p w14:paraId="5E6DC442"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most COVID-19 cases remain respiratory, the risk of myocarditis is significantly higher for those infected with the virus compared to those who are not.</w:t>
      </w:r>
    </w:p>
    <w:p w14:paraId="340F0ED1"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Correlation: The risk is generally higher in patients who experience severe COVID-19 symptoms or require hospitalization.</w:t>
      </w:r>
    </w:p>
    <w:p w14:paraId="40B82A03" w14:textId="77777777" w:rsidR="004B2954" w:rsidRPr="00BB79B8" w:rsidRDefault="004B2954" w:rsidP="004B2954">
      <w:pPr>
        <w:spacing w:after="20"/>
        <w:ind w:left="216"/>
        <w:rPr>
          <w:rFonts w:cs="Times New Roman"/>
          <w:sz w:val="20"/>
          <w:szCs w:val="20"/>
        </w:rPr>
      </w:pPr>
      <w:r w:rsidRPr="00BB79B8">
        <w:rPr>
          <w:rFonts w:cs="Times New Roman"/>
          <w:sz w:val="20"/>
          <w:szCs w:val="20"/>
        </w:rPr>
        <w:t>Demographics: While it can affect anyone, clinical data has shown varying rates across different age groups, often requiring careful monitoring in younger male patients, though the viral risk remains high across the board.</w:t>
      </w:r>
    </w:p>
    <w:p w14:paraId="743096DE" w14:textId="77777777" w:rsidR="004B2954" w:rsidRPr="00BB79B8" w:rsidRDefault="004B2954" w:rsidP="004B2954">
      <w:pPr>
        <w:spacing w:after="20"/>
        <w:ind w:left="216"/>
        <w:rPr>
          <w:rFonts w:cs="Times New Roman"/>
          <w:sz w:val="20"/>
          <w:szCs w:val="20"/>
        </w:rPr>
      </w:pPr>
      <w:r w:rsidRPr="00BB79B8">
        <w:rPr>
          <w:rFonts w:cs="Times New Roman"/>
          <w:sz w:val="20"/>
          <w:szCs w:val="20"/>
        </w:rPr>
        <w:t>3. Symptoms to Watch For</w:t>
      </w:r>
    </w:p>
    <w:p w14:paraId="0718C46E" w14:textId="77777777" w:rsidR="004B2954" w:rsidRPr="00BB79B8" w:rsidRDefault="004B2954" w:rsidP="004B2954">
      <w:pPr>
        <w:spacing w:after="20"/>
        <w:ind w:left="216"/>
        <w:rPr>
          <w:rFonts w:cs="Times New Roman"/>
          <w:sz w:val="20"/>
          <w:szCs w:val="20"/>
        </w:rPr>
      </w:pPr>
      <w:r w:rsidRPr="00BB79B8">
        <w:rPr>
          <w:rFonts w:cs="Times New Roman"/>
          <w:sz w:val="20"/>
          <w:szCs w:val="20"/>
        </w:rPr>
        <w:t>Post-COVID myocarditis often presents with:</w:t>
      </w:r>
    </w:p>
    <w:p w14:paraId="5C345426"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(often described as sharp or pressure-like).</w:t>
      </w:r>
    </w:p>
    <w:p w14:paraId="5E8D2BBE"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(dyspnea), especially during exertion or while lying down.</w:t>
      </w:r>
    </w:p>
    <w:p w14:paraId="68D3EE1D"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the feeling of a racing/skipping heart.</w:t>
      </w:r>
    </w:p>
    <w:p w14:paraId="2562C36D"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swelling in the legs or ankles.</w:t>
      </w:r>
    </w:p>
    <w:p w14:paraId="58EFEDDC" w14:textId="77777777" w:rsidR="004B2954" w:rsidRPr="00BB79B8" w:rsidRDefault="004B2954" w:rsidP="004B2954">
      <w:pPr>
        <w:spacing w:after="20"/>
        <w:ind w:left="216"/>
        <w:rPr>
          <w:rFonts w:cs="Times New Roman"/>
          <w:sz w:val="20"/>
          <w:szCs w:val="20"/>
        </w:rPr>
      </w:pPr>
      <w:r w:rsidRPr="00BB79B8">
        <w:rPr>
          <w:rFonts w:cs="Times New Roman"/>
          <w:sz w:val="20"/>
          <w:szCs w:val="20"/>
        </w:rPr>
        <w:t>4. Diagnosis and Management</w:t>
      </w:r>
    </w:p>
    <w:p w14:paraId="0784F2C8" w14:textId="77777777" w:rsidR="004B2954" w:rsidRPr="00BB79B8" w:rsidRDefault="004B2954" w:rsidP="004B2954">
      <w:pPr>
        <w:spacing w:after="20"/>
        <w:ind w:left="216"/>
        <w:rPr>
          <w:rFonts w:cs="Times New Roman"/>
          <w:sz w:val="20"/>
          <w:szCs w:val="20"/>
        </w:rPr>
      </w:pPr>
      <w:r w:rsidRPr="00BB79B8">
        <w:rPr>
          <w:rFonts w:cs="Times New Roman"/>
          <w:sz w:val="20"/>
          <w:szCs w:val="20"/>
        </w:rPr>
        <w:t>If myocarditis is suspected following a COVID-19 infection, clinicians typically use several diagnostic tools:</w:t>
      </w:r>
    </w:p>
    <w:p w14:paraId="12629EAD" w14:textId="77777777" w:rsidR="004B2954" w:rsidRPr="00BB79B8" w:rsidRDefault="004B2954" w:rsidP="004B2954">
      <w:pPr>
        <w:spacing w:after="20"/>
        <w:ind w:left="216"/>
        <w:rPr>
          <w:rFonts w:cs="Times New Roman"/>
          <w:sz w:val="20"/>
          <w:szCs w:val="20"/>
        </w:rPr>
      </w:pPr>
      <w:r w:rsidRPr="00BB79B8">
        <w:rPr>
          <w:rFonts w:cs="Times New Roman"/>
          <w:sz w:val="20"/>
          <w:szCs w:val="20"/>
        </w:rPr>
        <w:t>Biomarkers: Elevated Cardiac Troponin levels in the blood.</w:t>
      </w:r>
    </w:p>
    <w:p w14:paraId="6C6E1947"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Electrocardiograms (ECG), Echocardiograms, and specifically Cardiac MRI (CMR), which is the gold standard for non-invasive diagnosis.</w:t>
      </w:r>
    </w:p>
    <w:p w14:paraId="56CCAF1B"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Management usually involves supportive care, anti-inflammatory medications, and rest. Most patients with viral myocarditis recover well with early intervention, though long-term follow-up is often recommended to monitor heart function.</w:t>
      </w:r>
    </w:p>
    <w:p w14:paraId="05667175" w14:textId="77777777" w:rsidR="004B2954" w:rsidRPr="00BB79B8" w:rsidRDefault="004B2954" w:rsidP="004B2954">
      <w:pPr>
        <w:spacing w:after="20"/>
        <w:ind w:left="216"/>
        <w:rPr>
          <w:rFonts w:cs="Times New Roman"/>
          <w:sz w:val="20"/>
          <w:szCs w:val="20"/>
        </w:rPr>
      </w:pPr>
      <w:r w:rsidRPr="00BB79B8">
        <w:rPr>
          <w:rFonts w:cs="Times New Roman"/>
          <w:sz w:val="20"/>
          <w:szCs w:val="20"/>
        </w:rPr>
        <w:t>Note: If you or someone you know is experiencing chest pain or severe shortness of breath following a viral illness, it is important to seek medical evaluation promptly.</w:t>
      </w:r>
    </w:p>
    <w:p w14:paraId="461B5664" w14:textId="77777777" w:rsidR="004B2954" w:rsidRPr="00BB79B8" w:rsidRDefault="004B2954" w:rsidP="004B2954">
      <w:pPr>
        <w:spacing w:after="0"/>
        <w:rPr>
          <w:rFonts w:cs="Times New Roman"/>
          <w:sz w:val="20"/>
          <w:szCs w:val="20"/>
        </w:rPr>
      </w:pPr>
    </w:p>
    <w:p w14:paraId="21CE1FB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7BA3336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EF6D4CC" w14:textId="77777777" w:rsidR="004B2954" w:rsidRPr="00BB79B8" w:rsidRDefault="004B2954" w:rsidP="004B2954">
      <w:pPr>
        <w:spacing w:after="20"/>
        <w:ind w:left="216"/>
        <w:rPr>
          <w:rFonts w:cs="Times New Roman"/>
          <w:sz w:val="20"/>
          <w:szCs w:val="20"/>
        </w:rPr>
      </w:pPr>
      <w:r w:rsidRPr="00BB79B8">
        <w:rPr>
          <w:rFonts w:cs="Times New Roman"/>
          <w:sz w:val="20"/>
          <w:szCs w:val="20"/>
        </w:rPr>
        <w:t>Yes - COVID-19 infection can cause myocarditis, and the risk is well-documented in clinical studies. Across multiple large datasets, myocarditis occurs more often after COVID-19 infection than after vaccination, and infection-related cases tend to be more severe.</w:t>
      </w:r>
    </w:p>
    <w:p w14:paraId="1E4E77BE"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43548180" w14:textId="77777777" w:rsidR="004B2954" w:rsidRPr="00BB79B8" w:rsidRDefault="004B2954" w:rsidP="004B2954">
      <w:pPr>
        <w:spacing w:after="20"/>
        <w:ind w:left="216"/>
        <w:rPr>
          <w:rFonts w:cs="Times New Roman"/>
          <w:sz w:val="20"/>
          <w:szCs w:val="20"/>
        </w:rPr>
      </w:pPr>
      <w:r w:rsidRPr="00BB79B8">
        <w:rPr>
          <w:rFonts w:cs="Times New Roman"/>
          <w:sz w:val="20"/>
          <w:szCs w:val="20"/>
        </w:rPr>
        <w:t>A major analysis of 43 million people in England found that the risk of myocarditis after COVID-19 infection was at least 11x higher than after vaccination.</w:t>
      </w:r>
    </w:p>
    <w:p w14:paraId="1BF8DE4C"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Systematic reviews confirm that COVID-19 can directly injure the heart muscle, causing viral myocarditis, Takotsubo cardiomyopathy, or mixed cardiac injury patterns.</w:t>
      </w:r>
    </w:p>
    <w:p w14:paraId="3574D86F"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reports from 2025 note that COVID-19 can trigger myocarditis days to months after infection, sometimes as part of an exaggerated immune response.</w:t>
      </w:r>
    </w:p>
    <w:p w14:paraId="5E9FF775" w14:textId="77777777" w:rsidR="004B2954" w:rsidRPr="00BB79B8" w:rsidRDefault="004B2954" w:rsidP="004B2954">
      <w:pPr>
        <w:spacing w:after="20"/>
        <w:ind w:left="216"/>
        <w:rPr>
          <w:rFonts w:cs="Times New Roman"/>
          <w:sz w:val="20"/>
          <w:szCs w:val="20"/>
        </w:rPr>
      </w:pPr>
      <w:r w:rsidRPr="00BB79B8">
        <w:rPr>
          <w:rFonts w:cs="Times New Roman"/>
          <w:sz w:val="20"/>
          <w:szCs w:val="20"/>
        </w:rPr>
        <w:t>How COVID-19 causes myocarditis</w:t>
      </w:r>
    </w:p>
    <w:p w14:paraId="39E53B3D" w14:textId="77777777" w:rsidR="004B2954" w:rsidRPr="00BB79B8" w:rsidRDefault="004B2954" w:rsidP="004B2954">
      <w:pPr>
        <w:spacing w:after="20"/>
        <w:ind w:left="216"/>
        <w:rPr>
          <w:rFonts w:cs="Times New Roman"/>
          <w:sz w:val="20"/>
          <w:szCs w:val="20"/>
        </w:rPr>
      </w:pPr>
      <w:r w:rsidRPr="00BB79B8">
        <w:rPr>
          <w:rFonts w:cs="Times New Roman"/>
          <w:sz w:val="20"/>
          <w:szCs w:val="20"/>
        </w:rPr>
        <w:t>COVID-19 can affect the heart in two main ways:</w:t>
      </w:r>
    </w:p>
    <w:p w14:paraId="2A1E770B"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viral invasion of heart muscle cells (myocytes), causing inflammation.</w:t>
      </w:r>
    </w:p>
    <w:p w14:paraId="6DC99957"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Immune-mediated injury, where the body's inflammatory response becomes excessive and damages the myocardium.</w:t>
      </w:r>
    </w:p>
    <w:p w14:paraId="6A0C8F38" w14:textId="77777777" w:rsidR="004B2954" w:rsidRPr="00BB79B8" w:rsidRDefault="004B2954" w:rsidP="004B2954">
      <w:pPr>
        <w:spacing w:after="20"/>
        <w:ind w:left="216"/>
        <w:rPr>
          <w:rFonts w:cs="Times New Roman"/>
          <w:sz w:val="20"/>
          <w:szCs w:val="20"/>
        </w:rPr>
      </w:pPr>
      <w:r w:rsidRPr="00BB79B8">
        <w:rPr>
          <w:rFonts w:cs="Times New Roman"/>
          <w:sz w:val="20"/>
          <w:szCs w:val="20"/>
        </w:rPr>
        <w:t>Both mechanisms can weaken the heart's pumping ability and disrupt electrical conduction.</w:t>
      </w:r>
    </w:p>
    <w:p w14:paraId="7EDF57D8"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to watch for</w:t>
      </w:r>
    </w:p>
    <w:p w14:paraId="5939E703" w14:textId="77777777" w:rsidR="004B2954" w:rsidRPr="00BB79B8" w:rsidRDefault="004B2954" w:rsidP="004B2954">
      <w:pPr>
        <w:spacing w:after="20"/>
        <w:ind w:left="216"/>
        <w:rPr>
          <w:rFonts w:cs="Times New Roman"/>
          <w:sz w:val="20"/>
          <w:szCs w:val="20"/>
        </w:rPr>
      </w:pPr>
      <w:r w:rsidRPr="00BB79B8">
        <w:rPr>
          <w:rFonts w:cs="Times New Roman"/>
          <w:sz w:val="20"/>
          <w:szCs w:val="20"/>
        </w:rPr>
        <w:t>If myocarditis develops after COVID-19, symptoms may include:</w:t>
      </w:r>
    </w:p>
    <w:p w14:paraId="1D604D8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w:t>
      </w:r>
    </w:p>
    <w:p w14:paraId="128A51E4"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5F744D40"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irregular heartbeat</w:t>
      </w:r>
    </w:p>
    <w:p w14:paraId="0BC47DA6"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w:t>
      </w:r>
    </w:p>
    <w:p w14:paraId="0C150447"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w:t>
      </w:r>
    </w:p>
    <w:p w14:paraId="1D51C966"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overlap with other COVID-related complications, so evaluation often requires ECG, troponin testing, and cardiac imaging.</w:t>
      </w:r>
    </w:p>
    <w:p w14:paraId="65A80AF8"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How common and how severe?</w:t>
      </w:r>
    </w:p>
    <w:p w14:paraId="7AB9BFC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remains rare, but more common after COVID-19 infection than in the general pre-pandemic population.</w:t>
      </w:r>
    </w:p>
    <w:p w14:paraId="42FF46E1" w14:textId="77777777" w:rsidR="004B2954" w:rsidRPr="00BB79B8" w:rsidRDefault="004B2954" w:rsidP="004B2954">
      <w:pPr>
        <w:spacing w:after="20"/>
        <w:ind w:left="216"/>
        <w:rPr>
          <w:rFonts w:cs="Times New Roman"/>
          <w:sz w:val="20"/>
          <w:szCs w:val="20"/>
        </w:rPr>
      </w:pPr>
      <w:r w:rsidRPr="00BB79B8">
        <w:rPr>
          <w:rFonts w:cs="Times New Roman"/>
          <w:sz w:val="20"/>
          <w:szCs w:val="20"/>
        </w:rPr>
        <w:t>Infection-related myocarditis tends to be more severe than vaccine-associated myocarditis, which is usually mild and resolves quickly.</w:t>
      </w:r>
    </w:p>
    <w:p w14:paraId="564EFCE1"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may involve shock, heart failure, or arrhythmias, and require hospitalization.</w:t>
      </w:r>
    </w:p>
    <w:p w14:paraId="2F482718" w14:textId="77777777" w:rsidR="004B2954" w:rsidRPr="00BB79B8" w:rsidRDefault="004B2954" w:rsidP="004B2954">
      <w:pPr>
        <w:spacing w:after="20"/>
        <w:ind w:left="216"/>
        <w:rPr>
          <w:rFonts w:cs="Times New Roman"/>
          <w:sz w:val="20"/>
          <w:szCs w:val="20"/>
        </w:rPr>
      </w:pPr>
      <w:r w:rsidRPr="00BB79B8">
        <w:rPr>
          <w:rFonts w:cs="Times New Roman"/>
          <w:sz w:val="20"/>
          <w:szCs w:val="20"/>
        </w:rPr>
        <w:t>Protection and prevention</w:t>
      </w:r>
    </w:p>
    <w:p w14:paraId="7E109802" w14:textId="77777777" w:rsidR="004B2954" w:rsidRPr="00BB79B8" w:rsidRDefault="004B2954" w:rsidP="004B2954">
      <w:pPr>
        <w:spacing w:after="20"/>
        <w:ind w:left="216"/>
        <w:rPr>
          <w:rFonts w:cs="Times New Roman"/>
          <w:sz w:val="20"/>
          <w:szCs w:val="20"/>
        </w:rPr>
      </w:pPr>
      <w:r w:rsidRPr="00BB79B8">
        <w:rPr>
          <w:rFonts w:cs="Times New Roman"/>
          <w:sz w:val="20"/>
          <w:szCs w:val="20"/>
        </w:rPr>
        <w:t>Vaccination significantly reduces the risk of myocarditis from infection, because it lowers the chance of severe COVID-19 and limits viral spread in the body.</w:t>
      </w:r>
    </w:p>
    <w:p w14:paraId="5DA49231" w14:textId="77777777" w:rsidR="004B2954" w:rsidRPr="00BB79B8" w:rsidRDefault="004B2954" w:rsidP="004B2954">
      <w:pPr>
        <w:spacing w:after="0"/>
        <w:rPr>
          <w:rFonts w:cs="Times New Roman"/>
          <w:sz w:val="20"/>
          <w:szCs w:val="20"/>
        </w:rPr>
      </w:pPr>
    </w:p>
    <w:p w14:paraId="0D89393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6465D86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22B3824" w14:textId="77777777" w:rsidR="004B2954" w:rsidRPr="00BB79B8" w:rsidRDefault="004B2954" w:rsidP="004B2954">
      <w:pPr>
        <w:spacing w:after="20"/>
        <w:ind w:left="216"/>
        <w:rPr>
          <w:rFonts w:cs="Times New Roman"/>
          <w:sz w:val="20"/>
          <w:szCs w:val="20"/>
        </w:rPr>
      </w:pPr>
      <w:r w:rsidRPr="00BB79B8">
        <w:rPr>
          <w:rFonts w:cs="Times New Roman"/>
          <w:sz w:val="20"/>
          <w:szCs w:val="20"/>
        </w:rPr>
        <w:t>Yes, COVID-19 infection can indeed cause myocarditis, which is inflammation of the heart muscle. This is a well-documented complication.</w:t>
      </w:r>
    </w:p>
    <w:p w14:paraId="3F157F51"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a breakdown of how it happens and what's important to know:</w:t>
      </w:r>
    </w:p>
    <w:p w14:paraId="36C20FC8" w14:textId="77777777" w:rsidR="004B2954" w:rsidRPr="00BB79B8" w:rsidRDefault="004B2954" w:rsidP="004B2954">
      <w:pPr>
        <w:spacing w:after="20"/>
        <w:ind w:left="216"/>
        <w:rPr>
          <w:rFonts w:cs="Times New Roman"/>
          <w:sz w:val="20"/>
          <w:szCs w:val="20"/>
        </w:rPr>
      </w:pPr>
      <w:r w:rsidRPr="00BB79B8">
        <w:rPr>
          <w:rFonts w:cs="Times New Roman"/>
          <w:sz w:val="20"/>
          <w:szCs w:val="20"/>
        </w:rPr>
        <w:t>How COVID-19 Leads to Myocarditis</w:t>
      </w:r>
    </w:p>
    <w:p w14:paraId="4DE43ED3" w14:textId="77777777" w:rsidR="004B2954" w:rsidRPr="00BB79B8" w:rsidRDefault="004B2954" w:rsidP="004B2954">
      <w:pPr>
        <w:spacing w:after="20"/>
        <w:ind w:left="216"/>
        <w:rPr>
          <w:rFonts w:cs="Times New Roman"/>
          <w:sz w:val="20"/>
          <w:szCs w:val="20"/>
        </w:rPr>
      </w:pPr>
      <w:r w:rsidRPr="00BB79B8">
        <w:rPr>
          <w:rFonts w:cs="Times New Roman"/>
          <w:sz w:val="20"/>
          <w:szCs w:val="20"/>
        </w:rPr>
        <w:t>There are several mechanisms, and they can occur together:</w:t>
      </w:r>
    </w:p>
    <w:p w14:paraId="484B1652"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Viral Injury (Rare): The virus may directly infect heart muscle cells (cardiomyocytes) that have ACE2 receptors, leading to cell damage and death.</w:t>
      </w:r>
    </w:p>
    <w:p w14:paraId="03A41053"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 System Overreaction (Most Common): The body's powerful immune response to fight the virus can sometimes become overactive ("cytokine storm"). This widespread inflammation can inadvertently damage the heart muscle, even without the virus directly infecting heart cells.</w:t>
      </w:r>
    </w:p>
    <w:p w14:paraId="4812ED09" w14:textId="77777777" w:rsidR="004B2954" w:rsidRPr="00BB79B8" w:rsidRDefault="004B2954" w:rsidP="004B2954">
      <w:pPr>
        <w:spacing w:after="20"/>
        <w:ind w:left="216"/>
        <w:rPr>
          <w:rFonts w:cs="Times New Roman"/>
          <w:sz w:val="20"/>
          <w:szCs w:val="20"/>
        </w:rPr>
      </w:pPr>
      <w:r w:rsidRPr="00BB79B8">
        <w:rPr>
          <w:rFonts w:cs="Times New Roman"/>
          <w:sz w:val="20"/>
          <w:szCs w:val="20"/>
        </w:rPr>
        <w:t>Microvascular Injury: COVID-19 can cause inflammation and tiny clots in the small blood vessels that supply the heart, leading to tissue damage.</w:t>
      </w:r>
    </w:p>
    <w:p w14:paraId="191C448B" w14:textId="77777777" w:rsidR="004B2954" w:rsidRPr="00BB79B8" w:rsidRDefault="004B2954" w:rsidP="004B2954">
      <w:pPr>
        <w:spacing w:after="20"/>
        <w:ind w:left="216"/>
        <w:rPr>
          <w:rFonts w:cs="Times New Roman"/>
          <w:sz w:val="20"/>
          <w:szCs w:val="20"/>
        </w:rPr>
      </w:pPr>
      <w:r w:rsidRPr="00BB79B8">
        <w:rPr>
          <w:rFonts w:cs="Times New Roman"/>
          <w:sz w:val="20"/>
          <w:szCs w:val="20"/>
        </w:rPr>
        <w:t>Post-Viral Immune Response: Myocarditis can also develop weeks after the initial infection has cleared, as a result of the immune system continuing to target the heart.</w:t>
      </w:r>
    </w:p>
    <w:p w14:paraId="6C7E4CE7" w14:textId="77777777" w:rsidR="004B2954" w:rsidRPr="00BB79B8" w:rsidRDefault="004B2954" w:rsidP="004B2954">
      <w:pPr>
        <w:spacing w:after="20"/>
        <w:ind w:left="216"/>
        <w:rPr>
          <w:rFonts w:cs="Times New Roman"/>
          <w:sz w:val="20"/>
          <w:szCs w:val="20"/>
        </w:rPr>
      </w:pPr>
      <w:r w:rsidRPr="00BB79B8">
        <w:rPr>
          <w:rFonts w:cs="Times New Roman"/>
          <w:sz w:val="20"/>
          <w:szCs w:val="20"/>
        </w:rPr>
        <w:t>Key Clinical Facts</w:t>
      </w:r>
    </w:p>
    <w:p w14:paraId="445933E7" w14:textId="77777777" w:rsidR="004B2954" w:rsidRPr="00BB79B8" w:rsidRDefault="004B2954" w:rsidP="004B2954">
      <w:pPr>
        <w:spacing w:after="20"/>
        <w:ind w:left="216"/>
        <w:rPr>
          <w:rFonts w:cs="Times New Roman"/>
          <w:sz w:val="20"/>
          <w:szCs w:val="20"/>
        </w:rPr>
      </w:pPr>
      <w:r w:rsidRPr="00BB79B8">
        <w:rPr>
          <w:rFonts w:cs="Times New Roman"/>
          <w:sz w:val="20"/>
          <w:szCs w:val="20"/>
        </w:rPr>
        <w:t>Incidence: While still considered an uncommon complication relative to the total number of COVID cases, it's significantly more common than viral myocarditis seen before the pandemic. Studies suggest it occurs in 1-5% of hospitalized COVID-19 patients, but milder cases may be underdiagnosed. Cardiac MRI studies have found signs of inflammation in a higher percentage (up to 60-70% in some small, recovered patient groups), though this often includes subclinical inflammation without clear symptoms.</w:t>
      </w:r>
    </w:p>
    <w:p w14:paraId="2D28F3AB"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Spectrum: It can range from mild (minor chest discomfort, abnormal EKG, elevated troponin) to severe (acute heart failure, cardiogenic shock, life-threatening arrhythmias).</w:t>
      </w:r>
    </w:p>
    <w:p w14:paraId="1718BD4B"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Can occur during acute infection (often days 5-10) or as a post-acute sequela of COVID (PASC/long COVID), appearing weeks later.</w:t>
      </w:r>
    </w:p>
    <w:p w14:paraId="2B229561"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 Severe initial illness, older age, underlying heart conditions, and male sex (myocarditis is generally more common in males). However, it has also occurred in young, healthy, non-hospitalized individuals.</w:t>
      </w:r>
    </w:p>
    <w:p w14:paraId="68C96761" w14:textId="77777777" w:rsidR="004B2954" w:rsidRPr="00BB79B8" w:rsidRDefault="004B2954" w:rsidP="004B2954">
      <w:pPr>
        <w:spacing w:after="20"/>
        <w:ind w:left="216"/>
        <w:rPr>
          <w:rFonts w:cs="Times New Roman"/>
          <w:sz w:val="20"/>
          <w:szCs w:val="20"/>
        </w:rPr>
      </w:pPr>
      <w:r w:rsidRPr="00BB79B8">
        <w:rPr>
          <w:rFonts w:cs="Times New Roman"/>
          <w:sz w:val="20"/>
          <w:szCs w:val="20"/>
        </w:rPr>
        <w:t>Distinction from Vaccine-Related Myocarditis</w:t>
      </w:r>
    </w:p>
    <w:p w14:paraId="118FD679" w14:textId="77777777" w:rsidR="004B2954" w:rsidRPr="00BB79B8" w:rsidRDefault="004B2954" w:rsidP="004B2954">
      <w:pPr>
        <w:spacing w:after="20"/>
        <w:ind w:left="216"/>
        <w:rPr>
          <w:rFonts w:cs="Times New Roman"/>
          <w:sz w:val="20"/>
          <w:szCs w:val="20"/>
        </w:rPr>
      </w:pPr>
      <w:r w:rsidRPr="00BB79B8">
        <w:rPr>
          <w:rFonts w:cs="Times New Roman"/>
          <w:sz w:val="20"/>
          <w:szCs w:val="20"/>
        </w:rPr>
        <w:t>It's crucial to distinguish COVID-19 infection myocarditis from the very rare myocarditis linked to mRNA vaccines (Pfizer/Moderna), primarily in young males (teens/early 20s) after the second dose.</w:t>
      </w:r>
    </w:p>
    <w:p w14:paraId="56239874" w14:textId="77777777" w:rsidR="004B2954" w:rsidRPr="00BB79B8" w:rsidRDefault="004B2954" w:rsidP="004B2954">
      <w:pPr>
        <w:spacing w:after="20"/>
        <w:ind w:left="216"/>
        <w:rPr>
          <w:rFonts w:cs="Times New Roman"/>
          <w:sz w:val="20"/>
          <w:szCs w:val="20"/>
        </w:rPr>
      </w:pPr>
      <w:r w:rsidRPr="00BB79B8">
        <w:rPr>
          <w:rFonts w:cs="Times New Roman"/>
          <w:sz w:val="20"/>
          <w:szCs w:val="20"/>
        </w:rPr>
        <w:t>Infection risk: The risk of myocarditis from having COVID-19 is substantially higher than from the vaccine. One large CDC study found the risk of myocarditis was 11-16 times higher following infection than following vaccination.</w:t>
      </w:r>
    </w:p>
    <w:p w14:paraId="2E9C7255"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Vaccine-related myocarditis is usually mild and resolves quickly, while infection-related myocarditis is often more severe, with a higher risk of heart failure and other complications.</w:t>
      </w:r>
    </w:p>
    <w:p w14:paraId="42DAF8B3"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to Watch For (Seek medical attention)</w:t>
      </w:r>
    </w:p>
    <w:p w14:paraId="6583D25A"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or someone has recently had COVID-19 (or is currently infected), seek immediate medical evaluation for:</w:t>
      </w:r>
    </w:p>
    <w:p w14:paraId="0D29B30C"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 (especially when lying down or breathing in)</w:t>
      </w:r>
    </w:p>
    <w:p w14:paraId="13C67980"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rapid or irregular heartbeat (palpitations)</w:t>
      </w:r>
    </w:p>
    <w:p w14:paraId="402FE86F"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(out of proportion to a respiratory infection)</w:t>
      </w:r>
    </w:p>
    <w:p w14:paraId="08F4C85D"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fatigue, weakness, or fainting</w:t>
      </w:r>
    </w:p>
    <w:p w14:paraId="31B749B0"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the feet, ankles, or legs</w:t>
      </w:r>
    </w:p>
    <w:p w14:paraId="5F92BDBA"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and Treatment</w:t>
      </w:r>
    </w:p>
    <w:p w14:paraId="1B856BC7"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Blood tests (troponin, BNP), EKG, echocardiogram, cardiac MRI (the gold standard).</w:t>
      </w:r>
    </w:p>
    <w:p w14:paraId="688477A6"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Mostly supportive (rest, heart failure medications, anti-arrhythmics). Severe cases may require ICU care, mechanical circulatory support (e.g., ECMO), or rarely, immunotherapy (corticosteroids, IVIG).</w:t>
      </w:r>
    </w:p>
    <w:p w14:paraId="3CEF0AA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Bottom Line</w:t>
      </w:r>
    </w:p>
    <w:p w14:paraId="397858FF" w14:textId="77777777" w:rsidR="004B2954" w:rsidRPr="00BB79B8" w:rsidRDefault="004B2954" w:rsidP="004B2954">
      <w:pPr>
        <w:spacing w:after="20"/>
        <w:ind w:left="216"/>
        <w:rPr>
          <w:rFonts w:cs="Times New Roman"/>
          <w:sz w:val="20"/>
          <w:szCs w:val="20"/>
        </w:rPr>
      </w:pPr>
      <w:r w:rsidRPr="00BB79B8">
        <w:rPr>
          <w:rFonts w:cs="Times New Roman"/>
          <w:sz w:val="20"/>
          <w:szCs w:val="20"/>
        </w:rPr>
        <w:t>Yes, COVID-19 infection is a definite and relatively known cause of myocarditis, ranging from mild and self-limited to life-threatening. The risk is far greater from the infection itself than from the available vaccines. Awareness of symptoms is key for prompt diagnosis and management to prevent long-term heart damage.</w:t>
      </w:r>
    </w:p>
    <w:p w14:paraId="58FB0E8B" w14:textId="77777777" w:rsidR="004B2954" w:rsidRPr="00BB79B8" w:rsidRDefault="004B2954" w:rsidP="004B2954">
      <w:pPr>
        <w:spacing w:after="0"/>
        <w:rPr>
          <w:rFonts w:cs="Times New Roman"/>
          <w:sz w:val="20"/>
          <w:szCs w:val="20"/>
        </w:rPr>
      </w:pPr>
    </w:p>
    <w:p w14:paraId="3269D78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17DC7C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1671668" w14:textId="77777777" w:rsidR="004B2954" w:rsidRPr="00BB79B8" w:rsidRDefault="004B2954" w:rsidP="004B2954">
      <w:pPr>
        <w:spacing w:after="20"/>
        <w:ind w:left="216"/>
        <w:rPr>
          <w:rFonts w:cs="Times New Roman"/>
          <w:sz w:val="20"/>
          <w:szCs w:val="20"/>
        </w:rPr>
      </w:pPr>
      <w:r w:rsidRPr="00BB79B8">
        <w:rPr>
          <w:rFonts w:cs="Times New Roman"/>
          <w:sz w:val="20"/>
          <w:szCs w:val="20"/>
        </w:rPr>
        <w:t>Yes, COVID-19 infection can definitely cause myocarditis.</w:t>
      </w:r>
    </w:p>
    <w:p w14:paraId="1AD37531"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3D43915F"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one of the well-documented cardiovascular complications of SARS-CoV-2 infection.</w:t>
      </w:r>
    </w:p>
    <w:p w14:paraId="642CC8AB"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happen during acute COVID-19 illness or in the post-recovery period.</w:t>
      </w:r>
    </w:p>
    <w:p w14:paraId="251B3C30"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Mechanisms include direct viral invasion of the heart and an overactive immune/inflammatory response damaging the myocardium.</w:t>
      </w:r>
    </w:p>
    <w:p w14:paraId="20E0BEC7"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can range from mild chest discomfort, palpitations, fatigue to severe heart failure or arrhythmias in serious cases.</w:t>
      </w:r>
    </w:p>
    <w:p w14:paraId="69039AC1" w14:textId="77777777" w:rsidR="004B2954" w:rsidRPr="00BB79B8" w:rsidRDefault="004B2954" w:rsidP="004B2954">
      <w:pPr>
        <w:rPr>
          <w:rFonts w:cs="Times New Roman"/>
          <w:sz w:val="20"/>
          <w:szCs w:val="20"/>
        </w:rPr>
      </w:pPr>
    </w:p>
    <w:p w14:paraId="4A54BC5F" w14:textId="77777777" w:rsidR="004B2954" w:rsidRPr="00BB79B8" w:rsidRDefault="004B2954" w:rsidP="004B2954">
      <w:pPr>
        <w:keepNext/>
        <w:rPr>
          <w:rFonts w:cs="Times New Roman"/>
          <w:sz w:val="20"/>
          <w:szCs w:val="20"/>
        </w:rPr>
      </w:pPr>
      <w:r w:rsidRPr="00BB79B8">
        <w:rPr>
          <w:rFonts w:cs="Times New Roman"/>
          <w:b/>
          <w:color w:val="1F4E79"/>
          <w:sz w:val="20"/>
          <w:szCs w:val="20"/>
        </w:rPr>
        <w:t>Q27. Can mRNA COVID-19 vaccines cause myocarditis?</w:t>
      </w:r>
    </w:p>
    <w:p w14:paraId="2FCB75A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2B6E870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A3DEF54"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mRNA COVID-19 vaccines can rarely cause myocarditis.</w:t>
      </w:r>
    </w:p>
    <w:p w14:paraId="45134BAC"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what the scientific evidence and major public health agencies say:</w:t>
      </w:r>
    </w:p>
    <w:p w14:paraId="104ADD61" w14:textId="77777777" w:rsidR="004B2954" w:rsidRPr="00BB79B8" w:rsidRDefault="004B2954" w:rsidP="004B2954">
      <w:pPr>
        <w:spacing w:after="20"/>
        <w:ind w:left="216"/>
        <w:rPr>
          <w:rFonts w:cs="Times New Roman"/>
          <w:sz w:val="20"/>
          <w:szCs w:val="20"/>
        </w:rPr>
      </w:pPr>
      <w:r w:rsidRPr="00BB79B8">
        <w:rPr>
          <w:rFonts w:cs="Times New Roman"/>
          <w:sz w:val="20"/>
          <w:szCs w:val="20"/>
        </w:rPr>
        <w:t>What myocarditis is</w:t>
      </w:r>
    </w:p>
    <w:p w14:paraId="231B883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inflammation of the heart muscle that can cause chest pain, shortness of breath, palpitations, or fatigue. It has many triggers, including viral infections (especially SARS-CoV-2 itself), and, rarely, immune-mediated reactions.</w:t>
      </w:r>
    </w:p>
    <w:p w14:paraId="72446AE2" w14:textId="77777777" w:rsidR="004B2954" w:rsidRPr="00BB79B8" w:rsidRDefault="004B2954" w:rsidP="004B2954">
      <w:pPr>
        <w:spacing w:after="20"/>
        <w:ind w:left="216"/>
        <w:rPr>
          <w:rFonts w:cs="Times New Roman"/>
          <w:sz w:val="20"/>
          <w:szCs w:val="20"/>
        </w:rPr>
      </w:pPr>
      <w:r w:rsidRPr="00BB79B8">
        <w:rPr>
          <w:rFonts w:cs="Times New Roman"/>
          <w:sz w:val="20"/>
          <w:szCs w:val="20"/>
        </w:rPr>
        <w:t>Rare but recognized risk after mRNA vaccines</w:t>
      </w:r>
    </w:p>
    <w:p w14:paraId="45C54AF3" w14:textId="77777777" w:rsidR="004B2954" w:rsidRPr="00BB79B8" w:rsidRDefault="004B2954" w:rsidP="004B2954">
      <w:pPr>
        <w:spacing w:after="20"/>
        <w:ind w:left="216"/>
        <w:rPr>
          <w:rFonts w:cs="Times New Roman"/>
          <w:sz w:val="20"/>
          <w:szCs w:val="20"/>
        </w:rPr>
      </w:pPr>
      <w:r w:rsidRPr="00BB79B8">
        <w:rPr>
          <w:rFonts w:cs="Times New Roman"/>
          <w:sz w:val="20"/>
          <w:szCs w:val="20"/>
        </w:rPr>
        <w:t>Multiple safety-monitoring systems in the U.S. and globally have observed rare cases of myocarditis and pericarditis (inflammation of the heart lining) following mRNA COVID-19 vaccination, particularly with Pfizer-BioNTech or Moderna vaccines. Public health agencies characterize this as a causal association based on available data.</w:t>
      </w:r>
    </w:p>
    <w:p w14:paraId="3CD92704"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events are most frequently reported in adolescent and young adult males, typically within about 1 week after the second dose, though they have occurred in females and other age groups as well.</w:t>
      </w:r>
    </w:p>
    <w:p w14:paraId="71BA9D04" w14:textId="77777777" w:rsidR="004B2954" w:rsidRPr="00BB79B8" w:rsidRDefault="004B2954" w:rsidP="004B2954">
      <w:pPr>
        <w:spacing w:after="20"/>
        <w:ind w:left="216"/>
        <w:rPr>
          <w:rFonts w:cs="Times New Roman"/>
          <w:sz w:val="20"/>
          <w:szCs w:val="20"/>
        </w:rPr>
      </w:pPr>
      <w:r w:rsidRPr="00BB79B8">
        <w:rPr>
          <w:rFonts w:cs="Times New Roman"/>
          <w:sz w:val="20"/>
          <w:szCs w:val="20"/>
        </w:rPr>
        <w:t>How common it is</w:t>
      </w:r>
    </w:p>
    <w:p w14:paraId="1F26971E" w14:textId="77777777" w:rsidR="004B2954" w:rsidRPr="00BB79B8" w:rsidRDefault="004B2954" w:rsidP="004B2954">
      <w:pPr>
        <w:spacing w:after="20"/>
        <w:ind w:left="216"/>
        <w:rPr>
          <w:rFonts w:cs="Times New Roman"/>
          <w:sz w:val="20"/>
          <w:szCs w:val="20"/>
        </w:rPr>
      </w:pPr>
      <w:r w:rsidRPr="00BB79B8">
        <w:rPr>
          <w:rFonts w:cs="Times New Roman"/>
          <w:sz w:val="20"/>
          <w:szCs w:val="20"/>
        </w:rPr>
        <w:t>The overall occurrence is very rare compared with the number of vaccine doses given. Most people who develop myocarditis after an mRNA COVID-19 vaccine recover with appropriate medical care, and cases are generally mild.</w:t>
      </w:r>
    </w:p>
    <w:p w14:paraId="26802CB2" w14:textId="77777777" w:rsidR="004B2954" w:rsidRPr="00BB79B8" w:rsidRDefault="004B2954" w:rsidP="004B2954">
      <w:pPr>
        <w:spacing w:after="20"/>
        <w:ind w:left="216"/>
        <w:rPr>
          <w:rFonts w:cs="Times New Roman"/>
          <w:sz w:val="20"/>
          <w:szCs w:val="20"/>
        </w:rPr>
      </w:pPr>
      <w:r w:rsidRPr="00BB79B8">
        <w:rPr>
          <w:rFonts w:cs="Times New Roman"/>
          <w:sz w:val="20"/>
          <w:szCs w:val="20"/>
        </w:rPr>
        <w:t>Agencies like the FDA have required updated vaccine labeling to include information about this risk, reflecting monitoring and risk estimates from recent safety data.</w:t>
      </w:r>
    </w:p>
    <w:p w14:paraId="1E3F777E" w14:textId="77777777" w:rsidR="004B2954" w:rsidRPr="00BB79B8" w:rsidRDefault="004B2954" w:rsidP="004B2954">
      <w:pPr>
        <w:spacing w:after="20"/>
        <w:ind w:left="216"/>
        <w:rPr>
          <w:rFonts w:cs="Times New Roman"/>
          <w:sz w:val="20"/>
          <w:szCs w:val="20"/>
        </w:rPr>
      </w:pPr>
      <w:r w:rsidRPr="00BB79B8">
        <w:rPr>
          <w:rFonts w:cs="Times New Roman"/>
          <w:sz w:val="20"/>
          <w:szCs w:val="20"/>
        </w:rPr>
        <w:t>Benefits vs Risks</w:t>
      </w:r>
    </w:p>
    <w:p w14:paraId="03D7D38D" w14:textId="77777777" w:rsidR="004B2954" w:rsidRPr="00BB79B8" w:rsidRDefault="004B2954" w:rsidP="004B2954">
      <w:pPr>
        <w:spacing w:after="20"/>
        <w:ind w:left="216"/>
        <w:rPr>
          <w:rFonts w:cs="Times New Roman"/>
          <w:sz w:val="20"/>
          <w:szCs w:val="20"/>
        </w:rPr>
      </w:pPr>
      <w:r w:rsidRPr="00BB79B8">
        <w:rPr>
          <w:rFonts w:cs="Times New Roman"/>
          <w:sz w:val="20"/>
          <w:szCs w:val="20"/>
        </w:rPr>
        <w:t>Vaccination continues to be recommended because the risk of myocarditis from COVID-19 disease itself is higher than the risk after vaccination, and COVID-19 can cause severe illness, complications, and heart inflammation too.</w:t>
      </w:r>
    </w:p>
    <w:p w14:paraId="09DB733C" w14:textId="77777777" w:rsidR="004B2954" w:rsidRPr="00BB79B8" w:rsidRDefault="004B2954" w:rsidP="004B2954">
      <w:pPr>
        <w:spacing w:after="20"/>
        <w:ind w:left="216"/>
        <w:rPr>
          <w:rFonts w:cs="Times New Roman"/>
          <w:sz w:val="20"/>
          <w:szCs w:val="20"/>
        </w:rPr>
      </w:pPr>
      <w:r w:rsidRPr="00BB79B8">
        <w:rPr>
          <w:rFonts w:cs="Times New Roman"/>
          <w:sz w:val="20"/>
          <w:szCs w:val="20"/>
        </w:rPr>
        <w:t>Public health guidance emphasizes weighing the rare risk of vaccine-associated myocarditis against the benefits of protection from COVID-19, including reduced hospitalizations and severe outcomes.</w:t>
      </w:r>
    </w:p>
    <w:p w14:paraId="42E08250"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Yes, mRNA COVID-19 vaccines can cause myocarditis in rare cases, usually shortly after vaccination and most often in younger males. These cases are uncommon, are typically mild, and recover well with care, and public health authorities consider the benefits of vaccination to outweigh this rare risk.</w:t>
      </w:r>
    </w:p>
    <w:p w14:paraId="39F415C6" w14:textId="77777777" w:rsidR="004B2954" w:rsidRPr="00BB79B8" w:rsidRDefault="004B2954" w:rsidP="004B2954">
      <w:pPr>
        <w:spacing w:after="0"/>
        <w:rPr>
          <w:rFonts w:cs="Times New Roman"/>
          <w:sz w:val="20"/>
          <w:szCs w:val="20"/>
        </w:rPr>
      </w:pPr>
    </w:p>
    <w:p w14:paraId="63F4172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62A402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DEB654B" w14:textId="77777777" w:rsidR="004B2954" w:rsidRPr="00BB79B8" w:rsidRDefault="004B2954" w:rsidP="004B2954">
      <w:pPr>
        <w:spacing w:after="20"/>
        <w:ind w:left="216"/>
        <w:rPr>
          <w:rFonts w:cs="Times New Roman"/>
          <w:sz w:val="20"/>
          <w:szCs w:val="20"/>
        </w:rPr>
      </w:pPr>
      <w:r w:rsidRPr="00BB79B8">
        <w:rPr>
          <w:rFonts w:cs="Times New Roman"/>
          <w:sz w:val="20"/>
          <w:szCs w:val="20"/>
        </w:rPr>
        <w:t>Yes, mRNA COVID-19 vaccines (such as Pfizer-BioNTech and Moderna) have been linked to rare cases of myocarditis (inflammation of the heart muscle) and pericarditis (inflammation of the lining outside the heart).</w:t>
      </w:r>
    </w:p>
    <w:p w14:paraId="0A99BB47" w14:textId="77777777" w:rsidR="004B2954" w:rsidRPr="00BB79B8" w:rsidRDefault="004B2954" w:rsidP="004B2954">
      <w:pPr>
        <w:spacing w:after="20"/>
        <w:ind w:left="216"/>
        <w:rPr>
          <w:rFonts w:cs="Times New Roman"/>
          <w:sz w:val="20"/>
          <w:szCs w:val="20"/>
        </w:rPr>
      </w:pPr>
      <w:r w:rsidRPr="00BB79B8">
        <w:rPr>
          <w:rFonts w:cs="Times New Roman"/>
          <w:sz w:val="20"/>
          <w:szCs w:val="20"/>
        </w:rPr>
        <w:t>Health organizations, including the CDC and FDA, have recognized this as a rare adverse event. Here is a breakdown of the current data and clinical context:</w:t>
      </w:r>
    </w:p>
    <w:p w14:paraId="46B23BC7" w14:textId="77777777" w:rsidR="004B2954" w:rsidRPr="00BB79B8" w:rsidRDefault="004B2954" w:rsidP="004B2954">
      <w:pPr>
        <w:spacing w:after="20"/>
        <w:ind w:left="216"/>
        <w:rPr>
          <w:rFonts w:cs="Times New Roman"/>
          <w:sz w:val="20"/>
          <w:szCs w:val="20"/>
        </w:rPr>
      </w:pPr>
      <w:r w:rsidRPr="00BB79B8">
        <w:rPr>
          <w:rFonts w:cs="Times New Roman"/>
          <w:sz w:val="20"/>
          <w:szCs w:val="20"/>
        </w:rPr>
        <w:t>Risk Groups and Timing</w:t>
      </w:r>
    </w:p>
    <w:p w14:paraId="3EAC28D8" w14:textId="77777777" w:rsidR="004B2954" w:rsidRPr="00BB79B8" w:rsidRDefault="004B2954" w:rsidP="004B2954">
      <w:pPr>
        <w:spacing w:after="20"/>
        <w:ind w:left="216"/>
        <w:rPr>
          <w:rFonts w:cs="Times New Roman"/>
          <w:sz w:val="20"/>
          <w:szCs w:val="20"/>
        </w:rPr>
      </w:pPr>
      <w:r w:rsidRPr="00BB79B8">
        <w:rPr>
          <w:rFonts w:cs="Times New Roman"/>
          <w:sz w:val="20"/>
          <w:szCs w:val="20"/>
        </w:rPr>
        <w:t>Primary Demographic: Cases are most frequently reported in adolescents and young adult males (typically ages 12-39).</w:t>
      </w:r>
    </w:p>
    <w:p w14:paraId="6DA7C15B"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Symptoms usually appear within 1 to 7 days after vaccination, most commonly following the second dose of the primary series.</w:t>
      </w:r>
    </w:p>
    <w:p w14:paraId="57B1A68F"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Incidence: It remains very rare. For example, estimates for the 2023-2024 formula indicate an incidence of approximately 8 cases per million doses in certain high-risk groups, though historical peaks in males aged 16-17 have been higher (roughly 106 cases per million).</w:t>
      </w:r>
    </w:p>
    <w:p w14:paraId="554FA85F"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Presentation and Outcomes</w:t>
      </w:r>
    </w:p>
    <w:p w14:paraId="6BFB17FB"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Patients typically present with chest pain, shortness of breath, or palpitations.</w:t>
      </w:r>
    </w:p>
    <w:p w14:paraId="1AD3DF5D"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Most cases are mild. The majority of individuals respond well to standard medical treatment and rest, with symptoms often resolving by the time of hospital discharge.</w:t>
      </w:r>
    </w:p>
    <w:p w14:paraId="4D2CAAE8"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Monitoring: While mid-term follow-ups (3-6 months) have been generally reassuring, some patients show persistent findings on cardiac MRI (such as late gadolinium enhancement). Large-scale studies are ongoing to determine if these findings have any long-term clinical significance.</w:t>
      </w:r>
    </w:p>
    <w:p w14:paraId="45A561FE" w14:textId="77777777" w:rsidR="004B2954" w:rsidRPr="00BB79B8" w:rsidRDefault="004B2954" w:rsidP="004B2954">
      <w:pPr>
        <w:spacing w:after="20"/>
        <w:ind w:left="216"/>
        <w:rPr>
          <w:rFonts w:cs="Times New Roman"/>
          <w:sz w:val="20"/>
          <w:szCs w:val="20"/>
        </w:rPr>
      </w:pPr>
      <w:r w:rsidRPr="00BB79B8">
        <w:rPr>
          <w:rFonts w:cs="Times New Roman"/>
          <w:sz w:val="20"/>
          <w:szCs w:val="20"/>
        </w:rPr>
        <w:t>Vaccine vs. Infection Risk</w:t>
      </w:r>
    </w:p>
    <w:p w14:paraId="74AD33B3" w14:textId="77777777" w:rsidR="004B2954" w:rsidRPr="00BB79B8" w:rsidRDefault="004B2954" w:rsidP="004B2954">
      <w:pPr>
        <w:spacing w:after="20"/>
        <w:ind w:left="216"/>
        <w:rPr>
          <w:rFonts w:cs="Times New Roman"/>
          <w:sz w:val="20"/>
          <w:szCs w:val="20"/>
        </w:rPr>
      </w:pPr>
      <w:r w:rsidRPr="00BB79B8">
        <w:rPr>
          <w:rFonts w:cs="Times New Roman"/>
          <w:sz w:val="20"/>
          <w:szCs w:val="20"/>
        </w:rPr>
        <w:t>A critical point in clinical guidance is the comparison between vaccine-related risks and the risks posed by the virus itself:</w:t>
      </w:r>
    </w:p>
    <w:p w14:paraId="33A53F7B" w14:textId="77777777" w:rsidR="004B2954" w:rsidRPr="00BB79B8" w:rsidRDefault="004B2954" w:rsidP="004B2954">
      <w:pPr>
        <w:spacing w:after="20"/>
        <w:ind w:left="216"/>
        <w:rPr>
          <w:rFonts w:cs="Times New Roman"/>
          <w:sz w:val="20"/>
          <w:szCs w:val="20"/>
        </w:rPr>
      </w:pPr>
      <w:r w:rsidRPr="00BB79B8">
        <w:rPr>
          <w:rFonts w:cs="Times New Roman"/>
          <w:sz w:val="20"/>
          <w:szCs w:val="20"/>
        </w:rPr>
        <w:t>Infection Risk: The risk of myocarditis is significantly higher-estimated by some studies to be 7 to 42 times more likely-following a COVID-19 infection compared to vaccination.</w:t>
      </w:r>
    </w:p>
    <w:p w14:paraId="6581296C"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Myocarditis resulting from the viral infection is often more severe and associated with higher rates of hospitalization and complications than the vaccine-associated version.</w:t>
      </w:r>
    </w:p>
    <w:p w14:paraId="271F08F9" w14:textId="77777777" w:rsidR="004B2954" w:rsidRPr="00BB79B8" w:rsidRDefault="004B2954" w:rsidP="004B2954">
      <w:pPr>
        <w:spacing w:after="20"/>
        <w:ind w:left="216"/>
        <w:rPr>
          <w:rFonts w:cs="Times New Roman"/>
          <w:sz w:val="20"/>
          <w:szCs w:val="20"/>
        </w:rPr>
      </w:pPr>
      <w:r w:rsidRPr="00BB79B8">
        <w:rPr>
          <w:rFonts w:cs="Times New Roman"/>
          <w:sz w:val="20"/>
          <w:szCs w:val="20"/>
        </w:rPr>
        <w:t>Potential Mechanisms</w:t>
      </w:r>
    </w:p>
    <w:p w14:paraId="6CA81225" w14:textId="77777777" w:rsidR="004B2954" w:rsidRPr="00BB79B8" w:rsidRDefault="004B2954" w:rsidP="004B2954">
      <w:pPr>
        <w:spacing w:after="20"/>
        <w:ind w:left="216"/>
        <w:rPr>
          <w:rFonts w:cs="Times New Roman"/>
          <w:sz w:val="20"/>
          <w:szCs w:val="20"/>
        </w:rPr>
      </w:pPr>
      <w:r w:rsidRPr="00BB79B8">
        <w:rPr>
          <w:rFonts w:cs="Times New Roman"/>
          <w:sz w:val="20"/>
          <w:szCs w:val="20"/>
        </w:rPr>
        <w:t>Recent research, including studies from Stanford Medicine (2025), suggests that the reaction may be driven by a strong immune response involving specific inflammatory proteins (like CXCL10 and IFN-gamma) rather than an allergy or autoimmune reaction.</w:t>
      </w:r>
    </w:p>
    <w:p w14:paraId="06CCFF8B" w14:textId="77777777" w:rsidR="004B2954" w:rsidRPr="00BB79B8" w:rsidRDefault="004B2954" w:rsidP="004B2954">
      <w:pPr>
        <w:spacing w:after="20"/>
        <w:ind w:left="216"/>
        <w:rPr>
          <w:rFonts w:cs="Times New Roman"/>
          <w:sz w:val="20"/>
          <w:szCs w:val="20"/>
        </w:rPr>
      </w:pPr>
      <w:r w:rsidRPr="00BB79B8">
        <w:rPr>
          <w:rFonts w:cs="Times New Roman"/>
          <w:sz w:val="20"/>
          <w:szCs w:val="20"/>
        </w:rPr>
        <w:t>Note: Because the benefits of preventing severe COVID-19, hospitalization, and death continue to outweigh the rare risk of heart inflammation, public health agencies still recommend vaccination for all eligible age groups.</w:t>
      </w:r>
    </w:p>
    <w:p w14:paraId="017432C5" w14:textId="77777777" w:rsidR="004B2954" w:rsidRPr="00BB79B8" w:rsidRDefault="004B2954" w:rsidP="004B2954">
      <w:pPr>
        <w:spacing w:after="0"/>
        <w:rPr>
          <w:rFonts w:cs="Times New Roman"/>
          <w:sz w:val="20"/>
          <w:szCs w:val="20"/>
        </w:rPr>
      </w:pPr>
    </w:p>
    <w:p w14:paraId="61CC56A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7726240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D403B05"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mRNA COVID-19 vaccines can cause myocarditis, but it is rare, typically mild, and occurs far less often and less severely than myocarditis caused by COVID-19 infection itself.</w:t>
      </w:r>
    </w:p>
    <w:p w14:paraId="7424DDA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4557F0F0" w14:textId="77777777" w:rsidR="004B2954" w:rsidRPr="00BB79B8" w:rsidRDefault="004B2954" w:rsidP="004B2954">
      <w:pPr>
        <w:spacing w:after="20"/>
        <w:ind w:left="216"/>
        <w:rPr>
          <w:rFonts w:cs="Times New Roman"/>
          <w:sz w:val="20"/>
          <w:szCs w:val="20"/>
        </w:rPr>
      </w:pPr>
      <w:r w:rsidRPr="00BB79B8">
        <w:rPr>
          <w:rFonts w:cs="Times New Roman"/>
          <w:sz w:val="20"/>
          <w:szCs w:val="20"/>
        </w:rPr>
        <w:t>Multiple high-quality sources - including the FDA, CDC-referenced clinical data, and peer-reviewed studies - agree on several key points:</w:t>
      </w:r>
    </w:p>
    <w:p w14:paraId="59C2F38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a known but uncommon side effect of mRNA vaccines (Pfizer-BioNTech and Moderna).</w:t>
      </w:r>
    </w:p>
    <w:p w14:paraId="2705D27F" w14:textId="77777777" w:rsidR="004B2954" w:rsidRPr="00BB79B8" w:rsidRDefault="004B2954" w:rsidP="004B2954">
      <w:pPr>
        <w:spacing w:after="20"/>
        <w:ind w:left="216"/>
        <w:rPr>
          <w:rFonts w:cs="Times New Roman"/>
          <w:sz w:val="20"/>
          <w:szCs w:val="20"/>
        </w:rPr>
      </w:pPr>
      <w:r w:rsidRPr="00BB79B8">
        <w:rPr>
          <w:rFonts w:cs="Times New Roman"/>
          <w:sz w:val="20"/>
          <w:szCs w:val="20"/>
        </w:rPr>
        <w:t>Risk is highest in males ages 12-24, usually within 1-7 days after the second dose.</w:t>
      </w:r>
    </w:p>
    <w:p w14:paraId="2569120D" w14:textId="77777777" w:rsidR="004B2954" w:rsidRPr="00BB79B8" w:rsidRDefault="004B2954" w:rsidP="004B2954">
      <w:pPr>
        <w:spacing w:after="20"/>
        <w:ind w:left="216"/>
        <w:rPr>
          <w:rFonts w:cs="Times New Roman"/>
          <w:sz w:val="20"/>
          <w:szCs w:val="20"/>
        </w:rPr>
      </w:pPr>
      <w:r w:rsidRPr="00BB79B8">
        <w:rPr>
          <w:rFonts w:cs="Times New Roman"/>
          <w:sz w:val="20"/>
          <w:szCs w:val="20"/>
        </w:rPr>
        <w:t>Incidence is low:</w:t>
      </w:r>
    </w:p>
    <w:p w14:paraId="4AE6543D" w14:textId="77777777" w:rsidR="004B2954" w:rsidRPr="00BB79B8" w:rsidRDefault="004B2954" w:rsidP="004B2954">
      <w:pPr>
        <w:spacing w:after="20"/>
        <w:ind w:left="216"/>
        <w:rPr>
          <w:rFonts w:cs="Times New Roman"/>
          <w:sz w:val="20"/>
          <w:szCs w:val="20"/>
        </w:rPr>
      </w:pPr>
      <w:r w:rsidRPr="00BB79B8">
        <w:rPr>
          <w:rFonts w:cs="Times New Roman"/>
          <w:sz w:val="20"/>
          <w:szCs w:val="20"/>
        </w:rPr>
        <w:t>~8 cases per million doses overall</w:t>
      </w:r>
    </w:p>
    <w:p w14:paraId="013A87FF" w14:textId="77777777" w:rsidR="004B2954" w:rsidRPr="00BB79B8" w:rsidRDefault="004B2954" w:rsidP="004B2954">
      <w:pPr>
        <w:spacing w:after="20"/>
        <w:ind w:left="216"/>
        <w:rPr>
          <w:rFonts w:cs="Times New Roman"/>
          <w:sz w:val="20"/>
          <w:szCs w:val="20"/>
        </w:rPr>
      </w:pPr>
      <w:r w:rsidRPr="00BB79B8">
        <w:rPr>
          <w:rFonts w:cs="Times New Roman"/>
          <w:sz w:val="20"/>
          <w:szCs w:val="20"/>
        </w:rPr>
        <w:t>~27 cases per million doses in males 12-24</w:t>
      </w:r>
    </w:p>
    <w:p w14:paraId="3D800154"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cases are mild and resolve quickly, often with minimal or no treatment.</w:t>
      </w:r>
    </w:p>
    <w:p w14:paraId="72BFB620"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from COVID-19 infection is more common and more severe than vaccine-associated myocarditis.</w:t>
      </w:r>
    </w:p>
    <w:p w14:paraId="3FBAE149" w14:textId="77777777" w:rsidR="004B2954" w:rsidRPr="00BB79B8" w:rsidRDefault="004B2954" w:rsidP="004B2954">
      <w:pPr>
        <w:spacing w:after="20"/>
        <w:ind w:left="216"/>
        <w:rPr>
          <w:rFonts w:cs="Times New Roman"/>
          <w:sz w:val="20"/>
          <w:szCs w:val="20"/>
        </w:rPr>
      </w:pPr>
      <w:r w:rsidRPr="00BB79B8">
        <w:rPr>
          <w:rFonts w:cs="Times New Roman"/>
          <w:sz w:val="20"/>
          <w:szCs w:val="20"/>
        </w:rPr>
        <w:t>How vaccine-associated myocarditis typically presents</w:t>
      </w:r>
    </w:p>
    <w:p w14:paraId="7F618A81"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usually appear within a week of vaccination and may include:</w:t>
      </w:r>
    </w:p>
    <w:p w14:paraId="5C0B60A9"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3B881F84"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702DE8E9"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w:t>
      </w:r>
    </w:p>
    <w:p w14:paraId="2C4D2A4E"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w:t>
      </w:r>
    </w:p>
    <w:p w14:paraId="275CCF53"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patients recover fully within 2-4 weeks.</w:t>
      </w:r>
    </w:p>
    <w:p w14:paraId="2E8A669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large studies and regulators conclude</w:t>
      </w:r>
    </w:p>
    <w:p w14:paraId="0E8E749E" w14:textId="77777777" w:rsidR="004B2954" w:rsidRPr="00BB79B8" w:rsidRDefault="004B2954" w:rsidP="004B2954">
      <w:pPr>
        <w:spacing w:after="20"/>
        <w:ind w:left="216"/>
        <w:rPr>
          <w:rFonts w:cs="Times New Roman"/>
          <w:sz w:val="20"/>
          <w:szCs w:val="20"/>
        </w:rPr>
      </w:pPr>
      <w:r w:rsidRPr="00BB79B8">
        <w:rPr>
          <w:rFonts w:cs="Times New Roman"/>
          <w:sz w:val="20"/>
          <w:szCs w:val="20"/>
        </w:rPr>
        <w:t>FDA: Updated vaccine labels now include myocarditis/pericarditis warnings, emphasizing the small but measurable risk in young males.</w:t>
      </w:r>
    </w:p>
    <w:p w14:paraId="0A1C8900"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Systematic reviews: Myocarditis after vaccination is rare, mild, and self-limited, with excellent short-term recovery.</w:t>
      </w:r>
    </w:p>
    <w:p w14:paraId="03C06FF0" w14:textId="77777777" w:rsidR="004B2954" w:rsidRPr="00BB79B8" w:rsidRDefault="004B2954" w:rsidP="004B2954">
      <w:pPr>
        <w:spacing w:after="20"/>
        <w:ind w:left="216"/>
        <w:rPr>
          <w:rFonts w:cs="Times New Roman"/>
          <w:sz w:val="20"/>
          <w:szCs w:val="20"/>
        </w:rPr>
      </w:pPr>
      <w:r w:rsidRPr="00BB79B8">
        <w:rPr>
          <w:rFonts w:cs="Times New Roman"/>
          <w:sz w:val="20"/>
          <w:szCs w:val="20"/>
        </w:rPr>
        <w:t>Lancet cohort study: Confirms increased risk in young men after dose 2, but overall incidence remains low and supports continued vaccination.</w:t>
      </w:r>
    </w:p>
    <w:p w14:paraId="089300BD"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0A900F22" w14:textId="77777777" w:rsidR="004B2954" w:rsidRPr="00BB79B8" w:rsidRDefault="004B2954" w:rsidP="004B2954">
      <w:pPr>
        <w:spacing w:after="20"/>
        <w:ind w:left="216"/>
        <w:rPr>
          <w:rFonts w:cs="Times New Roman"/>
          <w:sz w:val="20"/>
          <w:szCs w:val="20"/>
        </w:rPr>
      </w:pPr>
      <w:r w:rsidRPr="00BB79B8">
        <w:rPr>
          <w:rFonts w:cs="Times New Roman"/>
          <w:sz w:val="20"/>
          <w:szCs w:val="20"/>
        </w:rPr>
        <w:t>mRNA vaccines can cause myocarditis, but it is rare, usually mild, and far less dangerous than myocarditis caused by COVID-19 infection. For most people - including adolescents and young adults - the benefits of vaccination strongly outweigh the risks.</w:t>
      </w:r>
    </w:p>
    <w:p w14:paraId="53A12EDE" w14:textId="77777777" w:rsidR="004B2954" w:rsidRPr="00BB79B8" w:rsidRDefault="004B2954" w:rsidP="004B2954">
      <w:pPr>
        <w:spacing w:after="0"/>
        <w:rPr>
          <w:rFonts w:cs="Times New Roman"/>
          <w:sz w:val="20"/>
          <w:szCs w:val="20"/>
        </w:rPr>
      </w:pPr>
    </w:p>
    <w:p w14:paraId="698FD83B"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DeepSeek</w:t>
      </w:r>
    </w:p>
    <w:p w14:paraId="4E674A9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BA65A8D" w14:textId="77777777" w:rsidR="004B2954" w:rsidRPr="00BB79B8" w:rsidRDefault="004B2954" w:rsidP="004B2954">
      <w:pPr>
        <w:spacing w:after="20"/>
        <w:ind w:left="216"/>
        <w:rPr>
          <w:rFonts w:cs="Times New Roman"/>
          <w:sz w:val="20"/>
          <w:szCs w:val="20"/>
        </w:rPr>
      </w:pPr>
      <w:r w:rsidRPr="00BB79B8">
        <w:rPr>
          <w:rFonts w:cs="Times New Roman"/>
          <w:sz w:val="20"/>
          <w:szCs w:val="20"/>
        </w:rPr>
        <w:t>Yes, mRNA COVID-19 vaccines can cause myocarditis. This is a very rare but recognized adverse event that has been extensively studied and confirmed by global health authorities including the WHO and the EMA.</w:t>
      </w:r>
    </w:p>
    <w:p w14:paraId="67ECB42E" w14:textId="77777777" w:rsidR="004B2954" w:rsidRPr="00BB79B8" w:rsidRDefault="004B2954" w:rsidP="004B2954">
      <w:pPr>
        <w:spacing w:after="20"/>
        <w:ind w:left="216"/>
        <w:rPr>
          <w:rFonts w:cs="Times New Roman"/>
          <w:sz w:val="20"/>
          <w:szCs w:val="20"/>
        </w:rPr>
      </w:pPr>
      <w:r w:rsidRPr="00BB79B8">
        <w:rPr>
          <w:rFonts w:cs="Times New Roman"/>
          <w:sz w:val="20"/>
          <w:szCs w:val="20"/>
        </w:rPr>
        <w:t>The table below summarizes the key points.</w:t>
      </w:r>
    </w:p>
    <w:p w14:paraId="7EC92458" w14:textId="77777777" w:rsidR="004B2954" w:rsidRPr="00BB79B8" w:rsidRDefault="004B2954" w:rsidP="004B2954">
      <w:pPr>
        <w:spacing w:after="20"/>
        <w:ind w:left="216"/>
        <w:rPr>
          <w:rFonts w:cs="Times New Roman"/>
          <w:sz w:val="20"/>
          <w:szCs w:val="20"/>
        </w:rPr>
      </w:pPr>
      <w:r w:rsidRPr="00BB79B8">
        <w:rPr>
          <w:rFonts w:cs="Times New Roman"/>
          <w:sz w:val="20"/>
          <w:szCs w:val="20"/>
        </w:rPr>
        <w:t>Aspect; Key Findings</w:t>
      </w:r>
    </w:p>
    <w:p w14:paraId="058449CB" w14:textId="77777777" w:rsidR="004B2954" w:rsidRPr="00BB79B8" w:rsidRDefault="004B2954" w:rsidP="004B2954">
      <w:pPr>
        <w:spacing w:after="20"/>
        <w:ind w:left="216"/>
        <w:rPr>
          <w:rFonts w:cs="Times New Roman"/>
          <w:sz w:val="20"/>
          <w:szCs w:val="20"/>
        </w:rPr>
      </w:pPr>
      <w:r w:rsidRPr="00BB79B8">
        <w:rPr>
          <w:rFonts w:cs="Times New Roman"/>
          <w:sz w:val="20"/>
          <w:szCs w:val="20"/>
        </w:rPr>
        <w:t>Incidence; Very rare (approx. 1 in 32,000-140,000)</w:t>
      </w:r>
    </w:p>
    <w:p w14:paraId="3F0FB41B" w14:textId="77777777" w:rsidR="004B2954" w:rsidRPr="00BB79B8" w:rsidRDefault="004B2954" w:rsidP="004B2954">
      <w:pPr>
        <w:spacing w:after="20"/>
        <w:ind w:left="216"/>
        <w:rPr>
          <w:rFonts w:cs="Times New Roman"/>
          <w:sz w:val="20"/>
          <w:szCs w:val="20"/>
        </w:rPr>
      </w:pPr>
      <w:r w:rsidRPr="00BB79B8">
        <w:rPr>
          <w:rFonts w:cs="Times New Roman"/>
          <w:sz w:val="20"/>
          <w:szCs w:val="20"/>
        </w:rPr>
        <w:t>Outcome; Typically mild, resolves within days with treatment</w:t>
      </w:r>
    </w:p>
    <w:p w14:paraId="587D54F6" w14:textId="77777777" w:rsidR="004B2954" w:rsidRPr="00BB79B8" w:rsidRDefault="004B2954" w:rsidP="004B2954">
      <w:pPr>
        <w:spacing w:after="20"/>
        <w:ind w:left="216"/>
        <w:rPr>
          <w:rFonts w:cs="Times New Roman"/>
          <w:sz w:val="20"/>
          <w:szCs w:val="20"/>
        </w:rPr>
      </w:pPr>
      <w:r w:rsidRPr="00BB79B8">
        <w:rPr>
          <w:rFonts w:cs="Times New Roman"/>
          <w:sz w:val="20"/>
          <w:szCs w:val="20"/>
        </w:rPr>
        <w:t>Key Risk Groups; Males under 30, especially teens and young adults</w:t>
      </w:r>
    </w:p>
    <w:p w14:paraId="5B314372" w14:textId="77777777" w:rsidR="004B2954" w:rsidRPr="00BB79B8" w:rsidRDefault="004B2954" w:rsidP="004B2954">
      <w:pPr>
        <w:spacing w:after="20"/>
        <w:ind w:left="216"/>
        <w:rPr>
          <w:rFonts w:cs="Times New Roman"/>
          <w:sz w:val="20"/>
          <w:szCs w:val="20"/>
        </w:rPr>
      </w:pPr>
      <w:r w:rsidRPr="00BB79B8">
        <w:rPr>
          <w:rFonts w:cs="Times New Roman"/>
          <w:sz w:val="20"/>
          <w:szCs w:val="20"/>
        </w:rPr>
        <w:t>Key Risk Period; Within one week after the 2nd mRNA vaccine dose</w:t>
      </w:r>
    </w:p>
    <w:p w14:paraId="0BF563B4" w14:textId="77777777" w:rsidR="004B2954" w:rsidRPr="00BB79B8" w:rsidRDefault="004B2954" w:rsidP="004B2954">
      <w:pPr>
        <w:spacing w:after="20"/>
        <w:ind w:left="216"/>
        <w:rPr>
          <w:rFonts w:cs="Times New Roman"/>
          <w:sz w:val="20"/>
          <w:szCs w:val="20"/>
        </w:rPr>
      </w:pPr>
      <w:r w:rsidRPr="00BB79B8">
        <w:rPr>
          <w:rFonts w:cs="Times New Roman"/>
          <w:sz w:val="20"/>
          <w:szCs w:val="20"/>
        </w:rPr>
        <w:t>Underlying Mechanism; An overactive immune response involving specific cytokines (CXCL10 and IFN-)</w:t>
      </w:r>
    </w:p>
    <w:p w14:paraId="5FFEAA75" w14:textId="77777777" w:rsidR="004B2954" w:rsidRPr="00BB79B8" w:rsidRDefault="004B2954" w:rsidP="004B2954">
      <w:pPr>
        <w:spacing w:after="20"/>
        <w:ind w:left="216"/>
        <w:rPr>
          <w:rFonts w:cs="Times New Roman"/>
          <w:sz w:val="20"/>
          <w:szCs w:val="20"/>
        </w:rPr>
      </w:pPr>
      <w:r w:rsidRPr="00BB79B8">
        <w:rPr>
          <w:rFonts w:cs="Times New Roman"/>
          <w:sz w:val="20"/>
          <w:szCs w:val="20"/>
        </w:rPr>
        <w:t>Comparing Risks: Vaccination vs. COVID-19 Infection</w:t>
      </w:r>
    </w:p>
    <w:p w14:paraId="47DE41F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deciding about vaccination, it is crucial to compare the risk of myocarditis from the vaccine to the risk from a natural COVID-19 infection:</w:t>
      </w:r>
    </w:p>
    <w:p w14:paraId="3494828F" w14:textId="77777777" w:rsidR="004B2954" w:rsidRPr="00BB79B8" w:rsidRDefault="004B2954" w:rsidP="004B2954">
      <w:pPr>
        <w:spacing w:after="20"/>
        <w:ind w:left="216"/>
        <w:rPr>
          <w:rFonts w:cs="Times New Roman"/>
          <w:sz w:val="20"/>
          <w:szCs w:val="20"/>
        </w:rPr>
      </w:pPr>
      <w:r w:rsidRPr="00BB79B8">
        <w:rPr>
          <w:rFonts w:cs="Times New Roman"/>
          <w:sz w:val="20"/>
          <w:szCs w:val="20"/>
        </w:rPr>
        <w:t>Infection carries a higher risk: Studies show that contracting COVID-19 is associated with a significantly higher risk of developing myocarditis compared to receiving an mRNA vaccine. For example, one analysis found the risk of myocarditis after COVID-19 infection was about 18 times higher than after vaccination. Other studies indicate the risk of infection-induced myocarditis is approximately ten times higher than that following vaccination.</w:t>
      </w:r>
    </w:p>
    <w:p w14:paraId="406170C8"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Presentation and Recovery</w:t>
      </w:r>
    </w:p>
    <w:p w14:paraId="7530716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an inflammation of the heart muscle. Symptoms can include chest pain, shortness of breath, fever, and heart palpitations, and they typically appear within a few days of vaccination.</w:t>
      </w:r>
    </w:p>
    <w:p w14:paraId="5E7BB14B" w14:textId="77777777" w:rsidR="004B2954" w:rsidRPr="00BB79B8" w:rsidRDefault="004B2954" w:rsidP="004B2954">
      <w:pPr>
        <w:spacing w:after="20"/>
        <w:ind w:left="216"/>
        <w:rPr>
          <w:rFonts w:cs="Times New Roman"/>
          <w:sz w:val="20"/>
          <w:szCs w:val="20"/>
        </w:rPr>
      </w:pPr>
      <w:r w:rsidRPr="00BB79B8">
        <w:rPr>
          <w:rFonts w:cs="Times New Roman"/>
          <w:sz w:val="20"/>
          <w:szCs w:val="20"/>
        </w:rPr>
        <w:t>Course of illness: In most reported cases, the condition has been mild. The WHO has noted that the inflammation often responds well to conservative treatment, such as rest and anti-inflammatory drugs.</w:t>
      </w:r>
    </w:p>
    <w:p w14:paraId="4A4D76AB"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are rare: While most people recover fully, severe cases can occasionally lead to hospitalization or, in very rare instances, death.</w:t>
      </w:r>
    </w:p>
    <w:p w14:paraId="18CE5198" w14:textId="77777777" w:rsidR="004B2954" w:rsidRPr="00BB79B8" w:rsidRDefault="004B2954" w:rsidP="004B2954">
      <w:pPr>
        <w:spacing w:after="20"/>
        <w:ind w:left="216"/>
        <w:rPr>
          <w:rFonts w:cs="Times New Roman"/>
          <w:sz w:val="20"/>
          <w:szCs w:val="20"/>
        </w:rPr>
      </w:pPr>
      <w:r w:rsidRPr="00BB79B8">
        <w:rPr>
          <w:rFonts w:cs="Times New Roman"/>
          <w:sz w:val="20"/>
          <w:szCs w:val="20"/>
        </w:rPr>
        <w:t>Health authorities continue to monitor the safety of COVID-19 vaccines. If you experience any concerning symptoms like chest pain or shortness of breath after vaccination, you should seek medical attention immediately.</w:t>
      </w:r>
    </w:p>
    <w:p w14:paraId="3E1CF508" w14:textId="77777777" w:rsidR="004B2954" w:rsidRPr="00BB79B8" w:rsidRDefault="004B2954" w:rsidP="004B2954">
      <w:pPr>
        <w:spacing w:after="0"/>
        <w:rPr>
          <w:rFonts w:cs="Times New Roman"/>
          <w:sz w:val="20"/>
          <w:szCs w:val="20"/>
        </w:rPr>
      </w:pPr>
    </w:p>
    <w:p w14:paraId="77F1125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658822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C86963F" w14:textId="77777777" w:rsidR="004B2954" w:rsidRPr="00BB79B8" w:rsidRDefault="004B2954" w:rsidP="004B2954">
      <w:pPr>
        <w:spacing w:after="20"/>
        <w:ind w:left="216"/>
        <w:rPr>
          <w:rFonts w:cs="Times New Roman"/>
          <w:sz w:val="20"/>
          <w:szCs w:val="20"/>
        </w:rPr>
      </w:pPr>
      <w:r w:rsidRPr="00BB79B8">
        <w:rPr>
          <w:rFonts w:cs="Times New Roman"/>
          <w:sz w:val="20"/>
          <w:szCs w:val="20"/>
        </w:rPr>
        <w:t>Yes, mRNA COVID-19 vaccines are associated with a small increased risk of myocarditis and pericarditis, particularly in adolescents and young adults, mostly males.</w:t>
      </w:r>
    </w:p>
    <w:p w14:paraId="123EB4A6"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0AA4FBE8" w14:textId="77777777" w:rsidR="004B2954" w:rsidRPr="00BB79B8" w:rsidRDefault="004B2954" w:rsidP="004B2954">
      <w:pPr>
        <w:spacing w:after="20"/>
        <w:ind w:left="216"/>
        <w:rPr>
          <w:rFonts w:cs="Times New Roman"/>
          <w:sz w:val="20"/>
          <w:szCs w:val="20"/>
        </w:rPr>
      </w:pPr>
      <w:r w:rsidRPr="00BB79B8">
        <w:rPr>
          <w:rFonts w:cs="Times New Roman"/>
          <w:sz w:val="20"/>
          <w:szCs w:val="20"/>
        </w:rPr>
        <w:t>Incidence</w:t>
      </w:r>
    </w:p>
    <w:p w14:paraId="76609E36" w14:textId="77777777" w:rsidR="004B2954" w:rsidRPr="00BB79B8" w:rsidRDefault="004B2954" w:rsidP="004B2954">
      <w:pPr>
        <w:spacing w:after="20"/>
        <w:ind w:left="216"/>
        <w:rPr>
          <w:rFonts w:cs="Times New Roman"/>
          <w:sz w:val="20"/>
          <w:szCs w:val="20"/>
        </w:rPr>
      </w:pPr>
      <w:r w:rsidRPr="00BB79B8">
        <w:rPr>
          <w:rFonts w:cs="Times New Roman"/>
          <w:sz w:val="20"/>
          <w:szCs w:val="20"/>
        </w:rPr>
        <w:t>The risk is low overall. Most cases are mild, occur shortly after the second dose of mRNA vaccines.</w:t>
      </w:r>
    </w:p>
    <w:p w14:paraId="73A280E4" w14:textId="77777777" w:rsidR="004B2954" w:rsidRPr="00BB79B8" w:rsidRDefault="004B2954" w:rsidP="004B2954">
      <w:pPr>
        <w:spacing w:after="20"/>
        <w:ind w:left="216"/>
        <w:rPr>
          <w:rFonts w:cs="Times New Roman"/>
          <w:sz w:val="20"/>
          <w:szCs w:val="20"/>
        </w:rPr>
      </w:pPr>
      <w:r w:rsidRPr="00BB79B8">
        <w:rPr>
          <w:rFonts w:cs="Times New Roman"/>
          <w:sz w:val="20"/>
          <w:szCs w:val="20"/>
        </w:rPr>
        <w:t>High-risk groups</w:t>
      </w:r>
    </w:p>
    <w:p w14:paraId="3C378DA9" w14:textId="77777777" w:rsidR="004B2954" w:rsidRPr="00BB79B8" w:rsidRDefault="004B2954" w:rsidP="004B2954">
      <w:pPr>
        <w:spacing w:after="20"/>
        <w:ind w:left="216"/>
        <w:rPr>
          <w:rFonts w:cs="Times New Roman"/>
          <w:sz w:val="20"/>
          <w:szCs w:val="20"/>
        </w:rPr>
      </w:pPr>
      <w:r w:rsidRPr="00BB79B8">
        <w:rPr>
          <w:rFonts w:cs="Times New Roman"/>
          <w:sz w:val="20"/>
          <w:szCs w:val="20"/>
        </w:rPr>
        <w:t>Teenagers and young adults (ages 12-30), especially young males.</w:t>
      </w:r>
    </w:p>
    <w:p w14:paraId="3A425659"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usually appear within 1-7 days after vaccination.</w:t>
      </w:r>
    </w:p>
    <w:p w14:paraId="1DF778E3"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w:t>
      </w:r>
    </w:p>
    <w:p w14:paraId="39E56D2A"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shortness of breath, palpitations, fatigue.</w:t>
      </w:r>
    </w:p>
    <w:p w14:paraId="3199AFC9" w14:textId="77777777" w:rsidR="004B2954" w:rsidRPr="00BB79B8" w:rsidRDefault="004B2954" w:rsidP="004B2954">
      <w:pPr>
        <w:spacing w:after="20"/>
        <w:ind w:left="216"/>
        <w:rPr>
          <w:rFonts w:cs="Times New Roman"/>
          <w:sz w:val="20"/>
          <w:szCs w:val="20"/>
        </w:rPr>
      </w:pPr>
      <w:r w:rsidRPr="00BB79B8">
        <w:rPr>
          <w:rFonts w:cs="Times New Roman"/>
          <w:sz w:val="20"/>
          <w:szCs w:val="20"/>
        </w:rPr>
        <w:t>Prognosis</w:t>
      </w:r>
    </w:p>
    <w:p w14:paraId="6FF98F74" w14:textId="77777777" w:rsidR="004B2954" w:rsidRPr="00BB79B8" w:rsidRDefault="004B2954" w:rsidP="004B2954">
      <w:pPr>
        <w:spacing w:after="20"/>
        <w:ind w:left="216"/>
        <w:rPr>
          <w:rFonts w:cs="Times New Roman"/>
          <w:sz w:val="20"/>
          <w:szCs w:val="20"/>
        </w:rPr>
      </w:pPr>
      <w:r w:rsidRPr="00BB79B8">
        <w:rPr>
          <w:rFonts w:cs="Times New Roman"/>
          <w:sz w:val="20"/>
          <w:szCs w:val="20"/>
        </w:rPr>
        <w:t>The majority of vaccine-related myocarditis cases are mild and resolve fully with rest and supportive treatment; severe cases are rare.</w:t>
      </w:r>
    </w:p>
    <w:p w14:paraId="54014263" w14:textId="77777777" w:rsidR="004B2954" w:rsidRPr="00BB79B8" w:rsidRDefault="004B2954" w:rsidP="004B2954">
      <w:pPr>
        <w:spacing w:after="20"/>
        <w:ind w:left="216"/>
        <w:rPr>
          <w:rFonts w:cs="Times New Roman"/>
          <w:sz w:val="20"/>
          <w:szCs w:val="20"/>
        </w:rPr>
      </w:pPr>
      <w:r w:rsidRPr="00BB79B8">
        <w:rPr>
          <w:rFonts w:cs="Times New Roman"/>
          <w:sz w:val="20"/>
          <w:szCs w:val="20"/>
        </w:rPr>
        <w:t>Risk comparison</w:t>
      </w:r>
    </w:p>
    <w:p w14:paraId="4F5CA382" w14:textId="77777777" w:rsidR="004B2954" w:rsidRPr="00BB79B8" w:rsidRDefault="004B2954" w:rsidP="004B2954">
      <w:pPr>
        <w:spacing w:after="20"/>
        <w:ind w:left="216"/>
        <w:rPr>
          <w:rFonts w:cs="Times New Roman"/>
          <w:sz w:val="20"/>
          <w:szCs w:val="20"/>
        </w:rPr>
      </w:pPr>
      <w:r w:rsidRPr="00BB79B8">
        <w:rPr>
          <w:rFonts w:cs="Times New Roman"/>
          <w:sz w:val="20"/>
          <w:szCs w:val="20"/>
        </w:rPr>
        <w:t>The risk of myocarditis from COVID-19 infection itself is far higher than the vaccine-related risk. Vaccination still brings overall health benefits.</w:t>
      </w:r>
    </w:p>
    <w:p w14:paraId="2FF9A05F" w14:textId="77777777" w:rsidR="004B2954" w:rsidRPr="00BB79B8" w:rsidRDefault="004B2954" w:rsidP="004B2954">
      <w:pPr>
        <w:rPr>
          <w:rFonts w:cs="Times New Roman"/>
          <w:sz w:val="20"/>
          <w:szCs w:val="20"/>
        </w:rPr>
      </w:pPr>
    </w:p>
    <w:p w14:paraId="168A36CE" w14:textId="77777777" w:rsidR="004B2954" w:rsidRPr="00BB79B8" w:rsidRDefault="004B2954" w:rsidP="004B2954">
      <w:pPr>
        <w:keepNext/>
        <w:rPr>
          <w:rFonts w:cs="Times New Roman"/>
          <w:sz w:val="20"/>
          <w:szCs w:val="20"/>
        </w:rPr>
      </w:pPr>
      <w:r w:rsidRPr="00BB79B8">
        <w:rPr>
          <w:rFonts w:cs="Times New Roman"/>
          <w:b/>
          <w:color w:val="1F4E79"/>
          <w:sz w:val="20"/>
          <w:szCs w:val="20"/>
        </w:rPr>
        <w:t>Q28. Should chest pain after vaccination raise concern about myocarditis?</w:t>
      </w:r>
    </w:p>
    <w:p w14:paraId="4F652B9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774626E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94E7C93"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pain after vaccination can be a potential warning sign of myocarditis, particularly following mRNA COVID-19 vaccines, although it is relatively rare. Key points:</w:t>
      </w:r>
    </w:p>
    <w:p w14:paraId="330DF08A"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matters - Myocarditis after vaccination typically occurs within a few days to a week after the shot.</w:t>
      </w:r>
    </w:p>
    <w:p w14:paraId="38D1AF81"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 profile - Persistent or severe chest pain, shortness of breath, palpitations, or fainting should be evaluated promptly.</w:t>
      </w:r>
    </w:p>
    <w:p w14:paraId="5F46CBBE"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Risk groups - Young males (adolescents and young adults) are at higher risk of post-vaccine myocarditis.</w:t>
      </w:r>
    </w:p>
    <w:p w14:paraId="3A0316BC"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evaluation - Any chest pain after vaccination that is unusual, severe, or accompanied by other cardiac symptoms warrants contacting a healthcare provider for assessment. Investigations may include ECG, blood tests (troponin), or imaging.</w:t>
      </w:r>
    </w:p>
    <w:p w14:paraId="238BF48E" w14:textId="77777777" w:rsidR="004B2954" w:rsidRPr="00BB79B8" w:rsidRDefault="004B2954" w:rsidP="004B2954">
      <w:pPr>
        <w:spacing w:after="20"/>
        <w:ind w:left="216"/>
        <w:rPr>
          <w:rFonts w:cs="Times New Roman"/>
          <w:sz w:val="20"/>
          <w:szCs w:val="20"/>
        </w:rPr>
      </w:pPr>
      <w:r w:rsidRPr="00BB79B8">
        <w:rPr>
          <w:rFonts w:cs="Times New Roman"/>
          <w:sz w:val="20"/>
          <w:szCs w:val="20"/>
        </w:rPr>
        <w:t>Prognosis - Most post-vaccine myocarditis cases are mild and recover fully with rest and supportive care, but prompt assessment is crucial to rule out more serious cardiac events.</w:t>
      </w:r>
    </w:p>
    <w:p w14:paraId="4B319F49"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while post-vaccine myocarditis is rare, chest pain after vaccination should not be ignored, especially if it is persistent or accompanied by other concerning symptoms.</w:t>
      </w:r>
    </w:p>
    <w:p w14:paraId="49B89A19" w14:textId="77777777" w:rsidR="004B2954" w:rsidRPr="00BB79B8" w:rsidRDefault="004B2954" w:rsidP="004B2954">
      <w:pPr>
        <w:spacing w:after="0"/>
        <w:rPr>
          <w:rFonts w:cs="Times New Roman"/>
          <w:sz w:val="20"/>
          <w:szCs w:val="20"/>
        </w:rPr>
      </w:pPr>
    </w:p>
    <w:p w14:paraId="49FC7E1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767EC78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8B920DD"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chest pain following vaccination is relatively rare, it is a symptom that warrants clinical attention to rule out myocarditis or pericarditis, particularly if it develops within a week of receiving an mRNA COVID-19 vaccine.</w:t>
      </w:r>
    </w:p>
    <w:p w14:paraId="712EBFAF" w14:textId="77777777" w:rsidR="004B2954" w:rsidRPr="00BB79B8" w:rsidRDefault="004B2954" w:rsidP="004B2954">
      <w:pPr>
        <w:spacing w:after="20"/>
        <w:ind w:left="216"/>
        <w:rPr>
          <w:rFonts w:cs="Times New Roman"/>
          <w:sz w:val="20"/>
          <w:szCs w:val="20"/>
        </w:rPr>
      </w:pPr>
      <w:r w:rsidRPr="00BB79B8">
        <w:rPr>
          <w:rFonts w:cs="Times New Roman"/>
          <w:sz w:val="20"/>
          <w:szCs w:val="20"/>
        </w:rPr>
        <w:t>The current clinical consensus and data from health organizations like the CDC and the WHO suggest the following framework for evaluation:</w:t>
      </w:r>
    </w:p>
    <w:p w14:paraId="297C9117" w14:textId="77777777" w:rsidR="004B2954" w:rsidRPr="00BB79B8" w:rsidRDefault="004B2954" w:rsidP="004B2954">
      <w:pPr>
        <w:spacing w:after="20"/>
        <w:ind w:left="216"/>
        <w:rPr>
          <w:rFonts w:cs="Times New Roman"/>
          <w:sz w:val="20"/>
          <w:szCs w:val="20"/>
        </w:rPr>
      </w:pPr>
      <w:r w:rsidRPr="00BB79B8">
        <w:rPr>
          <w:rFonts w:cs="Times New Roman"/>
          <w:sz w:val="20"/>
          <w:szCs w:val="20"/>
        </w:rPr>
        <w:t>1. Recognizing Key Symptoms</w:t>
      </w:r>
    </w:p>
    <w:p w14:paraId="2AD6E437" w14:textId="77777777" w:rsidR="004B2954" w:rsidRPr="00BB79B8" w:rsidRDefault="004B2954" w:rsidP="004B2954">
      <w:pPr>
        <w:spacing w:after="20"/>
        <w:ind w:left="216"/>
        <w:rPr>
          <w:rFonts w:cs="Times New Roman"/>
          <w:sz w:val="20"/>
          <w:szCs w:val="20"/>
        </w:rPr>
      </w:pPr>
      <w:r w:rsidRPr="00BB79B8">
        <w:rPr>
          <w:rFonts w:cs="Times New Roman"/>
          <w:sz w:val="20"/>
          <w:szCs w:val="20"/>
        </w:rPr>
        <w:t>In cases where post-vaccination myocarditis occurs, chest pain is often accompanied by:</w:t>
      </w:r>
    </w:p>
    <w:p w14:paraId="10FDE90D"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(dyspnea).</w:t>
      </w:r>
    </w:p>
    <w:p w14:paraId="77E24DBE"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(the feeling of a racing or fluttering heart).</w:t>
      </w:r>
    </w:p>
    <w:p w14:paraId="3FCD70CD"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or general malaise.</w:t>
      </w:r>
    </w:p>
    <w:p w14:paraId="476D4F33" w14:textId="77777777" w:rsidR="004B2954" w:rsidRPr="00BB79B8" w:rsidRDefault="004B2954" w:rsidP="004B2954">
      <w:pPr>
        <w:spacing w:after="20"/>
        <w:ind w:left="216"/>
        <w:rPr>
          <w:rFonts w:cs="Times New Roman"/>
          <w:sz w:val="20"/>
          <w:szCs w:val="20"/>
        </w:rPr>
      </w:pPr>
      <w:r w:rsidRPr="00BB79B8">
        <w:rPr>
          <w:rFonts w:cs="Times New Roman"/>
          <w:sz w:val="20"/>
          <w:szCs w:val="20"/>
        </w:rPr>
        <w:t>2. Risk Profiles and Timing</w:t>
      </w:r>
    </w:p>
    <w:p w14:paraId="4784327D" w14:textId="77777777" w:rsidR="004B2954" w:rsidRPr="00BB79B8" w:rsidRDefault="004B2954" w:rsidP="004B2954">
      <w:pPr>
        <w:spacing w:after="20"/>
        <w:ind w:left="216"/>
        <w:rPr>
          <w:rFonts w:cs="Times New Roman"/>
          <w:sz w:val="20"/>
          <w:szCs w:val="20"/>
        </w:rPr>
      </w:pPr>
      <w:r w:rsidRPr="00BB79B8">
        <w:rPr>
          <w:rFonts w:cs="Times New Roman"/>
          <w:sz w:val="20"/>
          <w:szCs w:val="20"/>
        </w:rPr>
        <w:t>Demographics: While anyone can be affected, cases have been reported more frequently in male adolescents and young adults.</w:t>
      </w:r>
    </w:p>
    <w:p w14:paraId="3591D2E2" w14:textId="77777777" w:rsidR="004B2954" w:rsidRPr="00BB79B8" w:rsidRDefault="004B2954" w:rsidP="004B2954">
      <w:pPr>
        <w:spacing w:after="20"/>
        <w:ind w:left="216"/>
        <w:rPr>
          <w:rFonts w:cs="Times New Roman"/>
          <w:sz w:val="20"/>
          <w:szCs w:val="20"/>
        </w:rPr>
      </w:pPr>
      <w:r w:rsidRPr="00BB79B8">
        <w:rPr>
          <w:rFonts w:cs="Times New Roman"/>
          <w:sz w:val="20"/>
          <w:szCs w:val="20"/>
        </w:rPr>
        <w:t>Timeline: Symptoms typically appear within 2 to 7 days after vaccination, more commonly following the second dose or subsequent boosters.</w:t>
      </w:r>
    </w:p>
    <w:p w14:paraId="3653EA0A" w14:textId="77777777" w:rsidR="004B2954" w:rsidRPr="00BB79B8" w:rsidRDefault="004B2954" w:rsidP="004B2954">
      <w:pPr>
        <w:spacing w:after="20"/>
        <w:ind w:left="216"/>
        <w:rPr>
          <w:rFonts w:cs="Times New Roman"/>
          <w:sz w:val="20"/>
          <w:szCs w:val="20"/>
        </w:rPr>
      </w:pPr>
      <w:r w:rsidRPr="00BB79B8">
        <w:rPr>
          <w:rFonts w:cs="Times New Roman"/>
          <w:sz w:val="20"/>
          <w:szCs w:val="20"/>
        </w:rPr>
        <w:t>3. Clinical Evaluation</w:t>
      </w:r>
    </w:p>
    <w:p w14:paraId="4C46557A" w14:textId="77777777" w:rsidR="004B2954" w:rsidRPr="00BB79B8" w:rsidRDefault="004B2954" w:rsidP="004B2954">
      <w:pPr>
        <w:spacing w:after="20"/>
        <w:ind w:left="216"/>
        <w:rPr>
          <w:rFonts w:cs="Times New Roman"/>
          <w:sz w:val="20"/>
          <w:szCs w:val="20"/>
        </w:rPr>
      </w:pPr>
      <w:r w:rsidRPr="00BB79B8">
        <w:rPr>
          <w:rFonts w:cs="Times New Roman"/>
          <w:sz w:val="20"/>
          <w:szCs w:val="20"/>
        </w:rPr>
        <w:t>If chest pain occurs, a medical professional typically initiates a standard cardiac workup to confirm or rule out inflammation:</w:t>
      </w:r>
    </w:p>
    <w:p w14:paraId="414A0CFA"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To look for ST-segment changes or arrhythmias.</w:t>
      </w:r>
    </w:p>
    <w:p w14:paraId="50E09CA0"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Levels: Elevated cardiac enzymes are a primary marker for myocardial injury.</w:t>
      </w:r>
    </w:p>
    <w:p w14:paraId="53E57CBE"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Echocardiography or Cardiac Magnetic Resonance (CMR) imaging is used to visualize inflammation or changes in ventricular function.</w:t>
      </w:r>
    </w:p>
    <w:p w14:paraId="25EF5DF7" w14:textId="77777777" w:rsidR="004B2954" w:rsidRPr="00BB79B8" w:rsidRDefault="004B2954" w:rsidP="004B2954">
      <w:pPr>
        <w:spacing w:after="20"/>
        <w:ind w:left="216"/>
        <w:rPr>
          <w:rFonts w:cs="Times New Roman"/>
          <w:sz w:val="20"/>
          <w:szCs w:val="20"/>
        </w:rPr>
      </w:pPr>
      <w:r w:rsidRPr="00BB79B8">
        <w:rPr>
          <w:rFonts w:cs="Times New Roman"/>
          <w:sz w:val="20"/>
          <w:szCs w:val="20"/>
        </w:rPr>
        <w:t>4. Prognosis and Context</w:t>
      </w:r>
    </w:p>
    <w:p w14:paraId="6AF49782"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important to note that most cases of post-vaccination myocarditis are mild and respond well to standard treatments (such as rest and NSAIDs), with patients usually recovering quickly.</w:t>
      </w:r>
    </w:p>
    <w:p w14:paraId="44653AB5" w14:textId="77777777" w:rsidR="004B2954" w:rsidRPr="00BB79B8" w:rsidRDefault="004B2954" w:rsidP="004B2954">
      <w:pPr>
        <w:spacing w:after="20"/>
        <w:ind w:left="216"/>
        <w:rPr>
          <w:rFonts w:cs="Times New Roman"/>
          <w:sz w:val="20"/>
          <w:szCs w:val="20"/>
        </w:rPr>
      </w:pPr>
      <w:r w:rsidRPr="00BB79B8">
        <w:rPr>
          <w:rFonts w:cs="Times New Roman"/>
          <w:sz w:val="20"/>
          <w:szCs w:val="20"/>
        </w:rPr>
        <w:t>Furthermore, the risk of developing myocarditis or severe cardiac complications from a viral infection (such as COVID-19 itself) remains significantly higher than the risk associated with vaccination.</w:t>
      </w:r>
    </w:p>
    <w:p w14:paraId="7A89FB8E"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Chest pain after vaccination should be taken seriously. While it is often benign, an immediate medical evaluation is necessary to ensure proper diagnosis and management.</w:t>
      </w:r>
    </w:p>
    <w:p w14:paraId="1A847392" w14:textId="77777777" w:rsidR="004B2954" w:rsidRPr="00BB79B8" w:rsidRDefault="004B2954" w:rsidP="004B2954">
      <w:pPr>
        <w:spacing w:after="0"/>
        <w:rPr>
          <w:rFonts w:cs="Times New Roman"/>
          <w:sz w:val="20"/>
          <w:szCs w:val="20"/>
        </w:rPr>
      </w:pPr>
    </w:p>
    <w:p w14:paraId="66525A9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06B2A2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A3DE4D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vaccination can be a reason to consider myocarditis, but it remains rare and is usually mild and self-resolving. The key is not to ignore chest pain, because myocarditis symptoms overlap with more serious conditions. If you or someone else experiences chest pain after a vaccine, especially an mRNA COVID-19 vaccine, it's important to seek medical evaluation promptly.</w:t>
      </w:r>
    </w:p>
    <w:p w14:paraId="238062C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chest pain should raise concern</w:t>
      </w:r>
    </w:p>
    <w:p w14:paraId="0F59148A"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vaccination is uncommon, but certain patterns make myocarditis more likely:</w:t>
      </w:r>
    </w:p>
    <w:p w14:paraId="6775B77A"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within 7 days - Most reported cases of vaccine-associated myocarditis occur within a week of an mRNA COVID-19 dose, especially the second dose.</w:t>
      </w:r>
    </w:p>
    <w:p w14:paraId="2A0CB480" w14:textId="77777777" w:rsidR="004B2954" w:rsidRPr="00BB79B8" w:rsidRDefault="004B2954" w:rsidP="004B2954">
      <w:pPr>
        <w:spacing w:after="20"/>
        <w:ind w:left="216"/>
        <w:rPr>
          <w:rFonts w:cs="Times New Roman"/>
          <w:sz w:val="20"/>
          <w:szCs w:val="20"/>
        </w:rPr>
      </w:pPr>
      <w:r w:rsidRPr="00BB79B8">
        <w:rPr>
          <w:rFonts w:cs="Times New Roman"/>
          <w:sz w:val="20"/>
          <w:szCs w:val="20"/>
        </w:rPr>
        <w:t>Young males at higher risk - Adolescents and young adult males (16-29) are the group most affected.</w:t>
      </w:r>
    </w:p>
    <w:p w14:paraId="44756752"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beyond chest pain - Shortness of breath, palpitations, fainting, or rapid heartbeat increase concern.</w:t>
      </w:r>
    </w:p>
    <w:p w14:paraId="67097FF1"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cases linked to vaccination are mild, respond to rest and anti-inflammatory treatment, and resolve quickly.</w:t>
      </w:r>
    </w:p>
    <w:p w14:paraId="727E2181" w14:textId="77777777" w:rsidR="004B2954" w:rsidRPr="00BB79B8" w:rsidRDefault="004B2954" w:rsidP="004B2954">
      <w:pPr>
        <w:spacing w:after="20"/>
        <w:ind w:left="216"/>
        <w:rPr>
          <w:rFonts w:cs="Times New Roman"/>
          <w:sz w:val="20"/>
          <w:szCs w:val="20"/>
        </w:rPr>
      </w:pPr>
      <w:r w:rsidRPr="00BB79B8">
        <w:rPr>
          <w:rFonts w:cs="Times New Roman"/>
          <w:sz w:val="20"/>
          <w:szCs w:val="20"/>
        </w:rPr>
        <w:t>How rare is vaccine-associated myocarditis?</w:t>
      </w:r>
    </w:p>
    <w:p w14:paraId="6BD853B6" w14:textId="77777777" w:rsidR="004B2954" w:rsidRPr="00BB79B8" w:rsidRDefault="004B2954" w:rsidP="004B2954">
      <w:pPr>
        <w:spacing w:after="20"/>
        <w:ind w:left="216"/>
        <w:rPr>
          <w:rFonts w:cs="Times New Roman"/>
          <w:sz w:val="20"/>
          <w:szCs w:val="20"/>
        </w:rPr>
      </w:pPr>
      <w:r w:rsidRPr="00BB79B8">
        <w:rPr>
          <w:rFonts w:cs="Times New Roman"/>
          <w:sz w:val="20"/>
          <w:szCs w:val="20"/>
        </w:rPr>
        <w:t>mRNA vaccines (Pfizer, Moderna) carry a rare risk of myocarditis.</w:t>
      </w:r>
    </w:p>
    <w:p w14:paraId="65106513" w14:textId="77777777" w:rsidR="004B2954" w:rsidRPr="00BB79B8" w:rsidRDefault="004B2954" w:rsidP="004B2954">
      <w:pPr>
        <w:spacing w:after="20"/>
        <w:ind w:left="216"/>
        <w:rPr>
          <w:rFonts w:cs="Times New Roman"/>
          <w:sz w:val="20"/>
          <w:szCs w:val="20"/>
        </w:rPr>
      </w:pPr>
      <w:r w:rsidRPr="00BB79B8">
        <w:rPr>
          <w:rFonts w:cs="Times New Roman"/>
          <w:sz w:val="20"/>
          <w:szCs w:val="20"/>
        </w:rPr>
        <w:t>Incidence in young males after the second dose ranges from ~60 to 150 cases per million doses, depending on age group.</w:t>
      </w:r>
    </w:p>
    <w:p w14:paraId="410282C3" w14:textId="77777777" w:rsidR="004B2954" w:rsidRPr="00BB79B8" w:rsidRDefault="004B2954" w:rsidP="004B2954">
      <w:pPr>
        <w:spacing w:after="20"/>
        <w:ind w:left="216"/>
        <w:rPr>
          <w:rFonts w:cs="Times New Roman"/>
          <w:sz w:val="20"/>
          <w:szCs w:val="20"/>
        </w:rPr>
      </w:pPr>
      <w:r w:rsidRPr="00BB79B8">
        <w:rPr>
          <w:rFonts w:cs="Times New Roman"/>
          <w:sz w:val="20"/>
          <w:szCs w:val="20"/>
        </w:rPr>
        <w:t>Risk after COVID-19 infection is much higher - up to 450-876 cases per million in young males.</w:t>
      </w:r>
    </w:p>
    <w:p w14:paraId="185F4C28"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So while chest pain deserves attention, the overall risk remains low, and vaccination still protects against more severe heart complications from infection.</w:t>
      </w:r>
    </w:p>
    <w:p w14:paraId="1AF961CA"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do if chest pain occurs</w:t>
      </w:r>
    </w:p>
    <w:p w14:paraId="6C295241"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should always be taken seriously. Seek medical care urgently if you notice:</w:t>
      </w:r>
    </w:p>
    <w:p w14:paraId="08457995"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or worsening chest pain</w:t>
      </w:r>
    </w:p>
    <w:p w14:paraId="6C56073E"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3B60C59E" w14:textId="77777777" w:rsidR="004B2954" w:rsidRPr="00BB79B8" w:rsidRDefault="004B2954" w:rsidP="004B2954">
      <w:pPr>
        <w:spacing w:after="20"/>
        <w:ind w:left="216"/>
        <w:rPr>
          <w:rFonts w:cs="Times New Roman"/>
          <w:sz w:val="20"/>
          <w:szCs w:val="20"/>
        </w:rPr>
      </w:pPr>
      <w:r w:rsidRPr="00BB79B8">
        <w:rPr>
          <w:rFonts w:cs="Times New Roman"/>
          <w:sz w:val="20"/>
          <w:szCs w:val="20"/>
        </w:rPr>
        <w:t>Irregular or rapid heartbeat</w:t>
      </w:r>
    </w:p>
    <w:p w14:paraId="0A8A0E0D"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w:t>
      </w:r>
    </w:p>
    <w:p w14:paraId="6D49BF6B"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warrant evaluation to rule out myocarditis or other cardiac issues.</w:t>
      </w:r>
    </w:p>
    <w:p w14:paraId="41415CA3"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038BC14B"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after vaccination should raise concern, but not alarm. Myocarditis is rare, typically mild, and usually resolves fully. However, because chest pain can signal a serious condition, it's important to get checked by a healthcare professional.</w:t>
      </w:r>
    </w:p>
    <w:p w14:paraId="23831930" w14:textId="77777777" w:rsidR="004B2954" w:rsidRPr="00BB79B8" w:rsidRDefault="004B2954" w:rsidP="004B2954">
      <w:pPr>
        <w:spacing w:after="0"/>
        <w:rPr>
          <w:rFonts w:cs="Times New Roman"/>
          <w:sz w:val="20"/>
          <w:szCs w:val="20"/>
        </w:rPr>
      </w:pPr>
    </w:p>
    <w:p w14:paraId="776A101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3AF8316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E8BF763"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and timely question. The short answer is: Yes, chest pain after vaccination should raise a reasonable concern for myocarditis, but it is important not to panic.</w:t>
      </w:r>
    </w:p>
    <w:p w14:paraId="3A9E68EE"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well-documented association is between mRNA COVID-19 vaccines (Pfizer-BioNTech, Moderna) and cases of myocarditis (inflammation of the heart muscle) and pericarditis (inflammation of the lining around the heart). Here's a breakdown of what you need to know.</w:t>
      </w:r>
    </w:p>
    <w:p w14:paraId="6A2C55BD" w14:textId="77777777" w:rsidR="004B2954" w:rsidRPr="00BB79B8" w:rsidRDefault="004B2954" w:rsidP="004B2954">
      <w:pPr>
        <w:spacing w:after="20"/>
        <w:ind w:left="216"/>
        <w:rPr>
          <w:rFonts w:cs="Times New Roman"/>
          <w:sz w:val="20"/>
          <w:szCs w:val="20"/>
        </w:rPr>
      </w:pPr>
      <w:r w:rsidRPr="00BB79B8">
        <w:rPr>
          <w:rFonts w:cs="Times New Roman"/>
          <w:sz w:val="20"/>
          <w:szCs w:val="20"/>
        </w:rPr>
        <w:t>Key Evidence &amp; Facts</w:t>
      </w:r>
    </w:p>
    <w:p w14:paraId="41E2275A" w14:textId="77777777" w:rsidR="004B2954" w:rsidRPr="00BB79B8" w:rsidRDefault="004B2954" w:rsidP="004B2954">
      <w:pPr>
        <w:spacing w:after="20"/>
        <w:ind w:left="216"/>
        <w:rPr>
          <w:rFonts w:cs="Times New Roman"/>
          <w:sz w:val="20"/>
          <w:szCs w:val="20"/>
        </w:rPr>
      </w:pPr>
      <w:r w:rsidRPr="00BB79B8">
        <w:rPr>
          <w:rFonts w:cs="Times New Roman"/>
          <w:sz w:val="20"/>
          <w:szCs w:val="20"/>
        </w:rPr>
        <w:t>A real, but rare, side effect: Post-vaccination myocarditis is a genuine adverse event, but it is very rare. Studies estimate the risk at roughly 1 to 5 cases per 100,000 vaccinated individuals, with the highest risk in specific groups.</w:t>
      </w:r>
    </w:p>
    <w:p w14:paraId="1C0C6C8F" w14:textId="77777777" w:rsidR="004B2954" w:rsidRPr="00BB79B8" w:rsidRDefault="004B2954" w:rsidP="004B2954">
      <w:pPr>
        <w:spacing w:after="20"/>
        <w:ind w:left="216"/>
        <w:rPr>
          <w:rFonts w:cs="Times New Roman"/>
          <w:sz w:val="20"/>
          <w:szCs w:val="20"/>
        </w:rPr>
      </w:pPr>
      <w:r w:rsidRPr="00BB79B8">
        <w:rPr>
          <w:rFonts w:cs="Times New Roman"/>
          <w:sz w:val="20"/>
          <w:szCs w:val="20"/>
        </w:rPr>
        <w:t>Highest risk group: The condition is most frequently seen in adolescent and young adult males (ages 16-30), typically after the second dose of an mRNA vaccine.</w:t>
      </w:r>
    </w:p>
    <w:p w14:paraId="23AD5AA8"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timing: Symptoms usually appear within 1 to 5 days after vaccination (most commonly within 2-3 days), which is much sooner than viral myocarditis, which often follows an infection by 1-2 weeks.</w:t>
      </w:r>
    </w:p>
    <w:p w14:paraId="4C7B950E"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course for most: The vast majority of cases are mild. Patients usually recover quickly with rest and standard medical care (e.g., anti-inflammatory medications like ibuprofen). Unlike viral myocarditis, post-vaccine myocarditis appears to have a lower risk of long-term heart damage or complications like heart failure. Hospital stays are typically short (2-5 days).</w:t>
      </w:r>
    </w:p>
    <w:p w14:paraId="3C12128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Should You Be Concerned? (Signs to Watch For)</w:t>
      </w:r>
    </w:p>
    <w:p w14:paraId="1C5C9F3B"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ignore new or worsening chest pain. Specifically, seek medical evaluation for:</w:t>
      </w:r>
    </w:p>
    <w:p w14:paraId="28554F09"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This is the cardinal symptom. It may feel like pressure, tightness, a sharp or stabbing pain, or a dull ache. It can be constant or come and go.</w:t>
      </w:r>
    </w:p>
    <w:p w14:paraId="6BC5D360" w14:textId="77777777" w:rsidR="004B2954" w:rsidRPr="00BB79B8" w:rsidRDefault="004B2954" w:rsidP="004B2954">
      <w:pPr>
        <w:spacing w:after="20"/>
        <w:ind w:left="216"/>
        <w:rPr>
          <w:rFonts w:cs="Times New Roman"/>
          <w:sz w:val="20"/>
          <w:szCs w:val="20"/>
        </w:rPr>
      </w:pPr>
      <w:r w:rsidRPr="00BB79B8">
        <w:rPr>
          <w:rFonts w:cs="Times New Roman"/>
          <w:sz w:val="20"/>
          <w:szCs w:val="20"/>
        </w:rPr>
        <w:t>Pain that is worse when lying down and better when sitting up and leaning forward (a classic sign of pericarditis).</w:t>
      </w:r>
    </w:p>
    <w:p w14:paraId="1F4AF22D"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especially with exertion or when lying flat.</w:t>
      </w:r>
    </w:p>
    <w:p w14:paraId="19397C32"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(a feeling of a racing, fluttering, or pounding heart).</w:t>
      </w:r>
    </w:p>
    <w:p w14:paraId="4D5E4774"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feeling like you are about to faint.</w:t>
      </w:r>
    </w:p>
    <w:p w14:paraId="34E81D4F" w14:textId="77777777" w:rsidR="004B2954" w:rsidRPr="00BB79B8" w:rsidRDefault="004B2954" w:rsidP="004B2954">
      <w:pPr>
        <w:spacing w:after="20"/>
        <w:ind w:left="216"/>
        <w:rPr>
          <w:rFonts w:cs="Times New Roman"/>
          <w:sz w:val="20"/>
          <w:szCs w:val="20"/>
        </w:rPr>
      </w:pPr>
      <w:r w:rsidRPr="00BB79B8">
        <w:rPr>
          <w:rFonts w:cs="Times New Roman"/>
          <w:sz w:val="20"/>
          <w:szCs w:val="20"/>
        </w:rPr>
        <w:t>Unusual fatigue or unexplained sweating.</w:t>
      </w:r>
    </w:p>
    <w:p w14:paraId="47B93651"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experience any of these symptoms, especially chest pain, within a week of vaccination, seek medical attention.</w:t>
      </w:r>
    </w:p>
    <w:p w14:paraId="27659A5E" w14:textId="77777777" w:rsidR="004B2954" w:rsidRPr="00BB79B8" w:rsidRDefault="004B2954" w:rsidP="004B2954">
      <w:pPr>
        <w:spacing w:after="20"/>
        <w:ind w:left="216"/>
        <w:rPr>
          <w:rFonts w:cs="Times New Roman"/>
          <w:sz w:val="20"/>
          <w:szCs w:val="20"/>
        </w:rPr>
      </w:pPr>
      <w:r w:rsidRPr="00BB79B8">
        <w:rPr>
          <w:rFonts w:cs="Times New Roman"/>
          <w:sz w:val="20"/>
          <w:szCs w:val="20"/>
        </w:rPr>
        <w:t>How Does It Compare to Myocarditis from COVID-19 Itself?</w:t>
      </w:r>
    </w:p>
    <w:p w14:paraId="7FDFD2EC"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the most crucial context. While the vaccine carries a small risk of myocarditis, the risk of myocarditis from a natural COVID-19 infection is far, far higher (estimates range from 6 to over 100 times higher, depending on the study). COVID-19-associated myocarditis is also often more severe and carries a worse prognosis.</w:t>
      </w:r>
    </w:p>
    <w:p w14:paraId="48ABB294" w14:textId="77777777" w:rsidR="004B2954" w:rsidRPr="00BB79B8" w:rsidRDefault="004B2954" w:rsidP="004B2954">
      <w:pPr>
        <w:spacing w:after="20"/>
        <w:ind w:left="216"/>
        <w:rPr>
          <w:rFonts w:cs="Times New Roman"/>
          <w:sz w:val="20"/>
          <w:szCs w:val="20"/>
        </w:rPr>
      </w:pPr>
      <w:r w:rsidRPr="00BB79B8">
        <w:rPr>
          <w:rFonts w:cs="Times New Roman"/>
          <w:sz w:val="20"/>
          <w:szCs w:val="20"/>
        </w:rPr>
        <w:t>Action Plan: What Should You Do?</w:t>
      </w:r>
    </w:p>
    <w:p w14:paraId="7DEEA191"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dismiss it as just "anxiety" or "muscle soreness." Vaccine-related muscle soreness at the injection site (arm, shoulder) is common. Chest pain is different and merits investigation.</w:t>
      </w:r>
    </w:p>
    <w:p w14:paraId="46B934A8" w14:textId="77777777" w:rsidR="004B2954" w:rsidRPr="00BB79B8" w:rsidRDefault="004B2954" w:rsidP="004B2954">
      <w:pPr>
        <w:spacing w:after="20"/>
        <w:ind w:left="216"/>
        <w:rPr>
          <w:rFonts w:cs="Times New Roman"/>
          <w:sz w:val="20"/>
          <w:szCs w:val="20"/>
        </w:rPr>
      </w:pPr>
      <w:r w:rsidRPr="00BB79B8">
        <w:rPr>
          <w:rFonts w:cs="Times New Roman"/>
          <w:sz w:val="20"/>
          <w:szCs w:val="20"/>
        </w:rPr>
        <w:t>Seek evaluation. Start with your primary care doctor, an urgent care center, or a hospital emergency room. Tell them clearly: "I received a COVID-19 vaccine [X] days ago, and now I have chest pain."</w:t>
      </w:r>
    </w:p>
    <w:p w14:paraId="4A25E9F9"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expect at the doctor's office:</w:t>
      </w:r>
    </w:p>
    <w:p w14:paraId="2B8DC03D" w14:textId="77777777" w:rsidR="004B2954" w:rsidRPr="00BB79B8" w:rsidRDefault="004B2954" w:rsidP="004B2954">
      <w:pPr>
        <w:spacing w:after="20"/>
        <w:ind w:left="216"/>
        <w:rPr>
          <w:rFonts w:cs="Times New Roman"/>
          <w:sz w:val="20"/>
          <w:szCs w:val="20"/>
        </w:rPr>
      </w:pPr>
      <w:r w:rsidRPr="00BB79B8">
        <w:rPr>
          <w:rFonts w:cs="Times New Roman"/>
          <w:sz w:val="20"/>
          <w:szCs w:val="20"/>
        </w:rPr>
        <w:t>An ECG (electrocardiogram) to look for characteristic heart rhythm changes.</w:t>
      </w:r>
    </w:p>
    <w:p w14:paraId="7814A246" w14:textId="77777777" w:rsidR="004B2954" w:rsidRPr="00BB79B8" w:rsidRDefault="004B2954" w:rsidP="004B2954">
      <w:pPr>
        <w:spacing w:after="20"/>
        <w:ind w:left="216"/>
        <w:rPr>
          <w:rFonts w:cs="Times New Roman"/>
          <w:sz w:val="20"/>
          <w:szCs w:val="20"/>
        </w:rPr>
      </w:pPr>
      <w:r w:rsidRPr="00BB79B8">
        <w:rPr>
          <w:rFonts w:cs="Times New Roman"/>
          <w:sz w:val="20"/>
          <w:szCs w:val="20"/>
        </w:rPr>
        <w:t>A blood test for troponin, a protein released when heart muscle is damaged. An elevated troponin level is a key marker for myocarditis.</w:t>
      </w:r>
    </w:p>
    <w:p w14:paraId="4AA24786" w14:textId="77777777" w:rsidR="004B2954" w:rsidRPr="00BB79B8" w:rsidRDefault="004B2954" w:rsidP="004B2954">
      <w:pPr>
        <w:spacing w:after="20"/>
        <w:ind w:left="216"/>
        <w:rPr>
          <w:rFonts w:cs="Times New Roman"/>
          <w:sz w:val="20"/>
          <w:szCs w:val="20"/>
        </w:rPr>
      </w:pPr>
      <w:r w:rsidRPr="00BB79B8">
        <w:rPr>
          <w:rFonts w:cs="Times New Roman"/>
          <w:sz w:val="20"/>
          <w:szCs w:val="20"/>
        </w:rPr>
        <w:t>Possible echocardiogram (ultrasound of the heart) to check heart function.</w:t>
      </w:r>
    </w:p>
    <w:p w14:paraId="4E9EAF5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Treatment is usually supportive. If diagnosed, treatment typically involves rest, non-steroidal anti-inflammatory drugs (NSAIDs like ibuprofen), and close monitoring. Severe cases are very rare.</w:t>
      </w:r>
    </w:p>
    <w:p w14:paraId="38B90694" w14:textId="77777777" w:rsidR="004B2954" w:rsidRPr="00BB79B8" w:rsidRDefault="004B2954" w:rsidP="004B2954">
      <w:pPr>
        <w:spacing w:after="20"/>
        <w:ind w:left="216"/>
        <w:rPr>
          <w:rFonts w:cs="Times New Roman"/>
          <w:sz w:val="20"/>
          <w:szCs w:val="20"/>
        </w:rPr>
      </w:pPr>
      <w:r w:rsidRPr="00BB79B8">
        <w:rPr>
          <w:rFonts w:cs="Times New Roman"/>
          <w:sz w:val="20"/>
          <w:szCs w:val="20"/>
        </w:rPr>
        <w:t>The Bottom Line</w:t>
      </w:r>
    </w:p>
    <w:p w14:paraId="2D3E262C" w14:textId="77777777" w:rsidR="004B2954" w:rsidRPr="00BB79B8" w:rsidRDefault="004B2954" w:rsidP="004B2954">
      <w:pPr>
        <w:spacing w:after="20"/>
        <w:ind w:left="216"/>
        <w:rPr>
          <w:rFonts w:cs="Times New Roman"/>
          <w:sz w:val="20"/>
          <w:szCs w:val="20"/>
        </w:rPr>
      </w:pPr>
      <w:r w:rsidRPr="00BB79B8">
        <w:rPr>
          <w:rFonts w:cs="Times New Roman"/>
          <w:sz w:val="20"/>
          <w:szCs w:val="20"/>
        </w:rPr>
        <w:t>Should it raise concern? Yes. Chest pain after an mRNA vaccine is a recognized "red flag" symptom that doctors are trained to take seriously. It is appropriate to be concerned and seek medical advice.</w:t>
      </w:r>
    </w:p>
    <w:p w14:paraId="444B279F" w14:textId="77777777" w:rsidR="004B2954" w:rsidRPr="00BB79B8" w:rsidRDefault="004B2954" w:rsidP="004B2954">
      <w:pPr>
        <w:spacing w:after="20"/>
        <w:ind w:left="216"/>
        <w:rPr>
          <w:rFonts w:cs="Times New Roman"/>
          <w:sz w:val="20"/>
          <w:szCs w:val="20"/>
        </w:rPr>
      </w:pPr>
      <w:r w:rsidRPr="00BB79B8">
        <w:rPr>
          <w:rFonts w:cs="Times New Roman"/>
          <w:sz w:val="20"/>
          <w:szCs w:val="20"/>
        </w:rPr>
        <w:t>Should you panic? No. The absolute risk is tiny, the vast majority of cases are mild and resolve without long-term issues, and the benefit of vaccination in preventing severe COVID-19, including the much more dangerous form of viral myocarditis, remains overwhelmingly positive.</w:t>
      </w:r>
    </w:p>
    <w:p w14:paraId="123BDD19"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Listen to your body. Chest pain after vaccination is not a "normal" side effect. Get it checked out promptly. It is likely nothing serious, but the possibility of treatable, mild myocarditis exists. Prompt diagnosis provides reassurance and proper care.</w:t>
      </w:r>
    </w:p>
    <w:p w14:paraId="1D9DD5DC" w14:textId="77777777" w:rsidR="004B2954" w:rsidRPr="00BB79B8" w:rsidRDefault="004B2954" w:rsidP="004B2954">
      <w:pPr>
        <w:spacing w:after="0"/>
        <w:rPr>
          <w:rFonts w:cs="Times New Roman"/>
          <w:sz w:val="20"/>
          <w:szCs w:val="20"/>
        </w:rPr>
      </w:pPr>
    </w:p>
    <w:p w14:paraId="4B22213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76192C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5489490" w14:textId="77777777" w:rsidR="004B2954" w:rsidRPr="00BB79B8" w:rsidRDefault="004B2954" w:rsidP="004B2954">
      <w:pPr>
        <w:spacing w:after="20"/>
        <w:ind w:left="216"/>
        <w:rPr>
          <w:rFonts w:cs="Times New Roman"/>
          <w:sz w:val="20"/>
          <w:szCs w:val="20"/>
        </w:rPr>
      </w:pPr>
      <w:r w:rsidRPr="00BB79B8">
        <w:rPr>
          <w:rFonts w:cs="Times New Roman"/>
          <w:sz w:val="20"/>
          <w:szCs w:val="20"/>
        </w:rPr>
        <w:t>Mild, brief chest discomfort shortly after vaccination is usually benign and often related to anxiety, muscle tension, or transient immune reaction.</w:t>
      </w:r>
    </w:p>
    <w:p w14:paraId="7C784208"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chest pain after vaccination should raise concern for possible myocarditis if it is:</w:t>
      </w:r>
    </w:p>
    <w:p w14:paraId="2C8A3880"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or worsening chest pain</w:t>
      </w:r>
    </w:p>
    <w:p w14:paraId="4DA64943" w14:textId="77777777" w:rsidR="004B2954" w:rsidRPr="00BB79B8" w:rsidRDefault="004B2954" w:rsidP="004B2954">
      <w:pPr>
        <w:spacing w:after="20"/>
        <w:ind w:left="216"/>
        <w:rPr>
          <w:rFonts w:cs="Times New Roman"/>
          <w:sz w:val="20"/>
          <w:szCs w:val="20"/>
        </w:rPr>
      </w:pPr>
      <w:r w:rsidRPr="00BB79B8">
        <w:rPr>
          <w:rFonts w:cs="Times New Roman"/>
          <w:sz w:val="20"/>
          <w:szCs w:val="20"/>
        </w:rPr>
        <w:t>Accompanied by shortness of breath, palpitations, fatigue, dizziness, or syncope</w:t>
      </w:r>
    </w:p>
    <w:p w14:paraId="7F55631B" w14:textId="77777777" w:rsidR="004B2954" w:rsidRPr="00BB79B8" w:rsidRDefault="004B2954" w:rsidP="004B2954">
      <w:pPr>
        <w:spacing w:after="20"/>
        <w:ind w:left="216"/>
        <w:rPr>
          <w:rFonts w:cs="Times New Roman"/>
          <w:sz w:val="20"/>
          <w:szCs w:val="20"/>
        </w:rPr>
      </w:pPr>
      <w:r w:rsidRPr="00BB79B8">
        <w:rPr>
          <w:rFonts w:cs="Times New Roman"/>
          <w:sz w:val="20"/>
          <w:szCs w:val="20"/>
        </w:rPr>
        <w:t>Lasting more than 24-48 hours</w:t>
      </w:r>
    </w:p>
    <w:p w14:paraId="09C805D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following vaccination is rare but a serious potential adverse event. Anyone with such concerning symptoms should seek immediate medical evaluation, including ECG, blood cardiac markers, and possibly cardiac imaging, to rule out myocarditis.</w:t>
      </w:r>
    </w:p>
    <w:p w14:paraId="599596EC" w14:textId="77777777" w:rsidR="004B2954" w:rsidRPr="00BB79B8" w:rsidRDefault="004B2954" w:rsidP="004B2954">
      <w:pPr>
        <w:rPr>
          <w:rFonts w:cs="Times New Roman"/>
          <w:sz w:val="20"/>
          <w:szCs w:val="20"/>
        </w:rPr>
      </w:pPr>
    </w:p>
    <w:p w14:paraId="5ACBB8F2" w14:textId="77777777" w:rsidR="004B2954" w:rsidRPr="00BB79B8" w:rsidRDefault="004B2954" w:rsidP="004B2954">
      <w:pPr>
        <w:keepNext/>
        <w:rPr>
          <w:rFonts w:cs="Times New Roman"/>
          <w:sz w:val="20"/>
          <w:szCs w:val="20"/>
        </w:rPr>
      </w:pPr>
      <w:r w:rsidRPr="00BB79B8">
        <w:rPr>
          <w:rFonts w:cs="Times New Roman"/>
          <w:b/>
          <w:color w:val="1F4E79"/>
          <w:sz w:val="20"/>
          <w:szCs w:val="20"/>
        </w:rPr>
        <w:t>Q29. Does vaccine-associated myocarditis usually recover?</w:t>
      </w:r>
    </w:p>
    <w:p w14:paraId="5482F44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3EE1415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295B898" w14:textId="77777777" w:rsidR="004B2954" w:rsidRPr="00BB79B8" w:rsidRDefault="004B2954" w:rsidP="004B2954">
      <w:pPr>
        <w:spacing w:after="20"/>
        <w:ind w:left="216"/>
        <w:rPr>
          <w:rFonts w:cs="Times New Roman"/>
          <w:sz w:val="20"/>
          <w:szCs w:val="20"/>
        </w:rPr>
      </w:pPr>
      <w:r w:rsidRPr="00BB79B8">
        <w:rPr>
          <w:rFonts w:cs="Times New Roman"/>
          <w:sz w:val="20"/>
          <w:szCs w:val="20"/>
        </w:rPr>
        <w:t>Yes, vaccine-associated myocarditis, particularly after mRNA COVID-19 vaccines, usually has a mild course and most patients recover fully. Key points:</w:t>
      </w:r>
    </w:p>
    <w:p w14:paraId="24D78C51"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course: Symptoms often appear within a few days after vaccination, usually as chest pain, palpitations, or mild shortness of breath.</w:t>
      </w:r>
    </w:p>
    <w:p w14:paraId="7C2EC4E2"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Most cases resolve with supportive care (rest, anti-inflammatory medications) within 1-3 weeks.</w:t>
      </w:r>
    </w:p>
    <w:p w14:paraId="2943FA8E"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Rarely, myocarditis can be more serious, requiring hospitalization or intensive care, but these instances are uncommon.</w:t>
      </w:r>
    </w:p>
    <w:p w14:paraId="2FEFD528"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outcomes: Follow-up studies suggest full cardiac function recovery in most patients, with very low risk of lasting heart damage.</w:t>
      </w:r>
    </w:p>
    <w:p w14:paraId="1ED12285"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Vaccine-associated myocarditis is generally self-limited and has a good prognosis, especially when recognized early and managed appropriately.</w:t>
      </w:r>
    </w:p>
    <w:p w14:paraId="58260AA0" w14:textId="77777777" w:rsidR="004B2954" w:rsidRPr="00BB79B8" w:rsidRDefault="004B2954" w:rsidP="004B2954">
      <w:pPr>
        <w:spacing w:after="0"/>
        <w:rPr>
          <w:rFonts w:cs="Times New Roman"/>
          <w:sz w:val="20"/>
          <w:szCs w:val="20"/>
        </w:rPr>
      </w:pPr>
    </w:p>
    <w:p w14:paraId="467292D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477049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4F8C6B6" w14:textId="77777777" w:rsidR="004B2954" w:rsidRPr="00BB79B8" w:rsidRDefault="004B2954" w:rsidP="004B2954">
      <w:pPr>
        <w:spacing w:after="20"/>
        <w:ind w:left="216"/>
        <w:rPr>
          <w:rFonts w:cs="Times New Roman"/>
          <w:sz w:val="20"/>
          <w:szCs w:val="20"/>
        </w:rPr>
      </w:pPr>
      <w:r w:rsidRPr="00BB79B8">
        <w:rPr>
          <w:rFonts w:cs="Times New Roman"/>
          <w:sz w:val="20"/>
          <w:szCs w:val="20"/>
        </w:rPr>
        <w:t>Yes, vaccine-associated myocarditis-most commonly reported after mRNA-based COVID-19 vaccinations-typically follows a mild and self-limiting clinical course with a high rate of recovery (PerQueryResult 2.1.1, 2.1.2).</w:t>
      </w:r>
    </w:p>
    <w:p w14:paraId="66EC1F7D"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studies and surveillance data indicate that the majority of patients experience rapid resolution of symptoms, though some persistent imaging abnormalities have been noted in long-term follow-ups.</w:t>
      </w:r>
    </w:p>
    <w:p w14:paraId="0B80E36B"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Recovery and Short-Term Outcomes</w:t>
      </w:r>
    </w:p>
    <w:p w14:paraId="6AA12DA6"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Symptom Resolution: Most cases, particularly in adolescents and young adults, involve a short hospital stay (median of 2 to 4 days) and quick improvement in clinical symptoms like chest pain (PerQueryResult 2.2.2, 2.3.3).</w:t>
      </w:r>
    </w:p>
    <w:p w14:paraId="446138D5"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Normalization of Cardiac Function: Among patients who present with a reduced left ventricular ejection fraction (LVEF), the vast majority show normalization of heart function on repeat imaging within weeks (PerQueryResult 2.3.2, 2.3.3).</w:t>
      </w:r>
    </w:p>
    <w:p w14:paraId="60CE2310" w14:textId="77777777" w:rsidR="004B2954" w:rsidRPr="00BB79B8" w:rsidRDefault="004B2954" w:rsidP="004B2954">
      <w:pPr>
        <w:spacing w:after="20"/>
        <w:ind w:left="216"/>
        <w:rPr>
          <w:rFonts w:cs="Times New Roman"/>
          <w:sz w:val="20"/>
          <w:szCs w:val="20"/>
        </w:rPr>
      </w:pPr>
      <w:r w:rsidRPr="00BB79B8">
        <w:rPr>
          <w:rFonts w:cs="Times New Roman"/>
          <w:sz w:val="20"/>
          <w:szCs w:val="20"/>
        </w:rPr>
        <w:t>Low Severity: Compared to myocarditis caused by viral infections (including SARS-CoV-2 itself), vaccine-associated cases generally show higher LVEF at presentation and less extensive myocardial injury on MRI (PerQueryResult 2.4.3).</w:t>
      </w:r>
    </w:p>
    <w:p w14:paraId="5F23F4ED"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Monitoring and Persistent Findings</w:t>
      </w:r>
    </w:p>
    <w:p w14:paraId="01781952"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clinical recovery is the norm, advanced imaging has identified potential areas for ongoing monitoring:</w:t>
      </w:r>
    </w:p>
    <w:p w14:paraId="776FFD82"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Late Gadolinium Enhancement (LGE): Some studies have found that approximately one-third to 80% of patients may still have evidence of LGE (suggesting myocardial scarring or fibrosis) on cardiac MRI 12 to 18 months after the initial diagnosis (PerQueryResult 2.2.1, 2.3.2).</w:t>
      </w:r>
    </w:p>
    <w:p w14:paraId="1E5D5034" w14:textId="77777777" w:rsidR="004B2954" w:rsidRPr="00BB79B8" w:rsidRDefault="004B2954" w:rsidP="004B2954">
      <w:pPr>
        <w:spacing w:after="20"/>
        <w:ind w:left="216"/>
        <w:rPr>
          <w:rFonts w:cs="Times New Roman"/>
          <w:sz w:val="20"/>
          <w:szCs w:val="20"/>
        </w:rPr>
      </w:pPr>
      <w:r w:rsidRPr="00BB79B8">
        <w:rPr>
          <w:rFonts w:cs="Times New Roman"/>
          <w:sz w:val="20"/>
          <w:szCs w:val="20"/>
        </w:rPr>
        <w:t>Prognostic Uncertainty: While these patients are often asymptomatic, the long-term clinical significance of persistent LGE is still being studied. Current evidence suggests these patients remain at low risk for major adverse cardiovascular events, but long-term surveillance is often recommended (PerQueryResult 2.1.1, 2.2.1).</w:t>
      </w:r>
    </w:p>
    <w:p w14:paraId="7CDA9029" w14:textId="77777777" w:rsidR="004B2954" w:rsidRPr="00BB79B8" w:rsidRDefault="004B2954" w:rsidP="004B2954">
      <w:pPr>
        <w:spacing w:after="20"/>
        <w:ind w:left="216"/>
        <w:rPr>
          <w:rFonts w:cs="Times New Roman"/>
          <w:sz w:val="20"/>
          <w:szCs w:val="20"/>
        </w:rPr>
      </w:pPr>
      <w:r w:rsidRPr="00BB79B8">
        <w:rPr>
          <w:rFonts w:cs="Times New Roman"/>
          <w:sz w:val="20"/>
          <w:szCs w:val="20"/>
        </w:rPr>
        <w:t>Comparison of Risks</w:t>
      </w:r>
    </w:p>
    <w:p w14:paraId="67D97AB7"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important to note that the risk of severe myocarditis, heart failure, and death is significantly higher following a natural COVID-19 infection than following vaccination (PerQueryResult 2.1.2, 2.3.1).</w:t>
      </w:r>
    </w:p>
    <w:p w14:paraId="1D45A835" w14:textId="77777777" w:rsidR="004B2954" w:rsidRPr="00BB79B8" w:rsidRDefault="004B2954" w:rsidP="004B2954">
      <w:pPr>
        <w:spacing w:after="20"/>
        <w:ind w:left="216"/>
        <w:rPr>
          <w:rFonts w:cs="Times New Roman"/>
          <w:sz w:val="20"/>
          <w:szCs w:val="20"/>
        </w:rPr>
      </w:pPr>
      <w:r w:rsidRPr="00BB79B8">
        <w:rPr>
          <w:rFonts w:cs="Times New Roman"/>
          <w:sz w:val="20"/>
          <w:szCs w:val="20"/>
        </w:rPr>
        <w:t>References</w:t>
      </w:r>
    </w:p>
    <w:p w14:paraId="1452B80C" w14:textId="77777777" w:rsidR="004B2954" w:rsidRPr="00BB79B8" w:rsidRDefault="004B2954" w:rsidP="004B2954">
      <w:pPr>
        <w:spacing w:after="20"/>
        <w:ind w:left="216"/>
        <w:rPr>
          <w:rFonts w:cs="Times New Roman"/>
          <w:sz w:val="20"/>
          <w:szCs w:val="20"/>
        </w:rPr>
      </w:pPr>
      <w:r w:rsidRPr="00BB79B8">
        <w:rPr>
          <w:rFonts w:cs="Times New Roman"/>
          <w:sz w:val="20"/>
          <w:szCs w:val="20"/>
        </w:rPr>
        <w:t>"Bridging the clinical, molecular and genetic perspectives on myocarditis in post-COVID-19 era." (2026). PMC. https://pmc.ncbi.nlm.nih.gov/articles/PMC12859216/</w:t>
      </w:r>
    </w:p>
    <w:p w14:paraId="446B6014"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and Vascular Involvement in COVID-19 and Post-Vaccination States: Understanding Injury Pathways and Clinical Implications. (n.d.). PMC. https://pmc.ncbi.nlm.nih.gov/articles/PMC12942253/</w:t>
      </w:r>
    </w:p>
    <w:p w14:paraId="6651B030" w14:textId="77777777" w:rsidR="004B2954" w:rsidRPr="00BB79B8" w:rsidRDefault="004B2954" w:rsidP="004B2954">
      <w:pPr>
        <w:spacing w:after="20"/>
        <w:ind w:left="216"/>
        <w:rPr>
          <w:rFonts w:cs="Times New Roman"/>
          <w:sz w:val="20"/>
          <w:szCs w:val="20"/>
        </w:rPr>
      </w:pPr>
      <w:r w:rsidRPr="00BB79B8">
        <w:rPr>
          <w:rFonts w:cs="Times New Roman"/>
          <w:sz w:val="20"/>
          <w:szCs w:val="20"/>
        </w:rPr>
        <w:t>Warren, J., Cheng, D., &amp; Crawford, N. (2025). Improved diagnosis of COVID-19 vaccine-associated myocarditis with cardiac scarring identified by cardiac magnetic resonance imaging. Open Heart, 12(2). https://openheart.bmj.com/content/12/2/e003333</w:t>
      </w:r>
    </w:p>
    <w:p w14:paraId="66E101DE"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after COVID-19 mRNA vaccination in Norway: a nationwide validation study. (2026). Open Heart, 13(1). https://openheart.bmj.com/content/13/1/e004112</w:t>
      </w:r>
    </w:p>
    <w:p w14:paraId="61119915"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Clinically Suspected Myocarditis Temporally Related to COVID-19 Vaccination in Adolescents and Young Adults. (2021). Circulation. https://www.ahajournals.org/doi/abs/10.1161/CIRCULATIONAHA.121.056583</w:t>
      </w:r>
    </w:p>
    <w:p w14:paraId="7B2AA8FF"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Injury Pattern at MRI in COVID-19 Vaccine-Associated Myocarditis. (2022). Radiology. https://pubs.rsna.org/doi/abs/10.1148/radiol.212559</w:t>
      </w:r>
    </w:p>
    <w:p w14:paraId="2EA22DD5" w14:textId="77777777" w:rsidR="004B2954" w:rsidRPr="00BB79B8" w:rsidRDefault="004B2954" w:rsidP="004B2954">
      <w:pPr>
        <w:spacing w:after="0"/>
        <w:rPr>
          <w:rFonts w:cs="Times New Roman"/>
          <w:sz w:val="20"/>
          <w:szCs w:val="20"/>
        </w:rPr>
      </w:pPr>
    </w:p>
    <w:p w14:paraId="1EC50D2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895B98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2FA4FC5"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most cases of vaccine-associated myocarditis recover fully, especially in adolescents and young adults, and usually within weeks. Current evidence shows that the condition is typically mild, responds well to supportive care, and has very low rates of long-term complications.</w:t>
      </w:r>
    </w:p>
    <w:p w14:paraId="07D32478"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4A2AB249" w14:textId="77777777" w:rsidR="004B2954" w:rsidRPr="00BB79B8" w:rsidRDefault="004B2954" w:rsidP="004B2954">
      <w:pPr>
        <w:spacing w:after="20"/>
        <w:ind w:left="216"/>
        <w:rPr>
          <w:rFonts w:cs="Times New Roman"/>
          <w:sz w:val="20"/>
          <w:szCs w:val="20"/>
        </w:rPr>
      </w:pPr>
      <w:r w:rsidRPr="00BB79B8">
        <w:rPr>
          <w:rFonts w:cs="Times New Roman"/>
          <w:sz w:val="20"/>
          <w:szCs w:val="20"/>
        </w:rPr>
        <w:t>1. Clinical recovery is the norm</w:t>
      </w:r>
    </w:p>
    <w:p w14:paraId="6306782E" w14:textId="77777777" w:rsidR="004B2954" w:rsidRPr="00BB79B8" w:rsidRDefault="004B2954" w:rsidP="004B2954">
      <w:pPr>
        <w:spacing w:after="20"/>
        <w:ind w:left="216"/>
        <w:rPr>
          <w:rFonts w:cs="Times New Roman"/>
          <w:sz w:val="20"/>
          <w:szCs w:val="20"/>
        </w:rPr>
      </w:pPr>
      <w:r w:rsidRPr="00BB79B8">
        <w:rPr>
          <w:rFonts w:cs="Times New Roman"/>
          <w:sz w:val="20"/>
          <w:szCs w:val="20"/>
        </w:rPr>
        <w:t>A large U.S. multicenter study of 333 young patients with vaccine-associated myocarditis found that mid-term outcomes were "reassuring," with no cardiac deaths or heart transplants reported at a median of 178 days (about 6 months) of follow-up.</w:t>
      </w:r>
    </w:p>
    <w:p w14:paraId="0A3D5880"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patients had mild symptoms and normal heart function by the time of discharge.</w:t>
      </w:r>
    </w:p>
    <w:p w14:paraId="6E78ED88" w14:textId="77777777" w:rsidR="004B2954" w:rsidRPr="00BB79B8" w:rsidRDefault="004B2954" w:rsidP="004B2954">
      <w:pPr>
        <w:spacing w:after="20"/>
        <w:ind w:left="216"/>
        <w:rPr>
          <w:rFonts w:cs="Times New Roman"/>
          <w:sz w:val="20"/>
          <w:szCs w:val="20"/>
        </w:rPr>
      </w:pPr>
      <w:r w:rsidRPr="00BB79B8">
        <w:rPr>
          <w:rFonts w:cs="Times New Roman"/>
          <w:sz w:val="20"/>
          <w:szCs w:val="20"/>
        </w:rPr>
        <w:t>2. Symptoms usually resolve quickly</w:t>
      </w:r>
    </w:p>
    <w:p w14:paraId="303D5BB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shortness of breath, and fatigue typically improve within a few days to weeks with rest and anti-inflammatory treatment (e.g., NSAIDs).</w:t>
      </w:r>
    </w:p>
    <w:p w14:paraId="3CF539B4" w14:textId="77777777" w:rsidR="004B2954" w:rsidRPr="00BB79B8" w:rsidRDefault="004B2954" w:rsidP="004B2954">
      <w:pPr>
        <w:spacing w:after="20"/>
        <w:ind w:left="216"/>
        <w:rPr>
          <w:rFonts w:cs="Times New Roman"/>
          <w:sz w:val="20"/>
          <w:szCs w:val="20"/>
        </w:rPr>
      </w:pPr>
      <w:r w:rsidRPr="00BB79B8">
        <w:rPr>
          <w:rFonts w:cs="Times New Roman"/>
          <w:sz w:val="20"/>
          <w:szCs w:val="20"/>
        </w:rPr>
        <w:t>3. Some MRI findings may persist</w:t>
      </w:r>
    </w:p>
    <w:p w14:paraId="26B37247" w14:textId="77777777" w:rsidR="004B2954" w:rsidRPr="00BB79B8" w:rsidRDefault="004B2954" w:rsidP="004B2954">
      <w:pPr>
        <w:spacing w:after="20"/>
        <w:ind w:left="216"/>
        <w:rPr>
          <w:rFonts w:cs="Times New Roman"/>
          <w:sz w:val="20"/>
          <w:szCs w:val="20"/>
        </w:rPr>
      </w:pPr>
      <w:r w:rsidRPr="00BB79B8">
        <w:rPr>
          <w:rFonts w:cs="Times New Roman"/>
          <w:sz w:val="20"/>
          <w:szCs w:val="20"/>
        </w:rPr>
        <w:t>Although patients feel clinically recovered, 60% still showed late gadolinium enhancement (LGE) - a marker of myocardial injury - on follow-up cardiac MRI.</w:t>
      </w:r>
    </w:p>
    <w:p w14:paraId="4D33D6FF" w14:textId="77777777" w:rsidR="004B2954" w:rsidRPr="00BB79B8" w:rsidRDefault="004B2954" w:rsidP="004B2954">
      <w:pPr>
        <w:spacing w:after="20"/>
        <w:ind w:left="216"/>
        <w:rPr>
          <w:rFonts w:cs="Times New Roman"/>
          <w:sz w:val="20"/>
          <w:szCs w:val="20"/>
        </w:rPr>
      </w:pPr>
      <w:r w:rsidRPr="00BB79B8">
        <w:rPr>
          <w:rFonts w:cs="Times New Roman"/>
          <w:sz w:val="20"/>
          <w:szCs w:val="20"/>
        </w:rPr>
        <w:t>The long-term significance of persistent LGE is not yet known, so cardiologists recommend continued follow-up.</w:t>
      </w:r>
    </w:p>
    <w:p w14:paraId="58CBE03C" w14:textId="77777777" w:rsidR="004B2954" w:rsidRPr="00BB79B8" w:rsidRDefault="004B2954" w:rsidP="004B2954">
      <w:pPr>
        <w:spacing w:after="20"/>
        <w:ind w:left="216"/>
        <w:rPr>
          <w:rFonts w:cs="Times New Roman"/>
          <w:sz w:val="20"/>
          <w:szCs w:val="20"/>
        </w:rPr>
      </w:pPr>
      <w:r w:rsidRPr="00BB79B8">
        <w:rPr>
          <w:rFonts w:cs="Times New Roman"/>
          <w:sz w:val="20"/>
          <w:szCs w:val="20"/>
        </w:rPr>
        <w:t>4. Overall prognosis is favorable</w:t>
      </w:r>
    </w:p>
    <w:p w14:paraId="20663158" w14:textId="77777777" w:rsidR="004B2954" w:rsidRPr="00BB79B8" w:rsidRDefault="004B2954" w:rsidP="004B2954">
      <w:pPr>
        <w:spacing w:after="20"/>
        <w:ind w:left="216"/>
        <w:rPr>
          <w:rFonts w:cs="Times New Roman"/>
          <w:sz w:val="20"/>
          <w:szCs w:val="20"/>
        </w:rPr>
      </w:pPr>
      <w:r w:rsidRPr="00BB79B8">
        <w:rPr>
          <w:rFonts w:cs="Times New Roman"/>
          <w:sz w:val="20"/>
          <w:szCs w:val="20"/>
        </w:rPr>
        <w:t>Compared with myocarditis from viral infections, vaccine-associated cases tend to be:</w:t>
      </w:r>
    </w:p>
    <w:p w14:paraId="0B7FC4C1" w14:textId="77777777" w:rsidR="004B2954" w:rsidRPr="00BB79B8" w:rsidRDefault="004B2954" w:rsidP="004B2954">
      <w:pPr>
        <w:spacing w:after="20"/>
        <w:ind w:left="216"/>
        <w:rPr>
          <w:rFonts w:cs="Times New Roman"/>
          <w:sz w:val="20"/>
          <w:szCs w:val="20"/>
        </w:rPr>
      </w:pPr>
      <w:r w:rsidRPr="00BB79B8">
        <w:rPr>
          <w:rFonts w:cs="Times New Roman"/>
          <w:sz w:val="20"/>
          <w:szCs w:val="20"/>
        </w:rPr>
        <w:t>Milder</w:t>
      </w:r>
    </w:p>
    <w:p w14:paraId="3FABD40A" w14:textId="77777777" w:rsidR="004B2954" w:rsidRPr="00BB79B8" w:rsidRDefault="004B2954" w:rsidP="004B2954">
      <w:pPr>
        <w:spacing w:after="20"/>
        <w:ind w:left="216"/>
        <w:rPr>
          <w:rFonts w:cs="Times New Roman"/>
          <w:sz w:val="20"/>
          <w:szCs w:val="20"/>
        </w:rPr>
      </w:pPr>
      <w:r w:rsidRPr="00BB79B8">
        <w:rPr>
          <w:rFonts w:cs="Times New Roman"/>
          <w:sz w:val="20"/>
          <w:szCs w:val="20"/>
        </w:rPr>
        <w:t>Less likely to cause heart dysfunction</w:t>
      </w:r>
    </w:p>
    <w:p w14:paraId="3DF258C0" w14:textId="77777777" w:rsidR="004B2954" w:rsidRPr="00BB79B8" w:rsidRDefault="004B2954" w:rsidP="004B2954">
      <w:pPr>
        <w:spacing w:after="20"/>
        <w:ind w:left="216"/>
        <w:rPr>
          <w:rFonts w:cs="Times New Roman"/>
          <w:sz w:val="20"/>
          <w:szCs w:val="20"/>
        </w:rPr>
      </w:pPr>
      <w:r w:rsidRPr="00BB79B8">
        <w:rPr>
          <w:rFonts w:cs="Times New Roman"/>
          <w:sz w:val="20"/>
          <w:szCs w:val="20"/>
        </w:rPr>
        <w:t>Less likely to require intensive care</w:t>
      </w:r>
    </w:p>
    <w:p w14:paraId="1543A4C8" w14:textId="77777777" w:rsidR="004B2954" w:rsidRPr="00BB79B8" w:rsidRDefault="004B2954" w:rsidP="004B2954">
      <w:pPr>
        <w:spacing w:after="20"/>
        <w:ind w:left="216"/>
        <w:rPr>
          <w:rFonts w:cs="Times New Roman"/>
          <w:sz w:val="20"/>
          <w:szCs w:val="20"/>
        </w:rPr>
      </w:pPr>
      <w:r w:rsidRPr="00BB79B8">
        <w:rPr>
          <w:rFonts w:cs="Times New Roman"/>
          <w:sz w:val="20"/>
          <w:szCs w:val="20"/>
        </w:rPr>
        <w:t>5. Mechanistic studies support the mild course</w:t>
      </w:r>
    </w:p>
    <w:p w14:paraId="5F1536C4" w14:textId="77777777" w:rsidR="004B2954" w:rsidRPr="00BB79B8" w:rsidRDefault="004B2954" w:rsidP="004B2954">
      <w:pPr>
        <w:spacing w:after="20"/>
        <w:ind w:left="216"/>
        <w:rPr>
          <w:rFonts w:cs="Times New Roman"/>
          <w:sz w:val="20"/>
          <w:szCs w:val="20"/>
        </w:rPr>
      </w:pPr>
      <w:r w:rsidRPr="00BB79B8">
        <w:rPr>
          <w:rFonts w:cs="Times New Roman"/>
          <w:sz w:val="20"/>
          <w:szCs w:val="20"/>
        </w:rPr>
        <w:t>JAMA reports that although myocarditis can occur after mRNA vaccination, it is rare (30 cases per million doses; higher in young males) and usually resolves with time.</w:t>
      </w:r>
    </w:p>
    <w:p w14:paraId="4BE2DA30"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58D94D3C"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people with vaccine-associated myocarditis recover fully and quickly, with excellent short- and mid-term outcomes. However, because some imaging abnormalities can persist, ongoing follow-up with a cardiologist is recommended, especially for athletes or those with persistent symptoms.</w:t>
      </w:r>
    </w:p>
    <w:p w14:paraId="2374E2EC" w14:textId="77777777" w:rsidR="004B2954" w:rsidRPr="00BB79B8" w:rsidRDefault="004B2954" w:rsidP="004B2954">
      <w:pPr>
        <w:spacing w:after="0"/>
        <w:rPr>
          <w:rFonts w:cs="Times New Roman"/>
          <w:sz w:val="20"/>
          <w:szCs w:val="20"/>
        </w:rPr>
      </w:pPr>
    </w:p>
    <w:p w14:paraId="56322F55"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DeepSeek</w:t>
      </w:r>
    </w:p>
    <w:p w14:paraId="5E4EA12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98A1843" w14:textId="77777777" w:rsidR="004B2954" w:rsidRPr="00BB79B8" w:rsidRDefault="004B2954" w:rsidP="004B2954">
      <w:pPr>
        <w:spacing w:after="20"/>
        <w:ind w:left="216"/>
        <w:rPr>
          <w:rFonts w:cs="Times New Roman"/>
          <w:sz w:val="20"/>
          <w:szCs w:val="20"/>
        </w:rPr>
      </w:pPr>
      <w:r w:rsidRPr="00BB79B8">
        <w:rPr>
          <w:rFonts w:cs="Times New Roman"/>
          <w:sz w:val="20"/>
          <w:szCs w:val="20"/>
        </w:rPr>
        <w:t>Yes, the overwhelming majority of cases of vaccine-associated myocarditis typically recover, with excellent short-term outcomes and a very low rate of serious long-term sequelae.</w:t>
      </w:r>
    </w:p>
    <w:p w14:paraId="11D17ECF"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Outcomes at a Glance</w:t>
      </w:r>
    </w:p>
    <w:p w14:paraId="2CFA9514" w14:textId="77777777" w:rsidR="004B2954" w:rsidRPr="00BB79B8" w:rsidRDefault="004B2954" w:rsidP="004B2954">
      <w:pPr>
        <w:spacing w:after="20"/>
        <w:ind w:left="216"/>
        <w:rPr>
          <w:rFonts w:cs="Times New Roman"/>
          <w:sz w:val="20"/>
          <w:szCs w:val="20"/>
        </w:rPr>
      </w:pPr>
      <w:r w:rsidRPr="00BB79B8">
        <w:rPr>
          <w:rFonts w:cs="Times New Roman"/>
          <w:sz w:val="20"/>
          <w:szCs w:val="20"/>
        </w:rPr>
        <w:t>Metric; Finding; Source</w:t>
      </w:r>
    </w:p>
    <w:p w14:paraId="2435FDDA" w14:textId="77777777" w:rsidR="004B2954" w:rsidRPr="00BB79B8" w:rsidRDefault="004B2954" w:rsidP="004B2954">
      <w:pPr>
        <w:spacing w:after="20"/>
        <w:ind w:left="216"/>
        <w:rPr>
          <w:rFonts w:cs="Times New Roman"/>
          <w:sz w:val="20"/>
          <w:szCs w:val="20"/>
        </w:rPr>
      </w:pPr>
      <w:r w:rsidRPr="00BB79B8">
        <w:rPr>
          <w:rFonts w:cs="Times New Roman"/>
          <w:sz w:val="20"/>
          <w:szCs w:val="20"/>
        </w:rPr>
        <w:t>Overall Recovery Rate; 87% to 93.2% of patients recover fully.; Smallpox vaccine study, COVID-19 vaccine meta-analysis</w:t>
      </w:r>
    </w:p>
    <w:p w14:paraId="46586904"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within 1 year; 74.9% of patients.; Smallpox vaccine study--</w:t>
      </w:r>
    </w:p>
    <w:p w14:paraId="48C1899B"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Patient-reported outcomes; Significant clinical and health-related quality of life improvement over ~18 months.; Australian surveillance study</w:t>
      </w:r>
    </w:p>
    <w:p w14:paraId="43C8E044" w14:textId="77777777" w:rsidR="004B2954" w:rsidRPr="00BB79B8" w:rsidRDefault="004B2954" w:rsidP="004B2954">
      <w:pPr>
        <w:spacing w:after="20"/>
        <w:ind w:left="216"/>
        <w:rPr>
          <w:rFonts w:cs="Times New Roman"/>
          <w:sz w:val="20"/>
          <w:szCs w:val="20"/>
        </w:rPr>
      </w:pPr>
      <w:r w:rsidRPr="00BB79B8">
        <w:rPr>
          <w:rFonts w:cs="Times New Roman"/>
          <w:sz w:val="20"/>
          <w:szCs w:val="20"/>
        </w:rPr>
        <w:t>Mortality Rate; 4.1% in one systematic review; ~0% in most larger studies (e.g., 3 deaths in a meta-analysis of thousands).; Systematic review, COVID-19 meta-analysis--</w:t>
      </w:r>
    </w:p>
    <w:p w14:paraId="0C506C32"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takeaways regarding clinical outcomes include:</w:t>
      </w:r>
    </w:p>
    <w:p w14:paraId="04536554" w14:textId="77777777" w:rsidR="004B2954" w:rsidRPr="00BB79B8" w:rsidRDefault="004B2954" w:rsidP="004B2954">
      <w:pPr>
        <w:spacing w:after="20"/>
        <w:ind w:left="216"/>
        <w:rPr>
          <w:rFonts w:cs="Times New Roman"/>
          <w:sz w:val="20"/>
          <w:szCs w:val="20"/>
        </w:rPr>
      </w:pPr>
      <w:r w:rsidRPr="00BB79B8">
        <w:rPr>
          <w:rFonts w:cs="Times New Roman"/>
          <w:sz w:val="20"/>
          <w:szCs w:val="20"/>
        </w:rPr>
        <w:t>Favorable Short-Term Prognosis: The condition is generally mild and self-limiting. A clinical consensus document affirms it has an "excellent short-term recovery" with "rare cases of left ventricular dysfunction, heart failure and arrhythmias". A case series notes a "generally favorable" prognosis, "characterized by good short-term recovery".</w:t>
      </w:r>
    </w:p>
    <w:p w14:paraId="0E62EC9C" w14:textId="77777777" w:rsidR="004B2954" w:rsidRPr="00BB79B8" w:rsidRDefault="004B2954" w:rsidP="004B2954">
      <w:pPr>
        <w:spacing w:after="20"/>
        <w:ind w:left="216"/>
        <w:rPr>
          <w:rFonts w:cs="Times New Roman"/>
          <w:sz w:val="20"/>
          <w:szCs w:val="20"/>
        </w:rPr>
      </w:pPr>
      <w:r w:rsidRPr="00BB79B8">
        <w:rPr>
          <w:rFonts w:cs="Times New Roman"/>
          <w:sz w:val="20"/>
          <w:szCs w:val="20"/>
        </w:rPr>
        <w:t>Low Rates of Serious Sequelae: Long-term issues are minimal. An 18-month follow-up found only 13% still required medication, 8% had exercise restrictions, and 5.6% had been rehospitalized. One meta-analysis reported only three deaths out of thousands of cases.</w:t>
      </w:r>
    </w:p>
    <w:p w14:paraId="041BCCC8" w14:textId="77777777" w:rsidR="004B2954" w:rsidRPr="00BB79B8" w:rsidRDefault="004B2954" w:rsidP="004B2954">
      <w:pPr>
        <w:spacing w:after="20"/>
        <w:ind w:left="216"/>
        <w:rPr>
          <w:rFonts w:cs="Times New Roman"/>
          <w:sz w:val="20"/>
          <w:szCs w:val="20"/>
        </w:rPr>
      </w:pPr>
      <w:r w:rsidRPr="00BB79B8">
        <w:rPr>
          <w:rFonts w:cs="Times New Roman"/>
          <w:sz w:val="20"/>
          <w:szCs w:val="20"/>
        </w:rPr>
        <w:t>Comparison to Other Myocarditis: Outcomes are significantly better than for post-COVID-19 myocarditis, and also compare favorably to "conventional" myocarditis, with a 45% lower risk of severe cardiovascular events at 18 months.</w:t>
      </w:r>
    </w:p>
    <w:p w14:paraId="398BB94C" w14:textId="77777777" w:rsidR="004B2954" w:rsidRPr="00BB79B8" w:rsidRDefault="004B2954" w:rsidP="004B2954">
      <w:pPr>
        <w:spacing w:after="20"/>
        <w:ind w:left="216"/>
        <w:rPr>
          <w:rFonts w:cs="Times New Roman"/>
          <w:sz w:val="20"/>
          <w:szCs w:val="20"/>
        </w:rPr>
      </w:pPr>
      <w:r w:rsidRPr="00BB79B8">
        <w:rPr>
          <w:rFonts w:cs="Times New Roman"/>
          <w:sz w:val="20"/>
          <w:szCs w:val="20"/>
        </w:rPr>
        <w:t>Additional Context</w:t>
      </w:r>
    </w:p>
    <w:p w14:paraId="40506BA1"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Clinical Course: Symptoms (chest pain, shortness of breath, fever) usually appear 24-96 hours post-vaccination, most often in young males after the second mRNA dose. Most resolve within a week with conservative care.</w:t>
      </w:r>
    </w:p>
    <w:p w14:paraId="683DE337"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and Recovery: Many cases are self-resolving with NSAIDs like ibuprofen and have short hospital stays (median 2.3 days). Even those requiring intensive care typically recover left ventricular function within eight days.</w:t>
      </w:r>
    </w:p>
    <w:p w14:paraId="2942AC1E" w14:textId="77777777" w:rsidR="004B2954" w:rsidRPr="00BB79B8" w:rsidRDefault="004B2954" w:rsidP="004B2954">
      <w:pPr>
        <w:spacing w:after="20"/>
        <w:ind w:left="216"/>
        <w:rPr>
          <w:rFonts w:cs="Times New Roman"/>
          <w:sz w:val="20"/>
          <w:szCs w:val="20"/>
        </w:rPr>
      </w:pPr>
      <w:r w:rsidRPr="00BB79B8">
        <w:rPr>
          <w:rFonts w:cs="Times New Roman"/>
          <w:sz w:val="20"/>
          <w:szCs w:val="20"/>
        </w:rPr>
        <w:t>Limitations &amp; Future Directions</w:t>
      </w:r>
    </w:p>
    <w:p w14:paraId="7DD1CD64" w14:textId="77777777" w:rsidR="004B2954" w:rsidRPr="00BB79B8" w:rsidRDefault="004B2954" w:rsidP="004B2954">
      <w:pPr>
        <w:spacing w:after="20"/>
        <w:ind w:left="216"/>
        <w:rPr>
          <w:rFonts w:cs="Times New Roman"/>
          <w:sz w:val="20"/>
          <w:szCs w:val="20"/>
        </w:rPr>
      </w:pPr>
      <w:r w:rsidRPr="00BB79B8">
        <w:rPr>
          <w:rFonts w:cs="Times New Roman"/>
          <w:sz w:val="20"/>
          <w:szCs w:val="20"/>
        </w:rPr>
        <w:t>Prevalence: The condition remains extremely rare (affecting 1 in 140,000 to 1 in 32,000 vaccine recipients).</w:t>
      </w:r>
    </w:p>
    <w:p w14:paraId="74C17501"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Data: Some long-term prognosis is still considered "unknown", though current medium-term follow-ups (12-18 months) show a continued favorable trajectory.</w:t>
      </w:r>
    </w:p>
    <w:p w14:paraId="3CB294FC" w14:textId="77777777" w:rsidR="004B2954" w:rsidRPr="00BB79B8" w:rsidRDefault="004B2954" w:rsidP="004B2954">
      <w:pPr>
        <w:spacing w:after="0"/>
        <w:rPr>
          <w:rFonts w:cs="Times New Roman"/>
          <w:sz w:val="20"/>
          <w:szCs w:val="20"/>
        </w:rPr>
      </w:pPr>
    </w:p>
    <w:p w14:paraId="2A0A577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69CB75B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D6F810A" w14:textId="77777777" w:rsidR="004B2954" w:rsidRPr="00BB79B8" w:rsidRDefault="004B2954" w:rsidP="004B2954">
      <w:pPr>
        <w:spacing w:after="20"/>
        <w:ind w:left="216"/>
        <w:rPr>
          <w:rFonts w:cs="Times New Roman"/>
          <w:sz w:val="20"/>
          <w:szCs w:val="20"/>
        </w:rPr>
      </w:pPr>
      <w:r w:rsidRPr="00BB79B8">
        <w:rPr>
          <w:rFonts w:cs="Times New Roman"/>
          <w:sz w:val="20"/>
          <w:szCs w:val="20"/>
        </w:rPr>
        <w:t>Yes, most cases of vaccine-associated myocarditis are mild and have a good prognosis, and the vast majority of patients can recover completely.</w:t>
      </w:r>
    </w:p>
    <w:p w14:paraId="79B61FC4"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5AED98D0" w14:textId="77777777" w:rsidR="004B2954" w:rsidRPr="00BB79B8" w:rsidRDefault="004B2954" w:rsidP="004B2954">
      <w:pPr>
        <w:spacing w:after="20"/>
        <w:ind w:left="216"/>
        <w:rPr>
          <w:rFonts w:cs="Times New Roman"/>
          <w:sz w:val="20"/>
          <w:szCs w:val="20"/>
        </w:rPr>
      </w:pPr>
      <w:r w:rsidRPr="00BB79B8">
        <w:rPr>
          <w:rFonts w:cs="Times New Roman"/>
          <w:sz w:val="20"/>
          <w:szCs w:val="20"/>
        </w:rPr>
        <w:t>Most affected individuals (especially young males, the high-risk group) have mild symptoms, respond well to conservative treatment (rest, symptomatic medication).</w:t>
      </w:r>
    </w:p>
    <w:p w14:paraId="680C5214" w14:textId="77777777" w:rsidR="004B2954" w:rsidRPr="00BB79B8" w:rsidRDefault="004B2954" w:rsidP="004B2954">
      <w:pPr>
        <w:spacing w:after="20"/>
        <w:ind w:left="216"/>
        <w:rPr>
          <w:rFonts w:cs="Times New Roman"/>
          <w:sz w:val="20"/>
          <w:szCs w:val="20"/>
        </w:rPr>
      </w:pPr>
      <w:r w:rsidRPr="00BB79B8">
        <w:rPr>
          <w:rFonts w:cs="Times New Roman"/>
          <w:sz w:val="20"/>
          <w:szCs w:val="20"/>
        </w:rPr>
        <w:t>The majority achieve full resolution of symptoms, normal cardiac enzyme levels, and normal heart function within days to weeks.</w:t>
      </w:r>
    </w:p>
    <w:p w14:paraId="3BB5C665"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or persistent cardiac dysfunction are rare.</w:t>
      </w:r>
    </w:p>
    <w:p w14:paraId="4788F791"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follow-up shows most patients return to normal daily activities and exercise capacity without long-term cardiac sequelae.</w:t>
      </w:r>
    </w:p>
    <w:p w14:paraId="6C8E5E93" w14:textId="77777777" w:rsidR="004B2954" w:rsidRPr="00BB79B8" w:rsidRDefault="004B2954" w:rsidP="004B2954">
      <w:pPr>
        <w:rPr>
          <w:rFonts w:cs="Times New Roman"/>
          <w:sz w:val="20"/>
          <w:szCs w:val="20"/>
        </w:rPr>
      </w:pPr>
    </w:p>
    <w:p w14:paraId="2CCF12A2" w14:textId="77777777" w:rsidR="004B2954" w:rsidRPr="00BB79B8" w:rsidRDefault="004B2954" w:rsidP="004B2954">
      <w:pPr>
        <w:keepNext/>
        <w:rPr>
          <w:rFonts w:cs="Times New Roman"/>
          <w:sz w:val="20"/>
          <w:szCs w:val="20"/>
        </w:rPr>
      </w:pPr>
      <w:r w:rsidRPr="00BB79B8">
        <w:rPr>
          <w:rFonts w:cs="Times New Roman"/>
          <w:b/>
          <w:color w:val="1F4E79"/>
          <w:sz w:val="20"/>
          <w:szCs w:val="20"/>
        </w:rPr>
        <w:t>Q30. Does exercising too soon after COVID-19 infection increase the risk of myocarditis?</w:t>
      </w:r>
    </w:p>
    <w:p w14:paraId="1F0A939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73CDC1C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790D886" w14:textId="77777777" w:rsidR="004B2954" w:rsidRPr="00BB79B8" w:rsidRDefault="004B2954" w:rsidP="004B2954">
      <w:pPr>
        <w:spacing w:after="20"/>
        <w:ind w:left="216"/>
        <w:rPr>
          <w:rFonts w:cs="Times New Roman"/>
          <w:sz w:val="20"/>
          <w:szCs w:val="20"/>
        </w:rPr>
      </w:pPr>
      <w:r w:rsidRPr="00BB79B8">
        <w:rPr>
          <w:rFonts w:cs="Times New Roman"/>
          <w:sz w:val="20"/>
          <w:szCs w:val="20"/>
        </w:rPr>
        <w:t>Yes - exercising too soon after a COVID-19 infection can increase the risk of myocarditis or other heart-related complications (especially if you have underlying cardiac involvement), and that's why medical guidelines generally recommend delaying a return to strenuous exercise until you're fully recovered and, in some cases, medically evaluated.</w:t>
      </w:r>
    </w:p>
    <w:p w14:paraId="4ACF5AAE" w14:textId="77777777" w:rsidR="004B2954" w:rsidRPr="00BB79B8" w:rsidRDefault="004B2954" w:rsidP="004B2954">
      <w:pPr>
        <w:spacing w:after="20"/>
        <w:ind w:left="216"/>
        <w:rPr>
          <w:rFonts w:cs="Times New Roman"/>
          <w:sz w:val="20"/>
          <w:szCs w:val="20"/>
        </w:rPr>
      </w:pPr>
      <w:r w:rsidRPr="00BB79B8">
        <w:rPr>
          <w:rFonts w:cs="Times New Roman"/>
          <w:sz w:val="20"/>
          <w:szCs w:val="20"/>
        </w:rPr>
        <w:t>Why early exercise can be risky</w:t>
      </w:r>
    </w:p>
    <w:p w14:paraId="0FD6A26D"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Inflammation from the virus: COVID-19 isn't just a respiratory illness - it can also cause inflammation in the heart muscle (myocarditis), even in people without prior heart disease. Exercising while this inflammation is present can worsen heart injury and potentially lead to serious complications like arrhythmias (irregular heartbeats) or even sudden cardiac events.</w:t>
      </w:r>
    </w:p>
    <w:p w14:paraId="3821E193"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Increased metabolic demand: Physical exertion increases heart rate and cardiac workload. If the heart is already inflamed or healing from viral injury, that increased demand can prolong recovery or exacerbate damage.</w:t>
      </w:r>
    </w:p>
    <w:p w14:paraId="06D7A42A" w14:textId="77777777" w:rsidR="004B2954" w:rsidRPr="00BB79B8" w:rsidRDefault="004B2954" w:rsidP="004B2954">
      <w:pPr>
        <w:spacing w:after="20"/>
        <w:ind w:left="216"/>
        <w:rPr>
          <w:rFonts w:cs="Times New Roman"/>
          <w:sz w:val="20"/>
          <w:szCs w:val="20"/>
        </w:rPr>
      </w:pPr>
      <w:r w:rsidRPr="00BB79B8">
        <w:rPr>
          <w:rFonts w:cs="Times New Roman"/>
          <w:sz w:val="20"/>
          <w:szCs w:val="20"/>
        </w:rPr>
        <w:t>Current guidance on timing</w:t>
      </w:r>
    </w:p>
    <w:p w14:paraId="19C197FB"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and sports cardiology groups have generally advised:</w:t>
      </w:r>
    </w:p>
    <w:p w14:paraId="32F03EEB"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exercise during active infection and until symptoms have fully resolved.</w:t>
      </w:r>
    </w:p>
    <w:p w14:paraId="45AA82D4" w14:textId="77777777" w:rsidR="004B2954" w:rsidRPr="00BB79B8" w:rsidRDefault="004B2954" w:rsidP="004B2954">
      <w:pPr>
        <w:spacing w:after="20"/>
        <w:ind w:left="216"/>
        <w:rPr>
          <w:rFonts w:cs="Times New Roman"/>
          <w:sz w:val="20"/>
          <w:szCs w:val="20"/>
        </w:rPr>
      </w:pPr>
      <w:r w:rsidRPr="00BB79B8">
        <w:rPr>
          <w:rFonts w:cs="Times New Roman"/>
          <w:sz w:val="20"/>
          <w:szCs w:val="20"/>
        </w:rPr>
        <w:t>Asymptomatic or mild cases: A cautious, gradual return to exercise after symptoms stop (often with a minimum rest period like 3 days) is suggested without intense training right away.</w:t>
      </w:r>
    </w:p>
    <w:p w14:paraId="3969E777"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Symptomatic cardiac or cardiopulmonary symptoms (e.g., chest pain, palpitations, shortness of breath): Further evaluation (e.g., ECG, cardiac biomarkers, imaging) before resuming exercise is recommended, because of the risk of myocarditis.</w:t>
      </w:r>
    </w:p>
    <w:p w14:paraId="2EE1A203" w14:textId="77777777" w:rsidR="004B2954" w:rsidRPr="00BB79B8" w:rsidRDefault="004B2954" w:rsidP="004B2954">
      <w:pPr>
        <w:spacing w:after="20"/>
        <w:ind w:left="216"/>
        <w:rPr>
          <w:rFonts w:cs="Times New Roman"/>
          <w:sz w:val="20"/>
          <w:szCs w:val="20"/>
        </w:rPr>
      </w:pPr>
      <w:r w:rsidRPr="00BB79B8">
        <w:rPr>
          <w:rFonts w:cs="Times New Roman"/>
          <w:sz w:val="20"/>
          <w:szCs w:val="20"/>
        </w:rPr>
        <w:t>Confirmed myocarditis: Strict exercise restriction for 3-6 months is typically advised, with medical clearance before resuming training.</w:t>
      </w:r>
    </w:p>
    <w:p w14:paraId="2111288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2A4BA76B"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and letting your body recover before returning to exercise after COVID-19 can reduce the risk of heart inflammation and other complications. Pushing yourself too hard too soon - especially with vigorous exercise - can turn a relatively mild infection into a more serious issue if the heart is affected.</w:t>
      </w:r>
    </w:p>
    <w:p w14:paraId="33628372" w14:textId="77777777" w:rsidR="004B2954" w:rsidRPr="00BB79B8" w:rsidRDefault="004B2954" w:rsidP="004B2954">
      <w:pPr>
        <w:spacing w:after="0"/>
        <w:rPr>
          <w:rFonts w:cs="Times New Roman"/>
          <w:sz w:val="20"/>
          <w:szCs w:val="20"/>
        </w:rPr>
      </w:pPr>
    </w:p>
    <w:p w14:paraId="6559828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5F083C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6FB4460" w14:textId="77777777" w:rsidR="004B2954" w:rsidRPr="00BB79B8" w:rsidRDefault="004B2954" w:rsidP="004B2954">
      <w:pPr>
        <w:spacing w:after="20"/>
        <w:ind w:left="216"/>
        <w:rPr>
          <w:rFonts w:cs="Times New Roman"/>
          <w:sz w:val="20"/>
          <w:szCs w:val="20"/>
        </w:rPr>
      </w:pPr>
      <w:r w:rsidRPr="00BB79B8">
        <w:rPr>
          <w:rFonts w:cs="Times New Roman"/>
          <w:sz w:val="20"/>
          <w:szCs w:val="20"/>
        </w:rPr>
        <w:t>Current clinical evidence indicates that exercising too intensely during the active or acute recovery phase of a COVID-19 infection can increase the risk of exacerbating myocardial inflammation and triggering serious arrhythmias. However, the risk of developing new-onset myocarditis solely from exercise is generally low, provided the resumption of activity is gradual and symptoms have resolved.</w:t>
      </w:r>
    </w:p>
    <w:p w14:paraId="507AF8BB"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 of Risk</w:t>
      </w:r>
    </w:p>
    <w:p w14:paraId="18A50051" w14:textId="77777777" w:rsidR="004B2954" w:rsidRPr="00BB79B8" w:rsidRDefault="004B2954" w:rsidP="004B2954">
      <w:pPr>
        <w:spacing w:after="20"/>
        <w:ind w:left="216"/>
        <w:rPr>
          <w:rFonts w:cs="Times New Roman"/>
          <w:sz w:val="20"/>
          <w:szCs w:val="20"/>
        </w:rPr>
      </w:pPr>
      <w:r w:rsidRPr="00BB79B8">
        <w:rPr>
          <w:rFonts w:cs="Times New Roman"/>
          <w:sz w:val="20"/>
          <w:szCs w:val="20"/>
        </w:rPr>
        <w:t>The primary concern is not that exercise creates the virus, but that it acts as a stressor on an already inflamed heart.</w:t>
      </w:r>
    </w:p>
    <w:p w14:paraId="0D09E9DD"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and Immune Stress: COVID-19 can cause myocardial injury through direct viral invasion or a maladaptive immune response (cytokine storm) (PMC12859216, 2026). In preclinical murine models, intense exercise during the acute phase of viral myocarditis has been shown to increase viral replication, worsen myocardial damage, and increase mortality (Frontiers, 2025; PMC9214892).</w:t>
      </w:r>
    </w:p>
    <w:p w14:paraId="505D6CDF" w14:textId="77777777" w:rsidR="004B2954" w:rsidRPr="00BB79B8" w:rsidRDefault="004B2954" w:rsidP="004B2954">
      <w:pPr>
        <w:spacing w:after="20"/>
        <w:ind w:left="216"/>
        <w:rPr>
          <w:rFonts w:cs="Times New Roman"/>
          <w:sz w:val="20"/>
          <w:szCs w:val="20"/>
        </w:rPr>
      </w:pPr>
      <w:r w:rsidRPr="00BB79B8">
        <w:rPr>
          <w:rFonts w:cs="Times New Roman"/>
          <w:sz w:val="20"/>
          <w:szCs w:val="20"/>
        </w:rPr>
        <w:t>Pro-inflammatory Response: While moderate exercise can support immune regulation, high-intensity training often exacerbates pro-inflammatory responses, potentially worsening cardiac injury in vulnerable patients (Frontiers, 2025).</w:t>
      </w:r>
    </w:p>
    <w:p w14:paraId="2B267996" w14:textId="77777777" w:rsidR="004B2954" w:rsidRPr="00BB79B8" w:rsidRDefault="004B2954" w:rsidP="004B2954">
      <w:pPr>
        <w:spacing w:after="20"/>
        <w:ind w:left="216"/>
        <w:rPr>
          <w:rFonts w:cs="Times New Roman"/>
          <w:sz w:val="20"/>
          <w:szCs w:val="20"/>
        </w:rPr>
      </w:pPr>
      <w:r w:rsidRPr="00BB79B8">
        <w:rPr>
          <w:rFonts w:cs="Times New Roman"/>
          <w:sz w:val="20"/>
          <w:szCs w:val="20"/>
        </w:rPr>
        <w:t>Prevalence in Athletes</w:t>
      </w:r>
    </w:p>
    <w:p w14:paraId="7E132969" w14:textId="77777777" w:rsidR="004B2954" w:rsidRPr="00BB79B8" w:rsidRDefault="004B2954" w:rsidP="004B2954">
      <w:pPr>
        <w:spacing w:after="20"/>
        <w:ind w:left="216"/>
        <w:rPr>
          <w:rFonts w:cs="Times New Roman"/>
          <w:sz w:val="20"/>
          <w:szCs w:val="20"/>
        </w:rPr>
      </w:pPr>
      <w:r w:rsidRPr="00BB79B8">
        <w:rPr>
          <w:rFonts w:cs="Times New Roman"/>
          <w:sz w:val="20"/>
          <w:szCs w:val="20"/>
        </w:rPr>
        <w:t>Despite early concerns, systematic reviews have found that the actual prevalence of clinical myocarditis in athletes after COVID-19 is relatively low:</w:t>
      </w:r>
    </w:p>
    <w:p w14:paraId="40288AA5" w14:textId="77777777" w:rsidR="004B2954" w:rsidRPr="00BB79B8" w:rsidRDefault="004B2954" w:rsidP="004B2954">
      <w:pPr>
        <w:spacing w:after="20"/>
        <w:ind w:left="216"/>
        <w:rPr>
          <w:rFonts w:cs="Times New Roman"/>
          <w:sz w:val="20"/>
          <w:szCs w:val="20"/>
        </w:rPr>
      </w:pPr>
      <w:r w:rsidRPr="00BB79B8">
        <w:rPr>
          <w:rFonts w:cs="Times New Roman"/>
          <w:sz w:val="20"/>
          <w:szCs w:val="20"/>
        </w:rPr>
        <w:t>Prevalence Rates: Meta-analyses show a pooled prevalence of approximately 1.5% for myocarditis and 1.9% for pericardial effusion among athletes (PMC12335809, 2025).</w:t>
      </w:r>
    </w:p>
    <w:p w14:paraId="6E5BAC30"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Cardiac Death (SCD): Myocarditis remains a major cause of sport-related sudden cardiac death (SCD), accounting for roughly 6% to 14% of such events (PMC11164182; PMC9398901).</w:t>
      </w:r>
    </w:p>
    <w:p w14:paraId="4DE99BE2" w14:textId="77777777" w:rsidR="004B2954" w:rsidRPr="00BB79B8" w:rsidRDefault="004B2954" w:rsidP="004B2954">
      <w:pPr>
        <w:spacing w:after="20"/>
        <w:ind w:left="216"/>
        <w:rPr>
          <w:rFonts w:cs="Times New Roman"/>
          <w:sz w:val="20"/>
          <w:szCs w:val="20"/>
        </w:rPr>
      </w:pPr>
      <w:r w:rsidRPr="00BB79B8">
        <w:rPr>
          <w:rFonts w:cs="Times New Roman"/>
          <w:sz w:val="20"/>
          <w:szCs w:val="20"/>
        </w:rPr>
        <w:t>Current Medical Guidelines (2025-2026)</w:t>
      </w:r>
    </w:p>
    <w:p w14:paraId="160DFD0E" w14:textId="77777777" w:rsidR="004B2954" w:rsidRPr="00BB79B8" w:rsidRDefault="004B2954" w:rsidP="004B2954">
      <w:pPr>
        <w:spacing w:after="20"/>
        <w:ind w:left="216"/>
        <w:rPr>
          <w:rFonts w:cs="Times New Roman"/>
          <w:sz w:val="20"/>
          <w:szCs w:val="20"/>
        </w:rPr>
      </w:pPr>
      <w:r w:rsidRPr="00BB79B8">
        <w:rPr>
          <w:rFonts w:cs="Times New Roman"/>
          <w:sz w:val="20"/>
          <w:szCs w:val="20"/>
        </w:rPr>
        <w:t>The 2025 ESC (European Society of Cardiology) Guidelines and other sports medicine protocols emphasize a cautious, individualized approach:</w:t>
      </w:r>
    </w:p>
    <w:p w14:paraId="31B1AE4B" w14:textId="77777777" w:rsidR="004B2954" w:rsidRPr="00BB79B8" w:rsidRDefault="004B2954" w:rsidP="004B2954">
      <w:pPr>
        <w:spacing w:after="20"/>
        <w:ind w:left="216"/>
        <w:rPr>
          <w:rFonts w:cs="Times New Roman"/>
          <w:sz w:val="20"/>
          <w:szCs w:val="20"/>
        </w:rPr>
      </w:pPr>
      <w:r w:rsidRPr="00BB79B8">
        <w:rPr>
          <w:rFonts w:cs="Times New Roman"/>
          <w:sz w:val="20"/>
          <w:szCs w:val="20"/>
        </w:rPr>
        <w:t>The 3-6 Month Rule: For patients formally diagnosed with myocarditis, it is recommended to abstain from moderate-to-high intensity physical activity for 3 to 6 months (Frontiers, 2025).</w:t>
      </w:r>
    </w:p>
    <w:p w14:paraId="08785388"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 Return to Play (RTP): For those with mild or asymptomatic COVID-19, a "graded" return is essential. This starts with low-intensity activity after at least 7-10 days of being symptom-free (PMC9214892).</w:t>
      </w:r>
    </w:p>
    <w:p w14:paraId="0B294B8C" w14:textId="77777777" w:rsidR="004B2954" w:rsidRPr="00BB79B8" w:rsidRDefault="004B2954" w:rsidP="004B2954">
      <w:pPr>
        <w:spacing w:after="20"/>
        <w:ind w:left="216"/>
        <w:rPr>
          <w:rFonts w:cs="Times New Roman"/>
          <w:sz w:val="20"/>
          <w:szCs w:val="20"/>
        </w:rPr>
      </w:pPr>
      <w:r w:rsidRPr="00BB79B8">
        <w:rPr>
          <w:rFonts w:cs="Times New Roman"/>
          <w:sz w:val="20"/>
          <w:szCs w:val="20"/>
        </w:rPr>
        <w:t>Red Flags: Exercise should be stopped immediately if "red flag" symptoms occur, such as exertional chest pain, palpitations, unusual shortness of breath, or syncope (PMC9214892).</w:t>
      </w:r>
    </w:p>
    <w:p w14:paraId="4A43E3BE" w14:textId="77777777" w:rsidR="004B2954" w:rsidRPr="00BB79B8" w:rsidRDefault="004B2954" w:rsidP="004B2954">
      <w:pPr>
        <w:spacing w:after="20"/>
        <w:ind w:left="216"/>
        <w:rPr>
          <w:rFonts w:cs="Times New Roman"/>
          <w:sz w:val="20"/>
          <w:szCs w:val="20"/>
        </w:rPr>
      </w:pPr>
      <w:r w:rsidRPr="00BB79B8">
        <w:rPr>
          <w:rFonts w:cs="Times New Roman"/>
          <w:sz w:val="20"/>
          <w:szCs w:val="20"/>
        </w:rPr>
        <w:t>References</w:t>
      </w:r>
    </w:p>
    <w:p w14:paraId="2984DE78" w14:textId="77777777" w:rsidR="004B2954" w:rsidRPr="00BB79B8" w:rsidRDefault="004B2954" w:rsidP="004B2954">
      <w:pPr>
        <w:spacing w:after="20"/>
        <w:ind w:left="216"/>
        <w:rPr>
          <w:rFonts w:cs="Times New Roman"/>
          <w:sz w:val="20"/>
          <w:szCs w:val="20"/>
        </w:rPr>
      </w:pPr>
      <w:r w:rsidRPr="00BB79B8">
        <w:rPr>
          <w:rFonts w:cs="Times New Roman"/>
          <w:sz w:val="20"/>
          <w:szCs w:val="20"/>
        </w:rPr>
        <w:t>Ferraro, B., Buela Alvarado, C. C. A., Mink, J., &amp; Weckbach, L. T. (2025). Comparative effects of moderate and high-intensity training on immune activation in myocarditis: a review of preclinical and clinical evidence. Frontiers in Pharmacology, 16. https://doi.org/10.3389/fphar.2025.1643056 Cited by: 0</w:t>
      </w:r>
    </w:p>
    <w:p w14:paraId="69577164" w14:textId="77777777" w:rsidR="004B2954" w:rsidRPr="00BB79B8" w:rsidRDefault="004B2954" w:rsidP="004B2954">
      <w:pPr>
        <w:spacing w:after="20"/>
        <w:ind w:left="216"/>
        <w:rPr>
          <w:rFonts w:cs="Times New Roman"/>
          <w:sz w:val="20"/>
          <w:szCs w:val="20"/>
        </w:rPr>
      </w:pPr>
      <w:r w:rsidRPr="00BB79B8">
        <w:rPr>
          <w:rFonts w:cs="Times New Roman"/>
          <w:sz w:val="20"/>
          <w:szCs w:val="20"/>
        </w:rPr>
        <w:t>Imazio, M., Collini, V., Groeschel, J., &amp; Schulz-Menger, J. (2025). The 2025 ESC myocarditis and pericarditis guidelines - what clinicians needs to know. Journal of Cardiovascular Medicine, 26(9), 469-472. https://doi.org/10.2459/JCM.0000000000001776 Cited by: 0</w:t>
      </w:r>
    </w:p>
    <w:p w14:paraId="5AA5F453" w14:textId="77777777" w:rsidR="004B2954" w:rsidRPr="00BB79B8" w:rsidRDefault="004B2954" w:rsidP="004B2954">
      <w:pPr>
        <w:spacing w:after="20"/>
        <w:ind w:left="216"/>
        <w:rPr>
          <w:rFonts w:cs="Times New Roman"/>
          <w:sz w:val="20"/>
          <w:szCs w:val="20"/>
        </w:rPr>
      </w:pPr>
      <w:r w:rsidRPr="00BB79B8">
        <w:rPr>
          <w:rFonts w:cs="Times New Roman"/>
          <w:sz w:val="20"/>
          <w:szCs w:val="20"/>
        </w:rPr>
        <w:t>Mubarik, A., et al. (2025). Cardiovascular Complications of COVID-19 in Athletes: A Systematic Review and Meta-analysis. Cureus, 17(7). https://doi.org/10.7759/cureus.85108 (via PMC12335809) Cited by: 0</w:t>
      </w:r>
    </w:p>
    <w:p w14:paraId="2B9AFCAE"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O'Connor, M., et al. (2026). Bridging the clinical, molecular and genetic perspectives on myocarditis in post-COVID-19 era. International Journal of Molecular Sciences. (via PMC12859216) Cited by: 0</w:t>
      </w:r>
    </w:p>
    <w:p w14:paraId="73DC6198" w14:textId="77777777" w:rsidR="004B2954" w:rsidRPr="00BB79B8" w:rsidRDefault="004B2954" w:rsidP="004B2954">
      <w:pPr>
        <w:spacing w:after="0"/>
        <w:rPr>
          <w:rFonts w:cs="Times New Roman"/>
          <w:sz w:val="20"/>
          <w:szCs w:val="20"/>
        </w:rPr>
      </w:pPr>
    </w:p>
    <w:p w14:paraId="689901D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50E9B96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1799143"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Exercising too soon after a COVID-19 infection can increase the risk of myocarditis, but the degree of risk depends on illness severity and the presence of symptoms. The core issue is that myocarditis (heart-muscle inflammation) is a known complication of viral infections, including SARS-CoV-2, and exercise during active or recent myocarditis can worsen heart damage and trigger dangerous arrhythmias.</w:t>
      </w:r>
    </w:p>
    <w:p w14:paraId="1FC674B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1B781487" w14:textId="77777777" w:rsidR="004B2954" w:rsidRPr="00BB79B8" w:rsidRDefault="004B2954" w:rsidP="004B2954">
      <w:pPr>
        <w:spacing w:after="20"/>
        <w:ind w:left="216"/>
        <w:rPr>
          <w:rFonts w:cs="Times New Roman"/>
          <w:sz w:val="20"/>
          <w:szCs w:val="20"/>
        </w:rPr>
      </w:pPr>
      <w:r w:rsidRPr="00BB79B8">
        <w:rPr>
          <w:rFonts w:cs="Times New Roman"/>
          <w:sz w:val="20"/>
          <w:szCs w:val="20"/>
        </w:rPr>
        <w:t>COVID-19 can cause myocarditis, even in otherwise healthy people. Studies of adults and college athletes found a higher incidence of myocarditis after COVID-19 compared with other viral infections.</w:t>
      </w:r>
    </w:p>
    <w:p w14:paraId="68B85189"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during acute myocarditis increases severity of myocardial injury and can trigger lethal arrhythmias or sudden cardiac death.</w:t>
      </w:r>
    </w:p>
    <w:p w14:paraId="021CF474"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of this, athletes with confirmed myocarditis are advised to avoid exercise for 3-6 months to allow the heart to heal.</w:t>
      </w:r>
    </w:p>
    <w:p w14:paraId="2BDAA709" w14:textId="77777777" w:rsidR="004B2954" w:rsidRPr="00BB79B8" w:rsidRDefault="004B2954" w:rsidP="004B2954">
      <w:pPr>
        <w:spacing w:after="20"/>
        <w:ind w:left="216"/>
        <w:rPr>
          <w:rFonts w:cs="Times New Roman"/>
          <w:sz w:val="20"/>
          <w:szCs w:val="20"/>
        </w:rPr>
      </w:pPr>
      <w:r w:rsidRPr="00BB79B8">
        <w:rPr>
          <w:rFonts w:cs="Times New Roman"/>
          <w:sz w:val="20"/>
          <w:szCs w:val="20"/>
        </w:rPr>
        <w:t>When is it risky to exercise after COVID-19?</w:t>
      </w:r>
    </w:p>
    <w:p w14:paraId="7E46D424"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COVID-19 or hospitalization: These individuals are at higher risk of cardiac injury and should follow myocarditis return-to-play rules: no exercise for 3-6 months, plus cardiac evaluation.</w:t>
      </w:r>
    </w:p>
    <w:p w14:paraId="7E45720B" w14:textId="77777777" w:rsidR="004B2954" w:rsidRPr="00BB79B8" w:rsidRDefault="004B2954" w:rsidP="004B2954">
      <w:pPr>
        <w:spacing w:after="20"/>
        <w:ind w:left="216"/>
        <w:rPr>
          <w:rFonts w:cs="Times New Roman"/>
          <w:sz w:val="20"/>
          <w:szCs w:val="20"/>
        </w:rPr>
      </w:pPr>
      <w:r w:rsidRPr="00BB79B8">
        <w:rPr>
          <w:rFonts w:cs="Times New Roman"/>
          <w:sz w:val="20"/>
          <w:szCs w:val="20"/>
        </w:rPr>
        <w:t>Mild-moderate COVID-19: Guidelines recommend at least 2 weeks of rest from symptom onset, followed by a cardiovascular evaluation if symptoms persist or if the person is an athlete.</w:t>
      </w:r>
    </w:p>
    <w:p w14:paraId="493511B2" w14:textId="77777777" w:rsidR="004B2954" w:rsidRPr="00BB79B8" w:rsidRDefault="004B2954" w:rsidP="004B2954">
      <w:pPr>
        <w:spacing w:after="20"/>
        <w:ind w:left="216"/>
        <w:rPr>
          <w:rFonts w:cs="Times New Roman"/>
          <w:sz w:val="20"/>
          <w:szCs w:val="20"/>
        </w:rPr>
      </w:pPr>
      <w:r w:rsidRPr="00BB79B8">
        <w:rPr>
          <w:rFonts w:cs="Times New Roman"/>
          <w:sz w:val="20"/>
          <w:szCs w:val="20"/>
        </w:rPr>
        <w:t>Asymptomatic or fully recovered individuals: If you feel normal and have no chest pain, shortness of breath, or extreme fatigue, returning to exercise is generally safe, though easing back in is recommended.</w:t>
      </w:r>
    </w:p>
    <w:p w14:paraId="13F4C3B1"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that suggest you should not exercise yet</w:t>
      </w:r>
    </w:p>
    <w:p w14:paraId="3004119A" w14:textId="77777777" w:rsidR="004B2954" w:rsidRPr="00BB79B8" w:rsidRDefault="004B2954" w:rsidP="004B2954">
      <w:pPr>
        <w:spacing w:after="20"/>
        <w:ind w:left="216"/>
        <w:rPr>
          <w:rFonts w:cs="Times New Roman"/>
          <w:sz w:val="20"/>
          <w:szCs w:val="20"/>
        </w:rPr>
      </w:pPr>
      <w:r w:rsidRPr="00BB79B8">
        <w:rPr>
          <w:rFonts w:cs="Times New Roman"/>
          <w:sz w:val="20"/>
          <w:szCs w:val="20"/>
        </w:rPr>
        <w:t>If any of these occur after COVID-19, they may indicate myocarditis and warrant medical evaluation before resuming activity:</w:t>
      </w:r>
    </w:p>
    <w:p w14:paraId="2724128B"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2DE830EB"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3FA979B8"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irregular heartbeat</w:t>
      </w:r>
    </w:p>
    <w:p w14:paraId="63AF5338" w14:textId="77777777" w:rsidR="004B2954" w:rsidRPr="00BB79B8" w:rsidRDefault="004B2954" w:rsidP="004B2954">
      <w:pPr>
        <w:spacing w:after="20"/>
        <w:ind w:left="216"/>
        <w:rPr>
          <w:rFonts w:cs="Times New Roman"/>
          <w:sz w:val="20"/>
          <w:szCs w:val="20"/>
        </w:rPr>
      </w:pPr>
      <w:r w:rsidRPr="00BB79B8">
        <w:rPr>
          <w:rFonts w:cs="Times New Roman"/>
          <w:sz w:val="20"/>
          <w:szCs w:val="20"/>
        </w:rPr>
        <w:t>Unusual fatigue</w:t>
      </w:r>
    </w:p>
    <w:p w14:paraId="58188134" w14:textId="77777777" w:rsidR="004B2954" w:rsidRPr="00BB79B8" w:rsidRDefault="004B2954" w:rsidP="004B2954">
      <w:pPr>
        <w:spacing w:after="20"/>
        <w:ind w:left="216"/>
        <w:rPr>
          <w:rFonts w:cs="Times New Roman"/>
          <w:sz w:val="20"/>
          <w:szCs w:val="20"/>
        </w:rPr>
      </w:pPr>
      <w:r w:rsidRPr="00BB79B8">
        <w:rPr>
          <w:rFonts w:cs="Times New Roman"/>
          <w:sz w:val="20"/>
          <w:szCs w:val="20"/>
        </w:rPr>
        <w:t>Light-headedness or fainting</w:t>
      </w:r>
    </w:p>
    <w:p w14:paraId="3F219D61"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fever or flu-like symptoms</w:t>
      </w:r>
    </w:p>
    <w:p w14:paraId="079F64E3"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08EE195B" w14:textId="77777777" w:rsidR="004B2954" w:rsidRPr="00BB79B8" w:rsidRDefault="004B2954" w:rsidP="004B2954">
      <w:pPr>
        <w:spacing w:after="20"/>
        <w:ind w:left="216"/>
        <w:rPr>
          <w:rFonts w:cs="Times New Roman"/>
          <w:sz w:val="20"/>
          <w:szCs w:val="20"/>
        </w:rPr>
      </w:pPr>
      <w:r w:rsidRPr="00BB79B8">
        <w:rPr>
          <w:rFonts w:cs="Times New Roman"/>
          <w:sz w:val="20"/>
          <w:szCs w:val="20"/>
        </w:rPr>
        <w:t>Yes - exercising too soon after COVID-19 can increase the risk of myocarditis or worsen it if already present. The safest approach is:</w:t>
      </w:r>
    </w:p>
    <w:p w14:paraId="314F7713" w14:textId="77777777" w:rsidR="004B2954" w:rsidRPr="00BB79B8" w:rsidRDefault="004B2954" w:rsidP="004B2954">
      <w:pPr>
        <w:spacing w:after="20"/>
        <w:ind w:left="216"/>
        <w:rPr>
          <w:rFonts w:cs="Times New Roman"/>
          <w:sz w:val="20"/>
          <w:szCs w:val="20"/>
        </w:rPr>
      </w:pPr>
      <w:r w:rsidRPr="00BB79B8">
        <w:rPr>
          <w:rFonts w:cs="Times New Roman"/>
          <w:sz w:val="20"/>
          <w:szCs w:val="20"/>
        </w:rPr>
        <w:t>Rest for at least 1-2 weeks after mild infection.</w:t>
      </w:r>
    </w:p>
    <w:p w14:paraId="5097E486" w14:textId="77777777" w:rsidR="004B2954" w:rsidRPr="00BB79B8" w:rsidRDefault="004B2954" w:rsidP="004B2954">
      <w:pPr>
        <w:spacing w:after="20"/>
        <w:ind w:left="216"/>
        <w:rPr>
          <w:rFonts w:cs="Times New Roman"/>
          <w:sz w:val="20"/>
          <w:szCs w:val="20"/>
        </w:rPr>
      </w:pPr>
      <w:r w:rsidRPr="00BB79B8">
        <w:rPr>
          <w:rFonts w:cs="Times New Roman"/>
          <w:sz w:val="20"/>
          <w:szCs w:val="20"/>
        </w:rPr>
        <w:t>Seek evaluation if symptoms persist.</w:t>
      </w:r>
    </w:p>
    <w:p w14:paraId="6E26D39A"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strenuous exercise for 3-6 months if myocarditis is diagnosed.</w:t>
      </w:r>
    </w:p>
    <w:p w14:paraId="62909C80" w14:textId="77777777" w:rsidR="004B2954" w:rsidRPr="00BB79B8" w:rsidRDefault="004B2954" w:rsidP="004B2954">
      <w:pPr>
        <w:spacing w:after="0"/>
        <w:rPr>
          <w:rFonts w:cs="Times New Roman"/>
          <w:sz w:val="20"/>
          <w:szCs w:val="20"/>
        </w:rPr>
      </w:pPr>
    </w:p>
    <w:p w14:paraId="60D0C78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44831E2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5294430" w14:textId="77777777" w:rsidR="004B2954" w:rsidRPr="00BB79B8" w:rsidRDefault="004B2954" w:rsidP="004B2954">
      <w:pPr>
        <w:spacing w:after="20"/>
        <w:ind w:left="216"/>
        <w:rPr>
          <w:rFonts w:cs="Times New Roman"/>
          <w:sz w:val="20"/>
          <w:szCs w:val="20"/>
        </w:rPr>
      </w:pPr>
      <w:r w:rsidRPr="00BB79B8">
        <w:rPr>
          <w:rFonts w:cs="Times New Roman"/>
          <w:sz w:val="20"/>
          <w:szCs w:val="20"/>
        </w:rPr>
        <w:t>The short answer is yes, exercising strenuously too soon after a COVID-19 infection is theoretically a concern because it may increase the risk of heart inflammation (myocarditis) in rare cases. However, current research suggests that for the majority of people, the actual risk is very low, and most major medical guidelines have been updated to reflect a more practical, symptom-based approach.</w:t>
      </w:r>
    </w:p>
    <w:p w14:paraId="4B29ED35"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detailed breakdown of the evidence and recommendations:</w:t>
      </w:r>
    </w:p>
    <w:p w14:paraId="227DE931" w14:textId="77777777" w:rsidR="004B2954" w:rsidRPr="00BB79B8" w:rsidRDefault="004B2954" w:rsidP="004B2954">
      <w:pPr>
        <w:spacing w:after="20"/>
        <w:ind w:left="216"/>
        <w:rPr>
          <w:rFonts w:cs="Times New Roman"/>
          <w:sz w:val="20"/>
          <w:szCs w:val="20"/>
        </w:rPr>
      </w:pPr>
      <w:r w:rsidRPr="00BB79B8">
        <w:rPr>
          <w:rFonts w:cs="Times New Roman"/>
          <w:sz w:val="20"/>
          <w:szCs w:val="20"/>
        </w:rPr>
        <w:t>The Plausible Link: Why the Concern Exists</w:t>
      </w:r>
    </w:p>
    <w:p w14:paraId="5367B598" w14:textId="77777777" w:rsidR="004B2954" w:rsidRPr="00BB79B8" w:rsidRDefault="004B2954" w:rsidP="004B2954">
      <w:pPr>
        <w:spacing w:after="20"/>
        <w:ind w:left="216"/>
        <w:rPr>
          <w:rFonts w:cs="Times New Roman"/>
          <w:sz w:val="20"/>
          <w:szCs w:val="20"/>
        </w:rPr>
      </w:pPr>
      <w:r w:rsidRPr="00BB79B8">
        <w:rPr>
          <w:rFonts w:cs="Times New Roman"/>
          <w:sz w:val="20"/>
          <w:szCs w:val="20"/>
        </w:rPr>
        <w:t>The concern stems from a theoretical risk grounded in known physiological responses:</w:t>
      </w:r>
    </w:p>
    <w:p w14:paraId="4CAE7C48"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Link: COVID-19 can, in rare cases, directly infect the heart muscle or trigger an immune response that leads to myocarditis, i.e., inflammation of the heart muscle.</w:t>
      </w:r>
    </w:p>
    <w:p w14:paraId="5CE2BDDB"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as a Stressor: During the acute phase of a viral illness, vigorous exercise can potentially increase viral replication, worsen inflammation, and create an unstable cardiac environment, raising the risk of dangerous arrhythmias.</w:t>
      </w:r>
    </w:p>
    <w:p w14:paraId="019A6363"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Data: Early in the pandemic, studies found elevated cardiac troponin (a marker of heart injury) in 20-22% of hospitalized COVID-19 patients, fueling these concerns.</w:t>
      </w:r>
    </w:p>
    <w:p w14:paraId="1AE384DD"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Actually Shows</w:t>
      </w:r>
    </w:p>
    <w:p w14:paraId="256CD918" w14:textId="77777777" w:rsidR="004B2954" w:rsidRPr="00BB79B8" w:rsidRDefault="004B2954" w:rsidP="004B2954">
      <w:pPr>
        <w:spacing w:after="20"/>
        <w:ind w:left="216"/>
        <w:rPr>
          <w:rFonts w:cs="Times New Roman"/>
          <w:sz w:val="20"/>
          <w:szCs w:val="20"/>
        </w:rPr>
      </w:pPr>
      <w:r w:rsidRPr="00BB79B8">
        <w:rPr>
          <w:rFonts w:cs="Times New Roman"/>
          <w:sz w:val="20"/>
          <w:szCs w:val="20"/>
        </w:rPr>
        <w:t>Fear of exercise-induced myocarditis has largely subsided as more robust data has emerged.</w:t>
      </w:r>
    </w:p>
    <w:p w14:paraId="5BD145A5"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Rare Complications: The most up-to-date evidence shows that cardiovascular complications are infrequent in athletic populations. A large 2025 meta-analysis found the overall prevalence of myocarditis in athletes following COVID-19 to be about 1.5%. Other studies report similar findings, with a prevalence ranging from 1% to 4%.</w:t>
      </w:r>
    </w:p>
    <w:p w14:paraId="0669BDEC" w14:textId="77777777" w:rsidR="004B2954" w:rsidRPr="00BB79B8" w:rsidRDefault="004B2954" w:rsidP="004B2954">
      <w:pPr>
        <w:spacing w:after="20"/>
        <w:ind w:left="216"/>
        <w:rPr>
          <w:rFonts w:cs="Times New Roman"/>
          <w:sz w:val="20"/>
          <w:szCs w:val="20"/>
        </w:rPr>
      </w:pPr>
      <w:r w:rsidRPr="00BB79B8">
        <w:rPr>
          <w:rFonts w:cs="Times New Roman"/>
          <w:sz w:val="20"/>
          <w:szCs w:val="20"/>
        </w:rPr>
        <w:t>Serious Outcomes are Scarce: The same large-scale analyses have reported no cases of cardiovascular or all-cause mortality directly linked to this in athletes. Furthermore, studies have found no evidence of persistent heart muscle damage (fibrosis) or dangerous arrhythmias in the athletic population that could be attributed to prior COVID-19.</w:t>
      </w:r>
    </w:p>
    <w:p w14:paraId="21A7C2FB" w14:textId="77777777" w:rsidR="004B2954" w:rsidRPr="00BB79B8" w:rsidRDefault="004B2954" w:rsidP="004B2954">
      <w:pPr>
        <w:spacing w:after="20"/>
        <w:ind w:left="216"/>
        <w:rPr>
          <w:rFonts w:cs="Times New Roman"/>
          <w:sz w:val="20"/>
          <w:szCs w:val="20"/>
        </w:rPr>
      </w:pPr>
      <w:r w:rsidRPr="00BB79B8">
        <w:rPr>
          <w:rFonts w:cs="Times New Roman"/>
          <w:sz w:val="20"/>
          <w:szCs w:val="20"/>
        </w:rPr>
        <w:t>A Summary of Key Guidelines</w:t>
      </w:r>
    </w:p>
    <w:p w14:paraId="3BEFCC29" w14:textId="77777777" w:rsidR="004B2954" w:rsidRPr="00BB79B8" w:rsidRDefault="004B2954" w:rsidP="004B2954">
      <w:pPr>
        <w:spacing w:after="20"/>
        <w:ind w:left="216"/>
        <w:rPr>
          <w:rFonts w:cs="Times New Roman"/>
          <w:sz w:val="20"/>
          <w:szCs w:val="20"/>
        </w:rPr>
      </w:pPr>
      <w:r w:rsidRPr="00BB79B8">
        <w:rPr>
          <w:rFonts w:cs="Times New Roman"/>
          <w:sz w:val="20"/>
          <w:szCs w:val="20"/>
        </w:rPr>
        <w:t>Major medical organizations have updated their guidance to reflect the low overall risk, shifting towards a more individualized approach.</w:t>
      </w:r>
    </w:p>
    <w:p w14:paraId="7978047A" w14:textId="77777777" w:rsidR="004B2954" w:rsidRPr="00BB79B8" w:rsidRDefault="004B2954" w:rsidP="004B2954">
      <w:pPr>
        <w:spacing w:after="20"/>
        <w:ind w:left="216"/>
        <w:rPr>
          <w:rFonts w:cs="Times New Roman"/>
          <w:sz w:val="20"/>
          <w:szCs w:val="20"/>
        </w:rPr>
      </w:pPr>
      <w:r w:rsidRPr="00BB79B8">
        <w:rPr>
          <w:rFonts w:cs="Times New Roman"/>
          <w:sz w:val="20"/>
          <w:szCs w:val="20"/>
        </w:rPr>
        <w:t>Organization/Group; Key Recommendation; Source</w:t>
      </w:r>
    </w:p>
    <w:p w14:paraId="0C50B662" w14:textId="77777777" w:rsidR="004B2954" w:rsidRPr="00BB79B8" w:rsidRDefault="004B2954" w:rsidP="004B2954">
      <w:pPr>
        <w:spacing w:after="20"/>
        <w:ind w:left="216"/>
        <w:rPr>
          <w:rFonts w:cs="Times New Roman"/>
          <w:sz w:val="20"/>
          <w:szCs w:val="20"/>
        </w:rPr>
      </w:pPr>
      <w:r w:rsidRPr="00BB79B8">
        <w:rPr>
          <w:rFonts w:cs="Times New Roman"/>
          <w:sz w:val="20"/>
          <w:szCs w:val="20"/>
        </w:rPr>
        <w:t>American College of Cardiology (ACC); Asymptomatic athletes may return to exercise in 3-5 days; extensive cardiac testing is not recommended unless specific symptoms are present.</w:t>
      </w:r>
    </w:p>
    <w:p w14:paraId="0F717D09" w14:textId="77777777" w:rsidR="004B2954" w:rsidRPr="00BB79B8" w:rsidRDefault="004B2954" w:rsidP="004B2954">
      <w:pPr>
        <w:spacing w:after="20"/>
        <w:ind w:left="216"/>
        <w:rPr>
          <w:rFonts w:cs="Times New Roman"/>
          <w:sz w:val="20"/>
          <w:szCs w:val="20"/>
        </w:rPr>
      </w:pPr>
      <w:r w:rsidRPr="00BB79B8">
        <w:rPr>
          <w:rFonts w:cs="Times New Roman"/>
          <w:sz w:val="20"/>
          <w:szCs w:val="20"/>
        </w:rPr>
        <w:t>Canadian Working Group; Refrain from exercise for 7 days after complete resolution of all viral symptoms before a gradual return.</w:t>
      </w:r>
    </w:p>
    <w:p w14:paraId="0FD674ED" w14:textId="77777777" w:rsidR="004B2954" w:rsidRPr="00BB79B8" w:rsidRDefault="004B2954" w:rsidP="004B2954">
      <w:pPr>
        <w:spacing w:after="20"/>
        <w:ind w:left="216"/>
        <w:rPr>
          <w:rFonts w:cs="Times New Roman"/>
          <w:sz w:val="20"/>
          <w:szCs w:val="20"/>
        </w:rPr>
      </w:pPr>
      <w:r w:rsidRPr="00BB79B8">
        <w:rPr>
          <w:rFonts w:cs="Times New Roman"/>
          <w:sz w:val="20"/>
          <w:szCs w:val="20"/>
        </w:rPr>
        <w:t>General Clinical Consensus; Avoid exercising during active illness. For mild cases, start with low-intensity activity like walking. Listen to your body and cut back if symptoms return or worsen.</w:t>
      </w:r>
    </w:p>
    <w:p w14:paraId="3150537B" w14:textId="77777777" w:rsidR="004B2954" w:rsidRPr="00BB79B8" w:rsidRDefault="004B2954" w:rsidP="004B2954">
      <w:pPr>
        <w:spacing w:after="20"/>
        <w:ind w:left="216"/>
        <w:rPr>
          <w:rFonts w:cs="Times New Roman"/>
          <w:sz w:val="20"/>
          <w:szCs w:val="20"/>
        </w:rPr>
      </w:pPr>
      <w:r w:rsidRPr="00BB79B8">
        <w:rPr>
          <w:rFonts w:cs="Times New Roman"/>
          <w:sz w:val="20"/>
          <w:szCs w:val="20"/>
        </w:rPr>
        <w:t>Practical Steps for Resuming Exercise Safely</w:t>
      </w:r>
    </w:p>
    <w:p w14:paraId="719F760A" w14:textId="77777777" w:rsidR="004B2954" w:rsidRPr="00BB79B8" w:rsidRDefault="004B2954" w:rsidP="004B2954">
      <w:pPr>
        <w:spacing w:after="20"/>
        <w:ind w:left="216"/>
        <w:rPr>
          <w:rFonts w:cs="Times New Roman"/>
          <w:sz w:val="20"/>
          <w:szCs w:val="20"/>
        </w:rPr>
      </w:pPr>
      <w:r w:rsidRPr="00BB79B8">
        <w:rPr>
          <w:rFonts w:cs="Times New Roman"/>
          <w:sz w:val="20"/>
          <w:szCs w:val="20"/>
        </w:rPr>
        <w:t>A gradual, phased approach is the safest way to return to physical activity. Here is a simple, step-by-step guide based on expert consensus:</w:t>
      </w:r>
    </w:p>
    <w:p w14:paraId="0D804E1B"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 Zero: Complete Rest During Illness: If you test positive for COVID-19 or have any symptoms like fever, cough, or body aches, do not exercise. Total rest is crucial during the acute infectious period to minimize any theoretical risk.</w:t>
      </w:r>
    </w:p>
    <w:p w14:paraId="0E4107A7"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1: The Return (Days 3-5 after symptoms resolve): After your fever has been gone for at least 24 hours and you feel your energy is returning, you can begin low-intensity activities. This includes walking, light stretching, or very gentle yoga.</w:t>
      </w:r>
    </w:p>
    <w:p w14:paraId="6FCF3ABA"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2: Building Up (Days 5-10 after symptoms resolve): If you feel good with Phase 1 activities, gradually increase the intensity. This can include moderate-paced walking, light jogging, or bodyweight strength training.</w:t>
      </w:r>
    </w:p>
    <w:p w14:paraId="7C0CE016"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3: Progress Check (Days 10-14 after symptoms resolve): If you are tolerating activity well without any unusual symptoms (like chest pain or excessive fatigue), you can attempt your normal pre-COVID exercise routine. However, you should still expect to feel more fatigued than usual for a few weeks and be prepared to scale back if needed.</w:t>
      </w:r>
    </w:p>
    <w:p w14:paraId="14FDA933"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 a Doctor: Before resuming exercise, especially if you had more than just a mild cold, it's wise to consult a healthcare provider. Seek medical clearance if you experienced:</w:t>
      </w:r>
    </w:p>
    <w:p w14:paraId="6250D115"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to severe COVID-19 symptoms.</w:t>
      </w:r>
    </w:p>
    <w:p w14:paraId="5171FE60"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palpitations, or shortness of breath that persists.</w:t>
      </w:r>
    </w:p>
    <w:p w14:paraId="1D388A5C" w14:textId="77777777" w:rsidR="004B2954" w:rsidRPr="00BB79B8" w:rsidRDefault="004B2954" w:rsidP="004B2954">
      <w:pPr>
        <w:spacing w:after="20"/>
        <w:ind w:left="216"/>
        <w:rPr>
          <w:rFonts w:cs="Times New Roman"/>
          <w:sz w:val="20"/>
          <w:szCs w:val="20"/>
        </w:rPr>
      </w:pPr>
      <w:r w:rsidRPr="00BB79B8">
        <w:rPr>
          <w:rFonts w:cs="Times New Roman"/>
          <w:sz w:val="20"/>
          <w:szCs w:val="20"/>
        </w:rPr>
        <w:t>A recent diagnosis of myocarditis or pericarditis.</w:t>
      </w:r>
    </w:p>
    <w:p w14:paraId="1D20AAF7"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while the theoretical risk of myocarditis exists, current evidence indicates that for asymptomatic individuals or those with mild illness, resuming exercise gradually after a brief recovery period is very low-risk and safe.</w:t>
      </w:r>
    </w:p>
    <w:p w14:paraId="094B7A69" w14:textId="77777777" w:rsidR="004B2954" w:rsidRPr="00BB79B8" w:rsidRDefault="004B2954" w:rsidP="004B2954">
      <w:pPr>
        <w:spacing w:after="20"/>
        <w:ind w:left="216"/>
        <w:rPr>
          <w:rFonts w:cs="Times New Roman"/>
          <w:sz w:val="20"/>
          <w:szCs w:val="20"/>
        </w:rPr>
      </w:pPr>
      <w:r w:rsidRPr="00BB79B8">
        <w:rPr>
          <w:rFonts w:cs="Times New Roman"/>
          <w:sz w:val="20"/>
          <w:szCs w:val="20"/>
        </w:rPr>
        <w:t>I hope this detailed overview helps you approach your return to exercise with confidence. If you're looking for more specific guidance tailored to a pre-existing heart condition or a history of post-COVID symptoms like Long COVID, please let me know.</w:t>
      </w:r>
    </w:p>
    <w:p w14:paraId="2FA3B5DC" w14:textId="77777777" w:rsidR="004B2954" w:rsidRPr="00BB79B8" w:rsidRDefault="004B2954" w:rsidP="004B2954">
      <w:pPr>
        <w:spacing w:after="0"/>
        <w:rPr>
          <w:rFonts w:cs="Times New Roman"/>
          <w:sz w:val="20"/>
          <w:szCs w:val="20"/>
        </w:rPr>
      </w:pPr>
    </w:p>
    <w:p w14:paraId="368476B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2CC04E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7E40BDF" w14:textId="77777777" w:rsidR="004B2954" w:rsidRPr="00BB79B8" w:rsidRDefault="004B2954" w:rsidP="004B2954">
      <w:pPr>
        <w:spacing w:after="20"/>
        <w:ind w:left="216"/>
        <w:rPr>
          <w:rFonts w:cs="Times New Roman"/>
          <w:sz w:val="20"/>
          <w:szCs w:val="20"/>
        </w:rPr>
      </w:pPr>
      <w:r w:rsidRPr="00BB79B8">
        <w:rPr>
          <w:rFonts w:cs="Times New Roman"/>
          <w:sz w:val="20"/>
          <w:szCs w:val="20"/>
        </w:rPr>
        <w:t>Yes. Exercising too early or returning to intense physical activity immediately after a COVID-19 infection significantly raises the risk of myocarditis and other cardiac complications.</w:t>
      </w:r>
    </w:p>
    <w:p w14:paraId="42A84593"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reasons</w:t>
      </w:r>
    </w:p>
    <w:p w14:paraId="4C81F0E4" w14:textId="77777777" w:rsidR="004B2954" w:rsidRPr="00BB79B8" w:rsidRDefault="004B2954" w:rsidP="004B2954">
      <w:pPr>
        <w:spacing w:after="20"/>
        <w:ind w:left="216"/>
        <w:rPr>
          <w:rFonts w:cs="Times New Roman"/>
          <w:sz w:val="20"/>
          <w:szCs w:val="20"/>
        </w:rPr>
      </w:pPr>
      <w:r w:rsidRPr="00BB79B8">
        <w:rPr>
          <w:rFonts w:cs="Times New Roman"/>
          <w:sz w:val="20"/>
          <w:szCs w:val="20"/>
        </w:rPr>
        <w:t>COVID-19 can cause mild inflammation of the heart muscle even without obvious symptoms. Early intense exercise increases cardiac load, aggravating myocardial inflammation and triggering myocarditis.</w:t>
      </w:r>
    </w:p>
    <w:p w14:paraId="30034886" w14:textId="77777777" w:rsidR="004B2954" w:rsidRPr="00BB79B8" w:rsidRDefault="004B2954" w:rsidP="004B2954">
      <w:pPr>
        <w:spacing w:after="20"/>
        <w:ind w:left="216"/>
        <w:rPr>
          <w:rFonts w:cs="Times New Roman"/>
          <w:sz w:val="20"/>
          <w:szCs w:val="20"/>
        </w:rPr>
      </w:pPr>
      <w:r w:rsidRPr="00BB79B8">
        <w:rPr>
          <w:rFonts w:cs="Times New Roman"/>
          <w:sz w:val="20"/>
          <w:szCs w:val="20"/>
        </w:rPr>
        <w:t>Post-infection the immune system is still overactive; strenuous exercise may lead to an immune-mediated inflammatory response targeting the heart.</w:t>
      </w:r>
    </w:p>
    <w:p w14:paraId="09021386" w14:textId="77777777" w:rsidR="004B2954" w:rsidRPr="00BB79B8" w:rsidRDefault="004B2954" w:rsidP="004B2954">
      <w:pPr>
        <w:spacing w:after="20"/>
        <w:ind w:left="216"/>
        <w:rPr>
          <w:rFonts w:cs="Times New Roman"/>
          <w:sz w:val="20"/>
          <w:szCs w:val="20"/>
        </w:rPr>
      </w:pPr>
      <w:r w:rsidRPr="00BB79B8">
        <w:rPr>
          <w:rFonts w:cs="Times New Roman"/>
          <w:sz w:val="20"/>
          <w:szCs w:val="20"/>
        </w:rPr>
        <w:t>It also raises risks of arrhythmia, chest pain, persistent fatigue and long COVID symptoms.</w:t>
      </w:r>
    </w:p>
    <w:p w14:paraId="2FB3C32A"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suggestion</w:t>
      </w:r>
    </w:p>
    <w:p w14:paraId="1E52E0AD" w14:textId="77777777" w:rsidR="004B2954" w:rsidRPr="00BB79B8" w:rsidRDefault="004B2954" w:rsidP="004B2954">
      <w:pPr>
        <w:spacing w:after="20"/>
        <w:ind w:left="216"/>
        <w:rPr>
          <w:rFonts w:cs="Times New Roman"/>
          <w:sz w:val="20"/>
          <w:szCs w:val="20"/>
        </w:rPr>
      </w:pPr>
      <w:r w:rsidRPr="00BB79B8">
        <w:rPr>
          <w:rFonts w:cs="Times New Roman"/>
          <w:sz w:val="20"/>
          <w:szCs w:val="20"/>
        </w:rPr>
        <w:t>People with COVID-19 should follow a gradual return-to-exercise protocol, avoid high-intensity workouts during recovery, and pause exercise immediately if palpitations, chest tightness or dyspnea occur.</w:t>
      </w:r>
    </w:p>
    <w:p w14:paraId="6C820C16" w14:textId="77777777" w:rsidR="004B2954" w:rsidRPr="00BB79B8" w:rsidRDefault="004B2954" w:rsidP="004B2954">
      <w:pPr>
        <w:rPr>
          <w:rFonts w:cs="Times New Roman"/>
          <w:sz w:val="20"/>
          <w:szCs w:val="20"/>
        </w:rPr>
      </w:pPr>
    </w:p>
    <w:p w14:paraId="54168D85" w14:textId="77777777" w:rsidR="004B2954" w:rsidRPr="00BB79B8" w:rsidRDefault="004B2954" w:rsidP="004B2954">
      <w:pPr>
        <w:keepNext/>
        <w:rPr>
          <w:rFonts w:cs="Times New Roman"/>
          <w:sz w:val="20"/>
          <w:szCs w:val="20"/>
        </w:rPr>
      </w:pPr>
      <w:r w:rsidRPr="00BB79B8">
        <w:rPr>
          <w:rFonts w:cs="Times New Roman"/>
          <w:b/>
          <w:color w:val="1F4E79"/>
          <w:sz w:val="20"/>
          <w:szCs w:val="20"/>
        </w:rPr>
        <w:lastRenderedPageBreak/>
        <w:t>Q31. What test should be performed first when myocarditis is suspected?</w:t>
      </w:r>
    </w:p>
    <w:p w14:paraId="004005F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333124E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F627648"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myocarditis is suspected, the first-line test is usually an electrocardiogram (ECG). It is quick, non-invasive, and can detect arrhythmias, conduction abnormalities, or ST-T changes that may suggest myocardial inflammation.</w:t>
      </w:r>
    </w:p>
    <w:p w14:paraId="7F609CBE"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initial evaluations often performed alongside ECG include:</w:t>
      </w:r>
    </w:p>
    <w:p w14:paraId="386A1724"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Cardiac biomarkers like troponin to detect myocardial injury, and inflammatory markers such as CRP.</w:t>
      </w:r>
    </w:p>
    <w:p w14:paraId="59068C21"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To assess cardiac function and detect pericardial effusion.</w:t>
      </w:r>
    </w:p>
    <w:p w14:paraId="6B3AB5D6" w14:textId="77777777" w:rsidR="004B2954" w:rsidRPr="00BB79B8" w:rsidRDefault="004B2954" w:rsidP="004B2954">
      <w:pPr>
        <w:spacing w:after="20"/>
        <w:ind w:left="216"/>
        <w:rPr>
          <w:rFonts w:cs="Times New Roman"/>
          <w:sz w:val="20"/>
          <w:szCs w:val="20"/>
        </w:rPr>
      </w:pPr>
      <w:r w:rsidRPr="00BB79B8">
        <w:rPr>
          <w:rFonts w:cs="Times New Roman"/>
          <w:sz w:val="20"/>
          <w:szCs w:val="20"/>
        </w:rPr>
        <w:t>More advanced imaging like cardiac MRI is considered the gold standard for confirming myocarditis, but it is typically performed after initial tests suggest possible myocarditis.</w:t>
      </w:r>
    </w:p>
    <w:p w14:paraId="465EC981"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ECG + blood tests + echocardiography form the initial assessment, with cardiac MRI reserved for confirmation.</w:t>
      </w:r>
    </w:p>
    <w:p w14:paraId="3D652FF5" w14:textId="77777777" w:rsidR="004B2954" w:rsidRPr="00BB79B8" w:rsidRDefault="004B2954" w:rsidP="004B2954">
      <w:pPr>
        <w:spacing w:after="0"/>
        <w:rPr>
          <w:rFonts w:cs="Times New Roman"/>
          <w:sz w:val="20"/>
          <w:szCs w:val="20"/>
        </w:rPr>
      </w:pPr>
    </w:p>
    <w:p w14:paraId="6DED988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4F015AA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200340E" w14:textId="77777777" w:rsidR="004B2954" w:rsidRPr="00BB79B8" w:rsidRDefault="004B2954" w:rsidP="004B2954">
      <w:pPr>
        <w:spacing w:after="20"/>
        <w:ind w:left="216"/>
        <w:rPr>
          <w:rFonts w:cs="Times New Roman"/>
          <w:sz w:val="20"/>
          <w:szCs w:val="20"/>
        </w:rPr>
      </w:pPr>
      <w:r w:rsidRPr="00BB79B8">
        <w:rPr>
          <w:rFonts w:cs="Times New Roman"/>
          <w:sz w:val="20"/>
          <w:szCs w:val="20"/>
        </w:rPr>
        <w:t>In clinical practice, when myocarditis is suspected, the first-line diagnostic test is an Electrocardiogram (ECG).</w:t>
      </w:r>
    </w:p>
    <w:p w14:paraId="5CD9C012"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no single test besides a biopsy is definitive, the ECG is prioritized because it is non-invasive, rapid, and highly sensitive to the electrical changes caused by myocardial inflammation.</w:t>
      </w:r>
    </w:p>
    <w:p w14:paraId="28AA5B38"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Diagnostic Workup</w:t>
      </w:r>
    </w:p>
    <w:p w14:paraId="2A7A344F" w14:textId="77777777" w:rsidR="004B2954" w:rsidRPr="00BB79B8" w:rsidRDefault="004B2954" w:rsidP="004B2954">
      <w:pPr>
        <w:spacing w:after="20"/>
        <w:ind w:left="216"/>
        <w:rPr>
          <w:rFonts w:cs="Times New Roman"/>
          <w:sz w:val="20"/>
          <w:szCs w:val="20"/>
        </w:rPr>
      </w:pPr>
      <w:r w:rsidRPr="00BB79B8">
        <w:rPr>
          <w:rFonts w:cs="Times New Roman"/>
          <w:sz w:val="20"/>
          <w:szCs w:val="20"/>
        </w:rPr>
        <w:t>12-Lead ECG: This is performed first to screen for ST-segment changes, T-wave inversions, or arrhythmias. In many cases of acute myocarditis, the ECG may mimic an acute myocardial infarction (heart attack).</w:t>
      </w:r>
    </w:p>
    <w:p w14:paraId="2D3580AF"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(Troponin): Often ordered simultaneously with an ECG. Elevated levels of Troponin I or T indicate myocardial injury and strongly support the suspicion of inflammation.</w:t>
      </w:r>
    </w:p>
    <w:p w14:paraId="78968613"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X-ray: Used to assess heart size (cardiomegaly) and check for signs of pulmonary edema or heart failure.</w:t>
      </w:r>
    </w:p>
    <w:p w14:paraId="41A27233"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Typically the next step to evaluate ventricular function, wall motion abnormalities, or the presence of pericardial effusion.</w:t>
      </w:r>
    </w:p>
    <w:p w14:paraId="1003EC91" w14:textId="77777777" w:rsidR="004B2954" w:rsidRPr="00BB79B8" w:rsidRDefault="004B2954" w:rsidP="004B2954">
      <w:pPr>
        <w:spacing w:after="20"/>
        <w:ind w:left="216"/>
        <w:rPr>
          <w:rFonts w:cs="Times New Roman"/>
          <w:sz w:val="20"/>
          <w:szCs w:val="20"/>
        </w:rPr>
      </w:pPr>
      <w:r w:rsidRPr="00BB79B8">
        <w:rPr>
          <w:rFonts w:cs="Times New Roman"/>
          <w:sz w:val="20"/>
          <w:szCs w:val="20"/>
        </w:rPr>
        <w:t>Advanced Diagnostics</w:t>
      </w:r>
    </w:p>
    <w:p w14:paraId="01972895"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initial screenings (ECG and biomarkers) are abnormal, more definitive imaging is required:</w:t>
      </w:r>
    </w:p>
    <w:p w14:paraId="1EFC8E8F"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(CMR): Currently the "gold standard" for non-invasive diagnosis, as it can visualize tissue edema and scarring.</w:t>
      </w:r>
    </w:p>
    <w:p w14:paraId="59F5C0CA"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Reserved for severe or unexplained cases, as it is the only way to confirm the diagnosis histologically.</w:t>
      </w:r>
    </w:p>
    <w:p w14:paraId="43F1FD9B" w14:textId="77777777" w:rsidR="004B2954" w:rsidRPr="00BB79B8" w:rsidRDefault="004B2954" w:rsidP="004B2954">
      <w:pPr>
        <w:spacing w:after="0"/>
        <w:rPr>
          <w:rFonts w:cs="Times New Roman"/>
          <w:sz w:val="20"/>
          <w:szCs w:val="20"/>
        </w:rPr>
      </w:pPr>
    </w:p>
    <w:p w14:paraId="359AFAF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59B103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8CA5EE1" w14:textId="77777777" w:rsidR="004B2954" w:rsidRPr="00BB79B8" w:rsidRDefault="004B2954" w:rsidP="004B2954">
      <w:pPr>
        <w:spacing w:after="20"/>
        <w:ind w:left="216"/>
        <w:rPr>
          <w:rFonts w:cs="Times New Roman"/>
          <w:sz w:val="20"/>
          <w:szCs w:val="20"/>
        </w:rPr>
      </w:pPr>
      <w:r w:rsidRPr="00BB79B8">
        <w:rPr>
          <w:rFonts w:cs="Times New Roman"/>
          <w:sz w:val="20"/>
          <w:szCs w:val="20"/>
        </w:rPr>
        <w:t>The first test that should be performed when myocarditis is suspected is an electrocardiogram (ECG). This is supported by major cardiology references, which list ECG as the earliest, fastest, and most accessible initial test used to detect rhythm abnormalities or patterns suggestive of myocardial inflammation.</w:t>
      </w:r>
    </w:p>
    <w:p w14:paraId="06A6C777" w14:textId="77777777" w:rsidR="004B2954" w:rsidRPr="00BB79B8" w:rsidRDefault="004B2954" w:rsidP="004B2954">
      <w:pPr>
        <w:spacing w:after="20"/>
        <w:ind w:left="216"/>
        <w:rPr>
          <w:rFonts w:cs="Times New Roman"/>
          <w:sz w:val="20"/>
          <w:szCs w:val="20"/>
        </w:rPr>
      </w:pPr>
      <w:r w:rsidRPr="00BB79B8">
        <w:rPr>
          <w:rFonts w:cs="Times New Roman"/>
          <w:sz w:val="20"/>
          <w:szCs w:val="20"/>
        </w:rPr>
        <w:t>Why ECG is the first test</w:t>
      </w:r>
    </w:p>
    <w:p w14:paraId="473EDF18"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quick, non-invasive, and widely available in any emergency or outpatient setting.</w:t>
      </w:r>
    </w:p>
    <w:p w14:paraId="520184C4" w14:textId="77777777" w:rsidR="004B2954" w:rsidRPr="00BB79B8" w:rsidRDefault="004B2954" w:rsidP="004B2954">
      <w:pPr>
        <w:spacing w:after="20"/>
        <w:ind w:left="216"/>
        <w:rPr>
          <w:rFonts w:cs="Times New Roman"/>
          <w:sz w:val="20"/>
          <w:szCs w:val="20"/>
        </w:rPr>
      </w:pPr>
      <w:r w:rsidRPr="00BB79B8">
        <w:rPr>
          <w:rFonts w:cs="Times New Roman"/>
          <w:sz w:val="20"/>
          <w:szCs w:val="20"/>
        </w:rPr>
        <w:t>It can show arrhythmias, ST-T changes, conduction delays, or other abnormalities that raise suspicion for myocarditis.</w:t>
      </w:r>
    </w:p>
    <w:p w14:paraId="1F4F465F" w14:textId="77777777" w:rsidR="004B2954" w:rsidRPr="00BB79B8" w:rsidRDefault="004B2954" w:rsidP="004B2954">
      <w:pPr>
        <w:spacing w:after="20"/>
        <w:ind w:left="216"/>
        <w:rPr>
          <w:rFonts w:cs="Times New Roman"/>
          <w:sz w:val="20"/>
          <w:szCs w:val="20"/>
        </w:rPr>
      </w:pPr>
      <w:r w:rsidRPr="00BB79B8">
        <w:rPr>
          <w:rFonts w:cs="Times New Roman"/>
          <w:sz w:val="20"/>
          <w:szCs w:val="20"/>
        </w:rPr>
        <w:t>It helps determine whether urgent complications (e.g., ventricular arrhythmias, heart block) are present.</w:t>
      </w:r>
    </w:p>
    <w:p w14:paraId="3F4B64F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typically follows ECG in the diagnostic sequence</w:t>
      </w:r>
    </w:p>
    <w:p w14:paraId="4A6CD88E"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are not first, but are commonly ordered immediately afterward if myocarditis remains a concern:</w:t>
      </w:r>
    </w:p>
    <w:p w14:paraId="4CBC9959"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testing - detects myocardial injury; often elevated.</w:t>
      </w:r>
    </w:p>
    <w:p w14:paraId="7A53DC6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X-ray - evaluates heart size and pulmonary congestion.</w:t>
      </w:r>
    </w:p>
    <w:p w14:paraId="7E3B1290"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 assesses ventricular function and pericardial effusion.</w:t>
      </w:r>
    </w:p>
    <w:p w14:paraId="3B441287"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 the best noninvasive test to confirm myocarditis and visualize inflammation.</w:t>
      </w:r>
    </w:p>
    <w:p w14:paraId="3D879464"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 definitive but invasive; reserved for select cases.</w:t>
      </w:r>
    </w:p>
    <w:p w14:paraId="1554A7E2" w14:textId="77777777" w:rsidR="004B2954" w:rsidRPr="00BB79B8" w:rsidRDefault="004B2954" w:rsidP="004B2954">
      <w:pPr>
        <w:spacing w:after="20"/>
        <w:ind w:left="216"/>
        <w:rPr>
          <w:rFonts w:cs="Times New Roman"/>
          <w:sz w:val="20"/>
          <w:szCs w:val="20"/>
        </w:rPr>
      </w:pPr>
      <w:r w:rsidRPr="00BB79B8">
        <w:rPr>
          <w:rFonts w:cs="Times New Roman"/>
          <w:sz w:val="20"/>
          <w:szCs w:val="20"/>
        </w:rPr>
        <w:t>Visual reference: heart inflammation in myocarditis</w:t>
      </w:r>
    </w:p>
    <w:p w14:paraId="6BB93DA0" w14:textId="77777777" w:rsidR="004B2954" w:rsidRPr="00BB79B8" w:rsidRDefault="004B2954" w:rsidP="004B2954">
      <w:pPr>
        <w:spacing w:after="20"/>
        <w:ind w:left="216"/>
        <w:rPr>
          <w:rFonts w:cs="Times New Roman"/>
          <w:sz w:val="20"/>
          <w:szCs w:val="20"/>
        </w:rPr>
      </w:pPr>
      <w:r w:rsidRPr="00BB79B8">
        <w:rPr>
          <w:rFonts w:cs="Times New Roman"/>
          <w:sz w:val="20"/>
          <w:szCs w:val="20"/>
        </w:rPr>
        <w:t>Quick takeaway</w:t>
      </w:r>
    </w:p>
    <w:p w14:paraId="3C7E09A1" w14:textId="77777777" w:rsidR="004B2954" w:rsidRPr="00BB79B8" w:rsidRDefault="004B2954" w:rsidP="004B2954">
      <w:pPr>
        <w:spacing w:after="20"/>
        <w:ind w:left="216"/>
        <w:rPr>
          <w:rFonts w:cs="Times New Roman"/>
          <w:sz w:val="20"/>
          <w:szCs w:val="20"/>
        </w:rPr>
      </w:pPr>
      <w:r w:rsidRPr="00BB79B8">
        <w:rPr>
          <w:rFonts w:cs="Times New Roman"/>
          <w:sz w:val="20"/>
          <w:szCs w:val="20"/>
        </w:rPr>
        <w:t>First test: ECG</w:t>
      </w:r>
    </w:p>
    <w:p w14:paraId="4A442B8C" w14:textId="77777777" w:rsidR="004B2954" w:rsidRPr="00BB79B8" w:rsidRDefault="004B2954" w:rsidP="004B2954">
      <w:pPr>
        <w:spacing w:after="20"/>
        <w:ind w:left="216"/>
        <w:rPr>
          <w:rFonts w:cs="Times New Roman"/>
          <w:sz w:val="20"/>
          <w:szCs w:val="20"/>
        </w:rPr>
      </w:pPr>
      <w:r w:rsidRPr="00BB79B8">
        <w:rPr>
          <w:rFonts w:cs="Times New Roman"/>
          <w:sz w:val="20"/>
          <w:szCs w:val="20"/>
        </w:rPr>
        <w:t>Reason: Fastest way to detect electrical abnormalities that support early suspicion.</w:t>
      </w:r>
    </w:p>
    <w:p w14:paraId="34476D55" w14:textId="77777777" w:rsidR="004B2954" w:rsidRPr="00BB79B8" w:rsidRDefault="004B2954" w:rsidP="004B2954">
      <w:pPr>
        <w:spacing w:after="0"/>
        <w:rPr>
          <w:rFonts w:cs="Times New Roman"/>
          <w:sz w:val="20"/>
          <w:szCs w:val="20"/>
        </w:rPr>
      </w:pPr>
    </w:p>
    <w:p w14:paraId="333A16B1"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DeepSeek</w:t>
      </w:r>
    </w:p>
    <w:p w14:paraId="568562B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628B4DC" w14:textId="77777777" w:rsidR="004B2954" w:rsidRPr="00BB79B8" w:rsidRDefault="004B2954" w:rsidP="004B2954">
      <w:pPr>
        <w:spacing w:after="20"/>
        <w:ind w:left="216"/>
        <w:rPr>
          <w:rFonts w:cs="Times New Roman"/>
          <w:sz w:val="20"/>
          <w:szCs w:val="20"/>
        </w:rPr>
      </w:pPr>
      <w:r w:rsidRPr="00BB79B8">
        <w:rPr>
          <w:rFonts w:cs="Times New Roman"/>
          <w:sz w:val="20"/>
          <w:szCs w:val="20"/>
        </w:rPr>
        <w:t>The first test to perform when myocarditis is suspected is an electrocardiogram (ECG). It is quick, non-invasive, and often reveals abnormalities such as ST-segment changes, T-wave inversions, or arrhythmias, which can support the diagnosis and guide further evaluation.</w:t>
      </w:r>
    </w:p>
    <w:p w14:paraId="72AF4678" w14:textId="77777777" w:rsidR="004B2954" w:rsidRPr="00BB79B8" w:rsidRDefault="004B2954" w:rsidP="004B2954">
      <w:pPr>
        <w:spacing w:after="0"/>
        <w:rPr>
          <w:rFonts w:cs="Times New Roman"/>
          <w:sz w:val="20"/>
          <w:szCs w:val="20"/>
        </w:rPr>
      </w:pPr>
    </w:p>
    <w:p w14:paraId="492F4EA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36E9F7A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8CF5D7F"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myocarditis is suspected, electrocardiogram (ECG) should be performed first.</w:t>
      </w:r>
    </w:p>
    <w:p w14:paraId="5642AD13" w14:textId="77777777" w:rsidR="004B2954" w:rsidRPr="00BB79B8" w:rsidRDefault="004B2954" w:rsidP="004B2954">
      <w:pPr>
        <w:spacing w:after="20"/>
        <w:ind w:left="216"/>
        <w:rPr>
          <w:rFonts w:cs="Times New Roman"/>
          <w:sz w:val="20"/>
          <w:szCs w:val="20"/>
        </w:rPr>
      </w:pPr>
      <w:r w:rsidRPr="00BB79B8">
        <w:rPr>
          <w:rFonts w:cs="Times New Roman"/>
          <w:sz w:val="20"/>
          <w:szCs w:val="20"/>
        </w:rPr>
        <w:t>Key explanation</w:t>
      </w:r>
    </w:p>
    <w:p w14:paraId="56F686DF" w14:textId="77777777" w:rsidR="004B2954" w:rsidRPr="00BB79B8" w:rsidRDefault="004B2954" w:rsidP="004B2954">
      <w:pPr>
        <w:spacing w:after="20"/>
        <w:ind w:left="216"/>
        <w:rPr>
          <w:rFonts w:cs="Times New Roman"/>
          <w:sz w:val="20"/>
          <w:szCs w:val="20"/>
        </w:rPr>
      </w:pPr>
      <w:r w:rsidRPr="00BB79B8">
        <w:rPr>
          <w:rFonts w:cs="Times New Roman"/>
          <w:sz w:val="20"/>
          <w:szCs w:val="20"/>
        </w:rPr>
        <w:t>ECG is the initial and first-line screening test for suspected myocarditis; it often presents abnormal changes early, such as ST-T segment abnormalities, arrhythmias, conduction blocks, which can provide immediate diagnostic clues.</w:t>
      </w:r>
    </w:p>
    <w:p w14:paraId="4AA0F21A" w14:textId="77777777" w:rsidR="004B2954" w:rsidRPr="00BB79B8" w:rsidRDefault="004B2954" w:rsidP="004B2954">
      <w:pPr>
        <w:spacing w:after="20"/>
        <w:ind w:left="216"/>
        <w:rPr>
          <w:rFonts w:cs="Times New Roman"/>
          <w:sz w:val="20"/>
          <w:szCs w:val="20"/>
        </w:rPr>
      </w:pPr>
      <w:r w:rsidRPr="00BB79B8">
        <w:rPr>
          <w:rFonts w:cs="Times New Roman"/>
          <w:sz w:val="20"/>
          <w:szCs w:val="20"/>
        </w:rPr>
        <w:t>Subsequent tests include cardiac biomarkers (troponin, CK-MB), echocardiography, cardiac MRI, etc.</w:t>
      </w:r>
    </w:p>
    <w:p w14:paraId="1B74A82A" w14:textId="77777777" w:rsidR="004B2954" w:rsidRPr="00BB79B8" w:rsidRDefault="004B2954" w:rsidP="004B2954">
      <w:pPr>
        <w:rPr>
          <w:rFonts w:cs="Times New Roman"/>
          <w:sz w:val="20"/>
          <w:szCs w:val="20"/>
        </w:rPr>
      </w:pPr>
    </w:p>
    <w:p w14:paraId="65640921" w14:textId="77777777" w:rsidR="004B2954" w:rsidRPr="00BB79B8" w:rsidRDefault="004B2954" w:rsidP="004B2954">
      <w:pPr>
        <w:keepNext/>
        <w:rPr>
          <w:rFonts w:cs="Times New Roman"/>
          <w:sz w:val="20"/>
          <w:szCs w:val="20"/>
        </w:rPr>
      </w:pPr>
      <w:r w:rsidRPr="00BB79B8">
        <w:rPr>
          <w:rFonts w:cs="Times New Roman"/>
          <w:b/>
          <w:color w:val="1F4E79"/>
          <w:sz w:val="20"/>
          <w:szCs w:val="20"/>
        </w:rPr>
        <w:t>Q32. Can a normal electrocardiogram rule out myocarditis?</w:t>
      </w:r>
    </w:p>
    <w:p w14:paraId="49BF27D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4567DEF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CE243C3" w14:textId="77777777" w:rsidR="004B2954" w:rsidRPr="00BB79B8" w:rsidRDefault="004B2954" w:rsidP="004B2954">
      <w:pPr>
        <w:spacing w:after="20"/>
        <w:ind w:left="216"/>
        <w:rPr>
          <w:rFonts w:cs="Times New Roman"/>
          <w:sz w:val="20"/>
          <w:szCs w:val="20"/>
        </w:rPr>
      </w:pPr>
      <w:r w:rsidRPr="00BB79B8">
        <w:rPr>
          <w:rFonts w:cs="Times New Roman"/>
          <w:sz w:val="20"/>
          <w:szCs w:val="20"/>
        </w:rPr>
        <w:t>No, a normal electrocardiogram (ECG) cannot reliably rule out myocarditis.</w:t>
      </w:r>
    </w:p>
    <w:p w14:paraId="4F4E5DFD"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why:</w:t>
      </w:r>
    </w:p>
    <w:p w14:paraId="0C789E10" w14:textId="77777777" w:rsidR="004B2954" w:rsidRPr="00BB79B8" w:rsidRDefault="004B2954" w:rsidP="004B2954">
      <w:pPr>
        <w:spacing w:after="20"/>
        <w:ind w:left="216"/>
        <w:rPr>
          <w:rFonts w:cs="Times New Roman"/>
          <w:sz w:val="20"/>
          <w:szCs w:val="20"/>
        </w:rPr>
      </w:pPr>
      <w:r w:rsidRPr="00BB79B8">
        <w:rPr>
          <w:rFonts w:cs="Times New Roman"/>
          <w:sz w:val="20"/>
          <w:szCs w:val="20"/>
        </w:rPr>
        <w:t>Variable ECG findings: Myocarditis can cause a wide range of ECG abnormalities, such as ST-T changes, conduction blocks, or arrhythmias. However, some patients, especially with mild or early myocarditis, may have a completely normal ECG.</w:t>
      </w:r>
    </w:p>
    <w:p w14:paraId="0A54758D" w14:textId="77777777" w:rsidR="004B2954" w:rsidRPr="00BB79B8" w:rsidRDefault="004B2954" w:rsidP="004B2954">
      <w:pPr>
        <w:spacing w:after="20"/>
        <w:ind w:left="216"/>
        <w:rPr>
          <w:rFonts w:cs="Times New Roman"/>
          <w:sz w:val="20"/>
          <w:szCs w:val="20"/>
        </w:rPr>
      </w:pPr>
      <w:r w:rsidRPr="00BB79B8">
        <w:rPr>
          <w:rFonts w:cs="Times New Roman"/>
          <w:sz w:val="20"/>
          <w:szCs w:val="20"/>
        </w:rPr>
        <w:t>Sensitivity limitation: Studies show that ECG changes are non-specific and may be absent in a significant proportion of myocarditis cases. A normal ECG does not exclude myocardial inflammation or injury.</w:t>
      </w:r>
    </w:p>
    <w:p w14:paraId="652E5C5D" w14:textId="77777777" w:rsidR="004B2954" w:rsidRPr="00BB79B8" w:rsidRDefault="004B2954" w:rsidP="004B2954">
      <w:pPr>
        <w:spacing w:after="20"/>
        <w:ind w:left="216"/>
        <w:rPr>
          <w:rFonts w:cs="Times New Roman"/>
          <w:sz w:val="20"/>
          <w:szCs w:val="20"/>
        </w:rPr>
      </w:pPr>
      <w:r w:rsidRPr="00BB79B8">
        <w:rPr>
          <w:rFonts w:cs="Times New Roman"/>
          <w:sz w:val="20"/>
          <w:szCs w:val="20"/>
        </w:rPr>
        <w:t>Need for further testing: If myocarditis is suspected, additional investigations are usually needed, including:</w:t>
      </w:r>
    </w:p>
    <w:p w14:paraId="3E9A5A31"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(e.g., troponin) to detect myocardial injury</w:t>
      </w:r>
    </w:p>
    <w:p w14:paraId="4282CDB0"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to assess heart function</w:t>
      </w:r>
    </w:p>
    <w:p w14:paraId="2F19A225"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for tissue characterization and detecting inflammation or edema</w:t>
      </w:r>
    </w:p>
    <w:p w14:paraId="056E2AAE" w14:textId="77777777" w:rsidR="004B2954" w:rsidRPr="00BB79B8" w:rsidRDefault="004B2954" w:rsidP="004B2954">
      <w:pPr>
        <w:spacing w:after="20"/>
        <w:ind w:left="216"/>
        <w:rPr>
          <w:rFonts w:cs="Times New Roman"/>
          <w:sz w:val="20"/>
          <w:szCs w:val="20"/>
        </w:rPr>
      </w:pPr>
      <w:r w:rsidRPr="00BB79B8">
        <w:rPr>
          <w:rFonts w:cs="Times New Roman"/>
          <w:sz w:val="20"/>
          <w:szCs w:val="20"/>
        </w:rPr>
        <w:t>Sometimes endomyocardial biopsy, in select cases</w:t>
      </w:r>
    </w:p>
    <w:p w14:paraId="6E680264"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ECG is useful for detecting arrhythmias or conduction abnormalities suggestive of myocarditis, but a normal ECG alone cannot rule it out.</w:t>
      </w:r>
    </w:p>
    <w:p w14:paraId="2730A479" w14:textId="77777777" w:rsidR="004B2954" w:rsidRPr="00BB79B8" w:rsidRDefault="004B2954" w:rsidP="004B2954">
      <w:pPr>
        <w:spacing w:after="0"/>
        <w:rPr>
          <w:rFonts w:cs="Times New Roman"/>
          <w:sz w:val="20"/>
          <w:szCs w:val="20"/>
        </w:rPr>
      </w:pPr>
    </w:p>
    <w:p w14:paraId="1022906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190A55C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C885F2C" w14:textId="77777777" w:rsidR="004B2954" w:rsidRPr="00BB79B8" w:rsidRDefault="004B2954" w:rsidP="004B2954">
      <w:pPr>
        <w:spacing w:after="20"/>
        <w:ind w:left="216"/>
        <w:rPr>
          <w:rFonts w:cs="Times New Roman"/>
          <w:sz w:val="20"/>
          <w:szCs w:val="20"/>
        </w:rPr>
      </w:pPr>
      <w:r w:rsidRPr="00BB79B8">
        <w:rPr>
          <w:rFonts w:cs="Times New Roman"/>
          <w:sz w:val="20"/>
          <w:szCs w:val="20"/>
        </w:rPr>
        <w:t>No, a normal electrocardiogram (ECG) cannot completely rule out myocarditis. While the ECG is a vital first-line screening tool, its sensitivity for detecting this condition is relatively low.</w:t>
      </w:r>
    </w:p>
    <w:p w14:paraId="56B7EC35"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why a normal result isn't a definitive "all clear":</w:t>
      </w:r>
    </w:p>
    <w:p w14:paraId="68ED8332" w14:textId="77777777" w:rsidR="004B2954" w:rsidRPr="00BB79B8" w:rsidRDefault="004B2954" w:rsidP="004B2954">
      <w:pPr>
        <w:spacing w:after="20"/>
        <w:ind w:left="216"/>
        <w:rPr>
          <w:rFonts w:cs="Times New Roman"/>
          <w:sz w:val="20"/>
          <w:szCs w:val="20"/>
        </w:rPr>
      </w:pPr>
      <w:r w:rsidRPr="00BB79B8">
        <w:rPr>
          <w:rFonts w:cs="Times New Roman"/>
          <w:sz w:val="20"/>
          <w:szCs w:val="20"/>
        </w:rPr>
        <w:t>Low Sensitivity: Research indicates that a standard 12-lead ECG may be normal in a significant percentage of patients with biopsy-proven myocarditis. In some cases, the inflammation is localized or not extensive enough to disrupt the heart's electrical pathways in a way that appears on a surface tracing.</w:t>
      </w:r>
    </w:p>
    <w:p w14:paraId="7ACEFC1D" w14:textId="77777777" w:rsidR="004B2954" w:rsidRPr="00BB79B8" w:rsidRDefault="004B2954" w:rsidP="004B2954">
      <w:pPr>
        <w:spacing w:after="20"/>
        <w:ind w:left="216"/>
        <w:rPr>
          <w:rFonts w:cs="Times New Roman"/>
          <w:sz w:val="20"/>
          <w:szCs w:val="20"/>
        </w:rPr>
      </w:pPr>
      <w:r w:rsidRPr="00BB79B8">
        <w:rPr>
          <w:rFonts w:cs="Times New Roman"/>
          <w:sz w:val="20"/>
          <w:szCs w:val="20"/>
        </w:rPr>
        <w:t>Transient Changes: The electrical disturbances caused by myocarditis can be intermittent. An ECG only captures a few seconds of heart activity; therefore, it might miss transient arrhythmias or conduction delays.</w:t>
      </w:r>
    </w:p>
    <w:p w14:paraId="71AAD467" w14:textId="77777777" w:rsidR="004B2954" w:rsidRPr="00BB79B8" w:rsidRDefault="004B2954" w:rsidP="004B2954">
      <w:pPr>
        <w:spacing w:after="20"/>
        <w:ind w:left="216"/>
        <w:rPr>
          <w:rFonts w:cs="Times New Roman"/>
          <w:sz w:val="20"/>
          <w:szCs w:val="20"/>
        </w:rPr>
      </w:pPr>
      <w:r w:rsidRPr="00BB79B8">
        <w:rPr>
          <w:rFonts w:cs="Times New Roman"/>
          <w:sz w:val="20"/>
          <w:szCs w:val="20"/>
        </w:rPr>
        <w:t>Non-Specific Nature: Even when an ECG is abnormal, the findings (such as ST-segment changes or T-wave inversions) often mimic other conditions, like a myocardial infarction (heart attack) or pericarditis.</w:t>
      </w:r>
    </w:p>
    <w:p w14:paraId="41A3549A" w14:textId="77777777" w:rsidR="004B2954" w:rsidRPr="00BB79B8" w:rsidRDefault="004B2954" w:rsidP="004B2954">
      <w:pPr>
        <w:spacing w:after="20"/>
        <w:ind w:left="216"/>
        <w:rPr>
          <w:rFonts w:cs="Times New Roman"/>
          <w:sz w:val="20"/>
          <w:szCs w:val="20"/>
        </w:rPr>
      </w:pPr>
      <w:r w:rsidRPr="00BB79B8">
        <w:rPr>
          <w:rFonts w:cs="Times New Roman"/>
          <w:sz w:val="20"/>
          <w:szCs w:val="20"/>
        </w:rPr>
        <w:t>Necessary Diagnostic Steps</w:t>
      </w:r>
    </w:p>
    <w:p w14:paraId="31F1620D"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a normal ECG does not exclude the diagnosis, clinicians typically rely on a combination of other tests if clinical suspicion remains high:</w:t>
      </w:r>
    </w:p>
    <w:p w14:paraId="144B58DA"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Blood tests for Troponin I or T are highly sensitive. Elevated levels indicate myocardial injury even when the ECG looks fine.</w:t>
      </w:r>
    </w:p>
    <w:p w14:paraId="299C6BA7"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Used to check for changes in chamber size, wall thickness, or reduced pumping function (ejection fraction).</w:t>
      </w:r>
    </w:p>
    <w:p w14:paraId="70DAB1F1"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(CMR): Currently considered the non-invasive "gold standard." It can visualize edema (swelling) and late gadolinium enhancement (LGE) indicative of inflammation or scarring.</w:t>
      </w:r>
    </w:p>
    <w:p w14:paraId="10E9674F"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Though invasive and reserved for severe or clarifying cases, this remains the definitive way to confirm the presence of inflammatory cells in the heart tissue.</w:t>
      </w:r>
    </w:p>
    <w:p w14:paraId="652D05CF"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If you or someone else is experiencing symptoms like chest pain, shortness of breath, or palpitations-especially following a viral illness-further evaluation is necessary regardless of a normal ECG.</w:t>
      </w:r>
    </w:p>
    <w:p w14:paraId="0B44B450" w14:textId="77777777" w:rsidR="004B2954" w:rsidRPr="00BB79B8" w:rsidRDefault="004B2954" w:rsidP="004B2954">
      <w:pPr>
        <w:spacing w:after="0"/>
        <w:rPr>
          <w:rFonts w:cs="Times New Roman"/>
          <w:sz w:val="20"/>
          <w:szCs w:val="20"/>
        </w:rPr>
      </w:pPr>
    </w:p>
    <w:p w14:paraId="65C619E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7BDDBA7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448575B" w14:textId="77777777" w:rsidR="004B2954" w:rsidRPr="00BB79B8" w:rsidRDefault="004B2954" w:rsidP="004B2954">
      <w:pPr>
        <w:spacing w:after="20"/>
        <w:ind w:left="216"/>
        <w:rPr>
          <w:rFonts w:cs="Times New Roman"/>
          <w:sz w:val="20"/>
          <w:szCs w:val="20"/>
        </w:rPr>
      </w:pPr>
      <w:r w:rsidRPr="00BB79B8">
        <w:rPr>
          <w:rFonts w:cs="Times New Roman"/>
          <w:sz w:val="20"/>
          <w:szCs w:val="20"/>
        </w:rPr>
        <w:t>A normal electrocardiogram (ECG) cannot rule out myocarditis. Even though myocarditis often causes ECG abnormalities, multiple authoritative sources confirm that the ECG may be normal in mild or early cases, meaning a normal tracing does not exclude the diagnosis.</w:t>
      </w:r>
    </w:p>
    <w:p w14:paraId="664C00F8"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0CCE0BCE" w14:textId="77777777" w:rsidR="004B2954" w:rsidRPr="00BB79B8" w:rsidRDefault="004B2954" w:rsidP="004B2954">
      <w:pPr>
        <w:spacing w:after="20"/>
        <w:ind w:left="216"/>
        <w:rPr>
          <w:rFonts w:cs="Times New Roman"/>
          <w:sz w:val="20"/>
          <w:szCs w:val="20"/>
        </w:rPr>
      </w:pPr>
      <w:r w:rsidRPr="00BB79B8">
        <w:rPr>
          <w:rFonts w:cs="Times New Roman"/>
          <w:sz w:val="20"/>
          <w:szCs w:val="20"/>
        </w:rPr>
        <w:t>A normal ECG does not rule out myocarditis because ECG changes are non-specific, variable, and may be absent in less severe disease.</w:t>
      </w:r>
    </w:p>
    <w:p w14:paraId="57A78BEA" w14:textId="77777777" w:rsidR="004B2954" w:rsidRPr="00BB79B8" w:rsidRDefault="004B2954" w:rsidP="004B2954">
      <w:pPr>
        <w:spacing w:after="0"/>
        <w:rPr>
          <w:rFonts w:cs="Times New Roman"/>
          <w:sz w:val="20"/>
          <w:szCs w:val="20"/>
        </w:rPr>
      </w:pPr>
    </w:p>
    <w:p w14:paraId="51AF850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558FEC8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D730391" w14:textId="77777777" w:rsidR="004B2954" w:rsidRPr="00BB79B8" w:rsidRDefault="004B2954" w:rsidP="004B2954">
      <w:pPr>
        <w:spacing w:after="20"/>
        <w:ind w:left="216"/>
        <w:rPr>
          <w:rFonts w:cs="Times New Roman"/>
          <w:sz w:val="20"/>
          <w:szCs w:val="20"/>
        </w:rPr>
      </w:pPr>
      <w:r w:rsidRPr="00BB79B8">
        <w:rPr>
          <w:rFonts w:cs="Times New Roman"/>
          <w:sz w:val="20"/>
          <w:szCs w:val="20"/>
        </w:rPr>
        <w:t>No, a normal electrocardiogram (ECG) cannot definitively rule out myocarditis.</w:t>
      </w:r>
    </w:p>
    <w:p w14:paraId="105C8E72"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a normal ECG is a reassuring finding, it lacks the sensitivity to exclude the diagnosis. Here is the clinical breakdown:</w:t>
      </w:r>
    </w:p>
    <w:p w14:paraId="49D16ACE" w14:textId="77777777" w:rsidR="004B2954" w:rsidRPr="00BB79B8" w:rsidRDefault="004B2954" w:rsidP="004B2954">
      <w:pPr>
        <w:spacing w:after="20"/>
        <w:ind w:left="216"/>
        <w:rPr>
          <w:rFonts w:cs="Times New Roman"/>
          <w:sz w:val="20"/>
          <w:szCs w:val="20"/>
        </w:rPr>
      </w:pPr>
      <w:r w:rsidRPr="00BB79B8">
        <w:rPr>
          <w:rFonts w:cs="Times New Roman"/>
          <w:sz w:val="20"/>
          <w:szCs w:val="20"/>
        </w:rPr>
        <w:t>Sensitivity is too low: Studies show that while 95% of patients with acute myocarditis have some ECG abnormality (e.g., ST elevation, T-wave inversions, PR depression, arrhythmias), roughly 5-10% of proven cases (confirmed by cardiac MRI or biopsy) present with a completely normal ECG.</w:t>
      </w:r>
    </w:p>
    <w:p w14:paraId="01FB2DF1" w14:textId="77777777" w:rsidR="004B2954" w:rsidRPr="00BB79B8" w:rsidRDefault="004B2954" w:rsidP="004B2954">
      <w:pPr>
        <w:spacing w:after="20"/>
        <w:ind w:left="216"/>
        <w:rPr>
          <w:rFonts w:cs="Times New Roman"/>
          <w:sz w:val="20"/>
          <w:szCs w:val="20"/>
        </w:rPr>
      </w:pPr>
      <w:r w:rsidRPr="00BB79B8">
        <w:rPr>
          <w:rFonts w:cs="Times New Roman"/>
          <w:sz w:val="20"/>
          <w:szCs w:val="20"/>
        </w:rPr>
        <w:t>Patchy nature: Myocarditis is often focal (affecting specific spots) rather than diffuse. If the inflamed area is small or located in the electrically "quiet" mid-myocardium, it may not generate enough electrical disturbance to be visible on the surface ECG.</w:t>
      </w:r>
    </w:p>
    <w:p w14:paraId="1C1E2682"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matters: The ECG can be normal early in the illness, only becoming abnormal hours or days later as inflammation worsens or edema progresses.</w:t>
      </w:r>
    </w:p>
    <w:p w14:paraId="4BB8064C"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a normal ECG is clinically useful:</w:t>
      </w:r>
    </w:p>
    <w:p w14:paraId="6DD65D82" w14:textId="77777777" w:rsidR="004B2954" w:rsidRPr="00BB79B8" w:rsidRDefault="004B2954" w:rsidP="004B2954">
      <w:pPr>
        <w:spacing w:after="20"/>
        <w:ind w:left="216"/>
        <w:rPr>
          <w:rFonts w:cs="Times New Roman"/>
          <w:sz w:val="20"/>
          <w:szCs w:val="20"/>
        </w:rPr>
      </w:pPr>
      <w:r w:rsidRPr="00BB79B8">
        <w:rPr>
          <w:rFonts w:cs="Times New Roman"/>
          <w:sz w:val="20"/>
          <w:szCs w:val="20"/>
        </w:rPr>
        <w:t>It strongly argues against severe or diffuse myocarditis.</w:t>
      </w:r>
    </w:p>
    <w:p w14:paraId="53CE4481" w14:textId="77777777" w:rsidR="004B2954" w:rsidRPr="00BB79B8" w:rsidRDefault="004B2954" w:rsidP="004B2954">
      <w:pPr>
        <w:spacing w:after="20"/>
        <w:ind w:left="216"/>
        <w:rPr>
          <w:rFonts w:cs="Times New Roman"/>
          <w:sz w:val="20"/>
          <w:szCs w:val="20"/>
        </w:rPr>
      </w:pPr>
      <w:r w:rsidRPr="00BB79B8">
        <w:rPr>
          <w:rFonts w:cs="Times New Roman"/>
          <w:sz w:val="20"/>
          <w:szCs w:val="20"/>
        </w:rPr>
        <w:t>It helps rule out other mimickers (like acute coronary syndrome or pericarditis) in the right clinical context.</w:t>
      </w:r>
    </w:p>
    <w:p w14:paraId="2B26E181" w14:textId="77777777" w:rsidR="004B2954" w:rsidRPr="00BB79B8" w:rsidRDefault="004B2954" w:rsidP="004B2954">
      <w:pPr>
        <w:spacing w:after="20"/>
        <w:ind w:left="216"/>
        <w:rPr>
          <w:rFonts w:cs="Times New Roman"/>
          <w:sz w:val="20"/>
          <w:szCs w:val="20"/>
        </w:rPr>
      </w:pPr>
      <w:r w:rsidRPr="00BB79B8">
        <w:rPr>
          <w:rFonts w:cs="Times New Roman"/>
          <w:sz w:val="20"/>
          <w:szCs w:val="20"/>
        </w:rPr>
        <w:t>In a young, low-risk patient with mild symptoms and a normal ECG, normal troponin, and no arrhythmias on monitoring, the probability of clinically significant myocarditis is very low.</w:t>
      </w:r>
    </w:p>
    <w:p w14:paraId="0DA5E723"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for clinical practice:</w:t>
      </w:r>
    </w:p>
    <w:p w14:paraId="30A0D1F4" w14:textId="77777777" w:rsidR="004B2954" w:rsidRPr="00BB79B8" w:rsidRDefault="004B2954" w:rsidP="004B2954">
      <w:pPr>
        <w:spacing w:after="20"/>
        <w:ind w:left="216"/>
        <w:rPr>
          <w:rFonts w:cs="Times New Roman"/>
          <w:sz w:val="20"/>
          <w:szCs w:val="20"/>
        </w:rPr>
      </w:pPr>
      <w:r w:rsidRPr="00BB79B8">
        <w:rPr>
          <w:rFonts w:cs="Times New Roman"/>
          <w:sz w:val="20"/>
          <w:szCs w:val="20"/>
        </w:rPr>
        <w:t>A normal ECG makes myocarditis less likely, but it does not exclude it. If clinical suspicion is moderate-to-high (e.g., chest pain after viral illness, unexplained heart failure, or new arrhythmias), the patient needs further testing-typically cardiac MRI (the non-invasive gold standard) or endomyocardial biopsy (rare cases).</w:t>
      </w:r>
    </w:p>
    <w:p w14:paraId="24A345E0" w14:textId="77777777" w:rsidR="004B2954" w:rsidRPr="00BB79B8" w:rsidRDefault="004B2954" w:rsidP="004B2954">
      <w:pPr>
        <w:spacing w:after="20"/>
        <w:ind w:left="216"/>
        <w:rPr>
          <w:rFonts w:cs="Times New Roman"/>
          <w:sz w:val="20"/>
          <w:szCs w:val="20"/>
        </w:rPr>
      </w:pPr>
      <w:r w:rsidRPr="00BB79B8">
        <w:rPr>
          <w:rFonts w:cs="Times New Roman"/>
          <w:sz w:val="20"/>
          <w:szCs w:val="20"/>
        </w:rPr>
        <w:t>Always interpret the ECG in the context of symptoms, exam, and biomarkers (troponin, CRP).</w:t>
      </w:r>
    </w:p>
    <w:p w14:paraId="26BC59C0" w14:textId="77777777" w:rsidR="004B2954" w:rsidRPr="00BB79B8" w:rsidRDefault="004B2954" w:rsidP="004B2954">
      <w:pPr>
        <w:spacing w:after="0"/>
        <w:rPr>
          <w:rFonts w:cs="Times New Roman"/>
          <w:sz w:val="20"/>
          <w:szCs w:val="20"/>
        </w:rPr>
      </w:pPr>
    </w:p>
    <w:p w14:paraId="22CBD72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0109695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11B8366" w14:textId="77777777" w:rsidR="004B2954" w:rsidRPr="00BB79B8" w:rsidRDefault="004B2954" w:rsidP="004B2954">
      <w:pPr>
        <w:spacing w:after="20"/>
        <w:ind w:left="216"/>
        <w:rPr>
          <w:rFonts w:cs="Times New Roman"/>
          <w:sz w:val="20"/>
          <w:szCs w:val="20"/>
        </w:rPr>
      </w:pPr>
      <w:r w:rsidRPr="00BB79B8">
        <w:rPr>
          <w:rFonts w:cs="Times New Roman"/>
          <w:sz w:val="20"/>
          <w:szCs w:val="20"/>
        </w:rPr>
        <w:t>No, a normal electrocardiogram (ECG) cannot rule out myocarditis.</w:t>
      </w:r>
    </w:p>
    <w:p w14:paraId="778CDADC"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reasons:</w:t>
      </w:r>
    </w:p>
    <w:p w14:paraId="71B52A6C" w14:textId="77777777" w:rsidR="004B2954" w:rsidRPr="00BB79B8" w:rsidRDefault="004B2954" w:rsidP="004B2954">
      <w:pPr>
        <w:spacing w:after="20"/>
        <w:ind w:left="216"/>
        <w:rPr>
          <w:rFonts w:cs="Times New Roman"/>
          <w:sz w:val="20"/>
          <w:szCs w:val="20"/>
        </w:rPr>
      </w:pPr>
      <w:r w:rsidRPr="00BB79B8">
        <w:rPr>
          <w:rFonts w:cs="Times New Roman"/>
          <w:sz w:val="20"/>
          <w:szCs w:val="20"/>
        </w:rPr>
        <w:t>Many patients with early or mild myocarditis have completely normal ECGs at the initial stage.</w:t>
      </w:r>
    </w:p>
    <w:p w14:paraId="4E295EDB" w14:textId="77777777" w:rsidR="004B2954" w:rsidRPr="00BB79B8" w:rsidRDefault="004B2954" w:rsidP="004B2954">
      <w:pPr>
        <w:spacing w:after="20"/>
        <w:ind w:left="216"/>
        <w:rPr>
          <w:rFonts w:cs="Times New Roman"/>
          <w:sz w:val="20"/>
          <w:szCs w:val="20"/>
        </w:rPr>
      </w:pPr>
      <w:r w:rsidRPr="00BB79B8">
        <w:rPr>
          <w:rFonts w:cs="Times New Roman"/>
          <w:sz w:val="20"/>
          <w:szCs w:val="20"/>
        </w:rPr>
        <w:t>ECG changes in myocarditis are non-specific (such as ST-T changes, arrhythmias, conduction block), and normal ECG does not exclude myocardial inflammation and injury.</w:t>
      </w:r>
    </w:p>
    <w:p w14:paraId="2428C782"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Diagnosis of myocarditis relies on comprehensive evaluation: clinical symptoms, laboratory tests (troponin, myocardial enzymes), cardiac ultrasound, cardiac MRI, and even endomyocardial biopsy, rather than ECG alone.</w:t>
      </w:r>
    </w:p>
    <w:p w14:paraId="4B7A98CC" w14:textId="77777777" w:rsidR="004B2954" w:rsidRPr="00BB79B8" w:rsidRDefault="004B2954" w:rsidP="004B2954">
      <w:pPr>
        <w:rPr>
          <w:rFonts w:cs="Times New Roman"/>
          <w:sz w:val="20"/>
          <w:szCs w:val="20"/>
        </w:rPr>
      </w:pPr>
    </w:p>
    <w:p w14:paraId="3944AA65" w14:textId="77777777" w:rsidR="004B2954" w:rsidRPr="00BB79B8" w:rsidRDefault="004B2954" w:rsidP="004B2954">
      <w:pPr>
        <w:keepNext/>
        <w:rPr>
          <w:rFonts w:cs="Times New Roman"/>
          <w:sz w:val="20"/>
          <w:szCs w:val="20"/>
        </w:rPr>
      </w:pPr>
      <w:r w:rsidRPr="00BB79B8">
        <w:rPr>
          <w:rFonts w:cs="Times New Roman"/>
          <w:b/>
          <w:color w:val="1F4E79"/>
          <w:sz w:val="20"/>
          <w:szCs w:val="20"/>
        </w:rPr>
        <w:t>Q33. Does elevated troponin always mean myocarditis?</w:t>
      </w:r>
    </w:p>
    <w:p w14:paraId="1A49A7D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16B8404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58638C9" w14:textId="77777777" w:rsidR="004B2954" w:rsidRPr="00BB79B8" w:rsidRDefault="004B2954" w:rsidP="004B2954">
      <w:pPr>
        <w:spacing w:after="20"/>
        <w:ind w:left="216"/>
        <w:rPr>
          <w:rFonts w:cs="Times New Roman"/>
          <w:sz w:val="20"/>
          <w:szCs w:val="20"/>
        </w:rPr>
      </w:pPr>
      <w:r w:rsidRPr="00BB79B8">
        <w:rPr>
          <w:rFonts w:cs="Times New Roman"/>
          <w:sz w:val="20"/>
          <w:szCs w:val="20"/>
        </w:rPr>
        <w:t>No, elevated troponin does not always mean myocarditis. Troponin is a protein released when heart muscle cells are injured, but it is not specific to myocarditis. Other conditions that can raise troponin include:</w:t>
      </w:r>
    </w:p>
    <w:p w14:paraId="793D46D1"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(heart attack) - the most common cause of troponin elevation.</w:t>
      </w:r>
    </w:p>
    <w:p w14:paraId="3ED2AAEC"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or cardiomyopathy - stress on the heart can leak troponin.</w:t>
      </w:r>
    </w:p>
    <w:p w14:paraId="32F40843"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arrhythmias - rapid or abnormal heart rhythms can injure the heart.</w:t>
      </w:r>
    </w:p>
    <w:p w14:paraId="56EDB4BA"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 strain on the right heart may elevate troponin.</w:t>
      </w:r>
    </w:p>
    <w:p w14:paraId="783B1ADC" w14:textId="77777777" w:rsidR="004B2954" w:rsidRPr="00BB79B8" w:rsidRDefault="004B2954" w:rsidP="004B2954">
      <w:pPr>
        <w:spacing w:after="20"/>
        <w:ind w:left="216"/>
        <w:rPr>
          <w:rFonts w:cs="Times New Roman"/>
          <w:sz w:val="20"/>
          <w:szCs w:val="20"/>
        </w:rPr>
      </w:pPr>
      <w:r w:rsidRPr="00BB79B8">
        <w:rPr>
          <w:rFonts w:cs="Times New Roman"/>
          <w:sz w:val="20"/>
          <w:szCs w:val="20"/>
        </w:rPr>
        <w:t>Sepsis or severe infection - systemic inflammation can damage the heart.</w:t>
      </w:r>
    </w:p>
    <w:p w14:paraId="0E825B37"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Renal failure - reduced clearance can lead to higher troponin levels.</w:t>
      </w:r>
    </w:p>
    <w:p w14:paraId="39F21909" w14:textId="77777777" w:rsidR="004B2954" w:rsidRPr="00BB79B8" w:rsidRDefault="004B2954" w:rsidP="004B2954">
      <w:pPr>
        <w:spacing w:after="20"/>
        <w:ind w:left="216"/>
        <w:rPr>
          <w:rFonts w:cs="Times New Roman"/>
          <w:sz w:val="20"/>
          <w:szCs w:val="20"/>
        </w:rPr>
      </w:pPr>
      <w:r w:rsidRPr="00BB79B8">
        <w:rPr>
          <w:rFonts w:cs="Times New Roman"/>
          <w:sz w:val="20"/>
          <w:szCs w:val="20"/>
        </w:rPr>
        <w:t>In myocarditis, troponin is usually elevated, but diagnosis requires combining lab results with clinical signs, imaging (like cardiac MRI), ECG changes, and sometimes biopsy.</w:t>
      </w:r>
    </w:p>
    <w:p w14:paraId="17B72FC2"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Troponin elevation indicates heart injury, not the specific cause. Myocarditis is one of several possibilities.</w:t>
      </w:r>
    </w:p>
    <w:p w14:paraId="69AFF5DF" w14:textId="77777777" w:rsidR="004B2954" w:rsidRPr="00BB79B8" w:rsidRDefault="004B2954" w:rsidP="004B2954">
      <w:pPr>
        <w:spacing w:after="0"/>
        <w:rPr>
          <w:rFonts w:cs="Times New Roman"/>
          <w:sz w:val="20"/>
          <w:szCs w:val="20"/>
        </w:rPr>
      </w:pPr>
    </w:p>
    <w:p w14:paraId="1E78686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0C49B24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24806A3" w14:textId="77777777" w:rsidR="004B2954" w:rsidRPr="00BB79B8" w:rsidRDefault="004B2954" w:rsidP="004B2954">
      <w:pPr>
        <w:spacing w:after="20"/>
        <w:ind w:left="216"/>
        <w:rPr>
          <w:rFonts w:cs="Times New Roman"/>
          <w:sz w:val="20"/>
          <w:szCs w:val="20"/>
        </w:rPr>
      </w:pPr>
      <w:r w:rsidRPr="00BB79B8">
        <w:rPr>
          <w:rFonts w:cs="Times New Roman"/>
          <w:sz w:val="20"/>
          <w:szCs w:val="20"/>
        </w:rPr>
        <w:t>No, elevated troponin does not always mean myocarditis.</w:t>
      </w:r>
    </w:p>
    <w:p w14:paraId="20335656"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troponin is a highly sensitive marker for myocardial (heart muscle) injury, it is not specific to any one disease. Its presence in the bloodstream simply indicates that heart muscle cells have been damaged or stressed enough to leak these proteins.</w:t>
      </w:r>
    </w:p>
    <w:p w14:paraId="6C83E0C8" w14:textId="77777777" w:rsidR="004B2954" w:rsidRPr="00BB79B8" w:rsidRDefault="004B2954" w:rsidP="004B2954">
      <w:pPr>
        <w:spacing w:after="20"/>
        <w:ind w:left="216"/>
        <w:rPr>
          <w:rFonts w:cs="Times New Roman"/>
          <w:sz w:val="20"/>
          <w:szCs w:val="20"/>
        </w:rPr>
      </w:pPr>
      <w:r w:rsidRPr="00BB79B8">
        <w:rPr>
          <w:rFonts w:cs="Times New Roman"/>
          <w:sz w:val="20"/>
          <w:szCs w:val="20"/>
        </w:rPr>
        <w:t>In clinical practice, troponin elevation is categorized by the underlying cause:</w:t>
      </w:r>
    </w:p>
    <w:p w14:paraId="1A534AB3" w14:textId="77777777" w:rsidR="004B2954" w:rsidRPr="00BB79B8" w:rsidRDefault="004B2954" w:rsidP="004B2954">
      <w:pPr>
        <w:spacing w:after="20"/>
        <w:ind w:left="216"/>
        <w:rPr>
          <w:rFonts w:cs="Times New Roman"/>
          <w:sz w:val="20"/>
          <w:szCs w:val="20"/>
        </w:rPr>
      </w:pPr>
      <w:r w:rsidRPr="00BB79B8">
        <w:rPr>
          <w:rFonts w:cs="Times New Roman"/>
          <w:sz w:val="20"/>
          <w:szCs w:val="20"/>
        </w:rPr>
        <w:t>1. Ischemic Causes (Lack of Blood Flow)</w:t>
      </w:r>
    </w:p>
    <w:p w14:paraId="08657A31"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Infarction (Heart Attack): The most common cause, where a blocked artery deprives the heart of oxygen.</w:t>
      </w:r>
    </w:p>
    <w:p w14:paraId="380D5004" w14:textId="77777777" w:rsidR="004B2954" w:rsidRPr="00BB79B8" w:rsidRDefault="004B2954" w:rsidP="004B2954">
      <w:pPr>
        <w:spacing w:after="20"/>
        <w:ind w:left="216"/>
        <w:rPr>
          <w:rFonts w:cs="Times New Roman"/>
          <w:sz w:val="20"/>
          <w:szCs w:val="20"/>
        </w:rPr>
      </w:pPr>
      <w:r w:rsidRPr="00BB79B8">
        <w:rPr>
          <w:rFonts w:cs="Times New Roman"/>
          <w:sz w:val="20"/>
          <w:szCs w:val="20"/>
        </w:rPr>
        <w:t>Demand Ischemia (Type 2 MI): Occurs when the heart's demand for oxygen exceeds the supply, often during severe infection (sepsis), extreme high blood pressure, or rapid heart rates (tachycardia).</w:t>
      </w:r>
    </w:p>
    <w:p w14:paraId="71C3755A" w14:textId="77777777" w:rsidR="004B2954" w:rsidRPr="00BB79B8" w:rsidRDefault="004B2954" w:rsidP="004B2954">
      <w:pPr>
        <w:spacing w:after="20"/>
        <w:ind w:left="216"/>
        <w:rPr>
          <w:rFonts w:cs="Times New Roman"/>
          <w:sz w:val="20"/>
          <w:szCs w:val="20"/>
        </w:rPr>
      </w:pPr>
      <w:r w:rsidRPr="00BB79B8">
        <w:rPr>
          <w:rFonts w:cs="Times New Roman"/>
          <w:sz w:val="20"/>
          <w:szCs w:val="20"/>
        </w:rPr>
        <w:t>2. Non-Ischemic Cardiac Injury</w:t>
      </w:r>
    </w:p>
    <w:p w14:paraId="7279FDF8"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Inflammation of the heart muscle, often due to a viral infection.</w:t>
      </w:r>
    </w:p>
    <w:p w14:paraId="4D111219"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Acute or chronic stretching of the heart chambers.</w:t>
      </w:r>
    </w:p>
    <w:p w14:paraId="22F01E6D" w14:textId="77777777" w:rsidR="004B2954" w:rsidRPr="00BB79B8" w:rsidRDefault="004B2954" w:rsidP="004B2954">
      <w:pPr>
        <w:spacing w:after="20"/>
        <w:ind w:left="216"/>
        <w:rPr>
          <w:rFonts w:cs="Times New Roman"/>
          <w:sz w:val="20"/>
          <w:szCs w:val="20"/>
        </w:rPr>
      </w:pPr>
      <w:r w:rsidRPr="00BB79B8">
        <w:rPr>
          <w:rFonts w:cs="Times New Roman"/>
          <w:sz w:val="20"/>
          <w:szCs w:val="20"/>
        </w:rPr>
        <w:t>Takotsubo Cardiomyopathy: Also known as "broken heart syndrome," caused by extreme emotional or physical stress.</w:t>
      </w:r>
    </w:p>
    <w:p w14:paraId="70CC112A"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Contusion: Physical trauma to the chest (e.g., from a car accident).</w:t>
      </w:r>
    </w:p>
    <w:p w14:paraId="5FBB62BB" w14:textId="77777777" w:rsidR="004B2954" w:rsidRPr="00BB79B8" w:rsidRDefault="004B2954" w:rsidP="004B2954">
      <w:pPr>
        <w:spacing w:after="20"/>
        <w:ind w:left="216"/>
        <w:rPr>
          <w:rFonts w:cs="Times New Roman"/>
          <w:sz w:val="20"/>
          <w:szCs w:val="20"/>
        </w:rPr>
      </w:pPr>
      <w:r w:rsidRPr="00BB79B8">
        <w:rPr>
          <w:rFonts w:cs="Times New Roman"/>
          <w:sz w:val="20"/>
          <w:szCs w:val="20"/>
        </w:rPr>
        <w:t>3. Systemic or Non-Cardiac Causes</w:t>
      </w:r>
    </w:p>
    <w:p w14:paraId="32C77E1F"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A blood clot in the lungs that puts sudden, severe pressure on the right side of the heart.</w:t>
      </w:r>
    </w:p>
    <w:p w14:paraId="2A3E2B1A"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Kidney Disease: Reduced clearance of troponin from the blood can lead to chronically "baseline" elevated levels.</w:t>
      </w:r>
    </w:p>
    <w:p w14:paraId="2E0854FF" w14:textId="77777777" w:rsidR="004B2954" w:rsidRPr="00BB79B8" w:rsidRDefault="004B2954" w:rsidP="004B2954">
      <w:pPr>
        <w:spacing w:after="20"/>
        <w:ind w:left="216"/>
        <w:rPr>
          <w:rFonts w:cs="Times New Roman"/>
          <w:sz w:val="20"/>
          <w:szCs w:val="20"/>
        </w:rPr>
      </w:pPr>
      <w:r w:rsidRPr="00BB79B8">
        <w:rPr>
          <w:rFonts w:cs="Times New Roman"/>
          <w:sz w:val="20"/>
          <w:szCs w:val="20"/>
        </w:rPr>
        <w:t>Sepsis or Critical Illness: Severe systemic inflammation can cause secondary heart muscle stress.</w:t>
      </w:r>
    </w:p>
    <w:p w14:paraId="10B1783B" w14:textId="77777777" w:rsidR="004B2954" w:rsidRPr="00BB79B8" w:rsidRDefault="004B2954" w:rsidP="004B2954">
      <w:pPr>
        <w:spacing w:after="20"/>
        <w:ind w:left="216"/>
        <w:rPr>
          <w:rFonts w:cs="Times New Roman"/>
          <w:sz w:val="20"/>
          <w:szCs w:val="20"/>
        </w:rPr>
      </w:pPr>
      <w:r w:rsidRPr="00BB79B8">
        <w:rPr>
          <w:rFonts w:cs="Times New Roman"/>
          <w:sz w:val="20"/>
          <w:szCs w:val="20"/>
        </w:rPr>
        <w:t>Strenuous Exercise: Ultra-endurance activities (like marathons) can cause a transient, physiological rise in troponin.</w:t>
      </w:r>
    </w:p>
    <w:p w14:paraId="035E2EC1" w14:textId="77777777" w:rsidR="004B2954" w:rsidRPr="00BB79B8" w:rsidRDefault="004B2954" w:rsidP="004B2954">
      <w:pPr>
        <w:spacing w:after="20"/>
        <w:ind w:left="216"/>
        <w:rPr>
          <w:rFonts w:cs="Times New Roman"/>
          <w:sz w:val="20"/>
          <w:szCs w:val="20"/>
        </w:rPr>
      </w:pPr>
      <w:r w:rsidRPr="00BB79B8">
        <w:rPr>
          <w:rFonts w:cs="Times New Roman"/>
          <w:sz w:val="20"/>
          <w:szCs w:val="20"/>
        </w:rPr>
        <w:t>How Doctors Differentiate</w:t>
      </w:r>
    </w:p>
    <w:p w14:paraId="4F3441E2"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troponin alone doesn't provide a diagnosis, clinicians use a "multi-modal" approach:</w:t>
      </w:r>
    </w:p>
    <w:p w14:paraId="22D0558B"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History: Symptoms like fever (suggesting myocarditis) vs. crushing chest pain (suggesting a heart attack).</w:t>
      </w:r>
    </w:p>
    <w:p w14:paraId="2D6E7231" w14:textId="77777777" w:rsidR="004B2954" w:rsidRPr="00BB79B8" w:rsidRDefault="004B2954" w:rsidP="004B2954">
      <w:pPr>
        <w:spacing w:after="20"/>
        <w:ind w:left="216"/>
        <w:rPr>
          <w:rFonts w:cs="Times New Roman"/>
          <w:sz w:val="20"/>
          <w:szCs w:val="20"/>
        </w:rPr>
      </w:pPr>
      <w:r w:rsidRPr="00BB79B8">
        <w:rPr>
          <w:rFonts w:cs="Times New Roman"/>
          <w:sz w:val="20"/>
          <w:szCs w:val="20"/>
        </w:rPr>
        <w:t>EKG/ECG: Looking for specific electrical patterns.</w:t>
      </w:r>
    </w:p>
    <w:p w14:paraId="011F7A3A"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Echocardiograms or Cardiac MRI (the "gold standard" for diagnosing myocarditis non-invasively).</w:t>
      </w:r>
    </w:p>
    <w:p w14:paraId="2FA0ADEE"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"Delta": Checking if the levels are rising, falling, or stable over several hours.</w:t>
      </w:r>
    </w:p>
    <w:p w14:paraId="423D5968" w14:textId="77777777" w:rsidR="004B2954" w:rsidRPr="00BB79B8" w:rsidRDefault="004B2954" w:rsidP="004B2954">
      <w:pPr>
        <w:spacing w:after="0"/>
        <w:rPr>
          <w:rFonts w:cs="Times New Roman"/>
          <w:sz w:val="20"/>
          <w:szCs w:val="20"/>
        </w:rPr>
      </w:pPr>
    </w:p>
    <w:p w14:paraId="469BB6D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5EC3612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871F9D8" w14:textId="77777777" w:rsidR="004B2954" w:rsidRPr="00BB79B8" w:rsidRDefault="004B2954" w:rsidP="004B2954">
      <w:pPr>
        <w:spacing w:after="20"/>
        <w:ind w:left="216"/>
        <w:rPr>
          <w:rFonts w:cs="Times New Roman"/>
          <w:sz w:val="20"/>
          <w:szCs w:val="20"/>
        </w:rPr>
      </w:pPr>
      <w:r w:rsidRPr="00BB79B8">
        <w:rPr>
          <w:rFonts w:cs="Times New Roman"/>
          <w:sz w:val="20"/>
          <w:szCs w:val="20"/>
        </w:rPr>
        <w:t>Elevated troponin does not always mean myocarditis. It simply indicates myocardial injury, and myocarditis is only one of many possible causes.</w:t>
      </w:r>
    </w:p>
    <w:p w14:paraId="178A988E" w14:textId="77777777" w:rsidR="004B2954" w:rsidRPr="00BB79B8" w:rsidRDefault="004B2954" w:rsidP="004B2954">
      <w:pPr>
        <w:spacing w:after="20"/>
        <w:ind w:left="216"/>
        <w:rPr>
          <w:rFonts w:cs="Times New Roman"/>
          <w:sz w:val="20"/>
          <w:szCs w:val="20"/>
        </w:rPr>
      </w:pPr>
      <w:r w:rsidRPr="00BB79B8">
        <w:rPr>
          <w:rFonts w:cs="Times New Roman"/>
          <w:sz w:val="20"/>
          <w:szCs w:val="20"/>
        </w:rPr>
        <w:t>What elevated troponin actually means</w:t>
      </w:r>
    </w:p>
    <w:p w14:paraId="3B0B4532"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leaks into the bloodstream whenever heart muscle cells are damaged. This can happen in ischemic (reduced blood flow) or non-ischemic conditions. Myocarditis is a non-ischemic cause, but far from the only one.</w:t>
      </w:r>
    </w:p>
    <w:p w14:paraId="3A6A5F30"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1DD28DFB"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is often elevated in myocarditis, but not always - only about 34% of biopsy-confirmed myocarditis patients had elevated troponin I in one study.</w:t>
      </w:r>
    </w:p>
    <w:p w14:paraId="319D8BFC"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troponin does not rule out myocarditis, especially with older assays.</w:t>
      </w:r>
    </w:p>
    <w:p w14:paraId="0410061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elevated, troponin is not specific to myocarditis.</w:t>
      </w:r>
    </w:p>
    <w:p w14:paraId="75C53A2C"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common causes of elevated troponin</w:t>
      </w:r>
    </w:p>
    <w:p w14:paraId="2A55AA30" w14:textId="77777777" w:rsidR="004B2954" w:rsidRPr="00BB79B8" w:rsidRDefault="004B2954" w:rsidP="004B2954">
      <w:pPr>
        <w:spacing w:after="20"/>
        <w:ind w:left="216"/>
        <w:rPr>
          <w:rFonts w:cs="Times New Roman"/>
          <w:sz w:val="20"/>
          <w:szCs w:val="20"/>
        </w:rPr>
      </w:pPr>
      <w:r w:rsidRPr="00BB79B8">
        <w:rPr>
          <w:rFonts w:cs="Times New Roman"/>
          <w:sz w:val="20"/>
          <w:szCs w:val="20"/>
        </w:rPr>
        <w:t>According to clinical reviews, troponin can rise in many conditions besides myocarditis, including:</w:t>
      </w:r>
    </w:p>
    <w:p w14:paraId="336EC52F"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w:t>
      </w:r>
    </w:p>
    <w:p w14:paraId="3B8F7C6F"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w:t>
      </w:r>
    </w:p>
    <w:p w14:paraId="0AA5786F" w14:textId="77777777" w:rsidR="004B2954" w:rsidRPr="00BB79B8" w:rsidRDefault="004B2954" w:rsidP="004B2954">
      <w:pPr>
        <w:spacing w:after="20"/>
        <w:ind w:left="216"/>
        <w:rPr>
          <w:rFonts w:cs="Times New Roman"/>
          <w:sz w:val="20"/>
          <w:szCs w:val="20"/>
        </w:rPr>
      </w:pPr>
      <w:r w:rsidRPr="00BB79B8">
        <w:rPr>
          <w:rFonts w:cs="Times New Roman"/>
          <w:sz w:val="20"/>
          <w:szCs w:val="20"/>
        </w:rPr>
        <w:t>Sepsis</w:t>
      </w:r>
    </w:p>
    <w:p w14:paraId="0909E017" w14:textId="77777777" w:rsidR="004B2954" w:rsidRPr="00BB79B8" w:rsidRDefault="004B2954" w:rsidP="004B2954">
      <w:pPr>
        <w:spacing w:after="20"/>
        <w:ind w:left="216"/>
        <w:rPr>
          <w:rFonts w:cs="Times New Roman"/>
          <w:sz w:val="20"/>
          <w:szCs w:val="20"/>
        </w:rPr>
      </w:pPr>
      <w:r w:rsidRPr="00BB79B8">
        <w:rPr>
          <w:rFonts w:cs="Times New Roman"/>
          <w:sz w:val="20"/>
          <w:szCs w:val="20"/>
        </w:rPr>
        <w:t>Atrial fibrillation</w:t>
      </w:r>
    </w:p>
    <w:p w14:paraId="5AE69ACF" w14:textId="77777777" w:rsidR="004B2954" w:rsidRPr="00BB79B8" w:rsidRDefault="004B2954" w:rsidP="004B2954">
      <w:pPr>
        <w:spacing w:after="20"/>
        <w:ind w:left="216"/>
        <w:rPr>
          <w:rFonts w:cs="Times New Roman"/>
          <w:sz w:val="20"/>
          <w:szCs w:val="20"/>
        </w:rPr>
      </w:pPr>
      <w:r w:rsidRPr="00BB79B8">
        <w:rPr>
          <w:rFonts w:cs="Times New Roman"/>
          <w:sz w:val="20"/>
          <w:szCs w:val="20"/>
        </w:rPr>
        <w:t>Renal failure</w:t>
      </w:r>
    </w:p>
    <w:p w14:paraId="5BCDE9D7"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contusion (trauma)</w:t>
      </w:r>
    </w:p>
    <w:p w14:paraId="0590B380"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structural heart disease</w:t>
      </w:r>
    </w:p>
    <w:p w14:paraId="1B42F98A"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Even strenuous exercise, hypoxia, or certain medications can elevate troponin.</w:t>
      </w:r>
    </w:p>
    <w:p w14:paraId="736BD3E9" w14:textId="77777777" w:rsidR="004B2954" w:rsidRPr="00BB79B8" w:rsidRDefault="004B2954" w:rsidP="004B2954">
      <w:pPr>
        <w:spacing w:after="20"/>
        <w:ind w:left="216"/>
        <w:rPr>
          <w:rFonts w:cs="Times New Roman"/>
          <w:sz w:val="20"/>
          <w:szCs w:val="20"/>
        </w:rPr>
      </w:pPr>
      <w:r w:rsidRPr="00BB79B8">
        <w:rPr>
          <w:rFonts w:cs="Times New Roman"/>
          <w:sz w:val="20"/>
          <w:szCs w:val="20"/>
        </w:rPr>
        <w:t>How clinicians distinguish myocarditis from other causes</w:t>
      </w:r>
    </w:p>
    <w:p w14:paraId="0AAD7501"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troponin alone is not specific, doctors look at:</w:t>
      </w:r>
    </w:p>
    <w:p w14:paraId="3B6E5572"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(viral prodrome, chest pain, dyspnea)</w:t>
      </w:r>
    </w:p>
    <w:p w14:paraId="12D0C518" w14:textId="77777777" w:rsidR="004B2954" w:rsidRPr="00BB79B8" w:rsidRDefault="004B2954" w:rsidP="004B2954">
      <w:pPr>
        <w:spacing w:after="20"/>
        <w:ind w:left="216"/>
        <w:rPr>
          <w:rFonts w:cs="Times New Roman"/>
          <w:sz w:val="20"/>
          <w:szCs w:val="20"/>
        </w:rPr>
      </w:pPr>
      <w:r w:rsidRPr="00BB79B8">
        <w:rPr>
          <w:rFonts w:cs="Times New Roman"/>
          <w:sz w:val="20"/>
          <w:szCs w:val="20"/>
        </w:rPr>
        <w:t>ECG changes</w:t>
      </w:r>
    </w:p>
    <w:p w14:paraId="6E25D28D" w14:textId="77777777" w:rsidR="004B2954" w:rsidRPr="00BB79B8" w:rsidRDefault="004B2954" w:rsidP="004B2954">
      <w:pPr>
        <w:spacing w:after="20"/>
        <w:ind w:left="216"/>
        <w:rPr>
          <w:rFonts w:cs="Times New Roman"/>
          <w:sz w:val="20"/>
          <w:szCs w:val="20"/>
        </w:rPr>
      </w:pPr>
      <w:r w:rsidRPr="00BB79B8">
        <w:rPr>
          <w:rFonts w:cs="Times New Roman"/>
          <w:sz w:val="20"/>
          <w:szCs w:val="20"/>
        </w:rPr>
        <w:t>CRP/troponin ratio - often much higher in myocarditis than in heart attacks (median 436 vs. 84).</w:t>
      </w:r>
    </w:p>
    <w:p w14:paraId="3C0B6B33"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w:t>
      </w:r>
    </w:p>
    <w:p w14:paraId="1D1C66A9"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w:t>
      </w:r>
    </w:p>
    <w:p w14:paraId="659B20C8"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context (recent infection, immune therapy, etc.)</w:t>
      </w:r>
    </w:p>
    <w:p w14:paraId="0B458C20"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061D5795" w14:textId="77777777" w:rsidR="004B2954" w:rsidRPr="00BB79B8" w:rsidRDefault="004B2954" w:rsidP="004B2954">
      <w:pPr>
        <w:spacing w:after="20"/>
        <w:ind w:left="216"/>
        <w:rPr>
          <w:rFonts w:cs="Times New Roman"/>
          <w:sz w:val="20"/>
          <w:szCs w:val="20"/>
        </w:rPr>
      </w:pPr>
      <w:r w:rsidRPr="00BB79B8">
        <w:rPr>
          <w:rFonts w:cs="Times New Roman"/>
          <w:sz w:val="20"/>
          <w:szCs w:val="20"/>
        </w:rPr>
        <w:t>No - elevated troponin does not always mean myocarditis. It indicates heart muscle injury, but the cause must be determined from the clinical picture, imaging, and other labs.</w:t>
      </w:r>
    </w:p>
    <w:p w14:paraId="2EB5AC32"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you'd like, I can walk you through how to interpret troponin patterns, how myocarditis is diagnosed, or how to differentiate it from a heart attack - just choose one:</w:t>
      </w:r>
    </w:p>
    <w:p w14:paraId="0A9BD56E" w14:textId="77777777" w:rsidR="004B2954" w:rsidRPr="00BB79B8" w:rsidRDefault="004B2954" w:rsidP="004B2954">
      <w:pPr>
        <w:spacing w:after="20"/>
        <w:ind w:left="216"/>
        <w:rPr>
          <w:rFonts w:cs="Times New Roman"/>
          <w:sz w:val="20"/>
          <w:szCs w:val="20"/>
        </w:rPr>
      </w:pPr>
      <w:r w:rsidRPr="00BB79B8">
        <w:rPr>
          <w:rFonts w:cs="Times New Roman"/>
          <w:sz w:val="20"/>
          <w:szCs w:val="20"/>
        </w:rPr>
        <w:t>Interpret troponin patterns</w:t>
      </w:r>
    </w:p>
    <w:p w14:paraId="17579995" w14:textId="77777777" w:rsidR="004B2954" w:rsidRPr="00BB79B8" w:rsidRDefault="004B2954" w:rsidP="004B2954">
      <w:pPr>
        <w:spacing w:after="20"/>
        <w:ind w:left="216"/>
        <w:rPr>
          <w:rFonts w:cs="Times New Roman"/>
          <w:sz w:val="20"/>
          <w:szCs w:val="20"/>
        </w:rPr>
      </w:pPr>
      <w:r w:rsidRPr="00BB79B8">
        <w:rPr>
          <w:rFonts w:cs="Times New Roman"/>
          <w:sz w:val="20"/>
          <w:szCs w:val="20"/>
        </w:rPr>
        <w:t>Understand myocarditis diagnosis</w:t>
      </w:r>
    </w:p>
    <w:p w14:paraId="16AB9A96" w14:textId="77777777" w:rsidR="004B2954" w:rsidRPr="00BB79B8" w:rsidRDefault="004B2954" w:rsidP="004B2954">
      <w:pPr>
        <w:spacing w:after="20"/>
        <w:ind w:left="216"/>
        <w:rPr>
          <w:rFonts w:cs="Times New Roman"/>
          <w:sz w:val="20"/>
          <w:szCs w:val="20"/>
        </w:rPr>
      </w:pPr>
      <w:r w:rsidRPr="00BB79B8">
        <w:rPr>
          <w:rFonts w:cs="Times New Roman"/>
          <w:sz w:val="20"/>
          <w:szCs w:val="20"/>
        </w:rPr>
        <w:t>Differentiate myocarditisfromheartattack</w:t>
      </w:r>
    </w:p>
    <w:p w14:paraId="50561B79" w14:textId="77777777" w:rsidR="004B2954" w:rsidRPr="00BB79B8" w:rsidRDefault="004B2954" w:rsidP="004B2954">
      <w:pPr>
        <w:spacing w:after="0"/>
        <w:rPr>
          <w:rFonts w:cs="Times New Roman"/>
          <w:sz w:val="20"/>
          <w:szCs w:val="20"/>
        </w:rPr>
      </w:pPr>
    </w:p>
    <w:p w14:paraId="1268C68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5894ED2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45ACF47" w14:textId="77777777" w:rsidR="004B2954" w:rsidRPr="00BB79B8" w:rsidRDefault="004B2954" w:rsidP="004B2954">
      <w:pPr>
        <w:spacing w:after="20"/>
        <w:ind w:left="216"/>
        <w:rPr>
          <w:rFonts w:cs="Times New Roman"/>
          <w:sz w:val="20"/>
          <w:szCs w:val="20"/>
        </w:rPr>
      </w:pPr>
      <w:r w:rsidRPr="00BB79B8">
        <w:rPr>
          <w:rFonts w:cs="Times New Roman"/>
          <w:sz w:val="20"/>
          <w:szCs w:val="20"/>
        </w:rPr>
        <w:t>No, elevated troponin does not always mean myocarditis.</w:t>
      </w:r>
    </w:p>
    <w:p w14:paraId="0ACEB608"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myocarditis is one possible cause of elevated troponin, troponin is a marker of myocardial injury (damage to heart muscle cells), not a specific disease. Many other conditions can cause this damage.</w:t>
      </w:r>
    </w:p>
    <w:p w14:paraId="3729FF36" w14:textId="77777777" w:rsidR="004B2954" w:rsidRPr="00BB79B8" w:rsidRDefault="004B2954" w:rsidP="004B2954">
      <w:pPr>
        <w:spacing w:after="20"/>
        <w:ind w:left="216"/>
        <w:rPr>
          <w:rFonts w:cs="Times New Roman"/>
          <w:sz w:val="20"/>
          <w:szCs w:val="20"/>
        </w:rPr>
      </w:pPr>
      <w:r w:rsidRPr="00BB79B8">
        <w:rPr>
          <w:rFonts w:cs="Times New Roman"/>
          <w:sz w:val="20"/>
          <w:szCs w:val="20"/>
        </w:rPr>
        <w:t>Here are the major categories of causes for elevated troponin besides myocarditis:</w:t>
      </w:r>
    </w:p>
    <w:p w14:paraId="61309E32" w14:textId="77777777" w:rsidR="004B2954" w:rsidRPr="00BB79B8" w:rsidRDefault="004B2954" w:rsidP="004B2954">
      <w:pPr>
        <w:spacing w:after="20"/>
        <w:ind w:left="216"/>
        <w:rPr>
          <w:rFonts w:cs="Times New Roman"/>
          <w:sz w:val="20"/>
          <w:szCs w:val="20"/>
        </w:rPr>
      </w:pPr>
      <w:r w:rsidRPr="00BB79B8">
        <w:rPr>
          <w:rFonts w:cs="Times New Roman"/>
          <w:sz w:val="20"/>
          <w:szCs w:val="20"/>
        </w:rPr>
        <w:t>Ischemic Causes (Most common):</w:t>
      </w:r>
    </w:p>
    <w:p w14:paraId="2131CD5E" w14:textId="77777777" w:rsidR="004B2954" w:rsidRPr="00BB79B8" w:rsidRDefault="004B2954" w:rsidP="004B2954">
      <w:pPr>
        <w:spacing w:after="20"/>
        <w:ind w:left="216"/>
        <w:rPr>
          <w:rFonts w:cs="Times New Roman"/>
          <w:sz w:val="20"/>
          <w:szCs w:val="20"/>
        </w:rPr>
      </w:pPr>
      <w:r w:rsidRPr="00BB79B8">
        <w:rPr>
          <w:rFonts w:cs="Times New Roman"/>
          <w:sz w:val="20"/>
          <w:szCs w:val="20"/>
        </w:rPr>
        <w:t>Type 1 Myocardial Infarction (Heart Attack): Plaque rupture in a coronary artery.</w:t>
      </w:r>
    </w:p>
    <w:p w14:paraId="0EA04387" w14:textId="77777777" w:rsidR="004B2954" w:rsidRPr="00BB79B8" w:rsidRDefault="004B2954" w:rsidP="004B2954">
      <w:pPr>
        <w:spacing w:after="20"/>
        <w:ind w:left="216"/>
        <w:rPr>
          <w:rFonts w:cs="Times New Roman"/>
          <w:sz w:val="20"/>
          <w:szCs w:val="20"/>
        </w:rPr>
      </w:pPr>
      <w:r w:rsidRPr="00BB79B8">
        <w:rPr>
          <w:rFonts w:cs="Times New Roman"/>
          <w:sz w:val="20"/>
          <w:szCs w:val="20"/>
        </w:rPr>
        <w:t>Type 2 Myocardial Infarction: Supply/demand mismatch (e.g., severe hypotension, prolonged tachycardia, severe hypertension).</w:t>
      </w:r>
    </w:p>
    <w:p w14:paraId="354B443F" w14:textId="77777777" w:rsidR="004B2954" w:rsidRPr="00BB79B8" w:rsidRDefault="004B2954" w:rsidP="004B2954">
      <w:pPr>
        <w:spacing w:after="20"/>
        <w:ind w:left="216"/>
        <w:rPr>
          <w:rFonts w:cs="Times New Roman"/>
          <w:sz w:val="20"/>
          <w:szCs w:val="20"/>
        </w:rPr>
      </w:pPr>
      <w:r w:rsidRPr="00BB79B8">
        <w:rPr>
          <w:rFonts w:cs="Times New Roman"/>
          <w:sz w:val="20"/>
          <w:szCs w:val="20"/>
        </w:rPr>
        <w:t>Non-Ischemic Cardiac Causes:</w:t>
      </w:r>
    </w:p>
    <w:p w14:paraId="2385F330" w14:textId="77777777" w:rsidR="004B2954" w:rsidRPr="00BB79B8" w:rsidRDefault="004B2954" w:rsidP="004B2954">
      <w:pPr>
        <w:spacing w:after="20"/>
        <w:ind w:left="216"/>
        <w:rPr>
          <w:rFonts w:cs="Times New Roman"/>
          <w:sz w:val="20"/>
          <w:szCs w:val="20"/>
        </w:rPr>
      </w:pPr>
      <w:r w:rsidRPr="00BB79B8">
        <w:rPr>
          <w:rFonts w:cs="Times New Roman"/>
          <w:sz w:val="20"/>
          <w:szCs w:val="20"/>
        </w:rPr>
        <w:t>Takotsubo Cardiomyopathy (Broken Heart Syndrome): Temporary stunning of the heart muscle, often from severe emotional or physical stress.</w:t>
      </w:r>
    </w:p>
    <w:p w14:paraId="64CF4B28" w14:textId="77777777" w:rsidR="004B2954" w:rsidRPr="00BB79B8" w:rsidRDefault="004B2954" w:rsidP="004B2954">
      <w:pPr>
        <w:spacing w:after="20"/>
        <w:ind w:left="216"/>
        <w:rPr>
          <w:rFonts w:cs="Times New Roman"/>
          <w:sz w:val="20"/>
          <w:szCs w:val="20"/>
        </w:rPr>
      </w:pPr>
      <w:r w:rsidRPr="00BB79B8">
        <w:rPr>
          <w:rFonts w:cs="Times New Roman"/>
          <w:sz w:val="20"/>
          <w:szCs w:val="20"/>
        </w:rPr>
        <w:t>Tachyarrhythmias: Very fast heart rates (e.g., atrial fibrillation with rapid ventricular response) can outpace the heart's blood supply.</w:t>
      </w:r>
    </w:p>
    <w:p w14:paraId="7F832BBF"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Heart Failure.</w:t>
      </w:r>
    </w:p>
    <w:p w14:paraId="66324601"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Contusion: Trauma to the chest.</w:t>
      </w:r>
    </w:p>
    <w:p w14:paraId="31B48BE0"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Cardioversion or Defibrillation.</w:t>
      </w:r>
    </w:p>
    <w:p w14:paraId="7666DF59"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Procedures: Ablation, biopsy, or surgery.</w:t>
      </w:r>
    </w:p>
    <w:p w14:paraId="63934467" w14:textId="77777777" w:rsidR="004B2954" w:rsidRPr="00BB79B8" w:rsidRDefault="004B2954" w:rsidP="004B2954">
      <w:pPr>
        <w:spacing w:after="20"/>
        <w:ind w:left="216"/>
        <w:rPr>
          <w:rFonts w:cs="Times New Roman"/>
          <w:sz w:val="20"/>
          <w:szCs w:val="20"/>
        </w:rPr>
      </w:pPr>
      <w:r w:rsidRPr="00BB79B8">
        <w:rPr>
          <w:rFonts w:cs="Times New Roman"/>
          <w:sz w:val="20"/>
          <w:szCs w:val="20"/>
        </w:rPr>
        <w:t>Aortic Dissection (if it involves the coronary arteries).</w:t>
      </w:r>
    </w:p>
    <w:p w14:paraId="23B412FD" w14:textId="77777777" w:rsidR="004B2954" w:rsidRPr="00BB79B8" w:rsidRDefault="004B2954" w:rsidP="004B2954">
      <w:pPr>
        <w:spacing w:after="20"/>
        <w:ind w:left="216"/>
        <w:rPr>
          <w:rFonts w:cs="Times New Roman"/>
          <w:sz w:val="20"/>
          <w:szCs w:val="20"/>
        </w:rPr>
      </w:pPr>
      <w:r w:rsidRPr="00BB79B8">
        <w:rPr>
          <w:rFonts w:cs="Times New Roman"/>
          <w:sz w:val="20"/>
          <w:szCs w:val="20"/>
        </w:rPr>
        <w:t>Non-Cardiac Causes (Very common in clinical practice):</w:t>
      </w:r>
    </w:p>
    <w:p w14:paraId="4E493925"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(PE): Causes acute right heart strain and injury.</w:t>
      </w:r>
    </w:p>
    <w:p w14:paraId="6A2213FC" w14:textId="77777777" w:rsidR="004B2954" w:rsidRPr="00BB79B8" w:rsidRDefault="004B2954" w:rsidP="004B2954">
      <w:pPr>
        <w:spacing w:after="20"/>
        <w:ind w:left="216"/>
        <w:rPr>
          <w:rFonts w:cs="Times New Roman"/>
          <w:sz w:val="20"/>
          <w:szCs w:val="20"/>
        </w:rPr>
      </w:pPr>
      <w:r w:rsidRPr="00BB79B8">
        <w:rPr>
          <w:rFonts w:cs="Times New Roman"/>
          <w:sz w:val="20"/>
          <w:szCs w:val="20"/>
        </w:rPr>
        <w:t>Sepsis or Septic Shock: Systemic inflammation can directly injure heart cells.</w:t>
      </w:r>
    </w:p>
    <w:p w14:paraId="386598B1"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Kidney Disease (CKD): Troponin is often chronically, mildly elevated due to decreased clearance and micro-injury, not acute heart disease.</w:t>
      </w:r>
    </w:p>
    <w:p w14:paraId="2C9F9897"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Pulmonary Hypertension.</w:t>
      </w:r>
    </w:p>
    <w:p w14:paraId="01ADADFA" w14:textId="77777777" w:rsidR="004B2954" w:rsidRPr="00BB79B8" w:rsidRDefault="004B2954" w:rsidP="004B2954">
      <w:pPr>
        <w:spacing w:after="20"/>
        <w:ind w:left="216"/>
        <w:rPr>
          <w:rFonts w:cs="Times New Roman"/>
          <w:sz w:val="20"/>
          <w:szCs w:val="20"/>
        </w:rPr>
      </w:pPr>
      <w:r w:rsidRPr="00BB79B8">
        <w:rPr>
          <w:rFonts w:cs="Times New Roman"/>
          <w:sz w:val="20"/>
          <w:szCs w:val="20"/>
        </w:rPr>
        <w:t>Stroke or Subarachnoid Hemorrhage: Can cause a massive sympathetic surge injuring the heart.</w:t>
      </w:r>
    </w:p>
    <w:p w14:paraId="7EF8107B" w14:textId="77777777" w:rsidR="004B2954" w:rsidRPr="00BB79B8" w:rsidRDefault="004B2954" w:rsidP="004B2954">
      <w:pPr>
        <w:spacing w:after="20"/>
        <w:ind w:left="216"/>
        <w:rPr>
          <w:rFonts w:cs="Times New Roman"/>
          <w:sz w:val="20"/>
          <w:szCs w:val="20"/>
        </w:rPr>
      </w:pPr>
      <w:r w:rsidRPr="00BB79B8">
        <w:rPr>
          <w:rFonts w:cs="Times New Roman"/>
          <w:sz w:val="20"/>
          <w:szCs w:val="20"/>
        </w:rPr>
        <w:t>Extreme Exertion: e.g., marathon running.</w:t>
      </w:r>
    </w:p>
    <w:p w14:paraId="0D9D3587"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True Myocardial Injuries:</w:t>
      </w:r>
    </w:p>
    <w:p w14:paraId="631B2361"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Cardiotoxic Chemotherapy (e.g., Doxorubicin).</w:t>
      </w:r>
    </w:p>
    <w:p w14:paraId="232927F1"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electrolyte imbalances.</w:t>
      </w:r>
    </w:p>
    <w:p w14:paraId="7CEE0B02" w14:textId="77777777" w:rsidR="004B2954" w:rsidRPr="00BB79B8" w:rsidRDefault="004B2954" w:rsidP="004B2954">
      <w:pPr>
        <w:spacing w:after="20"/>
        <w:ind w:left="216"/>
        <w:rPr>
          <w:rFonts w:cs="Times New Roman"/>
          <w:sz w:val="20"/>
          <w:szCs w:val="20"/>
        </w:rPr>
      </w:pPr>
      <w:r w:rsidRPr="00BB79B8">
        <w:rPr>
          <w:rFonts w:cs="Times New Roman"/>
          <w:sz w:val="20"/>
          <w:szCs w:val="20"/>
        </w:rPr>
        <w:t>Hypothyroidism or Thyrotoxicosis.</w:t>
      </w:r>
    </w:p>
    <w:p w14:paraId="53295059" w14:textId="77777777" w:rsidR="004B2954" w:rsidRPr="00BB79B8" w:rsidRDefault="004B2954" w:rsidP="004B2954">
      <w:pPr>
        <w:spacing w:after="20"/>
        <w:ind w:left="216"/>
        <w:rPr>
          <w:rFonts w:cs="Times New Roman"/>
          <w:sz w:val="20"/>
          <w:szCs w:val="20"/>
        </w:rPr>
      </w:pPr>
      <w:r w:rsidRPr="00BB79B8">
        <w:rPr>
          <w:rFonts w:cs="Times New Roman"/>
          <w:sz w:val="20"/>
          <w:szCs w:val="20"/>
        </w:rPr>
        <w:t>Infiltrative Diseases (e.g., Amyloidosis, Sarcoidosis).</w:t>
      </w:r>
    </w:p>
    <w:p w14:paraId="72FC53A6" w14:textId="77777777" w:rsidR="004B2954" w:rsidRPr="00BB79B8" w:rsidRDefault="004B2954" w:rsidP="004B2954">
      <w:pPr>
        <w:spacing w:after="20"/>
        <w:ind w:left="216"/>
        <w:rPr>
          <w:rFonts w:cs="Times New Roman"/>
          <w:sz w:val="20"/>
          <w:szCs w:val="20"/>
        </w:rPr>
      </w:pPr>
      <w:r w:rsidRPr="00BB79B8">
        <w:rPr>
          <w:rFonts w:cs="Times New Roman"/>
          <w:sz w:val="20"/>
          <w:szCs w:val="20"/>
        </w:rPr>
        <w:t xml:space="preserve">Key takeaway: Think of elevated troponin as a "fire alarm." It tells you there's a problem (myocardial injury), but you must investigate to find the cause. Myocarditis is just one of many possible fires. The diagnosis requires additional evidence, such as </w:t>
      </w:r>
      <w:r w:rsidRPr="00BB79B8">
        <w:rPr>
          <w:rFonts w:cs="Times New Roman"/>
          <w:sz w:val="20"/>
          <w:szCs w:val="20"/>
        </w:rPr>
        <w:lastRenderedPageBreak/>
        <w:t>cardiac MRI, ECG changes, symptoms (chest pain, fever, viral prodrome), and often a negative angiogram to rule out coronary artery blockages.</w:t>
      </w:r>
    </w:p>
    <w:p w14:paraId="55220808" w14:textId="77777777" w:rsidR="004B2954" w:rsidRPr="00BB79B8" w:rsidRDefault="004B2954" w:rsidP="004B2954">
      <w:pPr>
        <w:spacing w:after="0"/>
        <w:rPr>
          <w:rFonts w:cs="Times New Roman"/>
          <w:sz w:val="20"/>
          <w:szCs w:val="20"/>
        </w:rPr>
      </w:pPr>
    </w:p>
    <w:p w14:paraId="159AF72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750810E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17DF657" w14:textId="77777777" w:rsidR="004B2954" w:rsidRPr="00BB79B8" w:rsidRDefault="004B2954" w:rsidP="004B2954">
      <w:pPr>
        <w:spacing w:after="20"/>
        <w:ind w:left="216"/>
        <w:rPr>
          <w:rFonts w:cs="Times New Roman"/>
          <w:sz w:val="20"/>
          <w:szCs w:val="20"/>
        </w:rPr>
      </w:pPr>
      <w:r w:rsidRPr="00BB79B8">
        <w:rPr>
          <w:rFonts w:cs="Times New Roman"/>
          <w:sz w:val="20"/>
          <w:szCs w:val="20"/>
        </w:rPr>
        <w:t>No, elevated troponin does NOT always mean myocarditis.</w:t>
      </w:r>
    </w:p>
    <w:p w14:paraId="686041E4" w14:textId="77777777" w:rsidR="004B2954" w:rsidRPr="00BB79B8" w:rsidRDefault="004B2954" w:rsidP="004B2954">
      <w:pPr>
        <w:spacing w:after="20"/>
        <w:ind w:left="216"/>
        <w:rPr>
          <w:rFonts w:cs="Times New Roman"/>
          <w:sz w:val="20"/>
          <w:szCs w:val="20"/>
        </w:rPr>
      </w:pPr>
      <w:r w:rsidRPr="00BB79B8">
        <w:rPr>
          <w:rFonts w:cs="Times New Roman"/>
          <w:sz w:val="20"/>
          <w:szCs w:val="20"/>
        </w:rPr>
        <w:t>Key explanation</w:t>
      </w:r>
    </w:p>
    <w:p w14:paraId="4FCCC34F"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is a biomarker of cardiac myocyte injury, not specific only to myocarditis.</w:t>
      </w:r>
    </w:p>
    <w:p w14:paraId="7D6D94B9" w14:textId="77777777" w:rsidR="004B2954" w:rsidRPr="00BB79B8" w:rsidRDefault="004B2954" w:rsidP="004B2954">
      <w:pPr>
        <w:spacing w:after="20"/>
        <w:ind w:left="216"/>
        <w:rPr>
          <w:rFonts w:cs="Times New Roman"/>
          <w:sz w:val="20"/>
          <w:szCs w:val="20"/>
        </w:rPr>
      </w:pPr>
      <w:r w:rsidRPr="00BB79B8">
        <w:rPr>
          <w:rFonts w:cs="Times New Roman"/>
          <w:sz w:val="20"/>
          <w:szCs w:val="20"/>
        </w:rPr>
        <w:t>Common causes of elevated troponin besides myocarditis</w:t>
      </w:r>
    </w:p>
    <w:p w14:paraId="6FEF740A"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myocardial infarction / coronary artery spasm</w:t>
      </w:r>
    </w:p>
    <w:p w14:paraId="5043A722"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heart failure, takotsubo cardiomyopathy</w:t>
      </w:r>
    </w:p>
    <w:p w14:paraId="4E6F94CC" w14:textId="77777777" w:rsidR="004B2954" w:rsidRPr="00BB79B8" w:rsidRDefault="004B2954" w:rsidP="004B2954">
      <w:pPr>
        <w:spacing w:after="20"/>
        <w:ind w:left="216"/>
        <w:rPr>
          <w:rFonts w:cs="Times New Roman"/>
          <w:sz w:val="20"/>
          <w:szCs w:val="20"/>
        </w:rPr>
      </w:pPr>
      <w:r w:rsidRPr="00BB79B8">
        <w:rPr>
          <w:rFonts w:cs="Times New Roman"/>
          <w:sz w:val="20"/>
          <w:szCs w:val="20"/>
        </w:rPr>
        <w:t>Peri-myocarditis, pericarditis</w:t>
      </w:r>
    </w:p>
    <w:p w14:paraId="29AC40F5"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sepsis, septic shock</w:t>
      </w:r>
    </w:p>
    <w:p w14:paraId="5044D197" w14:textId="77777777" w:rsidR="004B2954" w:rsidRPr="00BB79B8" w:rsidRDefault="004B2954" w:rsidP="004B2954">
      <w:pPr>
        <w:spacing w:after="20"/>
        <w:ind w:left="216"/>
        <w:rPr>
          <w:rFonts w:cs="Times New Roman"/>
          <w:sz w:val="20"/>
          <w:szCs w:val="20"/>
        </w:rPr>
      </w:pPr>
      <w:r w:rsidRPr="00BB79B8">
        <w:rPr>
          <w:rFonts w:cs="Times New Roman"/>
          <w:sz w:val="20"/>
          <w:szCs w:val="20"/>
        </w:rPr>
        <w:t>Pulmonary embolism, severe pulmonary hypertension</w:t>
      </w:r>
    </w:p>
    <w:p w14:paraId="7B297ED8" w14:textId="77777777" w:rsidR="004B2954" w:rsidRPr="00BB79B8" w:rsidRDefault="004B2954" w:rsidP="004B2954">
      <w:pPr>
        <w:spacing w:after="20"/>
        <w:ind w:left="216"/>
        <w:rPr>
          <w:rFonts w:cs="Times New Roman"/>
          <w:sz w:val="20"/>
          <w:szCs w:val="20"/>
        </w:rPr>
      </w:pPr>
      <w:r w:rsidRPr="00BB79B8">
        <w:rPr>
          <w:rFonts w:cs="Times New Roman"/>
          <w:sz w:val="20"/>
          <w:szCs w:val="20"/>
        </w:rPr>
        <w:t>Renal failure (chronic kidney disease)</w:t>
      </w:r>
    </w:p>
    <w:p w14:paraId="01F42161"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trauma, major surgery, critical illness</w:t>
      </w:r>
    </w:p>
    <w:p w14:paraId="0DB131ED" w14:textId="77777777" w:rsidR="004B2954" w:rsidRPr="00BB79B8" w:rsidRDefault="004B2954" w:rsidP="004B2954">
      <w:pPr>
        <w:spacing w:after="20"/>
        <w:ind w:left="216"/>
        <w:rPr>
          <w:rFonts w:cs="Times New Roman"/>
          <w:sz w:val="20"/>
          <w:szCs w:val="20"/>
        </w:rPr>
      </w:pPr>
      <w:r w:rsidRPr="00BB79B8">
        <w:rPr>
          <w:rFonts w:cs="Times New Roman"/>
          <w:sz w:val="20"/>
          <w:szCs w:val="20"/>
        </w:rPr>
        <w:t>Strenuous extreme exercise</w:t>
      </w:r>
    </w:p>
    <w:p w14:paraId="61D5009A" w14:textId="77777777" w:rsidR="004B2954" w:rsidRPr="00BB79B8" w:rsidRDefault="004B2954" w:rsidP="004B2954">
      <w:pPr>
        <w:spacing w:after="20"/>
        <w:ind w:left="216"/>
        <w:rPr>
          <w:rFonts w:cs="Times New Roman"/>
          <w:sz w:val="20"/>
          <w:szCs w:val="20"/>
        </w:rPr>
      </w:pPr>
      <w:r w:rsidRPr="00BB79B8">
        <w:rPr>
          <w:rFonts w:cs="Times New Roman"/>
          <w:sz w:val="20"/>
          <w:szCs w:val="20"/>
        </w:rPr>
        <w:t>Drug-induced cardiac toxicity</w:t>
      </w:r>
    </w:p>
    <w:p w14:paraId="43850AEE"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point</w:t>
      </w:r>
    </w:p>
    <w:p w14:paraId="6201376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only one cause of troponin elevation. Diagnosis needs combination of:</w:t>
      </w:r>
    </w:p>
    <w:p w14:paraId="63B68C28"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ECG, cardiac imaging (echo/cardiac MRI), lab tests and clinical context, not troponin alone.</w:t>
      </w:r>
    </w:p>
    <w:p w14:paraId="6D2BC766" w14:textId="77777777" w:rsidR="004B2954" w:rsidRPr="00BB79B8" w:rsidRDefault="004B2954" w:rsidP="004B2954">
      <w:pPr>
        <w:rPr>
          <w:rFonts w:cs="Times New Roman"/>
          <w:sz w:val="20"/>
          <w:szCs w:val="20"/>
        </w:rPr>
      </w:pPr>
    </w:p>
    <w:p w14:paraId="438D9156" w14:textId="77777777" w:rsidR="004B2954" w:rsidRPr="00BB79B8" w:rsidRDefault="004B2954" w:rsidP="004B2954">
      <w:pPr>
        <w:keepNext/>
        <w:rPr>
          <w:rFonts w:cs="Times New Roman"/>
          <w:sz w:val="20"/>
          <w:szCs w:val="20"/>
        </w:rPr>
      </w:pPr>
      <w:r w:rsidRPr="00BB79B8">
        <w:rPr>
          <w:rFonts w:cs="Times New Roman"/>
          <w:b/>
          <w:color w:val="1F4E79"/>
          <w:sz w:val="20"/>
          <w:szCs w:val="20"/>
        </w:rPr>
        <w:t>Q34. Can echocardiography detect myocarditis?</w:t>
      </w:r>
    </w:p>
    <w:p w14:paraId="290D5EB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00F68CF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D8A78FC"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cannot definitively diagnose myocarditis, but it can detect changes suggestive of the condition. Specifically, it may reveal:</w:t>
      </w:r>
    </w:p>
    <w:p w14:paraId="14501732"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heart function (e.g., decreased left ventricular ejection fraction)</w:t>
      </w:r>
    </w:p>
    <w:p w14:paraId="5F968841" w14:textId="77777777" w:rsidR="004B2954" w:rsidRPr="00BB79B8" w:rsidRDefault="004B2954" w:rsidP="004B2954">
      <w:pPr>
        <w:spacing w:after="20"/>
        <w:ind w:left="216"/>
        <w:rPr>
          <w:rFonts w:cs="Times New Roman"/>
          <w:sz w:val="20"/>
          <w:szCs w:val="20"/>
        </w:rPr>
      </w:pPr>
      <w:r w:rsidRPr="00BB79B8">
        <w:rPr>
          <w:rFonts w:cs="Times New Roman"/>
          <w:sz w:val="20"/>
          <w:szCs w:val="20"/>
        </w:rPr>
        <w:t>Wall motion abnormalities (areas of the heart not contracting normally)</w:t>
      </w:r>
    </w:p>
    <w:p w14:paraId="2CF618D1" w14:textId="77777777" w:rsidR="004B2954" w:rsidRPr="00BB79B8" w:rsidRDefault="004B2954" w:rsidP="004B2954">
      <w:pPr>
        <w:spacing w:after="20"/>
        <w:ind w:left="216"/>
        <w:rPr>
          <w:rFonts w:cs="Times New Roman"/>
          <w:sz w:val="20"/>
          <w:szCs w:val="20"/>
        </w:rPr>
      </w:pPr>
      <w:r w:rsidRPr="00BB79B8">
        <w:rPr>
          <w:rFonts w:cs="Times New Roman"/>
          <w:sz w:val="20"/>
          <w:szCs w:val="20"/>
        </w:rPr>
        <w:t>Chamber enlargement or thickened myocardium</w:t>
      </w:r>
    </w:p>
    <w:p w14:paraId="7822DAFF"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 effusion (fluid around the heart, which can sometimes accompany myocarditis)</w:t>
      </w:r>
    </w:p>
    <w:p w14:paraId="6C385701"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many patients with myocarditis may have normal echocardiograms, especially in mild or early cases. Therefore, echocardiography is more useful for assessing heart function and complications rather than confirming myocarditis.</w:t>
      </w:r>
    </w:p>
    <w:p w14:paraId="486EB0A2" w14:textId="77777777" w:rsidR="004B2954" w:rsidRPr="00BB79B8" w:rsidRDefault="004B2954" w:rsidP="004B2954">
      <w:pPr>
        <w:spacing w:after="20"/>
        <w:ind w:left="216"/>
        <w:rPr>
          <w:rFonts w:cs="Times New Roman"/>
          <w:sz w:val="20"/>
          <w:szCs w:val="20"/>
        </w:rPr>
      </w:pPr>
      <w:r w:rsidRPr="00BB79B8">
        <w:rPr>
          <w:rFonts w:cs="Times New Roman"/>
          <w:sz w:val="20"/>
          <w:szCs w:val="20"/>
        </w:rPr>
        <w:t>For definitive diagnosis, cardiac MRI with tissue characterization or endomyocardial biopsy is considered the gold standard.</w:t>
      </w:r>
    </w:p>
    <w:p w14:paraId="597B06A6" w14:textId="77777777" w:rsidR="004B2954" w:rsidRPr="00BB79B8" w:rsidRDefault="004B2954" w:rsidP="004B2954">
      <w:pPr>
        <w:spacing w:after="0"/>
        <w:rPr>
          <w:rFonts w:cs="Times New Roman"/>
          <w:sz w:val="20"/>
          <w:szCs w:val="20"/>
        </w:rPr>
      </w:pPr>
    </w:p>
    <w:p w14:paraId="5FBAF94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2FAE78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E8FDBE4" w14:textId="77777777" w:rsidR="004B2954" w:rsidRPr="00BB79B8" w:rsidRDefault="004B2954" w:rsidP="004B2954">
      <w:pPr>
        <w:spacing w:after="20"/>
        <w:ind w:left="216"/>
        <w:rPr>
          <w:rFonts w:cs="Times New Roman"/>
          <w:sz w:val="20"/>
          <w:szCs w:val="20"/>
        </w:rPr>
      </w:pPr>
      <w:r w:rsidRPr="00BB79B8">
        <w:rPr>
          <w:rFonts w:cs="Times New Roman"/>
          <w:sz w:val="20"/>
          <w:szCs w:val="20"/>
        </w:rPr>
        <w:t>Yes, echocardiography (echo) is a fundamental tool in the evaluation of suspected myocarditis, though it is rarely used in isolation to make a definitive diagnosis. Its primary value lies in assessing cardiac function and ruling out other causes of heart failure or chest pain.</w:t>
      </w:r>
    </w:p>
    <w:p w14:paraId="3FF36AC2"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how echocardiography is utilized in the context of myocarditis:</w:t>
      </w:r>
    </w:p>
    <w:p w14:paraId="78535F67" w14:textId="77777777" w:rsidR="004B2954" w:rsidRPr="00BB79B8" w:rsidRDefault="004B2954" w:rsidP="004B2954">
      <w:pPr>
        <w:spacing w:after="20"/>
        <w:ind w:left="216"/>
        <w:rPr>
          <w:rFonts w:cs="Times New Roman"/>
          <w:sz w:val="20"/>
          <w:szCs w:val="20"/>
        </w:rPr>
      </w:pPr>
      <w:r w:rsidRPr="00BB79B8">
        <w:rPr>
          <w:rFonts w:cs="Times New Roman"/>
          <w:sz w:val="20"/>
          <w:szCs w:val="20"/>
        </w:rPr>
        <w:t>1. Key Diagnostic Capabilities</w:t>
      </w:r>
    </w:p>
    <w:p w14:paraId="317FE4D6"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Function: Echo can detect global or regional wall motion abnormalities. A sudden decrease in Left Ventricular Ejection Fraction (LVEF) in a previously healthy patient is a strong clinical indicator of inflammatory cardiomyopathy.</w:t>
      </w:r>
    </w:p>
    <w:p w14:paraId="127AA74F" w14:textId="77777777" w:rsidR="004B2954" w:rsidRPr="00BB79B8" w:rsidRDefault="004B2954" w:rsidP="004B2954">
      <w:pPr>
        <w:spacing w:after="20"/>
        <w:ind w:left="216"/>
        <w:rPr>
          <w:rFonts w:cs="Times New Roman"/>
          <w:sz w:val="20"/>
          <w:szCs w:val="20"/>
        </w:rPr>
      </w:pPr>
      <w:r w:rsidRPr="00BB79B8">
        <w:rPr>
          <w:rFonts w:cs="Times New Roman"/>
          <w:sz w:val="20"/>
          <w:szCs w:val="20"/>
        </w:rPr>
        <w:t>Chamber Geometry: It helps differentiate between acute myocarditis (where heart chambers are usually normal in size but have thick, edematous walls) and dilated cardiomyopathy (where the ventricles are enlarged and the walls are often thin).</w:t>
      </w:r>
    </w:p>
    <w:p w14:paraId="067132B5"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 Effusion: Myocarditis often occurs alongside pericarditis (myopericarditis). Echo is the gold standard for detecting fluid around the heart.</w:t>
      </w:r>
    </w:p>
    <w:p w14:paraId="3FB2F54A" w14:textId="77777777" w:rsidR="004B2954" w:rsidRPr="00BB79B8" w:rsidRDefault="004B2954" w:rsidP="004B2954">
      <w:pPr>
        <w:spacing w:after="20"/>
        <w:ind w:left="216"/>
        <w:rPr>
          <w:rFonts w:cs="Times New Roman"/>
          <w:sz w:val="20"/>
          <w:szCs w:val="20"/>
        </w:rPr>
      </w:pPr>
      <w:r w:rsidRPr="00BB79B8">
        <w:rPr>
          <w:rFonts w:cs="Times New Roman"/>
          <w:sz w:val="20"/>
          <w:szCs w:val="20"/>
        </w:rPr>
        <w:t>Exclusion of Other Pathologies: It helps rule out valvular heart disease or hypertrophic cardiomyopathy, which can mimic myocarditis symptoms.</w:t>
      </w:r>
    </w:p>
    <w:p w14:paraId="4F78DFD0" w14:textId="77777777" w:rsidR="004B2954" w:rsidRPr="00BB79B8" w:rsidRDefault="004B2954" w:rsidP="004B2954">
      <w:pPr>
        <w:spacing w:after="20"/>
        <w:ind w:left="216"/>
        <w:rPr>
          <w:rFonts w:cs="Times New Roman"/>
          <w:sz w:val="20"/>
          <w:szCs w:val="20"/>
        </w:rPr>
      </w:pPr>
      <w:r w:rsidRPr="00BB79B8">
        <w:rPr>
          <w:rFonts w:cs="Times New Roman"/>
          <w:sz w:val="20"/>
          <w:szCs w:val="20"/>
        </w:rPr>
        <w:t>2. Emerging Techniques</w:t>
      </w:r>
    </w:p>
    <w:p w14:paraId="6B2F16C9" w14:textId="77777777" w:rsidR="004B2954" w:rsidRPr="00BB79B8" w:rsidRDefault="004B2954" w:rsidP="004B2954">
      <w:pPr>
        <w:spacing w:after="20"/>
        <w:ind w:left="216"/>
        <w:rPr>
          <w:rFonts w:cs="Times New Roman"/>
          <w:sz w:val="20"/>
          <w:szCs w:val="20"/>
        </w:rPr>
      </w:pPr>
      <w:r w:rsidRPr="00BB79B8">
        <w:rPr>
          <w:rFonts w:cs="Times New Roman"/>
          <w:sz w:val="20"/>
          <w:szCs w:val="20"/>
        </w:rPr>
        <w:t>Speckle Tracking Echocardiography (STE): This is more sensitive than standard echo. It measures Global Longitudinal Strain (GLS), which can detect subtle myocardial deformation and "hidden" dysfunction even when the overall ejection fraction appears normal.</w:t>
      </w:r>
    </w:p>
    <w:p w14:paraId="088A1043"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3. Limitations</w:t>
      </w:r>
    </w:p>
    <w:p w14:paraId="339E9BE7" w14:textId="77777777" w:rsidR="004B2954" w:rsidRPr="00BB79B8" w:rsidRDefault="004B2954" w:rsidP="004B2954">
      <w:pPr>
        <w:spacing w:after="20"/>
        <w:ind w:left="216"/>
        <w:rPr>
          <w:rFonts w:cs="Times New Roman"/>
          <w:sz w:val="20"/>
          <w:szCs w:val="20"/>
        </w:rPr>
      </w:pPr>
      <w:r w:rsidRPr="00BB79B8">
        <w:rPr>
          <w:rFonts w:cs="Times New Roman"/>
          <w:sz w:val="20"/>
          <w:szCs w:val="20"/>
        </w:rPr>
        <w:t>Low Specificity: There are no "pathognomonic" (unique) echocardiographic features that exist only for myocarditis. The findings often overlap with myocardial infarction or other cardiomyopathies.</w:t>
      </w:r>
    </w:p>
    <w:p w14:paraId="66CFC448"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Results: In mild or focal cases of myocarditis, the echocardiogram may appear completely normal, meaning a clear echo does not fully rule out the condition.</w:t>
      </w:r>
    </w:p>
    <w:p w14:paraId="4BA9F66A"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Table: Echo vs. Cardiac MRI (CMR)</w:t>
      </w:r>
    </w:p>
    <w:p w14:paraId="525F2ECD"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echo is the first-line imaging test due to its accessibility, Cardiac MRI is currently the non-invasive "gold standard" for diagnosis.</w:t>
      </w:r>
    </w:p>
    <w:p w14:paraId="289356B3" w14:textId="77777777" w:rsidR="004B2954" w:rsidRPr="00BB79B8" w:rsidRDefault="004B2954" w:rsidP="004B2954">
      <w:pPr>
        <w:spacing w:after="20"/>
        <w:ind w:left="216"/>
        <w:rPr>
          <w:rFonts w:cs="Times New Roman"/>
          <w:sz w:val="20"/>
          <w:szCs w:val="20"/>
        </w:rPr>
      </w:pPr>
      <w:r w:rsidRPr="00BB79B8">
        <w:rPr>
          <w:rFonts w:cs="Times New Roman"/>
          <w:sz w:val="20"/>
          <w:szCs w:val="20"/>
        </w:rPr>
        <w:t>Feature; Echocardiography; Cardiac MRI (CMR)</w:t>
      </w:r>
    </w:p>
    <w:p w14:paraId="3771DDE8" w14:textId="77777777" w:rsidR="004B2954" w:rsidRPr="00BB79B8" w:rsidRDefault="004B2954" w:rsidP="004B2954">
      <w:pPr>
        <w:spacing w:after="20"/>
        <w:ind w:left="216"/>
        <w:rPr>
          <w:rFonts w:cs="Times New Roman"/>
          <w:sz w:val="20"/>
          <w:szCs w:val="20"/>
        </w:rPr>
      </w:pPr>
      <w:r w:rsidRPr="00BB79B8">
        <w:rPr>
          <w:rFonts w:cs="Times New Roman"/>
          <w:sz w:val="20"/>
          <w:szCs w:val="20"/>
        </w:rPr>
        <w:t>Availability; High (Bedside/Clinic); Limited (Hospital-based)</w:t>
      </w:r>
    </w:p>
    <w:p w14:paraId="265ACEB2" w14:textId="77777777" w:rsidR="004B2954" w:rsidRPr="00BB79B8" w:rsidRDefault="004B2954" w:rsidP="004B2954">
      <w:pPr>
        <w:spacing w:after="20"/>
        <w:ind w:left="216"/>
        <w:rPr>
          <w:rFonts w:cs="Times New Roman"/>
          <w:sz w:val="20"/>
          <w:szCs w:val="20"/>
        </w:rPr>
      </w:pPr>
      <w:r w:rsidRPr="00BB79B8">
        <w:rPr>
          <w:rFonts w:cs="Times New Roman"/>
          <w:sz w:val="20"/>
          <w:szCs w:val="20"/>
        </w:rPr>
        <w:t>Tissue Characterization; Limited (cannot see edema); High (detects edema &amp; scarring)</w:t>
      </w:r>
    </w:p>
    <w:p w14:paraId="04B84C19" w14:textId="77777777" w:rsidR="004B2954" w:rsidRPr="00BB79B8" w:rsidRDefault="004B2954" w:rsidP="004B2954">
      <w:pPr>
        <w:spacing w:after="20"/>
        <w:ind w:left="216"/>
        <w:rPr>
          <w:rFonts w:cs="Times New Roman"/>
          <w:sz w:val="20"/>
          <w:szCs w:val="20"/>
        </w:rPr>
      </w:pPr>
      <w:r w:rsidRPr="00BB79B8">
        <w:rPr>
          <w:rFonts w:cs="Times New Roman"/>
          <w:sz w:val="20"/>
          <w:szCs w:val="20"/>
        </w:rPr>
        <w:t>Gold Standard Status; First-line screening; Non-invasive gold standard</w:t>
      </w:r>
    </w:p>
    <w:p w14:paraId="2D4C0EDC" w14:textId="77777777" w:rsidR="004B2954" w:rsidRPr="00BB79B8" w:rsidRDefault="004B2954" w:rsidP="004B2954">
      <w:pPr>
        <w:spacing w:after="20"/>
        <w:ind w:left="216"/>
        <w:rPr>
          <w:rFonts w:cs="Times New Roman"/>
          <w:sz w:val="20"/>
          <w:szCs w:val="20"/>
        </w:rPr>
      </w:pPr>
      <w:r w:rsidRPr="00BB79B8">
        <w:rPr>
          <w:rFonts w:cs="Times New Roman"/>
          <w:sz w:val="20"/>
          <w:szCs w:val="20"/>
        </w:rPr>
        <w:t>Cost; Relatively Low; High</w:t>
      </w:r>
    </w:p>
    <w:p w14:paraId="59E2D51A" w14:textId="77777777" w:rsidR="004B2954" w:rsidRPr="00BB79B8" w:rsidRDefault="004B2954" w:rsidP="004B2954">
      <w:pPr>
        <w:spacing w:after="20"/>
        <w:ind w:left="216"/>
        <w:rPr>
          <w:rFonts w:cs="Times New Roman"/>
          <w:sz w:val="20"/>
          <w:szCs w:val="20"/>
        </w:rPr>
      </w:pPr>
      <w:r w:rsidRPr="00BB79B8">
        <w:rPr>
          <w:rFonts w:cs="Times New Roman"/>
          <w:sz w:val="20"/>
          <w:szCs w:val="20"/>
        </w:rPr>
        <w:t>Conclusion: Echocardiography is essential for monitoring the impact of myocarditis on heart function and guiding immediate treatment, but it is typically supported by clinical history, cardiac biomarkers (Troponin), and often Cardiac MRI for a confirmed diagnosis.</w:t>
      </w:r>
    </w:p>
    <w:p w14:paraId="6E1635B6" w14:textId="77777777" w:rsidR="004B2954" w:rsidRPr="00BB79B8" w:rsidRDefault="004B2954" w:rsidP="004B2954">
      <w:pPr>
        <w:spacing w:after="0"/>
        <w:rPr>
          <w:rFonts w:cs="Times New Roman"/>
          <w:sz w:val="20"/>
          <w:szCs w:val="20"/>
        </w:rPr>
      </w:pPr>
    </w:p>
    <w:p w14:paraId="65177D3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512B17E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D417F04" w14:textId="77777777" w:rsidR="004B2954" w:rsidRPr="00BB79B8" w:rsidRDefault="004B2954" w:rsidP="004B2954">
      <w:pPr>
        <w:spacing w:after="20"/>
        <w:ind w:left="216"/>
        <w:rPr>
          <w:rFonts w:cs="Times New Roman"/>
          <w:sz w:val="20"/>
          <w:szCs w:val="20"/>
        </w:rPr>
      </w:pPr>
      <w:r w:rsidRPr="00BB79B8">
        <w:rPr>
          <w:rFonts w:cs="Times New Roman"/>
          <w:sz w:val="20"/>
          <w:szCs w:val="20"/>
        </w:rPr>
        <w:t>Yes - echocardiography can detect abnormalities suggestive of myocarditis, but it cannot definitively diagnose it on its own. It is useful for identifying functional and structural changes caused by myocardial inflammation, yet the findings are nonspecific, meaning they can occur in many other heart conditions.</w:t>
      </w:r>
    </w:p>
    <w:p w14:paraId="54B2A4D4" w14:textId="77777777" w:rsidR="004B2954" w:rsidRPr="00BB79B8" w:rsidRDefault="004B2954" w:rsidP="004B2954">
      <w:pPr>
        <w:spacing w:after="20"/>
        <w:ind w:left="216"/>
        <w:rPr>
          <w:rFonts w:cs="Times New Roman"/>
          <w:sz w:val="20"/>
          <w:szCs w:val="20"/>
        </w:rPr>
      </w:pPr>
      <w:r w:rsidRPr="00BB79B8">
        <w:rPr>
          <w:rFonts w:cs="Times New Roman"/>
          <w:sz w:val="20"/>
          <w:szCs w:val="20"/>
        </w:rPr>
        <w:t>What echocardiography can show in suspected myocarditis</w:t>
      </w:r>
    </w:p>
    <w:p w14:paraId="646A33E7" w14:textId="77777777" w:rsidR="004B2954" w:rsidRPr="00BB79B8" w:rsidRDefault="004B2954" w:rsidP="004B2954">
      <w:pPr>
        <w:spacing w:after="20"/>
        <w:ind w:left="216"/>
        <w:rPr>
          <w:rFonts w:cs="Times New Roman"/>
          <w:sz w:val="20"/>
          <w:szCs w:val="20"/>
        </w:rPr>
      </w:pPr>
      <w:r w:rsidRPr="00BB79B8">
        <w:rPr>
          <w:rFonts w:cs="Times New Roman"/>
          <w:sz w:val="20"/>
          <w:szCs w:val="20"/>
        </w:rPr>
        <w:t>Left ventricular dysfunction - Reduced ejection fraction or regional wall-motion abnormalities may appear when inflammation weakens the heart muscle.</w:t>
      </w:r>
    </w:p>
    <w:p w14:paraId="59560B6B"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 effusion - Fluid around the heart can be visualized and may support suspicion of myocarditis when combined with symptoms and labs.</w:t>
      </w:r>
    </w:p>
    <w:p w14:paraId="5500F44B"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strain abnormalities - Advanced strain imaging can detect subtle myocardial dysfunction before standard measures change.</w:t>
      </w:r>
    </w:p>
    <w:p w14:paraId="20A8B4B8" w14:textId="77777777" w:rsidR="004B2954" w:rsidRPr="00BB79B8" w:rsidRDefault="004B2954" w:rsidP="004B2954">
      <w:pPr>
        <w:spacing w:after="20"/>
        <w:ind w:left="216"/>
        <w:rPr>
          <w:rFonts w:cs="Times New Roman"/>
          <w:sz w:val="20"/>
          <w:szCs w:val="20"/>
        </w:rPr>
      </w:pPr>
      <w:r w:rsidRPr="00BB79B8">
        <w:rPr>
          <w:rFonts w:cs="Times New Roman"/>
          <w:sz w:val="20"/>
          <w:szCs w:val="20"/>
        </w:rPr>
        <w:t>Polymorphic, nonspecific patterns - Echocardiography may mimic dilated, hypertrophic, restrictive, or right-ventricular cardiomyopathy.</w:t>
      </w:r>
    </w:p>
    <w:p w14:paraId="0329B7A9"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findings help clinicians decide whether further testing - especially cardiac MRI or endomyocardial biopsy - is needed.</w:t>
      </w:r>
    </w:p>
    <w:p w14:paraId="72778670" w14:textId="77777777" w:rsidR="004B2954" w:rsidRPr="00BB79B8" w:rsidRDefault="004B2954" w:rsidP="004B2954">
      <w:pPr>
        <w:spacing w:after="20"/>
        <w:ind w:left="216"/>
        <w:rPr>
          <w:rFonts w:cs="Times New Roman"/>
          <w:sz w:val="20"/>
          <w:szCs w:val="20"/>
        </w:rPr>
      </w:pPr>
      <w:r w:rsidRPr="00BB79B8">
        <w:rPr>
          <w:rFonts w:cs="Times New Roman"/>
          <w:sz w:val="20"/>
          <w:szCs w:val="20"/>
        </w:rPr>
        <w:t>What echocardiography cannot do</w:t>
      </w:r>
    </w:p>
    <w:p w14:paraId="6E6D71CB" w14:textId="77777777" w:rsidR="004B2954" w:rsidRPr="00BB79B8" w:rsidRDefault="004B2954" w:rsidP="004B2954">
      <w:pPr>
        <w:spacing w:after="20"/>
        <w:ind w:left="216"/>
        <w:rPr>
          <w:rFonts w:cs="Times New Roman"/>
          <w:sz w:val="20"/>
          <w:szCs w:val="20"/>
        </w:rPr>
      </w:pPr>
      <w:r w:rsidRPr="00BB79B8">
        <w:rPr>
          <w:rFonts w:cs="Times New Roman"/>
          <w:sz w:val="20"/>
          <w:szCs w:val="20"/>
        </w:rPr>
        <w:t>It cannot confirm myocarditis because no echocardiographic finding is pathognomonic.</w:t>
      </w:r>
    </w:p>
    <w:p w14:paraId="77B37A4B" w14:textId="77777777" w:rsidR="004B2954" w:rsidRPr="00BB79B8" w:rsidRDefault="004B2954" w:rsidP="004B2954">
      <w:pPr>
        <w:spacing w:after="20"/>
        <w:ind w:left="216"/>
        <w:rPr>
          <w:rFonts w:cs="Times New Roman"/>
          <w:sz w:val="20"/>
          <w:szCs w:val="20"/>
        </w:rPr>
      </w:pPr>
      <w:r w:rsidRPr="00BB79B8">
        <w:rPr>
          <w:rFonts w:cs="Times New Roman"/>
          <w:sz w:val="20"/>
          <w:szCs w:val="20"/>
        </w:rPr>
        <w:t>It cannot identify the cause (viral, autoimmune, toxic, etc.).</w:t>
      </w:r>
    </w:p>
    <w:p w14:paraId="3B6791B2" w14:textId="77777777" w:rsidR="004B2954" w:rsidRPr="00BB79B8" w:rsidRDefault="004B2954" w:rsidP="004B2954">
      <w:pPr>
        <w:spacing w:after="20"/>
        <w:ind w:left="216"/>
        <w:rPr>
          <w:rFonts w:cs="Times New Roman"/>
          <w:sz w:val="20"/>
          <w:szCs w:val="20"/>
        </w:rPr>
      </w:pPr>
      <w:r w:rsidRPr="00BB79B8">
        <w:rPr>
          <w:rFonts w:cs="Times New Roman"/>
          <w:sz w:val="20"/>
          <w:szCs w:val="20"/>
        </w:rPr>
        <w:t>It cannot detect inflammation directly - only its consequences.</w:t>
      </w:r>
    </w:p>
    <w:p w14:paraId="0F4D3CA6" w14:textId="77777777" w:rsidR="004B2954" w:rsidRPr="00BB79B8" w:rsidRDefault="004B2954" w:rsidP="004B2954">
      <w:pPr>
        <w:spacing w:after="20"/>
        <w:ind w:left="216"/>
        <w:rPr>
          <w:rFonts w:cs="Times New Roman"/>
          <w:sz w:val="20"/>
          <w:szCs w:val="20"/>
        </w:rPr>
      </w:pPr>
      <w:r w:rsidRPr="00BB79B8">
        <w:rPr>
          <w:rFonts w:cs="Times New Roman"/>
          <w:sz w:val="20"/>
          <w:szCs w:val="20"/>
        </w:rPr>
        <w:t>How myocarditis is confirmed</w:t>
      </w:r>
    </w:p>
    <w:p w14:paraId="211C5DC2"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tests are required for definitive diagnosis:</w:t>
      </w:r>
    </w:p>
    <w:p w14:paraId="5845B0D2"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 Best noninvasive test for detecting myocardial inflammation.</w:t>
      </w:r>
    </w:p>
    <w:p w14:paraId="049D3DDC"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 Gold standard when diagnosis will change management.</w:t>
      </w:r>
    </w:p>
    <w:p w14:paraId="1F5AE509"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 Troponin, inflammatory markers, viral studies.</w:t>
      </w:r>
    </w:p>
    <w:p w14:paraId="7D114203"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1A1E72B1"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is an important first-line tool that can reveal functional abnormalities caused by myocarditis, but it cannot diagnose the condition alone. It is most useful as part of a broader diagnostic workup.</w:t>
      </w:r>
    </w:p>
    <w:p w14:paraId="1D229EAF" w14:textId="77777777" w:rsidR="004B2954" w:rsidRPr="00BB79B8" w:rsidRDefault="004B2954" w:rsidP="004B2954">
      <w:pPr>
        <w:spacing w:after="0"/>
        <w:rPr>
          <w:rFonts w:cs="Times New Roman"/>
          <w:sz w:val="20"/>
          <w:szCs w:val="20"/>
        </w:rPr>
      </w:pPr>
    </w:p>
    <w:p w14:paraId="542E63C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2B5EE8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88D98B2" w14:textId="77777777" w:rsidR="004B2954" w:rsidRPr="00BB79B8" w:rsidRDefault="004B2954" w:rsidP="004B2954">
      <w:pPr>
        <w:spacing w:after="20"/>
        <w:ind w:left="216"/>
        <w:rPr>
          <w:rFonts w:cs="Times New Roman"/>
          <w:sz w:val="20"/>
          <w:szCs w:val="20"/>
        </w:rPr>
      </w:pPr>
      <w:r w:rsidRPr="00BB79B8">
        <w:rPr>
          <w:rFonts w:cs="Times New Roman"/>
          <w:sz w:val="20"/>
          <w:szCs w:val="20"/>
        </w:rPr>
        <w:t>Yes, echocardiography can detect signs suggestive of myocarditis, but it cannot definitively diagnose it on its own.</w:t>
      </w:r>
    </w:p>
    <w:p w14:paraId="1B27E013"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detailed breakdown of what an echocardiogram (echo) can and cannot do for myocarditis:</w:t>
      </w:r>
    </w:p>
    <w:p w14:paraId="63CBF298" w14:textId="77777777" w:rsidR="004B2954" w:rsidRPr="00BB79B8" w:rsidRDefault="004B2954" w:rsidP="004B2954">
      <w:pPr>
        <w:spacing w:after="20"/>
        <w:ind w:left="216"/>
        <w:rPr>
          <w:rFonts w:cs="Times New Roman"/>
          <w:sz w:val="20"/>
          <w:szCs w:val="20"/>
        </w:rPr>
      </w:pPr>
      <w:r w:rsidRPr="00BB79B8">
        <w:rPr>
          <w:rFonts w:cs="Times New Roman"/>
          <w:sz w:val="20"/>
          <w:szCs w:val="20"/>
        </w:rPr>
        <w:t>What Echo Can Detect (Indirect Signs)</w:t>
      </w:r>
    </w:p>
    <w:p w14:paraId="2226AC2E" w14:textId="77777777" w:rsidR="004B2954" w:rsidRPr="00BB79B8" w:rsidRDefault="004B2954" w:rsidP="004B2954">
      <w:pPr>
        <w:spacing w:after="20"/>
        <w:ind w:left="216"/>
        <w:rPr>
          <w:rFonts w:cs="Times New Roman"/>
          <w:sz w:val="20"/>
          <w:szCs w:val="20"/>
        </w:rPr>
      </w:pPr>
      <w:r w:rsidRPr="00BB79B8">
        <w:rPr>
          <w:rFonts w:cs="Times New Roman"/>
          <w:sz w:val="20"/>
          <w:szCs w:val="20"/>
        </w:rPr>
        <w:t>An echo is excellent at visualizing the structure and function of the heart. In suspected myocarditis, it is often the first imaging test performed to look for characteristic abnormalities:</w:t>
      </w:r>
    </w:p>
    <w:p w14:paraId="40A816F6" w14:textId="77777777" w:rsidR="004B2954" w:rsidRPr="00BB79B8" w:rsidRDefault="004B2954" w:rsidP="004B2954">
      <w:pPr>
        <w:spacing w:after="20"/>
        <w:ind w:left="216"/>
        <w:rPr>
          <w:rFonts w:cs="Times New Roman"/>
          <w:sz w:val="20"/>
          <w:szCs w:val="20"/>
        </w:rPr>
      </w:pPr>
      <w:r w:rsidRPr="00BB79B8">
        <w:rPr>
          <w:rFonts w:cs="Times New Roman"/>
          <w:sz w:val="20"/>
          <w:szCs w:val="20"/>
        </w:rPr>
        <w:t>Global or Regional Wall Motion Abnormalities: The heart muscle may contract poorly. Unlike a heart attack (which follows a specific artery territory), these abnormalities in myocarditis are often patchy or diffuse.</w:t>
      </w:r>
    </w:p>
    <w:p w14:paraId="0B85A25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Systolic Dysfunction (Low Ejection Fraction): A key finding. The left ventricle may become weak and pump out less blood than normal.</w:t>
      </w:r>
    </w:p>
    <w:p w14:paraId="20B12485" w14:textId="77777777" w:rsidR="004B2954" w:rsidRPr="00BB79B8" w:rsidRDefault="004B2954" w:rsidP="004B2954">
      <w:pPr>
        <w:spacing w:after="20"/>
        <w:ind w:left="216"/>
        <w:rPr>
          <w:rFonts w:cs="Times New Roman"/>
          <w:sz w:val="20"/>
          <w:szCs w:val="20"/>
        </w:rPr>
      </w:pPr>
      <w:r w:rsidRPr="00BB79B8">
        <w:rPr>
          <w:rFonts w:cs="Times New Roman"/>
          <w:sz w:val="20"/>
          <w:szCs w:val="20"/>
        </w:rPr>
        <w:t>Diastolic Dysfunction: The heart may have trouble relaxing and filling with blood between beats.</w:t>
      </w:r>
    </w:p>
    <w:p w14:paraId="46D2B80A"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 Effusion: Inflammation from myocarditis often extends to the sac around the heart (pericardium), causing fluid buildup. This is very suggestive of myopericarditis.</w:t>
      </w:r>
    </w:p>
    <w:p w14:paraId="1CEB3A8A" w14:textId="77777777" w:rsidR="004B2954" w:rsidRPr="00BB79B8" w:rsidRDefault="004B2954" w:rsidP="004B2954">
      <w:pPr>
        <w:spacing w:after="20"/>
        <w:ind w:left="216"/>
        <w:rPr>
          <w:rFonts w:cs="Times New Roman"/>
          <w:sz w:val="20"/>
          <w:szCs w:val="20"/>
        </w:rPr>
      </w:pPr>
      <w:r w:rsidRPr="00BB79B8">
        <w:rPr>
          <w:rFonts w:cs="Times New Roman"/>
          <w:sz w:val="20"/>
          <w:szCs w:val="20"/>
        </w:rPr>
        <w:t>Thickened Myocardium (Edema): In acute cases, the heart wall may appear thicker due to inflammation and swelling.</w:t>
      </w:r>
    </w:p>
    <w:p w14:paraId="073190FC" w14:textId="77777777" w:rsidR="004B2954" w:rsidRPr="00BB79B8" w:rsidRDefault="004B2954" w:rsidP="004B2954">
      <w:pPr>
        <w:spacing w:after="20"/>
        <w:ind w:left="216"/>
        <w:rPr>
          <w:rFonts w:cs="Times New Roman"/>
          <w:sz w:val="20"/>
          <w:szCs w:val="20"/>
        </w:rPr>
      </w:pPr>
      <w:r w:rsidRPr="00BB79B8">
        <w:rPr>
          <w:rFonts w:cs="Times New Roman"/>
          <w:sz w:val="20"/>
          <w:szCs w:val="20"/>
        </w:rPr>
        <w:t>Thrombus (Blood Clots): A weak heart chamber can allow blood clots to form.</w:t>
      </w:r>
    </w:p>
    <w:p w14:paraId="1393C6A7" w14:textId="77777777" w:rsidR="004B2954" w:rsidRPr="00BB79B8" w:rsidRDefault="004B2954" w:rsidP="004B2954">
      <w:pPr>
        <w:spacing w:after="20"/>
        <w:ind w:left="216"/>
        <w:rPr>
          <w:rFonts w:cs="Times New Roman"/>
          <w:sz w:val="20"/>
          <w:szCs w:val="20"/>
        </w:rPr>
      </w:pPr>
      <w:r w:rsidRPr="00BB79B8">
        <w:rPr>
          <w:rFonts w:cs="Times New Roman"/>
          <w:sz w:val="20"/>
          <w:szCs w:val="20"/>
        </w:rPr>
        <w:t>Valvular Issues: Mitral or tricuspid regurgitation can occur if the inflamed heart muscle stretches the valve rings.</w:t>
      </w:r>
    </w:p>
    <w:p w14:paraId="2738A380" w14:textId="77777777" w:rsidR="004B2954" w:rsidRPr="00BB79B8" w:rsidRDefault="004B2954" w:rsidP="004B2954">
      <w:pPr>
        <w:spacing w:after="20"/>
        <w:ind w:left="216"/>
        <w:rPr>
          <w:rFonts w:cs="Times New Roman"/>
          <w:sz w:val="20"/>
          <w:szCs w:val="20"/>
        </w:rPr>
      </w:pPr>
      <w:r w:rsidRPr="00BB79B8">
        <w:rPr>
          <w:rFonts w:cs="Times New Roman"/>
          <w:sz w:val="20"/>
          <w:szCs w:val="20"/>
        </w:rPr>
        <w:t>What Echo Cannot Do (Definitive Diagnosis)</w:t>
      </w:r>
    </w:p>
    <w:p w14:paraId="42E52D22"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lacks specificity. The findings listed above are not unique to myocarditis. They can also be seen in:</w:t>
      </w:r>
    </w:p>
    <w:p w14:paraId="6D013DB3" w14:textId="77777777" w:rsidR="004B2954" w:rsidRPr="00BB79B8" w:rsidRDefault="004B2954" w:rsidP="004B2954">
      <w:pPr>
        <w:spacing w:after="20"/>
        <w:ind w:left="216"/>
        <w:rPr>
          <w:rFonts w:cs="Times New Roman"/>
          <w:sz w:val="20"/>
          <w:szCs w:val="20"/>
        </w:rPr>
      </w:pPr>
      <w:r w:rsidRPr="00BB79B8">
        <w:rPr>
          <w:rFonts w:cs="Times New Roman"/>
          <w:sz w:val="20"/>
          <w:szCs w:val="20"/>
        </w:rPr>
        <w:t>Ischemic heart disease (heart attack)</w:t>
      </w:r>
    </w:p>
    <w:p w14:paraId="63A8FFC0" w14:textId="77777777" w:rsidR="004B2954" w:rsidRPr="00BB79B8" w:rsidRDefault="004B2954" w:rsidP="004B2954">
      <w:pPr>
        <w:spacing w:after="20"/>
        <w:ind w:left="216"/>
        <w:rPr>
          <w:rFonts w:cs="Times New Roman"/>
          <w:sz w:val="20"/>
          <w:szCs w:val="20"/>
        </w:rPr>
      </w:pPr>
      <w:r w:rsidRPr="00BB79B8">
        <w:rPr>
          <w:rFonts w:cs="Times New Roman"/>
          <w:sz w:val="20"/>
          <w:szCs w:val="20"/>
        </w:rPr>
        <w:t>Idiopathic dilated cardiomyopathy</w:t>
      </w:r>
    </w:p>
    <w:p w14:paraId="65684F2D" w14:textId="77777777" w:rsidR="004B2954" w:rsidRPr="00BB79B8" w:rsidRDefault="004B2954" w:rsidP="004B2954">
      <w:pPr>
        <w:spacing w:after="20"/>
        <w:ind w:left="216"/>
        <w:rPr>
          <w:rFonts w:cs="Times New Roman"/>
          <w:sz w:val="20"/>
          <w:szCs w:val="20"/>
        </w:rPr>
      </w:pPr>
      <w:r w:rsidRPr="00BB79B8">
        <w:rPr>
          <w:rFonts w:cs="Times New Roman"/>
          <w:sz w:val="20"/>
          <w:szCs w:val="20"/>
        </w:rPr>
        <w:t>Hypertensive heart disease</w:t>
      </w:r>
    </w:p>
    <w:p w14:paraId="6DB256CC" w14:textId="77777777" w:rsidR="004B2954" w:rsidRPr="00BB79B8" w:rsidRDefault="004B2954" w:rsidP="004B2954">
      <w:pPr>
        <w:spacing w:after="20"/>
        <w:ind w:left="216"/>
        <w:rPr>
          <w:rFonts w:cs="Times New Roman"/>
          <w:sz w:val="20"/>
          <w:szCs w:val="20"/>
        </w:rPr>
      </w:pPr>
      <w:r w:rsidRPr="00BB79B8">
        <w:rPr>
          <w:rFonts w:cs="Times New Roman"/>
          <w:sz w:val="20"/>
          <w:szCs w:val="20"/>
        </w:rPr>
        <w:t>Stress-induced cardiomyopathy (Takotsubo)</w:t>
      </w:r>
    </w:p>
    <w:p w14:paraId="6DB8CE10" w14:textId="77777777" w:rsidR="004B2954" w:rsidRPr="00BB79B8" w:rsidRDefault="004B2954" w:rsidP="004B2954">
      <w:pPr>
        <w:spacing w:after="20"/>
        <w:ind w:left="216"/>
        <w:rPr>
          <w:rFonts w:cs="Times New Roman"/>
          <w:sz w:val="20"/>
          <w:szCs w:val="20"/>
        </w:rPr>
      </w:pPr>
      <w:r w:rsidRPr="00BB79B8">
        <w:rPr>
          <w:rFonts w:cs="Times New Roman"/>
          <w:sz w:val="20"/>
          <w:szCs w:val="20"/>
        </w:rPr>
        <w:t>Therefore, a normal echo does NOT rule out myocarditis. Mild cases may have completely normal wall motion and ejection fraction, yet still have significant inflammation.</w:t>
      </w:r>
    </w:p>
    <w:p w14:paraId="65C622B0" w14:textId="77777777" w:rsidR="004B2954" w:rsidRPr="00BB79B8" w:rsidRDefault="004B2954" w:rsidP="004B2954">
      <w:pPr>
        <w:spacing w:after="20"/>
        <w:ind w:left="216"/>
        <w:rPr>
          <w:rFonts w:cs="Times New Roman"/>
          <w:sz w:val="20"/>
          <w:szCs w:val="20"/>
        </w:rPr>
      </w:pPr>
      <w:r w:rsidRPr="00BB79B8">
        <w:rPr>
          <w:rFonts w:cs="Times New Roman"/>
          <w:sz w:val="20"/>
          <w:szCs w:val="20"/>
        </w:rPr>
        <w:t>The Gold Standard for Diagnosis</w:t>
      </w:r>
    </w:p>
    <w:p w14:paraId="7D2DA2E9"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of echo's limitations, definitive diagnosis typically requires:</w:t>
      </w:r>
    </w:p>
    <w:p w14:paraId="5ACFB0D7"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(CMR): This is the most important non-invasive test. It can directly visualize myocardial inflammation, edema, and fibrosis using techniques like T1/T2 mapping and late gadolinium enhancement (LGE).</w:t>
      </w:r>
    </w:p>
    <w:p w14:paraId="6CC00D08"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The gold standard for confirmation, but invasive. It is reserved for severe, unexplained, or fulminant cases.</w:t>
      </w:r>
    </w:p>
    <w:p w14:paraId="1EC0DF73"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for Clinical Practice</w:t>
      </w:r>
    </w:p>
    <w:p w14:paraId="6848F5D9" w14:textId="77777777" w:rsidR="004B2954" w:rsidRPr="00BB79B8" w:rsidRDefault="004B2954" w:rsidP="004B2954">
      <w:pPr>
        <w:spacing w:after="20"/>
        <w:ind w:left="216"/>
        <w:rPr>
          <w:rFonts w:cs="Times New Roman"/>
          <w:sz w:val="20"/>
          <w:szCs w:val="20"/>
        </w:rPr>
      </w:pPr>
      <w:r w:rsidRPr="00BB79B8">
        <w:rPr>
          <w:rFonts w:cs="Times New Roman"/>
          <w:sz w:val="20"/>
          <w:szCs w:val="20"/>
        </w:rPr>
        <w:t>Role of Echo in Myocarditis; Answer</w:t>
      </w:r>
    </w:p>
    <w:p w14:paraId="520C7314" w14:textId="77777777" w:rsidR="004B2954" w:rsidRPr="00BB79B8" w:rsidRDefault="004B2954" w:rsidP="004B2954">
      <w:pPr>
        <w:spacing w:after="20"/>
        <w:ind w:left="216"/>
        <w:rPr>
          <w:rFonts w:cs="Times New Roman"/>
          <w:sz w:val="20"/>
          <w:szCs w:val="20"/>
        </w:rPr>
      </w:pPr>
      <w:r w:rsidRPr="00BB79B8">
        <w:rPr>
          <w:rFonts w:cs="Times New Roman"/>
          <w:sz w:val="20"/>
          <w:szCs w:val="20"/>
        </w:rPr>
        <w:t>First-line screening test?; Yes</w:t>
      </w:r>
    </w:p>
    <w:p w14:paraId="42A799A9" w14:textId="77777777" w:rsidR="004B2954" w:rsidRPr="00BB79B8" w:rsidRDefault="004B2954" w:rsidP="004B2954">
      <w:pPr>
        <w:spacing w:after="20"/>
        <w:ind w:left="216"/>
        <w:rPr>
          <w:rFonts w:cs="Times New Roman"/>
          <w:sz w:val="20"/>
          <w:szCs w:val="20"/>
        </w:rPr>
      </w:pPr>
      <w:r w:rsidRPr="00BB79B8">
        <w:rPr>
          <w:rFonts w:cs="Times New Roman"/>
          <w:sz w:val="20"/>
          <w:szCs w:val="20"/>
        </w:rPr>
        <w:t>Detect complications (low EF, effusion)?; Yes</w:t>
      </w:r>
    </w:p>
    <w:p w14:paraId="32BEC89B" w14:textId="77777777" w:rsidR="004B2954" w:rsidRPr="00BB79B8" w:rsidRDefault="004B2954" w:rsidP="004B2954">
      <w:pPr>
        <w:spacing w:after="20"/>
        <w:ind w:left="216"/>
        <w:rPr>
          <w:rFonts w:cs="Times New Roman"/>
          <w:sz w:val="20"/>
          <w:szCs w:val="20"/>
        </w:rPr>
      </w:pPr>
      <w:r w:rsidRPr="00BB79B8">
        <w:rPr>
          <w:rFonts w:cs="Times New Roman"/>
          <w:sz w:val="20"/>
          <w:szCs w:val="20"/>
        </w:rPr>
        <w:t>Rule out other causes (e.g., valve disease)?; Yes</w:t>
      </w:r>
    </w:p>
    <w:p w14:paraId="5C229E7A" w14:textId="77777777" w:rsidR="004B2954" w:rsidRPr="00BB79B8" w:rsidRDefault="004B2954" w:rsidP="004B2954">
      <w:pPr>
        <w:spacing w:after="20"/>
        <w:ind w:left="216"/>
        <w:rPr>
          <w:rFonts w:cs="Times New Roman"/>
          <w:sz w:val="20"/>
          <w:szCs w:val="20"/>
        </w:rPr>
      </w:pPr>
      <w:r w:rsidRPr="00BB79B8">
        <w:rPr>
          <w:rFonts w:cs="Times New Roman"/>
          <w:sz w:val="20"/>
          <w:szCs w:val="20"/>
        </w:rPr>
        <w:t>Definitively diagnose myocarditis?; No</w:t>
      </w:r>
    </w:p>
    <w:p w14:paraId="372682B1"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echo = no myocarditis?; No</w:t>
      </w:r>
    </w:p>
    <w:p w14:paraId="5B708801"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 A cardiologist uses echocardiography as a critical initial tool to raise suspicion and assess severity, but they will almost always follow up with cardiac MRI for a definitive diagnosis of myocarditis.</w:t>
      </w:r>
    </w:p>
    <w:p w14:paraId="071E880D" w14:textId="77777777" w:rsidR="004B2954" w:rsidRPr="00BB79B8" w:rsidRDefault="004B2954" w:rsidP="004B2954">
      <w:pPr>
        <w:spacing w:after="0"/>
        <w:rPr>
          <w:rFonts w:cs="Times New Roman"/>
          <w:sz w:val="20"/>
          <w:szCs w:val="20"/>
        </w:rPr>
      </w:pPr>
    </w:p>
    <w:p w14:paraId="39560D9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35548D3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7BB0ACC" w14:textId="77777777" w:rsidR="004B2954" w:rsidRPr="00BB79B8" w:rsidRDefault="004B2954" w:rsidP="004B2954">
      <w:pPr>
        <w:spacing w:after="20"/>
        <w:ind w:left="216"/>
        <w:rPr>
          <w:rFonts w:cs="Times New Roman"/>
          <w:sz w:val="20"/>
          <w:szCs w:val="20"/>
        </w:rPr>
      </w:pPr>
      <w:r w:rsidRPr="00BB79B8">
        <w:rPr>
          <w:rFonts w:cs="Times New Roman"/>
          <w:sz w:val="20"/>
          <w:szCs w:val="20"/>
        </w:rPr>
        <w:t>Yes, echocardiography can assist in detecting myocarditis, but it cannot make a definitive diagnosis alone.</w:t>
      </w:r>
    </w:p>
    <w:p w14:paraId="2D99D8FA"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0225B063" w14:textId="77777777" w:rsidR="004B2954" w:rsidRPr="00BB79B8" w:rsidRDefault="004B2954" w:rsidP="004B2954">
      <w:pPr>
        <w:spacing w:after="20"/>
        <w:ind w:left="216"/>
        <w:rPr>
          <w:rFonts w:cs="Times New Roman"/>
          <w:sz w:val="20"/>
          <w:szCs w:val="20"/>
        </w:rPr>
      </w:pPr>
      <w:r w:rsidRPr="00BB79B8">
        <w:rPr>
          <w:rFonts w:cs="Times New Roman"/>
          <w:sz w:val="20"/>
          <w:szCs w:val="20"/>
        </w:rPr>
        <w:t>It shows abnormal signs suggestive of myocarditis:</w:t>
      </w:r>
    </w:p>
    <w:p w14:paraId="7AEC76F7" w14:textId="77777777" w:rsidR="004B2954" w:rsidRPr="00BB79B8" w:rsidRDefault="004B2954" w:rsidP="004B2954">
      <w:pPr>
        <w:spacing w:after="20"/>
        <w:ind w:left="216"/>
        <w:rPr>
          <w:rFonts w:cs="Times New Roman"/>
          <w:sz w:val="20"/>
          <w:szCs w:val="20"/>
        </w:rPr>
      </w:pPr>
      <w:r w:rsidRPr="00BB79B8">
        <w:rPr>
          <w:rFonts w:cs="Times New Roman"/>
          <w:sz w:val="20"/>
          <w:szCs w:val="20"/>
        </w:rPr>
        <w:t>Left/right ventricular wall swelling, thickening or hypokinesia</w:t>
      </w:r>
    </w:p>
    <w:p w14:paraId="5C9CD9FE"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cardiac systolic function</w:t>
      </w:r>
    </w:p>
    <w:p w14:paraId="0863C436"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 effusion</w:t>
      </w:r>
    </w:p>
    <w:p w14:paraId="766B0469" w14:textId="77777777" w:rsidR="004B2954" w:rsidRPr="00BB79B8" w:rsidRDefault="004B2954" w:rsidP="004B2954">
      <w:pPr>
        <w:spacing w:after="20"/>
        <w:ind w:left="216"/>
        <w:rPr>
          <w:rFonts w:cs="Times New Roman"/>
          <w:sz w:val="20"/>
          <w:szCs w:val="20"/>
        </w:rPr>
      </w:pPr>
      <w:r w:rsidRPr="00BB79B8">
        <w:rPr>
          <w:rFonts w:cs="Times New Roman"/>
          <w:sz w:val="20"/>
          <w:szCs w:val="20"/>
        </w:rPr>
        <w:t>Regional wall motion abnormalities without typical coronary artery disease features</w:t>
      </w:r>
    </w:p>
    <w:p w14:paraId="02952436" w14:textId="77777777" w:rsidR="004B2954" w:rsidRPr="00BB79B8" w:rsidRDefault="004B2954" w:rsidP="004B2954">
      <w:pPr>
        <w:spacing w:after="20"/>
        <w:ind w:left="216"/>
        <w:rPr>
          <w:rFonts w:cs="Times New Roman"/>
          <w:sz w:val="20"/>
          <w:szCs w:val="20"/>
        </w:rPr>
      </w:pPr>
      <w:r w:rsidRPr="00BB79B8">
        <w:rPr>
          <w:rFonts w:cs="Times New Roman"/>
          <w:sz w:val="20"/>
          <w:szCs w:val="20"/>
        </w:rPr>
        <w:t>Limitation:</w:t>
      </w:r>
    </w:p>
    <w:p w14:paraId="2E9AED08"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Echocardiographic changes are not specific; they can also appear in other heart diseases.</w:t>
      </w:r>
    </w:p>
    <w:p w14:paraId="08841558" w14:textId="77777777" w:rsidR="004B2954" w:rsidRPr="00BB79B8" w:rsidRDefault="004B2954" w:rsidP="004B2954">
      <w:pPr>
        <w:spacing w:after="20"/>
        <w:ind w:left="216"/>
        <w:rPr>
          <w:rFonts w:cs="Times New Roman"/>
          <w:sz w:val="20"/>
          <w:szCs w:val="20"/>
        </w:rPr>
      </w:pPr>
      <w:r w:rsidRPr="00BB79B8">
        <w:rPr>
          <w:rFonts w:cs="Times New Roman"/>
          <w:sz w:val="20"/>
          <w:szCs w:val="20"/>
        </w:rPr>
        <w:t>Definitive diagnosis</w:t>
      </w:r>
    </w:p>
    <w:p w14:paraId="4E337562" w14:textId="77777777" w:rsidR="004B2954" w:rsidRPr="00BB79B8" w:rsidRDefault="004B2954" w:rsidP="004B2954">
      <w:pPr>
        <w:spacing w:after="20"/>
        <w:ind w:left="216"/>
        <w:rPr>
          <w:rFonts w:cs="Times New Roman"/>
          <w:sz w:val="20"/>
          <w:szCs w:val="20"/>
        </w:rPr>
      </w:pPr>
      <w:r w:rsidRPr="00BB79B8">
        <w:rPr>
          <w:rFonts w:cs="Times New Roman"/>
          <w:sz w:val="20"/>
          <w:szCs w:val="20"/>
        </w:rPr>
        <w:t>Requires combination of clinical symptoms, blood biomarkers (troponin, CK-MB), ECG, cardiac MRI, and sometimes endomyocardial biopsy.</w:t>
      </w:r>
    </w:p>
    <w:p w14:paraId="272B1515" w14:textId="77777777" w:rsidR="004B2954" w:rsidRPr="00BB79B8" w:rsidRDefault="004B2954" w:rsidP="004B2954">
      <w:pPr>
        <w:rPr>
          <w:rFonts w:cs="Times New Roman"/>
          <w:sz w:val="20"/>
          <w:szCs w:val="20"/>
        </w:rPr>
      </w:pPr>
    </w:p>
    <w:p w14:paraId="3AD4905C" w14:textId="77777777" w:rsidR="004B2954" w:rsidRPr="00BB79B8" w:rsidRDefault="004B2954" w:rsidP="004B2954">
      <w:pPr>
        <w:keepNext/>
        <w:rPr>
          <w:rFonts w:cs="Times New Roman"/>
          <w:sz w:val="20"/>
          <w:szCs w:val="20"/>
        </w:rPr>
      </w:pPr>
      <w:r w:rsidRPr="00BB79B8">
        <w:rPr>
          <w:rFonts w:cs="Times New Roman"/>
          <w:b/>
          <w:color w:val="1F4E79"/>
          <w:sz w:val="20"/>
          <w:szCs w:val="20"/>
        </w:rPr>
        <w:t>Q35. Why can cardiac magnetic resonance imaging help diagnose myocarditis?</w:t>
      </w:r>
    </w:p>
    <w:p w14:paraId="07B2E91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75A4349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782C25A"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imaging (CMR or cardiac MRI) can help diagnose myocarditis because it provides detailed, noninvasive visualization of the heart's structure, tissue characteristics, and function. Specifically, it can detect:</w:t>
      </w:r>
    </w:p>
    <w:p w14:paraId="2E66B86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edema - CMR sequences like T2-weighted imaging can show areas of inflammation and swelling in the heart muscle.</w:t>
      </w:r>
    </w:p>
    <w:p w14:paraId="35BD531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Hyperemia and capillary leak - Early gadolinium enhancement indicates increased blood flow and vascular permeability associated with acute inflammation.</w:t>
      </w:r>
    </w:p>
    <w:p w14:paraId="3B293CA6" w14:textId="77777777" w:rsidR="004B2954" w:rsidRPr="00BB79B8" w:rsidRDefault="004B2954" w:rsidP="004B2954">
      <w:pPr>
        <w:spacing w:after="20"/>
        <w:ind w:left="216"/>
        <w:rPr>
          <w:rFonts w:cs="Times New Roman"/>
          <w:sz w:val="20"/>
          <w:szCs w:val="20"/>
        </w:rPr>
      </w:pPr>
      <w:r w:rsidRPr="00BB79B8">
        <w:rPr>
          <w:rFonts w:cs="Times New Roman"/>
          <w:sz w:val="20"/>
          <w:szCs w:val="20"/>
        </w:rPr>
        <w:t>Necrosis or fibrosis - Late gadolinium enhancement (LGE) highlights areas of myocardial cell death or scar tissue, which are typical in myocarditis.</w:t>
      </w:r>
    </w:p>
    <w:p w14:paraId="380874FC" w14:textId="77777777" w:rsidR="004B2954" w:rsidRPr="00BB79B8" w:rsidRDefault="004B2954" w:rsidP="004B2954">
      <w:pPr>
        <w:spacing w:after="20"/>
        <w:ind w:left="216"/>
        <w:rPr>
          <w:rFonts w:cs="Times New Roman"/>
          <w:sz w:val="20"/>
          <w:szCs w:val="20"/>
        </w:rPr>
      </w:pPr>
      <w:r w:rsidRPr="00BB79B8">
        <w:rPr>
          <w:rFonts w:cs="Times New Roman"/>
          <w:sz w:val="20"/>
          <w:szCs w:val="20"/>
        </w:rPr>
        <w:t>Functional assessment - CMR can quantify ventricular volumes, ejection fraction, and regional wall motion abnormalities that may result from myocarditis.</w:t>
      </w:r>
    </w:p>
    <w:p w14:paraId="377CC8BB" w14:textId="77777777" w:rsidR="004B2954" w:rsidRPr="00BB79B8" w:rsidRDefault="004B2954" w:rsidP="004B2954">
      <w:pPr>
        <w:spacing w:after="20"/>
        <w:ind w:left="216"/>
        <w:rPr>
          <w:rFonts w:cs="Times New Roman"/>
          <w:sz w:val="20"/>
          <w:szCs w:val="20"/>
        </w:rPr>
      </w:pPr>
      <w:r w:rsidRPr="00BB79B8">
        <w:rPr>
          <w:rFonts w:cs="Times New Roman"/>
          <w:sz w:val="20"/>
          <w:szCs w:val="20"/>
        </w:rPr>
        <w:t>CMR is particularly valuable because it can differentiate myocarditis from other causes of chest pain or heart failure, such as myocardial infarction or cardiomyopathy, without requiring an invasive biopsy in many cases.</w:t>
      </w:r>
    </w:p>
    <w:p w14:paraId="492D77F6"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CMR provides both anatomical and tissue-level information, making it a sensitive and specific tool for myocarditis diagnosis.</w:t>
      </w:r>
    </w:p>
    <w:p w14:paraId="706003E3" w14:textId="77777777" w:rsidR="004B2954" w:rsidRPr="00BB79B8" w:rsidRDefault="004B2954" w:rsidP="004B2954">
      <w:pPr>
        <w:spacing w:after="0"/>
        <w:rPr>
          <w:rFonts w:cs="Times New Roman"/>
          <w:sz w:val="20"/>
          <w:szCs w:val="20"/>
        </w:rPr>
      </w:pPr>
    </w:p>
    <w:p w14:paraId="2E820E6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4E6F77D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5550E3B"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(CMR) imaging has become the gold standard for the non-invasive diagnosis of myocarditis because of its unique ability to perform tissue characterization. Unlike an echocardiogram, which primarily looks at the heart's movement and structure, CMR can "see" the actual pathological changes occurring within the heart muscle.</w:t>
      </w:r>
    </w:p>
    <w:p w14:paraId="4B0FBDD5" w14:textId="77777777" w:rsidR="004B2954" w:rsidRPr="00BB79B8" w:rsidRDefault="004B2954" w:rsidP="004B2954">
      <w:pPr>
        <w:spacing w:after="20"/>
        <w:ind w:left="216"/>
        <w:rPr>
          <w:rFonts w:cs="Times New Roman"/>
          <w:sz w:val="20"/>
          <w:szCs w:val="20"/>
        </w:rPr>
      </w:pPr>
      <w:r w:rsidRPr="00BB79B8">
        <w:rPr>
          <w:rFonts w:cs="Times New Roman"/>
          <w:sz w:val="20"/>
          <w:szCs w:val="20"/>
        </w:rPr>
        <w:t>The diagnostic power of CMR in myocarditis is primarily based on the Lake Louise Criteria, which focus on three key markers of inflammation:</w:t>
      </w:r>
    </w:p>
    <w:p w14:paraId="35F26A66" w14:textId="77777777" w:rsidR="004B2954" w:rsidRPr="00BB79B8" w:rsidRDefault="004B2954" w:rsidP="004B2954">
      <w:pPr>
        <w:spacing w:after="20"/>
        <w:ind w:left="216"/>
        <w:rPr>
          <w:rFonts w:cs="Times New Roman"/>
          <w:sz w:val="20"/>
          <w:szCs w:val="20"/>
        </w:rPr>
      </w:pPr>
      <w:r w:rsidRPr="00BB79B8">
        <w:rPr>
          <w:rFonts w:cs="Times New Roman"/>
          <w:sz w:val="20"/>
          <w:szCs w:val="20"/>
        </w:rPr>
        <w:t>1. Myocardial Edema (Swelling)</w:t>
      </w:r>
    </w:p>
    <w:p w14:paraId="2FE8929D"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the heart muscle is acutely inflamed, fluid accumulates between the cells. CMR uses T2-weighted imaging to detect this excess water. On the scan, areas of edema appear brighter than healthy muscle, allowing clinicians to identify exactly where the inflammation is active.</w:t>
      </w:r>
    </w:p>
    <w:p w14:paraId="084D566C" w14:textId="77777777" w:rsidR="004B2954" w:rsidRPr="00BB79B8" w:rsidRDefault="004B2954" w:rsidP="004B2954">
      <w:pPr>
        <w:spacing w:after="20"/>
        <w:ind w:left="216"/>
        <w:rPr>
          <w:rFonts w:cs="Times New Roman"/>
          <w:sz w:val="20"/>
          <w:szCs w:val="20"/>
        </w:rPr>
      </w:pPr>
      <w:r w:rsidRPr="00BB79B8">
        <w:rPr>
          <w:rFonts w:cs="Times New Roman"/>
          <w:sz w:val="20"/>
          <w:szCs w:val="20"/>
        </w:rPr>
        <w:t>2. Hyperemia and Capillary Leak</w:t>
      </w:r>
    </w:p>
    <w:p w14:paraId="19F9285B"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in the inflammatory process, blood vessels in the heart dilate (hyperemia) and become "leaky." During a CMR, a contrast agent called Gadolinium is injected. In the early phases (Early Gadolinium Enhancement), this contrast leaks into the inflamed tissue more quickly than in healthy areas, indicating increased blood flow and vascular permeability.</w:t>
      </w:r>
    </w:p>
    <w:p w14:paraId="068DEA9A" w14:textId="77777777" w:rsidR="004B2954" w:rsidRPr="00BB79B8" w:rsidRDefault="004B2954" w:rsidP="004B2954">
      <w:pPr>
        <w:spacing w:after="20"/>
        <w:ind w:left="216"/>
        <w:rPr>
          <w:rFonts w:cs="Times New Roman"/>
          <w:sz w:val="20"/>
          <w:szCs w:val="20"/>
        </w:rPr>
      </w:pPr>
      <w:r w:rsidRPr="00BB79B8">
        <w:rPr>
          <w:rFonts w:cs="Times New Roman"/>
          <w:sz w:val="20"/>
          <w:szCs w:val="20"/>
        </w:rPr>
        <w:t>3. Necrosis and Fibrosis (Tissue Damage)</w:t>
      </w:r>
    </w:p>
    <w:p w14:paraId="0D6DCAA0"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critical feature of CMR for myocarditis is Late Gadolinium Enhancement (LGE).</w:t>
      </w:r>
    </w:p>
    <w:p w14:paraId="480303D6" w14:textId="77777777" w:rsidR="004B2954" w:rsidRPr="00BB79B8" w:rsidRDefault="004B2954" w:rsidP="004B2954">
      <w:pPr>
        <w:spacing w:after="20"/>
        <w:ind w:left="216"/>
        <w:rPr>
          <w:rFonts w:cs="Times New Roman"/>
          <w:sz w:val="20"/>
          <w:szCs w:val="20"/>
        </w:rPr>
      </w:pPr>
      <w:r w:rsidRPr="00BB79B8">
        <w:rPr>
          <w:rFonts w:cs="Times New Roman"/>
          <w:sz w:val="20"/>
          <w:szCs w:val="20"/>
        </w:rPr>
        <w:t>How it works: Gadolinium normally washes out of healthy heart tissue quickly. However, if heart cells have died (necrosis) or been replaced by scar tissue (fibrosis), the contrast agent gets trapped in those spaces.</w:t>
      </w:r>
    </w:p>
    <w:p w14:paraId="36B70CEC" w14:textId="77777777" w:rsidR="004B2954" w:rsidRPr="00BB79B8" w:rsidRDefault="004B2954" w:rsidP="004B2954">
      <w:pPr>
        <w:spacing w:after="20"/>
        <w:ind w:left="216"/>
        <w:rPr>
          <w:rFonts w:cs="Times New Roman"/>
          <w:sz w:val="20"/>
          <w:szCs w:val="20"/>
        </w:rPr>
      </w:pPr>
      <w:r w:rsidRPr="00BB79B8">
        <w:rPr>
          <w:rFonts w:cs="Times New Roman"/>
          <w:sz w:val="20"/>
          <w:szCs w:val="20"/>
        </w:rPr>
        <w:t>The Pattern: In myocarditis, this "bright" signal typically appears in the subepicardial (outer) or mid-wall layers of the heart, often sparing the innermost layer (subendocardium). This specific pattern helps doctors distinguish myocarditis from a heart attack (myocardial infarction), which usually starts from the inner layer.</w:t>
      </w:r>
    </w:p>
    <w:p w14:paraId="27778DF5" w14:textId="77777777" w:rsidR="004B2954" w:rsidRPr="00BB79B8" w:rsidRDefault="004B2954" w:rsidP="004B2954">
      <w:pPr>
        <w:spacing w:after="20"/>
        <w:ind w:left="216"/>
        <w:rPr>
          <w:rFonts w:cs="Times New Roman"/>
          <w:sz w:val="20"/>
          <w:szCs w:val="20"/>
        </w:rPr>
      </w:pPr>
      <w:r w:rsidRPr="00BB79B8">
        <w:rPr>
          <w:rFonts w:cs="Times New Roman"/>
          <w:sz w:val="20"/>
          <w:szCs w:val="20"/>
        </w:rPr>
        <w:t>4. Functional Assessment</w:t>
      </w:r>
    </w:p>
    <w:p w14:paraId="308DA9C6" w14:textId="77777777" w:rsidR="004B2954" w:rsidRPr="00BB79B8" w:rsidRDefault="004B2954" w:rsidP="004B2954">
      <w:pPr>
        <w:spacing w:after="20"/>
        <w:ind w:left="216"/>
        <w:rPr>
          <w:rFonts w:cs="Times New Roman"/>
          <w:sz w:val="20"/>
          <w:szCs w:val="20"/>
        </w:rPr>
      </w:pPr>
      <w:r w:rsidRPr="00BB79B8">
        <w:rPr>
          <w:rFonts w:cs="Times New Roman"/>
          <w:sz w:val="20"/>
          <w:szCs w:val="20"/>
        </w:rPr>
        <w:t>Beyond looking at the tissue itself, CMR provides highly accurate measurements of:</w:t>
      </w:r>
    </w:p>
    <w:p w14:paraId="45B6EC7E" w14:textId="77777777" w:rsidR="004B2954" w:rsidRPr="00BB79B8" w:rsidRDefault="004B2954" w:rsidP="004B2954">
      <w:pPr>
        <w:spacing w:after="20"/>
        <w:ind w:left="216"/>
        <w:rPr>
          <w:rFonts w:cs="Times New Roman"/>
          <w:sz w:val="20"/>
          <w:szCs w:val="20"/>
        </w:rPr>
      </w:pPr>
      <w:r w:rsidRPr="00BB79B8">
        <w:rPr>
          <w:rFonts w:cs="Times New Roman"/>
          <w:sz w:val="20"/>
          <w:szCs w:val="20"/>
        </w:rPr>
        <w:t>Ejection Fraction: How well the ventricles are pumping.</w:t>
      </w:r>
    </w:p>
    <w:p w14:paraId="159B7644" w14:textId="77777777" w:rsidR="004B2954" w:rsidRPr="00BB79B8" w:rsidRDefault="004B2954" w:rsidP="004B2954">
      <w:pPr>
        <w:spacing w:after="20"/>
        <w:ind w:left="216"/>
        <w:rPr>
          <w:rFonts w:cs="Times New Roman"/>
          <w:sz w:val="20"/>
          <w:szCs w:val="20"/>
        </w:rPr>
      </w:pPr>
      <w:r w:rsidRPr="00BB79B8">
        <w:rPr>
          <w:rFonts w:cs="Times New Roman"/>
          <w:sz w:val="20"/>
          <w:szCs w:val="20"/>
        </w:rPr>
        <w:t>Wall Motion: Identifying specific segments of the heart that are struggling to contract due to inflammation.</w:t>
      </w:r>
    </w:p>
    <w:p w14:paraId="0814D60A" w14:textId="77777777" w:rsidR="004B2954" w:rsidRPr="00BB79B8" w:rsidRDefault="004B2954" w:rsidP="004B2954">
      <w:pPr>
        <w:spacing w:after="20"/>
        <w:ind w:left="216"/>
        <w:rPr>
          <w:rFonts w:cs="Times New Roman"/>
          <w:sz w:val="20"/>
          <w:szCs w:val="20"/>
        </w:rPr>
      </w:pPr>
      <w:r w:rsidRPr="00BB79B8">
        <w:rPr>
          <w:rFonts w:cs="Times New Roman"/>
          <w:sz w:val="20"/>
          <w:szCs w:val="20"/>
        </w:rPr>
        <w:t>Pericardial Effusion: Detecting fluid buildup in the sac surrounding the heart, which often accompanies myocarditis (perimyocarditis).</w:t>
      </w:r>
    </w:p>
    <w:p w14:paraId="2263EE1D"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of Diagnostic Value</w:t>
      </w:r>
    </w:p>
    <w:p w14:paraId="6EB29604" w14:textId="77777777" w:rsidR="004B2954" w:rsidRPr="00BB79B8" w:rsidRDefault="004B2954" w:rsidP="004B2954">
      <w:pPr>
        <w:spacing w:after="20"/>
        <w:ind w:left="216"/>
        <w:rPr>
          <w:rFonts w:cs="Times New Roman"/>
          <w:sz w:val="20"/>
          <w:szCs w:val="20"/>
        </w:rPr>
      </w:pPr>
      <w:r w:rsidRPr="00BB79B8">
        <w:rPr>
          <w:rFonts w:cs="Times New Roman"/>
          <w:sz w:val="20"/>
          <w:szCs w:val="20"/>
        </w:rPr>
        <w:t>By combining these findings, CMR can confirm a diagnosis of myocarditis with high sensitivity without the need for an invasive endomyocardial biopsy. It is particularly useful for:</w:t>
      </w:r>
    </w:p>
    <w:p w14:paraId="5431FC3B" w14:textId="77777777" w:rsidR="004B2954" w:rsidRPr="00BB79B8" w:rsidRDefault="004B2954" w:rsidP="004B2954">
      <w:pPr>
        <w:spacing w:after="20"/>
        <w:ind w:left="216"/>
        <w:rPr>
          <w:rFonts w:cs="Times New Roman"/>
          <w:sz w:val="20"/>
          <w:szCs w:val="20"/>
        </w:rPr>
      </w:pPr>
      <w:r w:rsidRPr="00BB79B8">
        <w:rPr>
          <w:rFonts w:cs="Times New Roman"/>
          <w:sz w:val="20"/>
          <w:szCs w:val="20"/>
        </w:rPr>
        <w:t>Confirming acute inflammation vs. chronic scarring.</w:t>
      </w:r>
    </w:p>
    <w:p w14:paraId="1CA6491D" w14:textId="77777777" w:rsidR="004B2954" w:rsidRPr="00BB79B8" w:rsidRDefault="004B2954" w:rsidP="004B2954">
      <w:pPr>
        <w:spacing w:after="20"/>
        <w:ind w:left="216"/>
        <w:rPr>
          <w:rFonts w:cs="Times New Roman"/>
          <w:sz w:val="20"/>
          <w:szCs w:val="20"/>
        </w:rPr>
      </w:pPr>
      <w:r w:rsidRPr="00BB79B8">
        <w:rPr>
          <w:rFonts w:cs="Times New Roman"/>
          <w:sz w:val="20"/>
          <w:szCs w:val="20"/>
        </w:rPr>
        <w:t>Guiding prognosis (patients with extensive LGE may require closer monitoring).</w:t>
      </w:r>
    </w:p>
    <w:p w14:paraId="324FA3AB"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recovery by observing the resolution of edema over time.</w:t>
      </w:r>
    </w:p>
    <w:p w14:paraId="3446B190" w14:textId="77777777" w:rsidR="004B2954" w:rsidRPr="00BB79B8" w:rsidRDefault="004B2954" w:rsidP="004B2954">
      <w:pPr>
        <w:spacing w:after="0"/>
        <w:rPr>
          <w:rFonts w:cs="Times New Roman"/>
          <w:sz w:val="20"/>
          <w:szCs w:val="20"/>
        </w:rPr>
      </w:pPr>
    </w:p>
    <w:p w14:paraId="17169E0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59B86B2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2F36208"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imaging (CMR) helps diagnose myocarditis because it can directly visualize inflammation, edema, and tissue injury in the heart muscle-changes that other non-invasive tests often miss. It is the most sensitive imaging tool for detecting active myocardial inflammation.</w:t>
      </w:r>
    </w:p>
    <w:p w14:paraId="1E047C7D" w14:textId="77777777" w:rsidR="004B2954" w:rsidRPr="00BB79B8" w:rsidRDefault="004B2954" w:rsidP="004B2954">
      <w:pPr>
        <w:spacing w:after="20"/>
        <w:ind w:left="216"/>
        <w:rPr>
          <w:rFonts w:cs="Times New Roman"/>
          <w:sz w:val="20"/>
          <w:szCs w:val="20"/>
        </w:rPr>
      </w:pPr>
      <w:r w:rsidRPr="00BB79B8">
        <w:rPr>
          <w:rFonts w:cs="Times New Roman"/>
          <w:sz w:val="20"/>
          <w:szCs w:val="20"/>
        </w:rPr>
        <w:t>Why CMR is so useful for diagnosing myocarditis</w:t>
      </w:r>
    </w:p>
    <w:p w14:paraId="2D288800" w14:textId="77777777" w:rsidR="004B2954" w:rsidRPr="00BB79B8" w:rsidRDefault="004B2954" w:rsidP="004B2954">
      <w:pPr>
        <w:spacing w:after="20"/>
        <w:ind w:left="216"/>
        <w:rPr>
          <w:rFonts w:cs="Times New Roman"/>
          <w:sz w:val="20"/>
          <w:szCs w:val="20"/>
        </w:rPr>
      </w:pPr>
      <w:r w:rsidRPr="00BB79B8">
        <w:rPr>
          <w:rFonts w:cs="Times New Roman"/>
          <w:sz w:val="20"/>
          <w:szCs w:val="20"/>
        </w:rPr>
        <w:t>1. Tissue characterization</w:t>
      </w:r>
    </w:p>
    <w:p w14:paraId="06F63182" w14:textId="77777777" w:rsidR="004B2954" w:rsidRPr="00BB79B8" w:rsidRDefault="004B2954" w:rsidP="004B2954">
      <w:pPr>
        <w:spacing w:after="20"/>
        <w:ind w:left="216"/>
        <w:rPr>
          <w:rFonts w:cs="Times New Roman"/>
          <w:sz w:val="20"/>
          <w:szCs w:val="20"/>
        </w:rPr>
      </w:pPr>
      <w:r w:rsidRPr="00BB79B8">
        <w:rPr>
          <w:rFonts w:cs="Times New Roman"/>
          <w:sz w:val="20"/>
          <w:szCs w:val="20"/>
        </w:rPr>
        <w:t>CMR can distinguish normal myocardium, inflamed tissue, scar, and necrosis using specialized sequences. This is something echocardiography and ECG cannot do.</w:t>
      </w:r>
    </w:p>
    <w:p w14:paraId="2DD602F9"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T2-weighted imaging detects myocardial edema (swelling), a hallmark of acute inflammation.</w:t>
      </w:r>
    </w:p>
    <w:p w14:paraId="063CCD86" w14:textId="77777777" w:rsidR="004B2954" w:rsidRPr="00BB79B8" w:rsidRDefault="004B2954" w:rsidP="004B2954">
      <w:pPr>
        <w:spacing w:after="20"/>
        <w:ind w:left="216"/>
        <w:rPr>
          <w:rFonts w:cs="Times New Roman"/>
          <w:sz w:val="20"/>
          <w:szCs w:val="20"/>
        </w:rPr>
      </w:pPr>
      <w:r w:rsidRPr="00BB79B8">
        <w:rPr>
          <w:rFonts w:cs="Times New Roman"/>
          <w:sz w:val="20"/>
          <w:szCs w:val="20"/>
        </w:rPr>
        <w:t>T1 mapping and extracellular volume (ECV) quantify tissue injury and fibrosis.</w:t>
      </w:r>
    </w:p>
    <w:p w14:paraId="65A53098"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findings correlate strongly with myocarditis pathology.</w:t>
      </w:r>
    </w:p>
    <w:p w14:paraId="0D4629CA" w14:textId="77777777" w:rsidR="004B2954" w:rsidRPr="00BB79B8" w:rsidRDefault="004B2954" w:rsidP="004B2954">
      <w:pPr>
        <w:spacing w:after="20"/>
        <w:ind w:left="216"/>
        <w:rPr>
          <w:rFonts w:cs="Times New Roman"/>
          <w:sz w:val="20"/>
          <w:szCs w:val="20"/>
        </w:rPr>
      </w:pPr>
      <w:r w:rsidRPr="00BB79B8">
        <w:rPr>
          <w:rFonts w:cs="Times New Roman"/>
          <w:sz w:val="20"/>
          <w:szCs w:val="20"/>
        </w:rPr>
        <w:t>2. Late gadolinium enhancement (LGE)</w:t>
      </w:r>
    </w:p>
    <w:p w14:paraId="57BDD371" w14:textId="77777777" w:rsidR="004B2954" w:rsidRPr="00BB79B8" w:rsidRDefault="004B2954" w:rsidP="004B2954">
      <w:pPr>
        <w:spacing w:after="20"/>
        <w:ind w:left="216"/>
        <w:rPr>
          <w:rFonts w:cs="Times New Roman"/>
          <w:sz w:val="20"/>
          <w:szCs w:val="20"/>
        </w:rPr>
      </w:pPr>
      <w:r w:rsidRPr="00BB79B8">
        <w:rPr>
          <w:rFonts w:cs="Times New Roman"/>
          <w:sz w:val="20"/>
          <w:szCs w:val="20"/>
        </w:rPr>
        <w:t>LGE highlights areas of myocardial damage. In myocarditis, the enhancement pattern is typically:</w:t>
      </w:r>
    </w:p>
    <w:p w14:paraId="28658492" w14:textId="77777777" w:rsidR="004B2954" w:rsidRPr="00BB79B8" w:rsidRDefault="004B2954" w:rsidP="004B2954">
      <w:pPr>
        <w:spacing w:after="20"/>
        <w:ind w:left="216"/>
        <w:rPr>
          <w:rFonts w:cs="Times New Roman"/>
          <w:sz w:val="20"/>
          <w:szCs w:val="20"/>
        </w:rPr>
      </w:pPr>
      <w:r w:rsidRPr="00BB79B8">
        <w:rPr>
          <w:rFonts w:cs="Times New Roman"/>
          <w:sz w:val="20"/>
          <w:szCs w:val="20"/>
        </w:rPr>
        <w:t>Subepicardial or mid-wall,</w:t>
      </w:r>
    </w:p>
    <w:p w14:paraId="599BABCE" w14:textId="77777777" w:rsidR="004B2954" w:rsidRPr="00BB79B8" w:rsidRDefault="004B2954" w:rsidP="004B2954">
      <w:pPr>
        <w:spacing w:after="20"/>
        <w:ind w:left="216"/>
        <w:rPr>
          <w:rFonts w:cs="Times New Roman"/>
          <w:sz w:val="20"/>
          <w:szCs w:val="20"/>
        </w:rPr>
      </w:pPr>
      <w:r w:rsidRPr="00BB79B8">
        <w:rPr>
          <w:rFonts w:cs="Times New Roman"/>
          <w:sz w:val="20"/>
          <w:szCs w:val="20"/>
        </w:rPr>
        <w:t>Non-ischemic distribution (unlike heart attacks, which affect subendocardium).</w:t>
      </w:r>
    </w:p>
    <w:p w14:paraId="441AE4B6" w14:textId="77777777" w:rsidR="004B2954" w:rsidRPr="00BB79B8" w:rsidRDefault="004B2954" w:rsidP="004B2954">
      <w:pPr>
        <w:spacing w:after="20"/>
        <w:ind w:left="216"/>
        <w:rPr>
          <w:rFonts w:cs="Times New Roman"/>
          <w:sz w:val="20"/>
          <w:szCs w:val="20"/>
        </w:rPr>
      </w:pPr>
      <w:r w:rsidRPr="00BB79B8">
        <w:rPr>
          <w:rFonts w:cs="Times New Roman"/>
          <w:sz w:val="20"/>
          <w:szCs w:val="20"/>
        </w:rPr>
        <w:t>This pattern is highly suggestive of myocarditis and helps differentiate it from ischemic heart disease.</w:t>
      </w:r>
    </w:p>
    <w:p w14:paraId="56C50304" w14:textId="77777777" w:rsidR="004B2954" w:rsidRPr="00BB79B8" w:rsidRDefault="004B2954" w:rsidP="004B2954">
      <w:pPr>
        <w:spacing w:after="20"/>
        <w:ind w:left="216"/>
        <w:rPr>
          <w:rFonts w:cs="Times New Roman"/>
          <w:sz w:val="20"/>
          <w:szCs w:val="20"/>
        </w:rPr>
      </w:pPr>
      <w:r w:rsidRPr="00BB79B8">
        <w:rPr>
          <w:rFonts w:cs="Times New Roman"/>
          <w:sz w:val="20"/>
          <w:szCs w:val="20"/>
        </w:rPr>
        <w:t>3. Lake Louise Criteria</w:t>
      </w:r>
    </w:p>
    <w:p w14:paraId="5F1195AE" w14:textId="77777777" w:rsidR="004B2954" w:rsidRPr="00BB79B8" w:rsidRDefault="004B2954" w:rsidP="004B2954">
      <w:pPr>
        <w:spacing w:after="20"/>
        <w:ind w:left="216"/>
        <w:rPr>
          <w:rFonts w:cs="Times New Roman"/>
          <w:sz w:val="20"/>
          <w:szCs w:val="20"/>
        </w:rPr>
      </w:pPr>
      <w:r w:rsidRPr="00BB79B8">
        <w:rPr>
          <w:rFonts w:cs="Times New Roman"/>
          <w:sz w:val="20"/>
          <w:szCs w:val="20"/>
        </w:rPr>
        <w:t>CMR is the basis of the internationally accepted Lake Louise Criteria, which diagnose myocarditis when &gt;=2 of the following are present:</w:t>
      </w:r>
    </w:p>
    <w:p w14:paraId="40A81D43"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edema (T2)</w:t>
      </w:r>
    </w:p>
    <w:p w14:paraId="0C776025" w14:textId="77777777" w:rsidR="004B2954" w:rsidRPr="00BB79B8" w:rsidRDefault="004B2954" w:rsidP="004B2954">
      <w:pPr>
        <w:spacing w:after="20"/>
        <w:ind w:left="216"/>
        <w:rPr>
          <w:rFonts w:cs="Times New Roman"/>
          <w:sz w:val="20"/>
          <w:szCs w:val="20"/>
        </w:rPr>
      </w:pPr>
      <w:r w:rsidRPr="00BB79B8">
        <w:rPr>
          <w:rFonts w:cs="Times New Roman"/>
          <w:sz w:val="20"/>
          <w:szCs w:val="20"/>
        </w:rPr>
        <w:t>Hyperemia/inflammation (T1-based markers)</w:t>
      </w:r>
    </w:p>
    <w:p w14:paraId="5AB025E2" w14:textId="77777777" w:rsidR="004B2954" w:rsidRPr="00BB79B8" w:rsidRDefault="004B2954" w:rsidP="004B2954">
      <w:pPr>
        <w:spacing w:after="20"/>
        <w:ind w:left="216"/>
        <w:rPr>
          <w:rFonts w:cs="Times New Roman"/>
          <w:sz w:val="20"/>
          <w:szCs w:val="20"/>
        </w:rPr>
      </w:pPr>
      <w:r w:rsidRPr="00BB79B8">
        <w:rPr>
          <w:rFonts w:cs="Times New Roman"/>
          <w:sz w:val="20"/>
          <w:szCs w:val="20"/>
        </w:rPr>
        <w:t>Non-ischemic LGE</w:t>
      </w:r>
    </w:p>
    <w:p w14:paraId="32AA4304"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criteria have high diagnostic accuracy and are widely used in clinical practice.</w:t>
      </w:r>
    </w:p>
    <w:p w14:paraId="48D9CA38" w14:textId="77777777" w:rsidR="004B2954" w:rsidRPr="00BB79B8" w:rsidRDefault="004B2954" w:rsidP="004B2954">
      <w:pPr>
        <w:spacing w:after="20"/>
        <w:ind w:left="216"/>
        <w:rPr>
          <w:rFonts w:cs="Times New Roman"/>
          <w:sz w:val="20"/>
          <w:szCs w:val="20"/>
        </w:rPr>
      </w:pPr>
      <w:r w:rsidRPr="00BB79B8">
        <w:rPr>
          <w:rFonts w:cs="Times New Roman"/>
          <w:sz w:val="20"/>
          <w:szCs w:val="20"/>
        </w:rPr>
        <w:t>4. Non-invasive alternative to biopsy</w:t>
      </w:r>
    </w:p>
    <w:p w14:paraId="662F910C"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is the gold standard but is invasive and may miss patchy inflammation. CMR:</w:t>
      </w:r>
    </w:p>
    <w:p w14:paraId="49DC56DF" w14:textId="77777777" w:rsidR="004B2954" w:rsidRPr="00BB79B8" w:rsidRDefault="004B2954" w:rsidP="004B2954">
      <w:pPr>
        <w:spacing w:after="20"/>
        <w:ind w:left="216"/>
        <w:rPr>
          <w:rFonts w:cs="Times New Roman"/>
          <w:sz w:val="20"/>
          <w:szCs w:val="20"/>
        </w:rPr>
      </w:pPr>
      <w:r w:rsidRPr="00BB79B8">
        <w:rPr>
          <w:rFonts w:cs="Times New Roman"/>
          <w:sz w:val="20"/>
          <w:szCs w:val="20"/>
        </w:rPr>
        <w:t>Is non-invasive</w:t>
      </w:r>
    </w:p>
    <w:p w14:paraId="24FD76DD" w14:textId="77777777" w:rsidR="004B2954" w:rsidRPr="00BB79B8" w:rsidRDefault="004B2954" w:rsidP="004B2954">
      <w:pPr>
        <w:spacing w:after="20"/>
        <w:ind w:left="216"/>
        <w:rPr>
          <w:rFonts w:cs="Times New Roman"/>
          <w:sz w:val="20"/>
          <w:szCs w:val="20"/>
        </w:rPr>
      </w:pPr>
      <w:r w:rsidRPr="00BB79B8">
        <w:rPr>
          <w:rFonts w:cs="Times New Roman"/>
          <w:sz w:val="20"/>
          <w:szCs w:val="20"/>
        </w:rPr>
        <w:t>Detects patchy lesions</w:t>
      </w:r>
    </w:p>
    <w:p w14:paraId="2AC5CB90" w14:textId="77777777" w:rsidR="004B2954" w:rsidRPr="00BB79B8" w:rsidRDefault="004B2954" w:rsidP="004B2954">
      <w:pPr>
        <w:spacing w:after="20"/>
        <w:ind w:left="216"/>
        <w:rPr>
          <w:rFonts w:cs="Times New Roman"/>
          <w:sz w:val="20"/>
          <w:szCs w:val="20"/>
        </w:rPr>
      </w:pPr>
      <w:r w:rsidRPr="00BB79B8">
        <w:rPr>
          <w:rFonts w:cs="Times New Roman"/>
          <w:sz w:val="20"/>
          <w:szCs w:val="20"/>
        </w:rPr>
        <w:t>Helps determine whether biopsy is needed and where to sample</w:t>
      </w:r>
    </w:p>
    <w:p w14:paraId="011F0D89" w14:textId="77777777" w:rsidR="004B2954" w:rsidRPr="00BB79B8" w:rsidRDefault="004B2954" w:rsidP="004B2954">
      <w:pPr>
        <w:spacing w:after="20"/>
        <w:ind w:left="216"/>
        <w:rPr>
          <w:rFonts w:cs="Times New Roman"/>
          <w:sz w:val="20"/>
          <w:szCs w:val="20"/>
        </w:rPr>
      </w:pPr>
      <w:r w:rsidRPr="00BB79B8">
        <w:rPr>
          <w:rFonts w:cs="Times New Roman"/>
          <w:sz w:val="20"/>
          <w:szCs w:val="20"/>
        </w:rPr>
        <w:t>5. Monitoring disease course</w:t>
      </w:r>
    </w:p>
    <w:p w14:paraId="1F56F96B" w14:textId="77777777" w:rsidR="004B2954" w:rsidRPr="00BB79B8" w:rsidRDefault="004B2954" w:rsidP="004B2954">
      <w:pPr>
        <w:spacing w:after="20"/>
        <w:ind w:left="216"/>
        <w:rPr>
          <w:rFonts w:cs="Times New Roman"/>
          <w:sz w:val="20"/>
          <w:szCs w:val="20"/>
        </w:rPr>
      </w:pPr>
      <w:r w:rsidRPr="00BB79B8">
        <w:rPr>
          <w:rFonts w:cs="Times New Roman"/>
          <w:sz w:val="20"/>
          <w:szCs w:val="20"/>
        </w:rPr>
        <w:t>CMR can track:</w:t>
      </w:r>
    </w:p>
    <w:p w14:paraId="66AB3DA2" w14:textId="77777777" w:rsidR="004B2954" w:rsidRPr="00BB79B8" w:rsidRDefault="004B2954" w:rsidP="004B2954">
      <w:pPr>
        <w:spacing w:after="20"/>
        <w:ind w:left="216"/>
        <w:rPr>
          <w:rFonts w:cs="Times New Roman"/>
          <w:sz w:val="20"/>
          <w:szCs w:val="20"/>
        </w:rPr>
      </w:pPr>
      <w:r w:rsidRPr="00BB79B8">
        <w:rPr>
          <w:rFonts w:cs="Times New Roman"/>
          <w:sz w:val="20"/>
          <w:szCs w:val="20"/>
        </w:rPr>
        <w:t>Resolution of edema</w:t>
      </w:r>
    </w:p>
    <w:p w14:paraId="52686B4C" w14:textId="77777777" w:rsidR="004B2954" w:rsidRPr="00BB79B8" w:rsidRDefault="004B2954" w:rsidP="004B2954">
      <w:pPr>
        <w:spacing w:after="20"/>
        <w:ind w:left="216"/>
        <w:rPr>
          <w:rFonts w:cs="Times New Roman"/>
          <w:sz w:val="20"/>
          <w:szCs w:val="20"/>
        </w:rPr>
      </w:pPr>
      <w:r w:rsidRPr="00BB79B8">
        <w:rPr>
          <w:rFonts w:cs="Times New Roman"/>
          <w:sz w:val="20"/>
          <w:szCs w:val="20"/>
        </w:rPr>
        <w:t>Improvement or progression of fibrosis</w:t>
      </w:r>
    </w:p>
    <w:p w14:paraId="0AE912F0"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of ventricular function</w:t>
      </w:r>
    </w:p>
    <w:p w14:paraId="2A8829E0"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essential because myocarditis can lead to cardiomyopathy, arrhythmias, or heart failure.</w:t>
      </w:r>
    </w:p>
    <w:p w14:paraId="44BB420D"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5EE1D818" w14:textId="77777777" w:rsidR="004B2954" w:rsidRPr="00BB79B8" w:rsidRDefault="004B2954" w:rsidP="004B2954">
      <w:pPr>
        <w:spacing w:after="20"/>
        <w:ind w:left="216"/>
        <w:rPr>
          <w:rFonts w:cs="Times New Roman"/>
          <w:sz w:val="20"/>
          <w:szCs w:val="20"/>
        </w:rPr>
      </w:pPr>
      <w:r w:rsidRPr="00BB79B8">
        <w:rPr>
          <w:rFonts w:cs="Times New Roman"/>
          <w:sz w:val="20"/>
          <w:szCs w:val="20"/>
        </w:rPr>
        <w:t>CMR helps diagnose myocarditis because it can directly visualize inflammation, edema, and myocardial injury with high accuracy, using techniques like T1/T2 mapping and LGE. It is the best non-invasive tool for confirming myocarditis and guiding management.</w:t>
      </w:r>
    </w:p>
    <w:p w14:paraId="192BF5BA" w14:textId="77777777" w:rsidR="004B2954" w:rsidRPr="00BB79B8" w:rsidRDefault="004B2954" w:rsidP="004B2954">
      <w:pPr>
        <w:spacing w:after="0"/>
        <w:rPr>
          <w:rFonts w:cs="Times New Roman"/>
          <w:sz w:val="20"/>
          <w:szCs w:val="20"/>
        </w:rPr>
      </w:pPr>
    </w:p>
    <w:p w14:paraId="467E8E5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0027EBD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690369C"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imaging (CMR) is uniquely suited to diagnose myocarditis because it can non-invasively visualize the three key pathological tissue changes caused by the inflammation: edema (swelling), hyperemia/capillary leak (increased blood flow), and necrosis/fibrosis (cell death and scarring).</w:t>
      </w:r>
    </w:p>
    <w:p w14:paraId="358BB06D"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breakdown of why CMR works so well for this diagnosis:</w:t>
      </w:r>
    </w:p>
    <w:p w14:paraId="4AFC1ED1" w14:textId="77777777" w:rsidR="004B2954" w:rsidRPr="00BB79B8" w:rsidRDefault="004B2954" w:rsidP="004B2954">
      <w:pPr>
        <w:spacing w:after="20"/>
        <w:ind w:left="216"/>
        <w:rPr>
          <w:rFonts w:cs="Times New Roman"/>
          <w:sz w:val="20"/>
          <w:szCs w:val="20"/>
        </w:rPr>
      </w:pPr>
      <w:r w:rsidRPr="00BB79B8">
        <w:rPr>
          <w:rFonts w:cs="Times New Roman"/>
          <w:sz w:val="20"/>
          <w:szCs w:val="20"/>
        </w:rPr>
        <w:t>1. It detects myocardial edema (water accumulation)</w:t>
      </w:r>
      <w:r w:rsidRPr="00BB79B8">
        <w:rPr>
          <w:rFonts w:cs="Times New Roman"/>
          <w:sz w:val="20"/>
          <w:szCs w:val="20"/>
        </w:rPr>
        <w:br/>
        <w:t>In acute myocarditis, the immune response causes fluid to accumulate in the heart muscle. CMR uses T2-weighted imaging (specifically T2 mapping and STIR sequences). Water appears bright on these images, allowing doctors to see exactly where the inflammation is occurring.</w:t>
      </w:r>
    </w:p>
    <w:p w14:paraId="45372672" w14:textId="77777777" w:rsidR="004B2954" w:rsidRPr="00BB79B8" w:rsidRDefault="004B2954" w:rsidP="004B2954">
      <w:pPr>
        <w:spacing w:after="20"/>
        <w:ind w:left="216"/>
        <w:rPr>
          <w:rFonts w:cs="Times New Roman"/>
          <w:sz w:val="20"/>
          <w:szCs w:val="20"/>
        </w:rPr>
      </w:pPr>
      <w:r w:rsidRPr="00BB79B8">
        <w:rPr>
          <w:rFonts w:cs="Times New Roman"/>
          <w:sz w:val="20"/>
          <w:szCs w:val="20"/>
        </w:rPr>
        <w:t>2. It detects hyperemia and capillary leak</w:t>
      </w:r>
      <w:r w:rsidRPr="00BB79B8">
        <w:rPr>
          <w:rFonts w:cs="Times New Roman"/>
          <w:sz w:val="20"/>
          <w:szCs w:val="20"/>
        </w:rPr>
        <w:br/>
        <w:t>Inflammation increases blood flow to the affected area and makes small blood vessels "leaky." CMR captures this using early gadolinium enhancement (EGE) performed just 1-2 minutes after injecting the contrast dye. The inflamed tissue takes up the dye more quickly than healthy tissue.</w:t>
      </w:r>
    </w:p>
    <w:p w14:paraId="6FCABA2E" w14:textId="77777777" w:rsidR="004B2954" w:rsidRPr="00BB79B8" w:rsidRDefault="004B2954" w:rsidP="004B2954">
      <w:pPr>
        <w:spacing w:after="20"/>
        <w:ind w:left="216"/>
        <w:rPr>
          <w:rFonts w:cs="Times New Roman"/>
          <w:sz w:val="20"/>
          <w:szCs w:val="20"/>
        </w:rPr>
      </w:pPr>
      <w:r w:rsidRPr="00BB79B8">
        <w:rPr>
          <w:rFonts w:cs="Times New Roman"/>
          <w:sz w:val="20"/>
          <w:szCs w:val="20"/>
        </w:rPr>
        <w:t>3. It detects cell death (necrosis) and scarring (fibrosis)</w:t>
      </w:r>
      <w:r w:rsidRPr="00BB79B8">
        <w:rPr>
          <w:rFonts w:cs="Times New Roman"/>
          <w:sz w:val="20"/>
          <w:szCs w:val="20"/>
        </w:rPr>
        <w:br/>
        <w:t>This is the most specific finding. In myocarditis, inflammation kills heart muscle cells. CMR uses late gadolinium enhancement (LGE) performed 10-15 minutes after contrast injection. The damaged cells are unable to wash out the contrast dye, causing them to remain bright.</w:t>
      </w:r>
    </w:p>
    <w:p w14:paraId="4F555D96" w14:textId="77777777" w:rsidR="004B2954" w:rsidRPr="00BB79B8" w:rsidRDefault="004B2954" w:rsidP="004B2954">
      <w:pPr>
        <w:spacing w:after="20"/>
        <w:ind w:left="216"/>
        <w:rPr>
          <w:rFonts w:cs="Times New Roman"/>
          <w:sz w:val="20"/>
          <w:szCs w:val="20"/>
        </w:rPr>
      </w:pPr>
      <w:r w:rsidRPr="00BB79B8">
        <w:rPr>
          <w:rFonts w:cs="Times New Roman"/>
          <w:sz w:val="20"/>
          <w:szCs w:val="20"/>
        </w:rPr>
        <w:t>Crucially, the pattern of LGE in myocarditis is distinct from other diseases like a heart attack:</w:t>
      </w:r>
    </w:p>
    <w:p w14:paraId="18F42C78"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attack: LGE appears in a specific "subendocardial" pattern (inner layer of the heart wall, following a single artery territory).</w:t>
      </w:r>
    </w:p>
    <w:p w14:paraId="6A5ABD6D"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LGE appears in a patchy, "epicardial or mid-wall" pattern (outer or middle layers), often in regions not following a single artery territory.</w:t>
      </w:r>
    </w:p>
    <w:p w14:paraId="3621E387"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4. It uses the "Lake Louise Criteria"</w:t>
      </w:r>
      <w:r w:rsidRPr="00BB79B8">
        <w:rPr>
          <w:rFonts w:cs="Times New Roman"/>
          <w:sz w:val="20"/>
          <w:szCs w:val="20"/>
        </w:rPr>
        <w:br/>
        <w:t>To increase accuracy, doctors use standardized criteria that require at least two of the three findings above to be present. This approach gives CMR a diagnostic accuracy of approximately 85-90% for acute myocarditis, making it the non-invasive gold standard (compared to endomyocardial biopsy, which is invasive and can miss patchy inflammation).</w:t>
      </w:r>
    </w:p>
    <w:p w14:paraId="4D227F38"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CMR can see the water, the leaky blood vessels, and the dying cells - the three hallmarks of myocarditis - all in one safe, non-invasive scan.</w:t>
      </w:r>
    </w:p>
    <w:p w14:paraId="3F7764A1" w14:textId="77777777" w:rsidR="004B2954" w:rsidRPr="00BB79B8" w:rsidRDefault="004B2954" w:rsidP="004B2954">
      <w:pPr>
        <w:spacing w:after="0"/>
        <w:rPr>
          <w:rFonts w:cs="Times New Roman"/>
          <w:sz w:val="20"/>
          <w:szCs w:val="20"/>
        </w:rPr>
      </w:pPr>
    </w:p>
    <w:p w14:paraId="625C53C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0B0794C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CE242D9"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magnetic resonance imaging (CMR) aids myocarditis diagnosis mainly for these reasons:</w:t>
      </w:r>
    </w:p>
    <w:p w14:paraId="4F2B420B" w14:textId="77777777" w:rsidR="004B2954" w:rsidRPr="00BB79B8" w:rsidRDefault="004B2954" w:rsidP="004B2954">
      <w:pPr>
        <w:spacing w:after="20"/>
        <w:ind w:left="216"/>
        <w:rPr>
          <w:rFonts w:cs="Times New Roman"/>
          <w:sz w:val="20"/>
          <w:szCs w:val="20"/>
        </w:rPr>
      </w:pPr>
      <w:r w:rsidRPr="00BB79B8">
        <w:rPr>
          <w:rFonts w:cs="Times New Roman"/>
          <w:sz w:val="20"/>
          <w:szCs w:val="20"/>
        </w:rPr>
        <w:t>It detects myocardial inflammation, edema, and necrosis non-invasively.</w:t>
      </w:r>
    </w:p>
    <w:p w14:paraId="49917736" w14:textId="77777777" w:rsidR="004B2954" w:rsidRPr="00BB79B8" w:rsidRDefault="004B2954" w:rsidP="004B2954">
      <w:pPr>
        <w:spacing w:after="20"/>
        <w:ind w:left="216"/>
        <w:rPr>
          <w:rFonts w:cs="Times New Roman"/>
          <w:sz w:val="20"/>
          <w:szCs w:val="20"/>
        </w:rPr>
      </w:pPr>
      <w:r w:rsidRPr="00BB79B8">
        <w:rPr>
          <w:rFonts w:cs="Times New Roman"/>
          <w:sz w:val="20"/>
          <w:szCs w:val="20"/>
        </w:rPr>
        <w:t>Late gadolinium enhancement can identify focal myocardial injury and fibrosis typical of myocarditis.</w:t>
      </w:r>
    </w:p>
    <w:p w14:paraId="6C973CF0" w14:textId="77777777" w:rsidR="004B2954" w:rsidRPr="00BB79B8" w:rsidRDefault="004B2954" w:rsidP="004B2954">
      <w:pPr>
        <w:spacing w:after="20"/>
        <w:ind w:left="216"/>
        <w:rPr>
          <w:rFonts w:cs="Times New Roman"/>
          <w:sz w:val="20"/>
          <w:szCs w:val="20"/>
        </w:rPr>
      </w:pPr>
      <w:r w:rsidRPr="00BB79B8">
        <w:rPr>
          <w:rFonts w:cs="Times New Roman"/>
          <w:sz w:val="20"/>
          <w:szCs w:val="20"/>
        </w:rPr>
        <w:t>It evaluates cardiac structure, ventricular function and wall motion abnormalities.</w:t>
      </w:r>
    </w:p>
    <w:p w14:paraId="0109B9BA" w14:textId="77777777" w:rsidR="004B2954" w:rsidRPr="00BB79B8" w:rsidRDefault="004B2954" w:rsidP="004B2954">
      <w:pPr>
        <w:spacing w:after="20"/>
        <w:ind w:left="216"/>
        <w:rPr>
          <w:rFonts w:cs="Times New Roman"/>
          <w:sz w:val="20"/>
          <w:szCs w:val="20"/>
        </w:rPr>
      </w:pPr>
      <w:r w:rsidRPr="00BB79B8">
        <w:rPr>
          <w:rFonts w:cs="Times New Roman"/>
          <w:sz w:val="20"/>
          <w:szCs w:val="20"/>
        </w:rPr>
        <w:t>It rules out other causes such as myocardial infarction, enabling differential diagnosis.</w:t>
      </w:r>
    </w:p>
    <w:p w14:paraId="6D26D5D5" w14:textId="77777777" w:rsidR="004B2954" w:rsidRPr="00BB79B8" w:rsidRDefault="004B2954" w:rsidP="004B2954">
      <w:pPr>
        <w:rPr>
          <w:rFonts w:cs="Times New Roman"/>
          <w:sz w:val="20"/>
          <w:szCs w:val="20"/>
        </w:rPr>
      </w:pPr>
    </w:p>
    <w:p w14:paraId="05E62E3E" w14:textId="77777777" w:rsidR="004B2954" w:rsidRPr="00BB79B8" w:rsidRDefault="004B2954" w:rsidP="004B2954">
      <w:pPr>
        <w:keepNext/>
        <w:rPr>
          <w:rFonts w:cs="Times New Roman"/>
          <w:sz w:val="20"/>
          <w:szCs w:val="20"/>
        </w:rPr>
      </w:pPr>
      <w:r w:rsidRPr="00BB79B8">
        <w:rPr>
          <w:rFonts w:cs="Times New Roman"/>
          <w:b/>
          <w:color w:val="1F4E79"/>
          <w:sz w:val="20"/>
          <w:szCs w:val="20"/>
        </w:rPr>
        <w:t>Q36. When is endomyocardial biopsy needed?</w:t>
      </w:r>
    </w:p>
    <w:p w14:paraId="6A88A1B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16B0D53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8F0F38E"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is an invasive procedure used to obtain myocardial tissue for histopathologic, immunohistochemical, and molecular analysis. Its use in myocarditis is generally selective rather than routine. Here's a detailed breakdown:</w:t>
      </w:r>
    </w:p>
    <w:p w14:paraId="6EBC4E1F" w14:textId="77777777" w:rsidR="004B2954" w:rsidRPr="00BB79B8" w:rsidRDefault="004B2954" w:rsidP="004B2954">
      <w:pPr>
        <w:spacing w:after="20"/>
        <w:ind w:left="216"/>
        <w:rPr>
          <w:rFonts w:cs="Times New Roman"/>
          <w:sz w:val="20"/>
          <w:szCs w:val="20"/>
        </w:rPr>
      </w:pPr>
      <w:r w:rsidRPr="00BB79B8">
        <w:rPr>
          <w:rFonts w:cs="Times New Roman"/>
          <w:sz w:val="20"/>
          <w:szCs w:val="20"/>
        </w:rPr>
        <w:t>Indications for Endomyocardial Biopsy in Suspected Myocarditis</w:t>
      </w:r>
    </w:p>
    <w:p w14:paraId="490DFCAA"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or rapidly progressive heart failure</w:t>
      </w:r>
    </w:p>
    <w:p w14:paraId="38A2D3E9"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new-onset heart failure (&lt;2 weeks) unresponsive to standard therapy.</w:t>
      </w:r>
    </w:p>
    <w:p w14:paraId="59A8566D" w14:textId="77777777" w:rsidR="004B2954" w:rsidRPr="00BB79B8" w:rsidRDefault="004B2954" w:rsidP="004B2954">
      <w:pPr>
        <w:spacing w:after="20"/>
        <w:ind w:left="216"/>
        <w:rPr>
          <w:rFonts w:cs="Times New Roman"/>
          <w:sz w:val="20"/>
          <w:szCs w:val="20"/>
        </w:rPr>
      </w:pPr>
      <w:r w:rsidRPr="00BB79B8">
        <w:rPr>
          <w:rFonts w:cs="Times New Roman"/>
          <w:sz w:val="20"/>
          <w:szCs w:val="20"/>
        </w:rPr>
        <w:t>Suspicion of fulminant myocarditis, which may require urgent mechanical support or immunosuppressive therapy.</w:t>
      </w:r>
    </w:p>
    <w:p w14:paraId="2A088A10"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cardiomyopathy with arrhythmias or conduction disturbances</w:t>
      </w:r>
    </w:p>
    <w:p w14:paraId="24A541F5" w14:textId="77777777" w:rsidR="004B2954" w:rsidRPr="00BB79B8" w:rsidRDefault="004B2954" w:rsidP="004B2954">
      <w:pPr>
        <w:spacing w:after="20"/>
        <w:ind w:left="216"/>
        <w:rPr>
          <w:rFonts w:cs="Times New Roman"/>
          <w:sz w:val="20"/>
          <w:szCs w:val="20"/>
        </w:rPr>
      </w:pPr>
      <w:r w:rsidRPr="00BB79B8">
        <w:rPr>
          <w:rFonts w:cs="Times New Roman"/>
          <w:sz w:val="20"/>
          <w:szCs w:val="20"/>
        </w:rPr>
        <w:t>New-onset ventricular arrhythmias, high-degree AV block, or sudden cardiac death risk with unclear cause.</w:t>
      </w:r>
    </w:p>
    <w:p w14:paraId="72E02C0B" w14:textId="77777777" w:rsidR="004B2954" w:rsidRPr="00BB79B8" w:rsidRDefault="004B2954" w:rsidP="004B2954">
      <w:pPr>
        <w:spacing w:after="20"/>
        <w:ind w:left="216"/>
        <w:rPr>
          <w:rFonts w:cs="Times New Roman"/>
          <w:sz w:val="20"/>
          <w:szCs w:val="20"/>
        </w:rPr>
      </w:pPr>
      <w:r w:rsidRPr="00BB79B8">
        <w:rPr>
          <w:rFonts w:cs="Times New Roman"/>
          <w:sz w:val="20"/>
          <w:szCs w:val="20"/>
        </w:rPr>
        <w:t>Failure to respond to standard therapy</w:t>
      </w:r>
    </w:p>
    <w:p w14:paraId="1D068C3F" w14:textId="77777777" w:rsidR="004B2954" w:rsidRPr="00BB79B8" w:rsidRDefault="004B2954" w:rsidP="004B2954">
      <w:pPr>
        <w:spacing w:after="20"/>
        <w:ind w:left="216"/>
        <w:rPr>
          <w:rFonts w:cs="Times New Roman"/>
          <w:sz w:val="20"/>
          <w:szCs w:val="20"/>
        </w:rPr>
      </w:pPr>
      <w:r w:rsidRPr="00BB79B8">
        <w:rPr>
          <w:rFonts w:cs="Times New Roman"/>
          <w:sz w:val="20"/>
          <w:szCs w:val="20"/>
        </w:rPr>
        <w:t>When heart failure does not improve with optimal medical management, and histologic diagnosis could guide therapy (e.g., immunosuppression).</w:t>
      </w:r>
    </w:p>
    <w:p w14:paraId="1F3F163E" w14:textId="77777777" w:rsidR="004B2954" w:rsidRPr="00BB79B8" w:rsidRDefault="004B2954" w:rsidP="004B2954">
      <w:pPr>
        <w:spacing w:after="20"/>
        <w:ind w:left="216"/>
        <w:rPr>
          <w:rFonts w:cs="Times New Roman"/>
          <w:sz w:val="20"/>
          <w:szCs w:val="20"/>
        </w:rPr>
      </w:pPr>
      <w:r w:rsidRPr="00BB79B8">
        <w:rPr>
          <w:rFonts w:cs="Times New Roman"/>
          <w:sz w:val="20"/>
          <w:szCs w:val="20"/>
        </w:rPr>
        <w:t>Suspicion of specific etiologies</w:t>
      </w:r>
    </w:p>
    <w:p w14:paraId="52451BB1"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eosinophilic myocarditis, sarcoidosis, or viral myocarditis with high clinical suspicion.</w:t>
      </w:r>
    </w:p>
    <w:p w14:paraId="404446F8" w14:textId="77777777" w:rsidR="004B2954" w:rsidRPr="00BB79B8" w:rsidRDefault="004B2954" w:rsidP="004B2954">
      <w:pPr>
        <w:spacing w:after="20"/>
        <w:ind w:left="216"/>
        <w:rPr>
          <w:rFonts w:cs="Times New Roman"/>
          <w:sz w:val="20"/>
          <w:szCs w:val="20"/>
        </w:rPr>
      </w:pPr>
      <w:r w:rsidRPr="00BB79B8">
        <w:rPr>
          <w:rFonts w:cs="Times New Roman"/>
          <w:sz w:val="20"/>
          <w:szCs w:val="20"/>
        </w:rPr>
        <w:t>EMB can identify pathology that changes treatment (immunosuppressive therapy vs supportive care).</w:t>
      </w:r>
    </w:p>
    <w:p w14:paraId="166360A1" w14:textId="77777777" w:rsidR="004B2954" w:rsidRPr="00BB79B8" w:rsidRDefault="004B2954" w:rsidP="004B2954">
      <w:pPr>
        <w:spacing w:after="20"/>
        <w:ind w:left="216"/>
        <w:rPr>
          <w:rFonts w:cs="Times New Roman"/>
          <w:sz w:val="20"/>
          <w:szCs w:val="20"/>
        </w:rPr>
      </w:pPr>
      <w:r w:rsidRPr="00BB79B8">
        <w:rPr>
          <w:rFonts w:cs="Times New Roman"/>
          <w:sz w:val="20"/>
          <w:szCs w:val="20"/>
        </w:rPr>
        <w:t>Pre-transplant evaluation or post-transplant graft dysfunction</w:t>
      </w:r>
    </w:p>
    <w:p w14:paraId="7D7EAD5E" w14:textId="77777777" w:rsidR="004B2954" w:rsidRPr="00BB79B8" w:rsidRDefault="004B2954" w:rsidP="004B2954">
      <w:pPr>
        <w:spacing w:after="20"/>
        <w:ind w:left="216"/>
        <w:rPr>
          <w:rFonts w:cs="Times New Roman"/>
          <w:sz w:val="20"/>
          <w:szCs w:val="20"/>
        </w:rPr>
      </w:pPr>
      <w:r w:rsidRPr="00BB79B8">
        <w:rPr>
          <w:rFonts w:cs="Times New Roman"/>
          <w:sz w:val="20"/>
          <w:szCs w:val="20"/>
        </w:rPr>
        <w:t>Assess for acute rejection or recurrent myocarditis.</w:t>
      </w:r>
    </w:p>
    <w:p w14:paraId="7FCDE7C8" w14:textId="77777777" w:rsidR="004B2954" w:rsidRPr="00BB79B8" w:rsidRDefault="004B2954" w:rsidP="004B2954">
      <w:pPr>
        <w:spacing w:after="20"/>
        <w:ind w:left="216"/>
        <w:rPr>
          <w:rFonts w:cs="Times New Roman"/>
          <w:sz w:val="20"/>
          <w:szCs w:val="20"/>
        </w:rPr>
      </w:pPr>
      <w:r w:rsidRPr="00BB79B8">
        <w:rPr>
          <w:rFonts w:cs="Times New Roman"/>
          <w:sz w:val="20"/>
          <w:szCs w:val="20"/>
        </w:rPr>
        <w:t>Guideline Recommendations</w:t>
      </w:r>
    </w:p>
    <w:p w14:paraId="1941CE95" w14:textId="77777777" w:rsidR="004B2954" w:rsidRPr="00BB79B8" w:rsidRDefault="004B2954" w:rsidP="004B2954">
      <w:pPr>
        <w:spacing w:after="20"/>
        <w:ind w:left="216"/>
        <w:rPr>
          <w:rFonts w:cs="Times New Roman"/>
          <w:sz w:val="20"/>
          <w:szCs w:val="20"/>
        </w:rPr>
      </w:pPr>
      <w:r w:rsidRPr="00BB79B8">
        <w:rPr>
          <w:rFonts w:cs="Times New Roman"/>
          <w:sz w:val="20"/>
          <w:szCs w:val="20"/>
        </w:rPr>
        <w:t>American Heart Association (AHA), American College of Cardiology (ACC), and European Society of Cardiology (ESC) guidelines suggest EMB is indicated mainly for high-risk patients where the biopsy result will change management, not for routine suspected myocarditis with mild symptoms.</w:t>
      </w:r>
    </w:p>
    <w:p w14:paraId="0C9EE567" w14:textId="77777777" w:rsidR="004B2954" w:rsidRPr="00BB79B8" w:rsidRDefault="004B2954" w:rsidP="004B2954">
      <w:pPr>
        <w:spacing w:after="20"/>
        <w:ind w:left="216"/>
        <w:rPr>
          <w:rFonts w:cs="Times New Roman"/>
          <w:sz w:val="20"/>
          <w:szCs w:val="20"/>
        </w:rPr>
      </w:pPr>
      <w:r w:rsidRPr="00BB79B8">
        <w:rPr>
          <w:rFonts w:cs="Times New Roman"/>
          <w:sz w:val="20"/>
          <w:szCs w:val="20"/>
        </w:rPr>
        <w:t>For mild or moderate myocarditis with stable hemodynamics, non-invasive testing (CMR, echocardiography, biomarkers) is preferred first.</w:t>
      </w:r>
    </w:p>
    <w:p w14:paraId="46D34788"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w:t>
      </w:r>
    </w:p>
    <w:p w14:paraId="326BFF34" w14:textId="77777777" w:rsidR="004B2954" w:rsidRPr="00BB79B8" w:rsidRDefault="004B2954" w:rsidP="004B2954">
      <w:pPr>
        <w:spacing w:after="20"/>
        <w:ind w:left="216"/>
        <w:rPr>
          <w:rFonts w:cs="Times New Roman"/>
          <w:sz w:val="20"/>
          <w:szCs w:val="20"/>
        </w:rPr>
      </w:pPr>
      <w:r w:rsidRPr="00BB79B8">
        <w:rPr>
          <w:rFonts w:cs="Times New Roman"/>
          <w:sz w:val="20"/>
          <w:szCs w:val="20"/>
        </w:rPr>
        <w:t>EMB is reserved for situations where the diagnosis is uncertain, the disease is severe or rapidly progressing, or identifying the specific type of myocarditis could alter treatment strategy. Routine biopsy is not recommended for all suspected cases.</w:t>
      </w:r>
    </w:p>
    <w:p w14:paraId="742A3CB6" w14:textId="77777777" w:rsidR="004B2954" w:rsidRPr="00BB79B8" w:rsidRDefault="004B2954" w:rsidP="004B2954">
      <w:pPr>
        <w:spacing w:after="0"/>
        <w:rPr>
          <w:rFonts w:cs="Times New Roman"/>
          <w:sz w:val="20"/>
          <w:szCs w:val="20"/>
        </w:rPr>
      </w:pPr>
    </w:p>
    <w:p w14:paraId="1368159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1B121FD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15C8C52"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is generally reserved for clinical scenarios where the results will significantly alter management or provide a definitive diagnosis that non-invasive imaging cannot.</w:t>
      </w:r>
    </w:p>
    <w:p w14:paraId="767FDA03" w14:textId="77777777" w:rsidR="004B2954" w:rsidRPr="00BB79B8" w:rsidRDefault="004B2954" w:rsidP="004B2954">
      <w:pPr>
        <w:spacing w:after="20"/>
        <w:ind w:left="216"/>
        <w:rPr>
          <w:rFonts w:cs="Times New Roman"/>
          <w:sz w:val="20"/>
          <w:szCs w:val="20"/>
        </w:rPr>
      </w:pPr>
      <w:r w:rsidRPr="00BB79B8">
        <w:rPr>
          <w:rFonts w:cs="Times New Roman"/>
          <w:sz w:val="20"/>
          <w:szCs w:val="20"/>
        </w:rPr>
        <w:t>According to current clinical guidelines, an EMB is typically indicated in the following situations:</w:t>
      </w:r>
    </w:p>
    <w:p w14:paraId="21DB9615" w14:textId="77777777" w:rsidR="004B2954" w:rsidRPr="00BB79B8" w:rsidRDefault="004B2954" w:rsidP="004B2954">
      <w:pPr>
        <w:spacing w:after="20"/>
        <w:ind w:left="216"/>
        <w:rPr>
          <w:rFonts w:cs="Times New Roman"/>
          <w:sz w:val="20"/>
          <w:szCs w:val="20"/>
        </w:rPr>
      </w:pPr>
      <w:r w:rsidRPr="00BB79B8">
        <w:rPr>
          <w:rFonts w:cs="Times New Roman"/>
          <w:sz w:val="20"/>
          <w:szCs w:val="20"/>
        </w:rPr>
        <w:t>1. Unexplained Heart Failure</w:t>
      </w:r>
    </w:p>
    <w:p w14:paraId="00197A2D" w14:textId="77777777" w:rsidR="004B2954" w:rsidRPr="00BB79B8" w:rsidRDefault="004B2954" w:rsidP="004B2954">
      <w:pPr>
        <w:spacing w:after="20"/>
        <w:ind w:left="216"/>
        <w:rPr>
          <w:rFonts w:cs="Times New Roman"/>
          <w:sz w:val="20"/>
          <w:szCs w:val="20"/>
        </w:rPr>
      </w:pPr>
      <w:r w:rsidRPr="00BB79B8">
        <w:rPr>
          <w:rFonts w:cs="Times New Roman"/>
          <w:sz w:val="20"/>
          <w:szCs w:val="20"/>
        </w:rPr>
        <w:t>New-onset Heart Failure: When a patient develops severe heart failure (within &lt;2 weeks) associated with a normal-sized or dilated left ventricle and hemodynamic instability.</w:t>
      </w:r>
    </w:p>
    <w:p w14:paraId="6C70BBF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Subacute Heart Failure: New-onset heart failure (2 weeks to 3 months) that is associated with a dilated left ventricle and new ventricular arrhythmias, or failure to respond to standard care.</w:t>
      </w:r>
    </w:p>
    <w:p w14:paraId="3BE774E8" w14:textId="77777777" w:rsidR="004B2954" w:rsidRPr="00BB79B8" w:rsidRDefault="004B2954" w:rsidP="004B2954">
      <w:pPr>
        <w:spacing w:after="20"/>
        <w:ind w:left="216"/>
        <w:rPr>
          <w:rFonts w:cs="Times New Roman"/>
          <w:sz w:val="20"/>
          <w:szCs w:val="20"/>
        </w:rPr>
      </w:pPr>
      <w:r w:rsidRPr="00BB79B8">
        <w:rPr>
          <w:rFonts w:cs="Times New Roman"/>
          <w:sz w:val="20"/>
          <w:szCs w:val="20"/>
        </w:rPr>
        <w:t>2. Suspected Specific Myocardial Diseases</w:t>
      </w:r>
    </w:p>
    <w:p w14:paraId="397CB3BC"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Highly suspected in cases of rapidly progressive heart failure and heart block.</w:t>
      </w:r>
    </w:p>
    <w:p w14:paraId="000809C5"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Sarcoidosis: To confirm the presence of non-caseating granulomas when cardiac involvement is suspected.</w:t>
      </w:r>
    </w:p>
    <w:p w14:paraId="4F6B6F35"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Amyloidosis: To differentiate the type of amyloid (AL vs. ATTR) and confirm deposition, especially when non-invasive tests (like Pyrophosphate scans or biomarkers) are inconclusive.</w:t>
      </w:r>
    </w:p>
    <w:p w14:paraId="67961746" w14:textId="77777777" w:rsidR="004B2954" w:rsidRPr="00BB79B8" w:rsidRDefault="004B2954" w:rsidP="004B2954">
      <w:pPr>
        <w:spacing w:after="20"/>
        <w:ind w:left="216"/>
        <w:rPr>
          <w:rFonts w:cs="Times New Roman"/>
          <w:sz w:val="20"/>
          <w:szCs w:val="20"/>
        </w:rPr>
      </w:pPr>
      <w:r w:rsidRPr="00BB79B8">
        <w:rPr>
          <w:rFonts w:cs="Times New Roman"/>
          <w:sz w:val="20"/>
          <w:szCs w:val="20"/>
        </w:rPr>
        <w:t>Hypereosinophilic Syndrome (Loeffler Endocarditis): To identify eosinophilic infiltration and endomyocardial fibrosis.</w:t>
      </w:r>
    </w:p>
    <w:p w14:paraId="0407C9CD" w14:textId="77777777" w:rsidR="004B2954" w:rsidRPr="00BB79B8" w:rsidRDefault="004B2954" w:rsidP="004B2954">
      <w:pPr>
        <w:spacing w:after="20"/>
        <w:ind w:left="216"/>
        <w:rPr>
          <w:rFonts w:cs="Times New Roman"/>
          <w:sz w:val="20"/>
          <w:szCs w:val="20"/>
        </w:rPr>
      </w:pPr>
      <w:r w:rsidRPr="00BB79B8">
        <w:rPr>
          <w:rFonts w:cs="Times New Roman"/>
          <w:sz w:val="20"/>
          <w:szCs w:val="20"/>
        </w:rPr>
        <w:t>3. Management of Heart Transplantation</w:t>
      </w:r>
    </w:p>
    <w:p w14:paraId="39D56A21" w14:textId="77777777" w:rsidR="004B2954" w:rsidRPr="00BB79B8" w:rsidRDefault="004B2954" w:rsidP="004B2954">
      <w:pPr>
        <w:spacing w:after="20"/>
        <w:ind w:left="216"/>
        <w:rPr>
          <w:rFonts w:cs="Times New Roman"/>
          <w:sz w:val="20"/>
          <w:szCs w:val="20"/>
        </w:rPr>
      </w:pPr>
      <w:r w:rsidRPr="00BB79B8">
        <w:rPr>
          <w:rFonts w:cs="Times New Roman"/>
          <w:sz w:val="20"/>
          <w:szCs w:val="20"/>
        </w:rPr>
        <w:t>Rejection Monitoring: Routine surveillance to detect cellular or antibody-mediated rejection in the transplanted heart.</w:t>
      </w:r>
    </w:p>
    <w:p w14:paraId="4B5557B8" w14:textId="77777777" w:rsidR="004B2954" w:rsidRPr="00BB79B8" w:rsidRDefault="004B2954" w:rsidP="004B2954">
      <w:pPr>
        <w:spacing w:after="20"/>
        <w:ind w:left="216"/>
        <w:rPr>
          <w:rFonts w:cs="Times New Roman"/>
          <w:sz w:val="20"/>
          <w:szCs w:val="20"/>
        </w:rPr>
      </w:pPr>
      <w:r w:rsidRPr="00BB79B8">
        <w:rPr>
          <w:rFonts w:cs="Times New Roman"/>
          <w:sz w:val="20"/>
          <w:szCs w:val="20"/>
        </w:rPr>
        <w:t>Evaluation of Treatment: To assess the effectiveness of immunosuppressive therapy after a documented rejection episode.</w:t>
      </w:r>
    </w:p>
    <w:p w14:paraId="2412FE9E" w14:textId="77777777" w:rsidR="004B2954" w:rsidRPr="00BB79B8" w:rsidRDefault="004B2954" w:rsidP="004B2954">
      <w:pPr>
        <w:spacing w:after="20"/>
        <w:ind w:left="216"/>
        <w:rPr>
          <w:rFonts w:cs="Times New Roman"/>
          <w:sz w:val="20"/>
          <w:szCs w:val="20"/>
        </w:rPr>
      </w:pPr>
      <w:r w:rsidRPr="00BB79B8">
        <w:rPr>
          <w:rFonts w:cs="Times New Roman"/>
          <w:sz w:val="20"/>
          <w:szCs w:val="20"/>
        </w:rPr>
        <w:t>4. Other Specific Conditions</w:t>
      </w:r>
    </w:p>
    <w:p w14:paraId="07BEC5E6"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Cardiotoxicity: Monitoring for myocardial damage due to certain chemotherapeutic agents (e.g., anthracyclines) when non-invasive monitoring is unclear.</w:t>
      </w:r>
    </w:p>
    <w:p w14:paraId="3CBABB82"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Arrhythmias: In rare cases of high-grade heart block or life-threatening ventricular arrhythmias where an underlying inflammatory or infiltrative process is suspected.</w:t>
      </w:r>
    </w:p>
    <w:p w14:paraId="62B8317B" w14:textId="77777777" w:rsidR="004B2954" w:rsidRPr="00BB79B8" w:rsidRDefault="004B2954" w:rsidP="004B2954">
      <w:pPr>
        <w:spacing w:after="20"/>
        <w:ind w:left="216"/>
        <w:rPr>
          <w:rFonts w:cs="Times New Roman"/>
          <w:sz w:val="20"/>
          <w:szCs w:val="20"/>
        </w:rPr>
      </w:pPr>
      <w:r w:rsidRPr="00BB79B8">
        <w:rPr>
          <w:rFonts w:cs="Times New Roman"/>
          <w:sz w:val="20"/>
          <w:szCs w:val="20"/>
        </w:rPr>
        <w:t>Note: Because EMB is an invasive procedure with risks (such as cardiac perforation, arrhythmias, or embolism), it is usually considered a "second-line" diagnostic tool after echocardiography, cardiac MRI (CMR), and laboratory testing have been exhausted.</w:t>
      </w:r>
    </w:p>
    <w:p w14:paraId="4F4F31EB" w14:textId="77777777" w:rsidR="004B2954" w:rsidRPr="00BB79B8" w:rsidRDefault="004B2954" w:rsidP="004B2954">
      <w:pPr>
        <w:spacing w:after="0"/>
        <w:rPr>
          <w:rFonts w:cs="Times New Roman"/>
          <w:sz w:val="20"/>
          <w:szCs w:val="20"/>
        </w:rPr>
      </w:pPr>
    </w:p>
    <w:p w14:paraId="2C3AF65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6D0925A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2F61412"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is needed only in a few, very specific clinical situations where the result will meaningfully change management. The strongest, guideline-supported indications come from the ACC/AHA/ESC scientific statement and are summarized below, grounded in the evidence from StatPearls.</w:t>
      </w:r>
    </w:p>
    <w:p w14:paraId="056CA406" w14:textId="77777777" w:rsidR="004B2954" w:rsidRPr="00BB79B8" w:rsidRDefault="004B2954" w:rsidP="004B2954">
      <w:pPr>
        <w:spacing w:after="20"/>
        <w:ind w:left="216"/>
        <w:rPr>
          <w:rFonts w:cs="Times New Roman"/>
          <w:sz w:val="20"/>
          <w:szCs w:val="20"/>
        </w:rPr>
      </w:pPr>
      <w:r w:rsidRPr="00BB79B8">
        <w:rPr>
          <w:rFonts w:cs="Times New Roman"/>
          <w:sz w:val="20"/>
          <w:szCs w:val="20"/>
        </w:rPr>
        <w:t>Core Indications for Endomyocardial Biopsy</w:t>
      </w:r>
    </w:p>
    <w:p w14:paraId="33DD3779" w14:textId="77777777" w:rsidR="004B2954" w:rsidRPr="00BB79B8" w:rsidRDefault="004B2954" w:rsidP="004B2954">
      <w:pPr>
        <w:spacing w:after="20"/>
        <w:ind w:left="216"/>
        <w:rPr>
          <w:rFonts w:cs="Times New Roman"/>
          <w:sz w:val="20"/>
          <w:szCs w:val="20"/>
        </w:rPr>
      </w:pPr>
      <w:r w:rsidRPr="00BB79B8">
        <w:rPr>
          <w:rFonts w:cs="Times New Roman"/>
          <w:sz w:val="20"/>
          <w:szCs w:val="20"/>
        </w:rPr>
        <w:t>Each bullet begins with a [Guided Link] so you can explore any item further.</w:t>
      </w:r>
    </w:p>
    <w:p w14:paraId="48A5E6C3"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severe heart failure &lt;2 weeks - when the patient has new-onset, rapidly progressive heart failure and no clear cause. EMB helps distinguish fulminant lymphocytic myocarditis (good prognosis) from giant-cell or necrotizing eosinophilic myocarditis (poor prognosis requiring urgent immunosuppression).</w:t>
      </w:r>
    </w:p>
    <w:p w14:paraId="1F929D76" w14:textId="77777777" w:rsidR="004B2954" w:rsidRPr="00BB79B8" w:rsidRDefault="004B2954" w:rsidP="004B2954">
      <w:pPr>
        <w:spacing w:after="20"/>
        <w:ind w:left="216"/>
        <w:rPr>
          <w:rFonts w:cs="Times New Roman"/>
          <w:sz w:val="20"/>
          <w:szCs w:val="20"/>
        </w:rPr>
      </w:pPr>
      <w:r w:rsidRPr="00BB79B8">
        <w:rPr>
          <w:rFonts w:cs="Times New Roman"/>
          <w:sz w:val="20"/>
          <w:szCs w:val="20"/>
        </w:rPr>
        <w:t>Subacute heart failure 2 weeks-3 months with arrhythmias or block - especially when the LV is dilated and the patient is not responding to standard therapy. Concern is giant-cell myocarditis, which requires aggressive treatment.</w:t>
      </w:r>
    </w:p>
    <w:p w14:paraId="56AF6A71" w14:textId="77777777" w:rsidR="004B2954" w:rsidRPr="00BB79B8" w:rsidRDefault="004B2954" w:rsidP="004B2954">
      <w:pPr>
        <w:spacing w:after="20"/>
        <w:ind w:left="216"/>
        <w:rPr>
          <w:rFonts w:cs="Times New Roman"/>
          <w:sz w:val="20"/>
          <w:szCs w:val="20"/>
        </w:rPr>
      </w:pPr>
      <w:r w:rsidRPr="00BB79B8">
        <w:rPr>
          <w:rFonts w:cs="Times New Roman"/>
          <w:sz w:val="20"/>
          <w:szCs w:val="20"/>
        </w:rPr>
        <w:t>Suspected myocarditis needing tissue diagnosis - when MRI/PET is inconclusive and the result will change therapy (e.g., sarcoidosis vs. giant-cell myocarditis). Note: Yield is low in sarcoidosis (20-30%), but biopsy may still be needed.</w:t>
      </w:r>
    </w:p>
    <w:p w14:paraId="22936232" w14:textId="77777777" w:rsidR="004B2954" w:rsidRPr="00BB79B8" w:rsidRDefault="004B2954" w:rsidP="004B2954">
      <w:pPr>
        <w:spacing w:after="20"/>
        <w:ind w:left="216"/>
        <w:rPr>
          <w:rFonts w:cs="Times New Roman"/>
          <w:sz w:val="20"/>
          <w:szCs w:val="20"/>
        </w:rPr>
      </w:pPr>
      <w:r w:rsidRPr="00BB79B8">
        <w:rPr>
          <w:rFonts w:cs="Times New Roman"/>
          <w:sz w:val="20"/>
          <w:szCs w:val="20"/>
        </w:rPr>
        <w:t>Suspected hypersensitivity or eosinophilic myocarditis - especially with peripheral eosinophilia or drug/allergic triggers. Identifying eosinophilic infiltration guides steroid therapy.</w:t>
      </w:r>
    </w:p>
    <w:p w14:paraId="0B2AD648" w14:textId="77777777" w:rsidR="004B2954" w:rsidRPr="00BB79B8" w:rsidRDefault="004B2954" w:rsidP="004B2954">
      <w:pPr>
        <w:spacing w:after="20"/>
        <w:ind w:left="216"/>
        <w:rPr>
          <w:rFonts w:cs="Times New Roman"/>
          <w:sz w:val="20"/>
          <w:szCs w:val="20"/>
        </w:rPr>
      </w:pPr>
      <w:r w:rsidRPr="00BB79B8">
        <w:rPr>
          <w:rFonts w:cs="Times New Roman"/>
          <w:sz w:val="20"/>
          <w:szCs w:val="20"/>
        </w:rPr>
        <w:t>Suspected anthracycline cardiotoxicity - when the cause of LV dysfunction is unclear or when higher cumulative chemotherapy dosing is being considered.</w:t>
      </w:r>
    </w:p>
    <w:p w14:paraId="056B51E4" w14:textId="77777777" w:rsidR="004B2954" w:rsidRPr="00BB79B8" w:rsidRDefault="004B2954" w:rsidP="004B2954">
      <w:pPr>
        <w:spacing w:after="20"/>
        <w:ind w:left="216"/>
        <w:rPr>
          <w:rFonts w:cs="Times New Roman"/>
          <w:sz w:val="20"/>
          <w:szCs w:val="20"/>
        </w:rPr>
      </w:pPr>
      <w:r w:rsidRPr="00BB79B8">
        <w:rPr>
          <w:rFonts w:cs="Times New Roman"/>
          <w:sz w:val="20"/>
          <w:szCs w:val="20"/>
        </w:rPr>
        <w:t>Restrictive cardiomyopathy of unclear cause - when non-invasive testing cannot distinguish infiltrative vs. idiopathic restrictive disease. EMB can diagnose amyloidosis (Congo-red birefringence) or storage diseases.</w:t>
      </w:r>
    </w:p>
    <w:p w14:paraId="0131411E"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tumors requiring tissue diagnosis - except typical myxomas (risk of embolization). Lymphomas are most commonly diagnosed via EMB.</w:t>
      </w:r>
    </w:p>
    <w:p w14:paraId="599BD298"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Arrhythmogenic right ventricular cardiomyopathy (ARVC) - only when non-invasive tests are inconclusive. Risk of perforation is higher due to thin RV wall.</w:t>
      </w:r>
    </w:p>
    <w:p w14:paraId="49EB01FD"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transplant rejection surveillance - the original and still standard indication.</w:t>
      </w:r>
    </w:p>
    <w:p w14:paraId="57B81403" w14:textId="77777777" w:rsidR="004B2954" w:rsidRPr="00BB79B8" w:rsidRDefault="004B2954" w:rsidP="004B2954">
      <w:pPr>
        <w:spacing w:after="20"/>
        <w:ind w:left="216"/>
        <w:rPr>
          <w:rFonts w:cs="Times New Roman"/>
          <w:sz w:val="20"/>
          <w:szCs w:val="20"/>
        </w:rPr>
      </w:pPr>
      <w:r w:rsidRPr="00BB79B8">
        <w:rPr>
          <w:rFonts w:cs="Times New Roman"/>
          <w:sz w:val="20"/>
          <w:szCs w:val="20"/>
        </w:rPr>
        <w:t>Distinguishing constrictive pericarditis vs restrictive cardiomyopathy - when imaging is inconclusive.</w:t>
      </w:r>
    </w:p>
    <w:p w14:paraId="4BE48D68" w14:textId="77777777" w:rsidR="004B2954" w:rsidRPr="00BB79B8" w:rsidRDefault="004B2954" w:rsidP="004B2954">
      <w:pPr>
        <w:spacing w:after="20"/>
        <w:ind w:left="216"/>
        <w:rPr>
          <w:rFonts w:cs="Times New Roman"/>
          <w:sz w:val="20"/>
          <w:szCs w:val="20"/>
        </w:rPr>
      </w:pPr>
      <w:r w:rsidRPr="00BB79B8">
        <w:rPr>
          <w:rFonts w:cs="Times New Roman"/>
          <w:sz w:val="20"/>
          <w:szCs w:val="20"/>
        </w:rPr>
        <w:t>High-Yield Summary for Exams</w:t>
      </w:r>
    </w:p>
    <w:p w14:paraId="1A11B237"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is indicated when:</w:t>
      </w:r>
    </w:p>
    <w:p w14:paraId="33EE9CE2"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or subacute unexplained heart failure where myocarditis subtype will change management.</w:t>
      </w:r>
    </w:p>
    <w:p w14:paraId="640546B7" w14:textId="77777777" w:rsidR="004B2954" w:rsidRPr="00BB79B8" w:rsidRDefault="004B2954" w:rsidP="004B2954">
      <w:pPr>
        <w:spacing w:after="20"/>
        <w:ind w:left="216"/>
        <w:rPr>
          <w:rFonts w:cs="Times New Roman"/>
          <w:sz w:val="20"/>
          <w:szCs w:val="20"/>
        </w:rPr>
      </w:pPr>
      <w:r w:rsidRPr="00BB79B8">
        <w:rPr>
          <w:rFonts w:cs="Times New Roman"/>
          <w:sz w:val="20"/>
          <w:szCs w:val="20"/>
        </w:rPr>
        <w:t>Suspected infiltrative, inflammatory, or storage cardiomyopathy not diagnosable non-invasively.</w:t>
      </w:r>
    </w:p>
    <w:p w14:paraId="3976D8A9" w14:textId="77777777" w:rsidR="004B2954" w:rsidRPr="00BB79B8" w:rsidRDefault="004B2954" w:rsidP="004B2954">
      <w:pPr>
        <w:spacing w:after="20"/>
        <w:ind w:left="216"/>
        <w:rPr>
          <w:rFonts w:cs="Times New Roman"/>
          <w:sz w:val="20"/>
          <w:szCs w:val="20"/>
        </w:rPr>
      </w:pPr>
      <w:r w:rsidRPr="00BB79B8">
        <w:rPr>
          <w:rFonts w:cs="Times New Roman"/>
          <w:sz w:val="20"/>
          <w:szCs w:val="20"/>
        </w:rPr>
        <w:t>Suspected drug-induced myocarditis (eosinophilic, hypersensitivity, anthracycline).</w:t>
      </w:r>
    </w:p>
    <w:p w14:paraId="1F62A0BD" w14:textId="77777777" w:rsidR="004B2954" w:rsidRPr="00BB79B8" w:rsidRDefault="004B2954" w:rsidP="004B2954">
      <w:pPr>
        <w:spacing w:after="20"/>
        <w:ind w:left="216"/>
        <w:rPr>
          <w:rFonts w:cs="Times New Roman"/>
          <w:sz w:val="20"/>
          <w:szCs w:val="20"/>
        </w:rPr>
      </w:pPr>
      <w:r w:rsidRPr="00BB79B8">
        <w:rPr>
          <w:rFonts w:cs="Times New Roman"/>
          <w:sz w:val="20"/>
          <w:szCs w:val="20"/>
        </w:rPr>
        <w:t>Transplant rejection monitoring.</w:t>
      </w:r>
    </w:p>
    <w:p w14:paraId="25BD483B"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Diagnostic uncertainty in ARVC, sarcoidosis, or restrictive cardiomyopathy.</w:t>
      </w:r>
    </w:p>
    <w:p w14:paraId="6988C38B" w14:textId="77777777" w:rsidR="004B2954" w:rsidRPr="00BB79B8" w:rsidRDefault="004B2954" w:rsidP="004B2954">
      <w:pPr>
        <w:spacing w:after="20"/>
        <w:ind w:left="216"/>
        <w:rPr>
          <w:rFonts w:cs="Times New Roman"/>
          <w:sz w:val="20"/>
          <w:szCs w:val="20"/>
        </w:rPr>
      </w:pPr>
      <w:r w:rsidRPr="00BB79B8">
        <w:rPr>
          <w:rFonts w:cs="Times New Roman"/>
          <w:sz w:val="20"/>
          <w:szCs w:val="20"/>
        </w:rPr>
        <w:t>When NOT to do EMB</w:t>
      </w:r>
    </w:p>
    <w:p w14:paraId="3EC2899B"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Routine evaluation of chronic heart failure</w:t>
      </w:r>
    </w:p>
    <w:p w14:paraId="4825DE8B"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myxoma</w:t>
      </w:r>
    </w:p>
    <w:p w14:paraId="6FD74F2A" w14:textId="77777777" w:rsidR="004B2954" w:rsidRPr="00BB79B8" w:rsidRDefault="004B2954" w:rsidP="004B2954">
      <w:pPr>
        <w:spacing w:after="20"/>
        <w:ind w:left="216"/>
        <w:rPr>
          <w:rFonts w:cs="Times New Roman"/>
          <w:sz w:val="20"/>
          <w:szCs w:val="20"/>
        </w:rPr>
      </w:pPr>
      <w:r w:rsidRPr="00BB79B8">
        <w:rPr>
          <w:rFonts w:cs="Times New Roman"/>
          <w:sz w:val="20"/>
          <w:szCs w:val="20"/>
        </w:rPr>
        <w:t>When non-invasive imaging already provides a definitive diagnosis</w:t>
      </w:r>
    </w:p>
    <w:p w14:paraId="3204E1D7" w14:textId="77777777" w:rsidR="004B2954" w:rsidRPr="00BB79B8" w:rsidRDefault="004B2954" w:rsidP="004B2954">
      <w:pPr>
        <w:spacing w:after="0"/>
        <w:rPr>
          <w:rFonts w:cs="Times New Roman"/>
          <w:sz w:val="20"/>
          <w:szCs w:val="20"/>
        </w:rPr>
      </w:pPr>
    </w:p>
    <w:p w14:paraId="0058B80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6698532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CBB2056"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(EMB) is not a routine test. It is reserved for specific clinical scenarios where the information gained is critical for diagnosis, prognosis, or treatment, and outweighs the procedural risks (primarily perforation and bleeding).</w:t>
      </w:r>
    </w:p>
    <w:p w14:paraId="31D486AB" w14:textId="77777777" w:rsidR="004B2954" w:rsidRPr="00BB79B8" w:rsidRDefault="004B2954" w:rsidP="004B2954">
      <w:pPr>
        <w:spacing w:after="20"/>
        <w:ind w:left="216"/>
        <w:rPr>
          <w:rFonts w:cs="Times New Roman"/>
          <w:sz w:val="20"/>
          <w:szCs w:val="20"/>
        </w:rPr>
      </w:pPr>
      <w:r w:rsidRPr="00BB79B8">
        <w:rPr>
          <w:rFonts w:cs="Times New Roman"/>
          <w:sz w:val="20"/>
          <w:szCs w:val="20"/>
        </w:rPr>
        <w:t>The major indications, based on guidelines from the American Heart Association (AHA), American College of Cardiology (ACC), and European Society of Cardiology (ESC), are:</w:t>
      </w:r>
    </w:p>
    <w:p w14:paraId="413F18AD" w14:textId="77777777" w:rsidR="004B2954" w:rsidRPr="00BB79B8" w:rsidRDefault="004B2954" w:rsidP="004B2954">
      <w:pPr>
        <w:spacing w:after="20"/>
        <w:ind w:left="216"/>
        <w:rPr>
          <w:rFonts w:cs="Times New Roman"/>
          <w:sz w:val="20"/>
          <w:szCs w:val="20"/>
        </w:rPr>
      </w:pPr>
      <w:r w:rsidRPr="00BB79B8">
        <w:rPr>
          <w:rFonts w:cs="Times New Roman"/>
          <w:sz w:val="20"/>
          <w:szCs w:val="20"/>
        </w:rPr>
        <w:t>1. Cardiac Allograft Rejection (The most common indication)</w:t>
      </w:r>
    </w:p>
    <w:p w14:paraId="2CA2746C" w14:textId="77777777" w:rsidR="004B2954" w:rsidRPr="00BB79B8" w:rsidRDefault="004B2954" w:rsidP="004B2954">
      <w:pPr>
        <w:spacing w:after="20"/>
        <w:ind w:left="216"/>
        <w:rPr>
          <w:rFonts w:cs="Times New Roman"/>
          <w:sz w:val="20"/>
          <w:szCs w:val="20"/>
        </w:rPr>
      </w:pPr>
      <w:r w:rsidRPr="00BB79B8">
        <w:rPr>
          <w:rFonts w:cs="Times New Roman"/>
          <w:sz w:val="20"/>
          <w:szCs w:val="20"/>
        </w:rPr>
        <w:t>Post-heart transplantation: EMB is the gold standard for monitoring for acute cellular rejection or antibody-mediated rejection, guiding immunosuppressive therapy.</w:t>
      </w:r>
    </w:p>
    <w:p w14:paraId="6F592953" w14:textId="77777777" w:rsidR="004B2954" w:rsidRPr="00BB79B8" w:rsidRDefault="004B2954" w:rsidP="004B2954">
      <w:pPr>
        <w:spacing w:after="20"/>
        <w:ind w:left="216"/>
        <w:rPr>
          <w:rFonts w:cs="Times New Roman"/>
          <w:sz w:val="20"/>
          <w:szCs w:val="20"/>
        </w:rPr>
      </w:pPr>
      <w:r w:rsidRPr="00BB79B8">
        <w:rPr>
          <w:rFonts w:cs="Times New Roman"/>
          <w:sz w:val="20"/>
          <w:szCs w:val="20"/>
        </w:rPr>
        <w:t>2. Specific Diagnostic Scenarios (Class I &amp; IIa indications)</w:t>
      </w:r>
    </w:p>
    <w:p w14:paraId="4A934A0A"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Amyloidosis - When non-biopsy sites (abdominal fat pad, bone marrow) are negative but clinical suspicion remains high.</w:t>
      </w:r>
    </w:p>
    <w:p w14:paraId="0F8C4943"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(GCM) - Suspected in young adults with rapidly progressive heart failure and ventricular arrhythmias. EMB is critical because GCM requires aggressive immunosuppression, unlike lymphocytic myocarditis.</w:t>
      </w:r>
    </w:p>
    <w:p w14:paraId="13E34AD6"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Sarcoidosis - If imaging (PET/MRI) is nondiagnostic and alternative diagnoses (e.g., GCM) are possible.</w:t>
      </w:r>
    </w:p>
    <w:p w14:paraId="11BAAFC3"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Myocarditis (e.g., Loeffler's endocarditis) - To confirm the diagnosis and rule out mimics.</w:t>
      </w:r>
    </w:p>
    <w:p w14:paraId="41F59246" w14:textId="77777777" w:rsidR="004B2954" w:rsidRPr="00BB79B8" w:rsidRDefault="004B2954" w:rsidP="004B2954">
      <w:pPr>
        <w:spacing w:after="20"/>
        <w:ind w:left="216"/>
        <w:rPr>
          <w:rFonts w:cs="Times New Roman"/>
          <w:sz w:val="20"/>
          <w:szCs w:val="20"/>
        </w:rPr>
      </w:pPr>
      <w:r w:rsidRPr="00BB79B8">
        <w:rPr>
          <w:rFonts w:cs="Times New Roman"/>
          <w:sz w:val="20"/>
          <w:szCs w:val="20"/>
        </w:rPr>
        <w:t>Hemochromatosis - To confirm iron deposition in the heart.</w:t>
      </w:r>
    </w:p>
    <w:p w14:paraId="04F95762" w14:textId="77777777" w:rsidR="004B2954" w:rsidRPr="00BB79B8" w:rsidRDefault="004B2954" w:rsidP="004B2954">
      <w:pPr>
        <w:spacing w:after="20"/>
        <w:ind w:left="216"/>
        <w:rPr>
          <w:rFonts w:cs="Times New Roman"/>
          <w:sz w:val="20"/>
          <w:szCs w:val="20"/>
        </w:rPr>
      </w:pPr>
      <w:r w:rsidRPr="00BB79B8">
        <w:rPr>
          <w:rFonts w:cs="Times New Roman"/>
          <w:sz w:val="20"/>
          <w:szCs w:val="20"/>
        </w:rPr>
        <w:t>Fabry Disease - When genetic testing is inconclusive.</w:t>
      </w:r>
    </w:p>
    <w:p w14:paraId="6C99F6CF"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Tumors - Specifically for primary cardiac lymphomas or other infiltrative malignancies where tissue diagnosis changes management.</w:t>
      </w:r>
    </w:p>
    <w:p w14:paraId="699E437B" w14:textId="77777777" w:rsidR="004B2954" w:rsidRPr="00BB79B8" w:rsidRDefault="004B2954" w:rsidP="004B2954">
      <w:pPr>
        <w:spacing w:after="20"/>
        <w:ind w:left="216"/>
        <w:rPr>
          <w:rFonts w:cs="Times New Roman"/>
          <w:sz w:val="20"/>
          <w:szCs w:val="20"/>
        </w:rPr>
      </w:pPr>
      <w:r w:rsidRPr="00BB79B8">
        <w:rPr>
          <w:rFonts w:cs="Times New Roman"/>
          <w:sz w:val="20"/>
          <w:szCs w:val="20"/>
        </w:rPr>
        <w:t>3. Acute or Fulminant Myocarditis (Class IIa)</w:t>
      </w:r>
    </w:p>
    <w:p w14:paraId="778FAF41" w14:textId="77777777" w:rsidR="004B2954" w:rsidRPr="00BB79B8" w:rsidRDefault="004B2954" w:rsidP="004B2954">
      <w:pPr>
        <w:spacing w:after="20"/>
        <w:ind w:left="216"/>
        <w:rPr>
          <w:rFonts w:cs="Times New Roman"/>
          <w:sz w:val="20"/>
          <w:szCs w:val="20"/>
        </w:rPr>
      </w:pPr>
      <w:r w:rsidRPr="00BB79B8">
        <w:rPr>
          <w:rFonts w:cs="Times New Roman"/>
          <w:sz w:val="20"/>
          <w:szCs w:val="20"/>
        </w:rPr>
        <w:t>EMB is reasonable in patients with new-onset (&lt;=2 weeks) heart failure AND hemodynamic compromise (e.g., requiring inotropes or MCS) OR life-threatening arrhythmias (high-grade AV block, sustained VT). In this setting, EMB distinguishes between:</w:t>
      </w:r>
    </w:p>
    <w:p w14:paraId="5E434E31" w14:textId="77777777" w:rsidR="004B2954" w:rsidRPr="00BB79B8" w:rsidRDefault="004B2954" w:rsidP="004B2954">
      <w:pPr>
        <w:spacing w:after="20"/>
        <w:ind w:left="216"/>
        <w:rPr>
          <w:rFonts w:cs="Times New Roman"/>
          <w:sz w:val="20"/>
          <w:szCs w:val="20"/>
        </w:rPr>
      </w:pPr>
      <w:r w:rsidRPr="00BB79B8">
        <w:rPr>
          <w:rFonts w:cs="Times New Roman"/>
          <w:sz w:val="20"/>
          <w:szCs w:val="20"/>
        </w:rPr>
        <w:t>Lymphocytic myocarditis (generally supportive care)</w:t>
      </w:r>
    </w:p>
    <w:p w14:paraId="571B981F"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(urgent immunosuppression)</w:t>
      </w:r>
    </w:p>
    <w:p w14:paraId="58A7D3CC" w14:textId="77777777" w:rsidR="004B2954" w:rsidRPr="00BB79B8" w:rsidRDefault="004B2954" w:rsidP="004B2954">
      <w:pPr>
        <w:spacing w:after="20"/>
        <w:ind w:left="216"/>
        <w:rPr>
          <w:rFonts w:cs="Times New Roman"/>
          <w:sz w:val="20"/>
          <w:szCs w:val="20"/>
        </w:rPr>
      </w:pPr>
      <w:r w:rsidRPr="00BB79B8">
        <w:rPr>
          <w:rFonts w:cs="Times New Roman"/>
          <w:sz w:val="20"/>
          <w:szCs w:val="20"/>
        </w:rPr>
        <w:t>Necrotizing eosinophilic myocarditis (steroids)</w:t>
      </w:r>
    </w:p>
    <w:p w14:paraId="39752096"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sarcoidosis</w:t>
      </w:r>
    </w:p>
    <w:p w14:paraId="5D6FEE69" w14:textId="77777777" w:rsidR="004B2954" w:rsidRPr="00BB79B8" w:rsidRDefault="004B2954" w:rsidP="004B2954">
      <w:pPr>
        <w:spacing w:after="20"/>
        <w:ind w:left="216"/>
        <w:rPr>
          <w:rFonts w:cs="Times New Roman"/>
          <w:sz w:val="20"/>
          <w:szCs w:val="20"/>
        </w:rPr>
      </w:pPr>
      <w:r w:rsidRPr="00BB79B8">
        <w:rPr>
          <w:rFonts w:cs="Times New Roman"/>
          <w:sz w:val="20"/>
          <w:szCs w:val="20"/>
        </w:rPr>
        <w:t>4. Unexplained Restrictive Cardiomyopathy</w:t>
      </w:r>
    </w:p>
    <w:p w14:paraId="2A1A1CC5" w14:textId="77777777" w:rsidR="004B2954" w:rsidRPr="00BB79B8" w:rsidRDefault="004B2954" w:rsidP="004B2954">
      <w:pPr>
        <w:spacing w:after="20"/>
        <w:ind w:left="216"/>
        <w:rPr>
          <w:rFonts w:cs="Times New Roman"/>
          <w:sz w:val="20"/>
          <w:szCs w:val="20"/>
        </w:rPr>
      </w:pPr>
      <w:r w:rsidRPr="00BB79B8">
        <w:rPr>
          <w:rFonts w:cs="Times New Roman"/>
          <w:sz w:val="20"/>
          <w:szCs w:val="20"/>
        </w:rPr>
        <w:t>When echocardiography/cardiac MRI cannot distinguish between constrictive pericarditis (surgery helps) and restrictive cardiomyopathy (often medical), EMB can identify the specific infiltrative cause (amyloidosis, sarcoidosis, fibrosis).</w:t>
      </w:r>
    </w:p>
    <w:p w14:paraId="46CE7740" w14:textId="77777777" w:rsidR="004B2954" w:rsidRPr="00BB79B8" w:rsidRDefault="004B2954" w:rsidP="004B2954">
      <w:pPr>
        <w:spacing w:after="20"/>
        <w:ind w:left="216"/>
        <w:rPr>
          <w:rFonts w:cs="Times New Roman"/>
          <w:sz w:val="20"/>
          <w:szCs w:val="20"/>
        </w:rPr>
      </w:pPr>
      <w:r w:rsidRPr="00BB79B8">
        <w:rPr>
          <w:rFonts w:cs="Times New Roman"/>
          <w:sz w:val="20"/>
          <w:szCs w:val="20"/>
        </w:rPr>
        <w:t>5. Persistent or Recurrent Myocarditis with Specific Features</w:t>
      </w:r>
    </w:p>
    <w:p w14:paraId="79C1A93D"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new-onset heart failure of 2 weeks to 3 months duration plus dilated left ventricle (LV end-diastolic diameter &gt;120% of predicted) AND either:</w:t>
      </w:r>
    </w:p>
    <w:p w14:paraId="158684F2" w14:textId="77777777" w:rsidR="004B2954" w:rsidRPr="00BB79B8" w:rsidRDefault="004B2954" w:rsidP="004B2954">
      <w:pPr>
        <w:spacing w:after="20"/>
        <w:ind w:left="216"/>
        <w:rPr>
          <w:rFonts w:cs="Times New Roman"/>
          <w:sz w:val="20"/>
          <w:szCs w:val="20"/>
        </w:rPr>
      </w:pPr>
      <w:r w:rsidRPr="00BB79B8">
        <w:rPr>
          <w:rFonts w:cs="Times New Roman"/>
          <w:sz w:val="20"/>
          <w:szCs w:val="20"/>
        </w:rPr>
        <w:t>New ventricular arrhythmias, OR</w:t>
      </w:r>
    </w:p>
    <w:p w14:paraId="64A6EE16" w14:textId="77777777" w:rsidR="004B2954" w:rsidRPr="00BB79B8" w:rsidRDefault="004B2954" w:rsidP="004B2954">
      <w:pPr>
        <w:spacing w:after="20"/>
        <w:ind w:left="216"/>
        <w:rPr>
          <w:rFonts w:cs="Times New Roman"/>
          <w:sz w:val="20"/>
          <w:szCs w:val="20"/>
        </w:rPr>
      </w:pPr>
      <w:r w:rsidRPr="00BB79B8">
        <w:rPr>
          <w:rFonts w:cs="Times New Roman"/>
          <w:sz w:val="20"/>
          <w:szCs w:val="20"/>
        </w:rPr>
        <w:t>Mobitz type II or 3rd-degree AV block, OR</w:t>
      </w:r>
    </w:p>
    <w:p w14:paraId="7308A857" w14:textId="77777777" w:rsidR="004B2954" w:rsidRPr="00BB79B8" w:rsidRDefault="004B2954" w:rsidP="004B2954">
      <w:pPr>
        <w:spacing w:after="20"/>
        <w:ind w:left="216"/>
        <w:rPr>
          <w:rFonts w:cs="Times New Roman"/>
          <w:sz w:val="20"/>
          <w:szCs w:val="20"/>
        </w:rPr>
      </w:pPr>
      <w:r w:rsidRPr="00BB79B8">
        <w:rPr>
          <w:rFonts w:cs="Times New Roman"/>
          <w:sz w:val="20"/>
          <w:szCs w:val="20"/>
        </w:rPr>
        <w:t>Failure to respond to standard therapy after 1-2 weeks.</w:t>
      </w:r>
    </w:p>
    <w:p w14:paraId="2E2F1674" w14:textId="77777777" w:rsidR="004B2954" w:rsidRPr="00BB79B8" w:rsidRDefault="004B2954" w:rsidP="004B2954">
      <w:pPr>
        <w:spacing w:after="20"/>
        <w:ind w:left="216"/>
        <w:rPr>
          <w:rFonts w:cs="Times New Roman"/>
          <w:sz w:val="20"/>
          <w:szCs w:val="20"/>
        </w:rPr>
      </w:pPr>
      <w:r w:rsidRPr="00BB79B8">
        <w:rPr>
          <w:rFonts w:cs="Times New Roman"/>
          <w:sz w:val="20"/>
          <w:szCs w:val="20"/>
        </w:rPr>
        <w:t>When EMB is NOT needed (avoid if possible):</w:t>
      </w:r>
    </w:p>
    <w:p w14:paraId="5F7D3BED" w14:textId="77777777" w:rsidR="004B2954" w:rsidRPr="00BB79B8" w:rsidRDefault="004B2954" w:rsidP="004B2954">
      <w:pPr>
        <w:spacing w:after="20"/>
        <w:ind w:left="216"/>
        <w:rPr>
          <w:rFonts w:cs="Times New Roman"/>
          <w:sz w:val="20"/>
          <w:szCs w:val="20"/>
        </w:rPr>
      </w:pPr>
      <w:r w:rsidRPr="00BB79B8">
        <w:rPr>
          <w:rFonts w:cs="Times New Roman"/>
          <w:sz w:val="20"/>
          <w:szCs w:val="20"/>
        </w:rPr>
        <w:t>Routine dilated cardiomyopathy (idiopathic DCM) without inflammatory features.</w:t>
      </w:r>
    </w:p>
    <w:p w14:paraId="6270E07E"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myocarditis with mild symptoms, normal or mildly reduced LV function, and no arrhythmias (prognosis is good with supportive care alone).</w:t>
      </w:r>
    </w:p>
    <w:p w14:paraId="1F61231C" w14:textId="77777777" w:rsidR="004B2954" w:rsidRPr="00BB79B8" w:rsidRDefault="004B2954" w:rsidP="004B2954">
      <w:pPr>
        <w:spacing w:after="20"/>
        <w:ind w:left="216"/>
        <w:rPr>
          <w:rFonts w:cs="Times New Roman"/>
          <w:sz w:val="20"/>
          <w:szCs w:val="20"/>
        </w:rPr>
      </w:pPr>
      <w:r w:rsidRPr="00BB79B8">
        <w:rPr>
          <w:rFonts w:cs="Times New Roman"/>
          <w:sz w:val="20"/>
          <w:szCs w:val="20"/>
        </w:rPr>
        <w:t>Suspected anthracycline cardiomyopathy (diagnosis is clinical; biopsy adds risk without changing management).</w:t>
      </w:r>
    </w:p>
    <w:p w14:paraId="6C8C9AC6"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Think of EMB only when a specific, treatable disease (rejection, GCM, sarcoidosis, amyloidosis, tumor) is suspected and the result will fundamentally change therapy, or when rapid deterioration demands a tissue diagnosis.</w:t>
      </w:r>
    </w:p>
    <w:p w14:paraId="691A8135" w14:textId="77777777" w:rsidR="004B2954" w:rsidRPr="00BB79B8" w:rsidRDefault="004B2954" w:rsidP="004B2954">
      <w:pPr>
        <w:spacing w:after="0"/>
        <w:rPr>
          <w:rFonts w:cs="Times New Roman"/>
          <w:sz w:val="20"/>
          <w:szCs w:val="20"/>
        </w:rPr>
      </w:pPr>
    </w:p>
    <w:p w14:paraId="38DBC20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61AF05A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2785DE4" w14:textId="77777777" w:rsidR="004B2954" w:rsidRPr="00BB79B8" w:rsidRDefault="004B2954" w:rsidP="004B2954">
      <w:pPr>
        <w:spacing w:after="20"/>
        <w:ind w:left="216"/>
        <w:rPr>
          <w:rFonts w:cs="Times New Roman"/>
          <w:sz w:val="20"/>
          <w:szCs w:val="20"/>
        </w:rPr>
      </w:pPr>
      <w:r w:rsidRPr="00BB79B8">
        <w:rPr>
          <w:rFonts w:cs="Times New Roman"/>
          <w:sz w:val="20"/>
          <w:szCs w:val="20"/>
        </w:rPr>
        <w:t>Endomyocardial biopsy is required in the following situations:</w:t>
      </w:r>
    </w:p>
    <w:p w14:paraId="2EB6AA3A" w14:textId="77777777" w:rsidR="004B2954" w:rsidRPr="00BB79B8" w:rsidRDefault="004B2954" w:rsidP="004B2954">
      <w:pPr>
        <w:spacing w:after="20"/>
        <w:ind w:left="216"/>
        <w:rPr>
          <w:rFonts w:cs="Times New Roman"/>
          <w:sz w:val="20"/>
          <w:szCs w:val="20"/>
        </w:rPr>
      </w:pPr>
      <w:r w:rsidRPr="00BB79B8">
        <w:rPr>
          <w:rFonts w:cs="Times New Roman"/>
          <w:sz w:val="20"/>
          <w:szCs w:val="20"/>
        </w:rPr>
        <w:t>When non-invasive tests cannot confirm the diagnosis of suspected severe or unexplained myocarditis.</w:t>
      </w:r>
    </w:p>
    <w:p w14:paraId="30AD47F7" w14:textId="77777777" w:rsidR="004B2954" w:rsidRPr="00BB79B8" w:rsidRDefault="004B2954" w:rsidP="004B2954">
      <w:pPr>
        <w:spacing w:after="20"/>
        <w:ind w:left="216"/>
        <w:rPr>
          <w:rFonts w:cs="Times New Roman"/>
          <w:sz w:val="20"/>
          <w:szCs w:val="20"/>
        </w:rPr>
      </w:pPr>
      <w:r w:rsidRPr="00BB79B8">
        <w:rPr>
          <w:rFonts w:cs="Times New Roman"/>
          <w:sz w:val="20"/>
          <w:szCs w:val="20"/>
        </w:rPr>
        <w:t>In patients with acute fulminant myocarditis for definite diagnosis and guiding treatment.</w:t>
      </w:r>
    </w:p>
    <w:p w14:paraId="02AEA0DB"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To differentiate myocarditis from other cardiomyopathies or infiltrative heart diseases.</w:t>
      </w:r>
    </w:p>
    <w:p w14:paraId="005DA809" w14:textId="77777777" w:rsidR="004B2954" w:rsidRPr="00BB79B8" w:rsidRDefault="004B2954" w:rsidP="004B2954">
      <w:pPr>
        <w:spacing w:after="20"/>
        <w:ind w:left="216"/>
        <w:rPr>
          <w:rFonts w:cs="Times New Roman"/>
          <w:sz w:val="20"/>
          <w:szCs w:val="20"/>
        </w:rPr>
      </w:pPr>
      <w:r w:rsidRPr="00BB79B8">
        <w:rPr>
          <w:rFonts w:cs="Times New Roman"/>
          <w:sz w:val="20"/>
          <w:szCs w:val="20"/>
        </w:rPr>
        <w:t>For evaluating unexplained heart failure of unknown origin.</w:t>
      </w:r>
    </w:p>
    <w:p w14:paraId="240416C6" w14:textId="77777777" w:rsidR="004B2954" w:rsidRPr="00BB79B8" w:rsidRDefault="004B2954" w:rsidP="004B2954">
      <w:pPr>
        <w:spacing w:after="20"/>
        <w:ind w:left="216"/>
        <w:rPr>
          <w:rFonts w:cs="Times New Roman"/>
          <w:sz w:val="20"/>
          <w:szCs w:val="20"/>
        </w:rPr>
      </w:pPr>
      <w:r w:rsidRPr="00BB79B8">
        <w:rPr>
          <w:rFonts w:cs="Times New Roman"/>
          <w:sz w:val="20"/>
          <w:szCs w:val="20"/>
        </w:rPr>
        <w:t>In cases needing immunosuppressive therapy after confirming inflammatory myocardial lesions.</w:t>
      </w:r>
    </w:p>
    <w:p w14:paraId="4BEA6890" w14:textId="77777777" w:rsidR="004B2954" w:rsidRPr="00BB79B8" w:rsidRDefault="004B2954" w:rsidP="004B2954">
      <w:pPr>
        <w:rPr>
          <w:rFonts w:cs="Times New Roman"/>
          <w:sz w:val="20"/>
          <w:szCs w:val="20"/>
        </w:rPr>
      </w:pPr>
    </w:p>
    <w:p w14:paraId="7ABA468F" w14:textId="77777777" w:rsidR="004B2954" w:rsidRPr="00BB79B8" w:rsidRDefault="004B2954" w:rsidP="004B2954">
      <w:pPr>
        <w:keepNext/>
        <w:rPr>
          <w:rFonts w:cs="Times New Roman"/>
          <w:sz w:val="20"/>
          <w:szCs w:val="20"/>
        </w:rPr>
      </w:pPr>
      <w:r w:rsidRPr="00BB79B8">
        <w:rPr>
          <w:rFonts w:cs="Times New Roman"/>
          <w:b/>
          <w:color w:val="1F4E79"/>
          <w:sz w:val="20"/>
          <w:szCs w:val="20"/>
        </w:rPr>
        <w:t>Q37. What are the basic treatment principles for myocarditis?</w:t>
      </w:r>
    </w:p>
    <w:p w14:paraId="5731CB8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2C5972A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E8F3EA3" w14:textId="77777777" w:rsidR="004B2954" w:rsidRPr="00BB79B8" w:rsidRDefault="004B2954" w:rsidP="004B2954">
      <w:pPr>
        <w:spacing w:after="20"/>
        <w:ind w:left="216"/>
        <w:rPr>
          <w:rFonts w:cs="Times New Roman"/>
          <w:sz w:val="20"/>
          <w:szCs w:val="20"/>
        </w:rPr>
      </w:pPr>
      <w:r w:rsidRPr="00BB79B8">
        <w:rPr>
          <w:rFonts w:cs="Times New Roman"/>
          <w:sz w:val="20"/>
          <w:szCs w:val="20"/>
        </w:rPr>
        <w:t>The basic treatment principles for myocarditis focus on supportive care, managing complications, and addressing the underlying cause. Here's a structured overview:</w:t>
      </w:r>
    </w:p>
    <w:p w14:paraId="5862DD3D" w14:textId="77777777" w:rsidR="004B2954" w:rsidRPr="00BB79B8" w:rsidRDefault="004B2954" w:rsidP="004B2954">
      <w:pPr>
        <w:spacing w:after="20"/>
        <w:ind w:left="216"/>
        <w:rPr>
          <w:rFonts w:cs="Times New Roman"/>
          <w:sz w:val="20"/>
          <w:szCs w:val="20"/>
        </w:rPr>
      </w:pPr>
      <w:r w:rsidRPr="00BB79B8">
        <w:rPr>
          <w:rFonts w:cs="Times New Roman"/>
          <w:sz w:val="20"/>
          <w:szCs w:val="20"/>
        </w:rPr>
        <w:t>1. General Supportive Care</w:t>
      </w:r>
    </w:p>
    <w:p w14:paraId="63CE47E5" w14:textId="77777777" w:rsidR="004B2954" w:rsidRPr="00BB79B8" w:rsidRDefault="004B2954" w:rsidP="004B2954">
      <w:pPr>
        <w:spacing w:after="20"/>
        <w:ind w:left="216"/>
        <w:rPr>
          <w:rFonts w:cs="Times New Roman"/>
          <w:sz w:val="20"/>
          <w:szCs w:val="20"/>
        </w:rPr>
      </w:pPr>
      <w:r w:rsidRPr="00BB79B8">
        <w:rPr>
          <w:rFonts w:cs="Times New Roman"/>
          <w:sz w:val="20"/>
          <w:szCs w:val="20"/>
        </w:rPr>
        <w:t>Rest and activity restriction: Patients, especially athletes, should avoid strenuous physical activity during the acute phase to reduce the risk of arrhythmias and sudden cardiac events.</w:t>
      </w:r>
    </w:p>
    <w:p w14:paraId="7BA91B1E"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Continuous ECG monitoring may be needed in moderate to severe cases to detect arrhythmias early.</w:t>
      </w:r>
    </w:p>
    <w:p w14:paraId="21824290" w14:textId="77777777" w:rsidR="004B2954" w:rsidRPr="00BB79B8" w:rsidRDefault="004B2954" w:rsidP="004B2954">
      <w:pPr>
        <w:spacing w:after="20"/>
        <w:ind w:left="216"/>
        <w:rPr>
          <w:rFonts w:cs="Times New Roman"/>
          <w:sz w:val="20"/>
          <w:szCs w:val="20"/>
        </w:rPr>
      </w:pPr>
      <w:r w:rsidRPr="00BB79B8">
        <w:rPr>
          <w:rFonts w:cs="Times New Roman"/>
          <w:sz w:val="20"/>
          <w:szCs w:val="20"/>
        </w:rPr>
        <w:t>2. Heart Failure Management (if present)</w:t>
      </w:r>
    </w:p>
    <w:p w14:paraId="1D40611C"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Medications:</w:t>
      </w:r>
    </w:p>
    <w:p w14:paraId="49DA3DFF" w14:textId="77777777" w:rsidR="004B2954" w:rsidRPr="00BB79B8" w:rsidRDefault="004B2954" w:rsidP="004B2954">
      <w:pPr>
        <w:spacing w:after="20"/>
        <w:ind w:left="216"/>
        <w:rPr>
          <w:rFonts w:cs="Times New Roman"/>
          <w:sz w:val="20"/>
          <w:szCs w:val="20"/>
        </w:rPr>
      </w:pPr>
      <w:r w:rsidRPr="00BB79B8">
        <w:rPr>
          <w:rFonts w:cs="Times New Roman"/>
          <w:sz w:val="20"/>
          <w:szCs w:val="20"/>
        </w:rPr>
        <w:t>ACE inhibitors / ARBs: Reduce cardiac workload and prevent remodeling.</w:t>
      </w:r>
    </w:p>
    <w:p w14:paraId="54893CC6" w14:textId="77777777" w:rsidR="004B2954" w:rsidRPr="00BB79B8" w:rsidRDefault="004B2954" w:rsidP="004B2954">
      <w:pPr>
        <w:spacing w:after="20"/>
        <w:ind w:left="216"/>
        <w:rPr>
          <w:rFonts w:cs="Times New Roman"/>
          <w:sz w:val="20"/>
          <w:szCs w:val="20"/>
        </w:rPr>
      </w:pPr>
      <w:r w:rsidRPr="00BB79B8">
        <w:rPr>
          <w:rFonts w:cs="Times New Roman"/>
          <w:sz w:val="20"/>
          <w:szCs w:val="20"/>
        </w:rPr>
        <w:t>Beta-blockers: Control heart rate and improve cardiac function.</w:t>
      </w:r>
    </w:p>
    <w:p w14:paraId="2FED494E" w14:textId="77777777" w:rsidR="004B2954" w:rsidRPr="00BB79B8" w:rsidRDefault="004B2954" w:rsidP="004B2954">
      <w:pPr>
        <w:spacing w:after="20"/>
        <w:ind w:left="216"/>
        <w:rPr>
          <w:rFonts w:cs="Times New Roman"/>
          <w:sz w:val="20"/>
          <w:szCs w:val="20"/>
        </w:rPr>
      </w:pPr>
      <w:r w:rsidRPr="00BB79B8">
        <w:rPr>
          <w:rFonts w:cs="Times New Roman"/>
          <w:sz w:val="20"/>
          <w:szCs w:val="20"/>
        </w:rPr>
        <w:t>Diuretics: Relieve congestion from fluid overload.</w:t>
      </w:r>
    </w:p>
    <w:p w14:paraId="3D21F2DA" w14:textId="77777777" w:rsidR="004B2954" w:rsidRPr="00BB79B8" w:rsidRDefault="004B2954" w:rsidP="004B2954">
      <w:pPr>
        <w:spacing w:after="20"/>
        <w:ind w:left="216"/>
        <w:rPr>
          <w:rFonts w:cs="Times New Roman"/>
          <w:sz w:val="20"/>
          <w:szCs w:val="20"/>
        </w:rPr>
      </w:pPr>
      <w:r w:rsidRPr="00BB79B8">
        <w:rPr>
          <w:rFonts w:cs="Times New Roman"/>
          <w:sz w:val="20"/>
          <w:szCs w:val="20"/>
        </w:rPr>
        <w:t>Mineralocorticoid receptor antagonists: In selected patients with persistent heart failure.</w:t>
      </w:r>
    </w:p>
    <w:p w14:paraId="5A6E73E7" w14:textId="77777777" w:rsidR="004B2954" w:rsidRPr="00BB79B8" w:rsidRDefault="004B2954" w:rsidP="004B2954">
      <w:pPr>
        <w:spacing w:after="20"/>
        <w:ind w:left="216"/>
        <w:rPr>
          <w:rFonts w:cs="Times New Roman"/>
          <w:sz w:val="20"/>
          <w:szCs w:val="20"/>
        </w:rPr>
      </w:pPr>
      <w:r w:rsidRPr="00BB79B8">
        <w:rPr>
          <w:rFonts w:cs="Times New Roman"/>
          <w:sz w:val="20"/>
          <w:szCs w:val="20"/>
        </w:rPr>
        <w:t>Device therapy: In severe cases with reduced ejection fraction or life-threatening arrhythmias, temporary or permanent devices (e.g., ICD) may be indicated.</w:t>
      </w:r>
    </w:p>
    <w:p w14:paraId="5A615589" w14:textId="77777777" w:rsidR="004B2954" w:rsidRPr="00BB79B8" w:rsidRDefault="004B2954" w:rsidP="004B2954">
      <w:pPr>
        <w:spacing w:after="20"/>
        <w:ind w:left="216"/>
        <w:rPr>
          <w:rFonts w:cs="Times New Roman"/>
          <w:sz w:val="20"/>
          <w:szCs w:val="20"/>
        </w:rPr>
      </w:pPr>
      <w:r w:rsidRPr="00BB79B8">
        <w:rPr>
          <w:rFonts w:cs="Times New Roman"/>
          <w:sz w:val="20"/>
          <w:szCs w:val="20"/>
        </w:rPr>
        <w:t>3. Arrhythmia Management</w:t>
      </w:r>
    </w:p>
    <w:p w14:paraId="631B42D5" w14:textId="77777777" w:rsidR="004B2954" w:rsidRPr="00BB79B8" w:rsidRDefault="004B2954" w:rsidP="004B2954">
      <w:pPr>
        <w:spacing w:after="20"/>
        <w:ind w:left="216"/>
        <w:rPr>
          <w:rFonts w:cs="Times New Roman"/>
          <w:sz w:val="20"/>
          <w:szCs w:val="20"/>
        </w:rPr>
      </w:pPr>
      <w:r w:rsidRPr="00BB79B8">
        <w:rPr>
          <w:rFonts w:cs="Times New Roman"/>
          <w:sz w:val="20"/>
          <w:szCs w:val="20"/>
        </w:rPr>
        <w:t>Antiarrhythmic drugs or temporary pacing may be required for significant conduction disturbances.</w:t>
      </w:r>
    </w:p>
    <w:p w14:paraId="27DFCBF5"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Continuous ECG monitoring is crucial in acute myocarditis.</w:t>
      </w:r>
    </w:p>
    <w:p w14:paraId="4FA04308" w14:textId="77777777" w:rsidR="004B2954" w:rsidRPr="00BB79B8" w:rsidRDefault="004B2954" w:rsidP="004B2954">
      <w:pPr>
        <w:spacing w:after="20"/>
        <w:ind w:left="216"/>
        <w:rPr>
          <w:rFonts w:cs="Times New Roman"/>
          <w:sz w:val="20"/>
          <w:szCs w:val="20"/>
        </w:rPr>
      </w:pPr>
      <w:r w:rsidRPr="00BB79B8">
        <w:rPr>
          <w:rFonts w:cs="Times New Roman"/>
          <w:sz w:val="20"/>
          <w:szCs w:val="20"/>
        </w:rPr>
        <w:t>4. Treating Underlying Causes</w:t>
      </w:r>
    </w:p>
    <w:p w14:paraId="52385941" w14:textId="77777777" w:rsidR="004B2954" w:rsidRPr="00BB79B8" w:rsidRDefault="004B2954" w:rsidP="004B2954">
      <w:pPr>
        <w:spacing w:after="20"/>
        <w:ind w:left="216"/>
        <w:rPr>
          <w:rFonts w:cs="Times New Roman"/>
          <w:sz w:val="20"/>
          <w:szCs w:val="20"/>
        </w:rPr>
      </w:pPr>
      <w:r w:rsidRPr="00BB79B8">
        <w:rPr>
          <w:rFonts w:cs="Times New Roman"/>
          <w:sz w:val="20"/>
          <w:szCs w:val="20"/>
        </w:rPr>
        <w:t>Infectious myocarditis:</w:t>
      </w:r>
    </w:p>
    <w:p w14:paraId="56C4FA2A"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Mostly supportive; antiviral therapy is rarely indicated except in specific cases (e.g., CMV, HIV-associated myocarditis).</w:t>
      </w:r>
    </w:p>
    <w:p w14:paraId="5DBDF825" w14:textId="77777777" w:rsidR="004B2954" w:rsidRPr="00BB79B8" w:rsidRDefault="004B2954" w:rsidP="004B2954">
      <w:pPr>
        <w:spacing w:after="20"/>
        <w:ind w:left="216"/>
        <w:rPr>
          <w:rFonts w:cs="Times New Roman"/>
          <w:sz w:val="20"/>
          <w:szCs w:val="20"/>
        </w:rPr>
      </w:pPr>
      <w:r w:rsidRPr="00BB79B8">
        <w:rPr>
          <w:rFonts w:cs="Times New Roman"/>
          <w:sz w:val="20"/>
          <w:szCs w:val="20"/>
        </w:rPr>
        <w:t>Bacterial or parasitic: Targeted antimicrobial therapy.</w:t>
      </w:r>
    </w:p>
    <w:p w14:paraId="5BE589F1"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or inflammatory myocarditis:</w:t>
      </w:r>
    </w:p>
    <w:p w14:paraId="0FE9CEFA" w14:textId="77777777" w:rsidR="004B2954" w:rsidRPr="00BB79B8" w:rsidRDefault="004B2954" w:rsidP="004B2954">
      <w:pPr>
        <w:spacing w:after="20"/>
        <w:ind w:left="216"/>
        <w:rPr>
          <w:rFonts w:cs="Times New Roman"/>
          <w:sz w:val="20"/>
          <w:szCs w:val="20"/>
        </w:rPr>
      </w:pPr>
      <w:r w:rsidRPr="00BB79B8">
        <w:rPr>
          <w:rFonts w:cs="Times New Roman"/>
          <w:sz w:val="20"/>
          <w:szCs w:val="20"/>
        </w:rPr>
        <w:t>Immunosuppressive therapy (e.g., corticosteroids, azathioprine) may be considered in selected cases confirmed by biopsy.</w:t>
      </w:r>
    </w:p>
    <w:p w14:paraId="17B5F9EE" w14:textId="77777777" w:rsidR="004B2954" w:rsidRPr="00BB79B8" w:rsidRDefault="004B2954" w:rsidP="004B2954">
      <w:pPr>
        <w:spacing w:after="20"/>
        <w:ind w:left="216"/>
        <w:rPr>
          <w:rFonts w:cs="Times New Roman"/>
          <w:sz w:val="20"/>
          <w:szCs w:val="20"/>
        </w:rPr>
      </w:pPr>
      <w:r w:rsidRPr="00BB79B8">
        <w:rPr>
          <w:rFonts w:cs="Times New Roman"/>
          <w:sz w:val="20"/>
          <w:szCs w:val="20"/>
        </w:rPr>
        <w:t>Drug-induced or toxin-related myocarditis:</w:t>
      </w:r>
    </w:p>
    <w:p w14:paraId="3B41E046" w14:textId="77777777" w:rsidR="004B2954" w:rsidRPr="00BB79B8" w:rsidRDefault="004B2954" w:rsidP="004B2954">
      <w:pPr>
        <w:spacing w:after="20"/>
        <w:ind w:left="216"/>
        <w:rPr>
          <w:rFonts w:cs="Times New Roman"/>
          <w:sz w:val="20"/>
          <w:szCs w:val="20"/>
        </w:rPr>
      </w:pPr>
      <w:r w:rsidRPr="00BB79B8">
        <w:rPr>
          <w:rFonts w:cs="Times New Roman"/>
          <w:sz w:val="20"/>
          <w:szCs w:val="20"/>
        </w:rPr>
        <w:t>Discontinuation of the offending agent.</w:t>
      </w:r>
    </w:p>
    <w:p w14:paraId="6945BBD6" w14:textId="77777777" w:rsidR="004B2954" w:rsidRPr="00BB79B8" w:rsidRDefault="004B2954" w:rsidP="004B2954">
      <w:pPr>
        <w:spacing w:after="20"/>
        <w:ind w:left="216"/>
        <w:rPr>
          <w:rFonts w:cs="Times New Roman"/>
          <w:sz w:val="20"/>
          <w:szCs w:val="20"/>
        </w:rPr>
      </w:pPr>
      <w:r w:rsidRPr="00BB79B8">
        <w:rPr>
          <w:rFonts w:cs="Times New Roman"/>
          <w:sz w:val="20"/>
          <w:szCs w:val="20"/>
        </w:rPr>
        <w:t>5. Advanced Support (for severe or fulminant myocarditis)</w:t>
      </w:r>
    </w:p>
    <w:p w14:paraId="3343FBDA"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Mechanical circulatory support: ECMO, ventricular assist devices in cardiogenic shock.</w:t>
      </w:r>
    </w:p>
    <w:p w14:paraId="52219E61"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transplant: Considered if recovery is not achievable with maximal therapy.</w:t>
      </w:r>
    </w:p>
    <w:p w14:paraId="6EC5D450" w14:textId="77777777" w:rsidR="004B2954" w:rsidRPr="00BB79B8" w:rsidRDefault="004B2954" w:rsidP="004B2954">
      <w:pPr>
        <w:spacing w:after="20"/>
        <w:ind w:left="216"/>
        <w:rPr>
          <w:rFonts w:cs="Times New Roman"/>
          <w:sz w:val="20"/>
          <w:szCs w:val="20"/>
        </w:rPr>
      </w:pPr>
      <w:r w:rsidRPr="00BB79B8">
        <w:rPr>
          <w:rFonts w:cs="Times New Roman"/>
          <w:sz w:val="20"/>
          <w:szCs w:val="20"/>
        </w:rPr>
        <w:t>6. Follow-up and Recovery</w:t>
      </w:r>
    </w:p>
    <w:p w14:paraId="366F028A"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 return to activity: Only after normalization of cardiac function and absence of inflammation.</w:t>
      </w:r>
    </w:p>
    <w:p w14:paraId="5BC13D2D"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cardiac evaluation: Echocardiography and sometimes CMR to assess recovery.</w:t>
      </w:r>
    </w:p>
    <w:p w14:paraId="1F54C768" w14:textId="77777777" w:rsidR="004B2954" w:rsidRPr="00BB79B8" w:rsidRDefault="004B2954" w:rsidP="004B2954">
      <w:pPr>
        <w:spacing w:after="20"/>
        <w:ind w:left="216"/>
        <w:rPr>
          <w:rFonts w:cs="Times New Roman"/>
          <w:sz w:val="20"/>
          <w:szCs w:val="20"/>
        </w:rPr>
      </w:pPr>
      <w:r w:rsidRPr="00BB79B8">
        <w:rPr>
          <w:rFonts w:cs="Times New Roman"/>
          <w:sz w:val="20"/>
          <w:szCs w:val="20"/>
        </w:rPr>
        <w:t>Key principle: Treatment is mostly supportive, tailored to symptoms and complications, and guided by the severity and etiology of myocarditis.</w:t>
      </w:r>
    </w:p>
    <w:p w14:paraId="1272B561" w14:textId="77777777" w:rsidR="004B2954" w:rsidRPr="00BB79B8" w:rsidRDefault="004B2954" w:rsidP="004B2954">
      <w:pPr>
        <w:spacing w:after="0"/>
        <w:rPr>
          <w:rFonts w:cs="Times New Roman"/>
          <w:sz w:val="20"/>
          <w:szCs w:val="20"/>
        </w:rPr>
      </w:pPr>
    </w:p>
    <w:p w14:paraId="55A5007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610825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2662A83" w14:textId="77777777" w:rsidR="004B2954" w:rsidRPr="00BB79B8" w:rsidRDefault="004B2954" w:rsidP="004B2954">
      <w:pPr>
        <w:spacing w:after="20"/>
        <w:ind w:left="216"/>
        <w:rPr>
          <w:rFonts w:cs="Times New Roman"/>
          <w:sz w:val="20"/>
          <w:szCs w:val="20"/>
        </w:rPr>
      </w:pPr>
      <w:r w:rsidRPr="00BB79B8">
        <w:rPr>
          <w:rFonts w:cs="Times New Roman"/>
          <w:sz w:val="20"/>
          <w:szCs w:val="20"/>
        </w:rPr>
        <w:t>The basic treatment principles for myocarditis focus on supporting heart function, managing symptoms, and addressing the underlying cause to prevent further myocardial damage.</w:t>
      </w:r>
    </w:p>
    <w:p w14:paraId="1479BFAE"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strategies generally fall into the following categories:</w:t>
      </w:r>
    </w:p>
    <w:p w14:paraId="1DBB32C1" w14:textId="77777777" w:rsidR="004B2954" w:rsidRPr="00BB79B8" w:rsidRDefault="004B2954" w:rsidP="004B2954">
      <w:pPr>
        <w:spacing w:after="20"/>
        <w:ind w:left="216"/>
        <w:rPr>
          <w:rFonts w:cs="Times New Roman"/>
          <w:sz w:val="20"/>
          <w:szCs w:val="20"/>
        </w:rPr>
      </w:pPr>
      <w:r w:rsidRPr="00BB79B8">
        <w:rPr>
          <w:rFonts w:cs="Times New Roman"/>
          <w:sz w:val="20"/>
          <w:szCs w:val="20"/>
        </w:rPr>
        <w:t>1. Rest and Activity Restriction</w:t>
      </w:r>
    </w:p>
    <w:p w14:paraId="3196E6F6"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critical initial step is physical rest.</w:t>
      </w:r>
    </w:p>
    <w:p w14:paraId="052744D6"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Phase: Strict bed rest is required to reduce the workload on the heart.</w:t>
      </w:r>
    </w:p>
    <w:p w14:paraId="4E887492"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Competitive sports and strenuous exercise are typically restricted for 3 to 6 months after the onset of symptoms, or until cardiac function and inflammatory markers return to normal.</w:t>
      </w:r>
    </w:p>
    <w:p w14:paraId="63ECF308" w14:textId="77777777" w:rsidR="004B2954" w:rsidRPr="00BB79B8" w:rsidRDefault="004B2954" w:rsidP="004B2954">
      <w:pPr>
        <w:spacing w:after="20"/>
        <w:ind w:left="216"/>
        <w:rPr>
          <w:rFonts w:cs="Times New Roman"/>
          <w:sz w:val="20"/>
          <w:szCs w:val="20"/>
        </w:rPr>
      </w:pPr>
      <w:r w:rsidRPr="00BB79B8">
        <w:rPr>
          <w:rFonts w:cs="Times New Roman"/>
          <w:sz w:val="20"/>
          <w:szCs w:val="20"/>
        </w:rPr>
        <w:t>2. Symptomatic and Supportive Care</w:t>
      </w:r>
    </w:p>
    <w:p w14:paraId="14346CA0" w14:textId="77777777" w:rsidR="004B2954" w:rsidRPr="00BB79B8" w:rsidRDefault="004B2954" w:rsidP="004B2954">
      <w:pPr>
        <w:spacing w:after="20"/>
        <w:ind w:left="216"/>
        <w:rPr>
          <w:rFonts w:cs="Times New Roman"/>
          <w:sz w:val="20"/>
          <w:szCs w:val="20"/>
        </w:rPr>
      </w:pPr>
      <w:r w:rsidRPr="00BB79B8">
        <w:rPr>
          <w:rFonts w:cs="Times New Roman"/>
          <w:sz w:val="20"/>
          <w:szCs w:val="20"/>
        </w:rPr>
        <w:t>This aims to maintain hemodynamic stability and manage complications:</w:t>
      </w:r>
    </w:p>
    <w:p w14:paraId="3A37ED20"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Heart Failure Management: If the patient develops symptoms of heart failure, medications such as diuretics, ACE inhibitors (ACEIs), or Beta-blockers are used.</w:t>
      </w:r>
    </w:p>
    <w:p w14:paraId="0E90A48B"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 Control: Management of heart rhythm disturbances through medication or, in some cases, temporary pacing.</w:t>
      </w:r>
    </w:p>
    <w:p w14:paraId="5E0519A6" w14:textId="77777777" w:rsidR="004B2954" w:rsidRPr="00BB79B8" w:rsidRDefault="004B2954" w:rsidP="004B2954">
      <w:pPr>
        <w:spacing w:after="20"/>
        <w:ind w:left="216"/>
        <w:rPr>
          <w:rFonts w:cs="Times New Roman"/>
          <w:sz w:val="20"/>
          <w:szCs w:val="20"/>
        </w:rPr>
      </w:pPr>
      <w:r w:rsidRPr="00BB79B8">
        <w:rPr>
          <w:rFonts w:cs="Times New Roman"/>
          <w:sz w:val="20"/>
          <w:szCs w:val="20"/>
        </w:rPr>
        <w:t>Nutritional Support: Providing myocardial "nourishment" (e.g., Vitamin C, Coenzyme Q10) to support cellular recovery.</w:t>
      </w:r>
    </w:p>
    <w:p w14:paraId="04B5D524" w14:textId="77777777" w:rsidR="004B2954" w:rsidRPr="00BB79B8" w:rsidRDefault="004B2954" w:rsidP="004B2954">
      <w:pPr>
        <w:spacing w:after="20"/>
        <w:ind w:left="216"/>
        <w:rPr>
          <w:rFonts w:cs="Times New Roman"/>
          <w:sz w:val="20"/>
          <w:szCs w:val="20"/>
        </w:rPr>
      </w:pPr>
      <w:r w:rsidRPr="00BB79B8">
        <w:rPr>
          <w:rFonts w:cs="Times New Roman"/>
          <w:sz w:val="20"/>
          <w:szCs w:val="20"/>
        </w:rPr>
        <w:t>3. Etiological Treatment</w:t>
      </w:r>
    </w:p>
    <w:p w14:paraId="4EBE85C4" w14:textId="77777777" w:rsidR="004B2954" w:rsidRPr="00BB79B8" w:rsidRDefault="004B2954" w:rsidP="004B2954">
      <w:pPr>
        <w:spacing w:after="20"/>
        <w:ind w:left="216"/>
        <w:rPr>
          <w:rFonts w:cs="Times New Roman"/>
          <w:sz w:val="20"/>
          <w:szCs w:val="20"/>
        </w:rPr>
      </w:pPr>
      <w:r w:rsidRPr="00BB79B8">
        <w:rPr>
          <w:rFonts w:cs="Times New Roman"/>
          <w:sz w:val="20"/>
          <w:szCs w:val="20"/>
        </w:rPr>
        <w:t>Treating the specific cause of the inflammation:</w:t>
      </w:r>
    </w:p>
    <w:p w14:paraId="7E1E992D"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Infections: Antiviral therapy may be considered if a specific viral trigger is identified in the early stages.</w:t>
      </w:r>
    </w:p>
    <w:p w14:paraId="76E73F8B" w14:textId="77777777" w:rsidR="004B2954" w:rsidRPr="00BB79B8" w:rsidRDefault="004B2954" w:rsidP="004B2954">
      <w:pPr>
        <w:spacing w:after="20"/>
        <w:ind w:left="216"/>
        <w:rPr>
          <w:rFonts w:cs="Times New Roman"/>
          <w:sz w:val="20"/>
          <w:szCs w:val="20"/>
        </w:rPr>
      </w:pPr>
      <w:r w:rsidRPr="00BB79B8">
        <w:rPr>
          <w:rFonts w:cs="Times New Roman"/>
          <w:sz w:val="20"/>
          <w:szCs w:val="20"/>
        </w:rPr>
        <w:t>Bacterial Infections: Appropriate antibiotics if the myocarditis is bacterial in origin.</w:t>
      </w:r>
    </w:p>
    <w:p w14:paraId="207D9C6D"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Autoimmune/Inflammatory: In cases of fulminant or giant cell myocarditis, immunosuppressive therapy (such as corticosteroids) may be utilized.</w:t>
      </w:r>
    </w:p>
    <w:p w14:paraId="0DE6CEDA" w14:textId="77777777" w:rsidR="004B2954" w:rsidRPr="00BB79B8" w:rsidRDefault="004B2954" w:rsidP="004B2954">
      <w:pPr>
        <w:spacing w:after="20"/>
        <w:ind w:left="216"/>
        <w:rPr>
          <w:rFonts w:cs="Times New Roman"/>
          <w:sz w:val="20"/>
          <w:szCs w:val="20"/>
        </w:rPr>
      </w:pPr>
      <w:r w:rsidRPr="00BB79B8">
        <w:rPr>
          <w:rFonts w:cs="Times New Roman"/>
          <w:sz w:val="20"/>
          <w:szCs w:val="20"/>
        </w:rPr>
        <w:t>4. Monitoring and Advanced Intervention</w:t>
      </w:r>
    </w:p>
    <w:p w14:paraId="6A9A3F15"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Continuous Monitoring: Regular ECGs, echocardiograms, and cardiac biomarker tests (e.g., Troponin) to track recovery or detect worsening conditions.</w:t>
      </w:r>
    </w:p>
    <w:p w14:paraId="3A730A2E"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Mechanical Support: In severe cases of "fulminant myocarditis" where the heart cannot pump enough blood, advanced life support like ECMO (Extracorporeal Membrane Oxygenation) or Intra-aortic Balloon Pump (IABP) may be necessary as a bridge to recovery.</w:t>
      </w:r>
    </w:p>
    <w:p w14:paraId="6A5A62B8" w14:textId="77777777" w:rsidR="004B2954" w:rsidRPr="00BB79B8" w:rsidRDefault="004B2954" w:rsidP="004B2954">
      <w:pPr>
        <w:spacing w:after="20"/>
        <w:ind w:left="216"/>
        <w:rPr>
          <w:rFonts w:cs="Times New Roman"/>
          <w:sz w:val="20"/>
          <w:szCs w:val="20"/>
        </w:rPr>
      </w:pPr>
      <w:r w:rsidRPr="00BB79B8">
        <w:rPr>
          <w:rFonts w:cs="Times New Roman"/>
          <w:sz w:val="20"/>
          <w:szCs w:val="20"/>
        </w:rPr>
        <w:t>Note: Treatment must always be personalized. For those with mild cases, rest and observation are often sufficient, whereas severe cases require intensive hospital care.</w:t>
      </w:r>
    </w:p>
    <w:p w14:paraId="288A2F25" w14:textId="77777777" w:rsidR="004B2954" w:rsidRPr="00BB79B8" w:rsidRDefault="004B2954" w:rsidP="004B2954">
      <w:pPr>
        <w:spacing w:after="0"/>
        <w:rPr>
          <w:rFonts w:cs="Times New Roman"/>
          <w:sz w:val="20"/>
          <w:szCs w:val="20"/>
        </w:rPr>
      </w:pPr>
    </w:p>
    <w:p w14:paraId="583F736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53B5C3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14E4284" w14:textId="77777777" w:rsidR="004B2954" w:rsidRPr="00BB79B8" w:rsidRDefault="004B2954" w:rsidP="004B2954">
      <w:pPr>
        <w:spacing w:after="20"/>
        <w:ind w:left="216"/>
        <w:rPr>
          <w:rFonts w:cs="Times New Roman"/>
          <w:sz w:val="20"/>
          <w:szCs w:val="20"/>
        </w:rPr>
      </w:pPr>
      <w:r w:rsidRPr="00BB79B8">
        <w:rPr>
          <w:rFonts w:cs="Times New Roman"/>
          <w:sz w:val="20"/>
          <w:szCs w:val="20"/>
        </w:rPr>
        <w:t>The basic treatment principles for myocarditis center on removing triggers, reducing myocardial inflammation, supporting cardiac function, and preventing complications. These principles are consistent across major clinical sources including Mayo Clinic, Johns Hopkins Medicine, and the American Heart Association.</w:t>
      </w:r>
    </w:p>
    <w:p w14:paraId="525A77D3" w14:textId="77777777" w:rsidR="004B2954" w:rsidRPr="00BB79B8" w:rsidRDefault="004B2954" w:rsidP="004B2954">
      <w:pPr>
        <w:spacing w:after="20"/>
        <w:ind w:left="216"/>
        <w:rPr>
          <w:rFonts w:cs="Times New Roman"/>
          <w:sz w:val="20"/>
          <w:szCs w:val="20"/>
        </w:rPr>
      </w:pPr>
      <w:r w:rsidRPr="00BB79B8">
        <w:rPr>
          <w:rFonts w:cs="Times New Roman"/>
          <w:sz w:val="20"/>
          <w:szCs w:val="20"/>
        </w:rPr>
        <w:t>Harvard Health</w:t>
      </w:r>
    </w:p>
    <w:p w14:paraId="73B3CA7E" w14:textId="77777777" w:rsidR="004B2954" w:rsidRPr="00BB79B8" w:rsidRDefault="004B2954" w:rsidP="004B2954">
      <w:pPr>
        <w:spacing w:after="20"/>
        <w:ind w:left="216"/>
        <w:rPr>
          <w:rFonts w:cs="Times New Roman"/>
          <w:sz w:val="20"/>
          <w:szCs w:val="20"/>
        </w:rPr>
      </w:pPr>
      <w:r w:rsidRPr="00BB79B8">
        <w:rPr>
          <w:rFonts w:cs="Times New Roman"/>
          <w:sz w:val="20"/>
          <w:szCs w:val="20"/>
        </w:rPr>
        <w:t>Credible health information source</w:t>
      </w:r>
    </w:p>
    <w:p w14:paraId="536C32BE"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treatment</w:t>
      </w:r>
    </w:p>
    <w:p w14:paraId="78E37D4F"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of myocarditis depends on the cause and severity. For example, people with only mild viral myocarditis may recover completely with only a period of rest. They will be advised not to smoke or to drink alcohol, and to limit strenuous activities. People with myocarditis that causes heart failure symptoms or irregular heartbeat (cardiac arrhythmias) will be treated in a hospital. There they may receive one or more of the following: 1. oxygen delivered through nasal prongs; 2. medication or a pacemaker to treat an irregular heartbeat (arrhythmia); 3. medication, including ACE inhibitors, beta blockers, diuretics, and vasodilators, to treat heart failure; 4. pain relievers, if needed, for chest pain (though nonsteroidal anti-inflammatory drugs such as ibuprofen should be avoided); 5. antibiotics to treat bacterial myocarditis or Lyme disease; 6. diphtheria antitoxin and antibiotics to treat diphtheria myocarditis; 7. glucocorticoid or other anti-inflammatory and immunosuppressive medicines to treat autoimmune diseases and sarcoidosis; 8. heart transplant (for severe myocarditis that damages heart function and does not improve with other measures).</w:t>
      </w:r>
    </w:p>
    <w:p w14:paraId="4A4B3B2E" w14:textId="77777777" w:rsidR="004B2954" w:rsidRPr="00BB79B8" w:rsidRDefault="004B2954" w:rsidP="004B2954">
      <w:pPr>
        <w:spacing w:after="20"/>
        <w:ind w:left="216"/>
        <w:rPr>
          <w:rFonts w:cs="Times New Roman"/>
          <w:sz w:val="20"/>
          <w:szCs w:val="20"/>
        </w:rPr>
      </w:pPr>
      <w:r w:rsidRPr="00BB79B8">
        <w:rPr>
          <w:rFonts w:cs="Times New Roman"/>
          <w:sz w:val="20"/>
          <w:szCs w:val="20"/>
        </w:rPr>
        <w:t>See more</w:t>
      </w:r>
    </w:p>
    <w:p w14:paraId="432A3ABD" w14:textId="77777777" w:rsidR="004B2954" w:rsidRPr="00BB79B8" w:rsidRDefault="004B2954" w:rsidP="004B2954">
      <w:pPr>
        <w:spacing w:after="20"/>
        <w:ind w:left="216"/>
        <w:rPr>
          <w:rFonts w:cs="Times New Roman"/>
          <w:sz w:val="20"/>
          <w:szCs w:val="20"/>
        </w:rPr>
      </w:pPr>
      <w:r w:rsidRPr="00BB79B8">
        <w:rPr>
          <w:rFonts w:cs="Times New Roman"/>
          <w:sz w:val="20"/>
          <w:szCs w:val="20"/>
        </w:rPr>
        <w:t>Core Treatment Principles for Myocarditis</w:t>
      </w:r>
    </w:p>
    <w:p w14:paraId="461C3522" w14:textId="77777777" w:rsidR="004B2954" w:rsidRPr="00BB79B8" w:rsidRDefault="004B2954" w:rsidP="004B2954">
      <w:pPr>
        <w:spacing w:after="20"/>
        <w:ind w:left="216"/>
        <w:rPr>
          <w:rFonts w:cs="Times New Roman"/>
          <w:sz w:val="20"/>
          <w:szCs w:val="20"/>
        </w:rPr>
      </w:pPr>
      <w:r w:rsidRPr="00BB79B8">
        <w:rPr>
          <w:rFonts w:cs="Times New Roman"/>
          <w:sz w:val="20"/>
          <w:szCs w:val="20"/>
        </w:rPr>
        <w:t>1. Eliminate the underlying cause</w:t>
      </w:r>
    </w:p>
    <w:p w14:paraId="432F3656"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myocarditis: primarily supportive care; antivirals rarely indicated.</w:t>
      </w:r>
    </w:p>
    <w:p w14:paraId="05446B0B" w14:textId="77777777" w:rsidR="004B2954" w:rsidRPr="00BB79B8" w:rsidRDefault="004B2954" w:rsidP="004B2954">
      <w:pPr>
        <w:spacing w:after="20"/>
        <w:ind w:left="216"/>
        <w:rPr>
          <w:rFonts w:cs="Times New Roman"/>
          <w:sz w:val="20"/>
          <w:szCs w:val="20"/>
        </w:rPr>
      </w:pPr>
      <w:r w:rsidRPr="00BB79B8">
        <w:rPr>
          <w:rFonts w:cs="Times New Roman"/>
          <w:sz w:val="20"/>
          <w:szCs w:val="20"/>
        </w:rPr>
        <w:t>Bacterial myocarditis: targeted antibiotics (e.g., for Lyme disease or diphtheria).</w:t>
      </w:r>
    </w:p>
    <w:p w14:paraId="2CCB4AC1"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Autoimmune-related myocarditis: glucocorticoids or immunosuppressants.</w:t>
      </w:r>
    </w:p>
    <w:p w14:paraId="0DFFAC14" w14:textId="77777777" w:rsidR="004B2954" w:rsidRPr="00BB79B8" w:rsidRDefault="004B2954" w:rsidP="004B2954">
      <w:pPr>
        <w:spacing w:after="20"/>
        <w:ind w:left="216"/>
        <w:rPr>
          <w:rFonts w:cs="Times New Roman"/>
          <w:sz w:val="20"/>
          <w:szCs w:val="20"/>
        </w:rPr>
      </w:pPr>
      <w:r w:rsidRPr="00BB79B8">
        <w:rPr>
          <w:rFonts w:cs="Times New Roman"/>
          <w:sz w:val="20"/>
          <w:szCs w:val="20"/>
        </w:rPr>
        <w:t>2. Reduce myocardial workload</w:t>
      </w:r>
    </w:p>
    <w:p w14:paraId="24792634" w14:textId="77777777" w:rsidR="004B2954" w:rsidRPr="00BB79B8" w:rsidRDefault="004B2954" w:rsidP="004B2954">
      <w:pPr>
        <w:spacing w:after="20"/>
        <w:ind w:left="216"/>
        <w:rPr>
          <w:rFonts w:cs="Times New Roman"/>
          <w:sz w:val="20"/>
          <w:szCs w:val="20"/>
        </w:rPr>
      </w:pPr>
      <w:r w:rsidRPr="00BB79B8">
        <w:rPr>
          <w:rFonts w:cs="Times New Roman"/>
          <w:sz w:val="20"/>
          <w:szCs w:val="20"/>
        </w:rPr>
        <w:t>Strict rest, especially avoiding competitive sports for 3-6 months.</w:t>
      </w:r>
    </w:p>
    <w:p w14:paraId="56BB4F70"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alcohol and smoking.</w:t>
      </w:r>
    </w:p>
    <w:p w14:paraId="6AE35E84" w14:textId="77777777" w:rsidR="004B2954" w:rsidRPr="00BB79B8" w:rsidRDefault="004B2954" w:rsidP="004B2954">
      <w:pPr>
        <w:spacing w:after="20"/>
        <w:ind w:left="216"/>
        <w:rPr>
          <w:rFonts w:cs="Times New Roman"/>
          <w:sz w:val="20"/>
          <w:szCs w:val="20"/>
        </w:rPr>
      </w:pPr>
      <w:r w:rsidRPr="00BB79B8">
        <w:rPr>
          <w:rFonts w:cs="Times New Roman"/>
          <w:sz w:val="20"/>
          <w:szCs w:val="20"/>
        </w:rPr>
        <w:t>Limit sodium and fluid intake if heart failure symptoms are present.</w:t>
      </w:r>
    </w:p>
    <w:p w14:paraId="2FADDE32" w14:textId="77777777" w:rsidR="004B2954" w:rsidRPr="00BB79B8" w:rsidRDefault="004B2954" w:rsidP="004B2954">
      <w:pPr>
        <w:spacing w:after="20"/>
        <w:ind w:left="216"/>
        <w:rPr>
          <w:rFonts w:cs="Times New Roman"/>
          <w:sz w:val="20"/>
          <w:szCs w:val="20"/>
        </w:rPr>
      </w:pPr>
      <w:r w:rsidRPr="00BB79B8">
        <w:rPr>
          <w:rFonts w:cs="Times New Roman"/>
          <w:sz w:val="20"/>
          <w:szCs w:val="20"/>
        </w:rPr>
        <w:t>3. Treat heart failure symptoms</w:t>
      </w:r>
    </w:p>
    <w:p w14:paraId="3C3201E6"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myocarditis causes reduced cardiac function, standard heart-failure therapy is used:</w:t>
      </w:r>
    </w:p>
    <w:p w14:paraId="657FB74F" w14:textId="77777777" w:rsidR="004B2954" w:rsidRPr="00BB79B8" w:rsidRDefault="004B2954" w:rsidP="004B2954">
      <w:pPr>
        <w:spacing w:after="20"/>
        <w:ind w:left="216"/>
        <w:rPr>
          <w:rFonts w:cs="Times New Roman"/>
          <w:sz w:val="20"/>
          <w:szCs w:val="20"/>
        </w:rPr>
      </w:pPr>
      <w:r w:rsidRPr="00BB79B8">
        <w:rPr>
          <w:rFonts w:cs="Times New Roman"/>
          <w:sz w:val="20"/>
          <w:szCs w:val="20"/>
        </w:rPr>
        <w:t>ACE inhibitors / ARBs</w:t>
      </w:r>
    </w:p>
    <w:p w14:paraId="6FA83AF9" w14:textId="77777777" w:rsidR="004B2954" w:rsidRPr="00BB79B8" w:rsidRDefault="004B2954" w:rsidP="004B2954">
      <w:pPr>
        <w:spacing w:after="20"/>
        <w:ind w:left="216"/>
        <w:rPr>
          <w:rFonts w:cs="Times New Roman"/>
          <w:sz w:val="20"/>
          <w:szCs w:val="20"/>
        </w:rPr>
      </w:pPr>
      <w:r w:rsidRPr="00BB79B8">
        <w:rPr>
          <w:rFonts w:cs="Times New Roman"/>
          <w:sz w:val="20"/>
          <w:szCs w:val="20"/>
        </w:rPr>
        <w:t>Beta-blockers</w:t>
      </w:r>
    </w:p>
    <w:p w14:paraId="23EB442A" w14:textId="77777777" w:rsidR="004B2954" w:rsidRPr="00BB79B8" w:rsidRDefault="004B2954" w:rsidP="004B2954">
      <w:pPr>
        <w:spacing w:after="20"/>
        <w:ind w:left="216"/>
        <w:rPr>
          <w:rFonts w:cs="Times New Roman"/>
          <w:sz w:val="20"/>
          <w:szCs w:val="20"/>
        </w:rPr>
      </w:pPr>
      <w:r w:rsidRPr="00BB79B8">
        <w:rPr>
          <w:rFonts w:cs="Times New Roman"/>
          <w:sz w:val="20"/>
          <w:szCs w:val="20"/>
        </w:rPr>
        <w:t>Diuretics</w:t>
      </w:r>
    </w:p>
    <w:p w14:paraId="13A2D3B4" w14:textId="77777777" w:rsidR="004B2954" w:rsidRPr="00BB79B8" w:rsidRDefault="004B2954" w:rsidP="004B2954">
      <w:pPr>
        <w:spacing w:after="20"/>
        <w:ind w:left="216"/>
        <w:rPr>
          <w:rFonts w:cs="Times New Roman"/>
          <w:sz w:val="20"/>
          <w:szCs w:val="20"/>
        </w:rPr>
      </w:pPr>
      <w:r w:rsidRPr="00BB79B8">
        <w:rPr>
          <w:rFonts w:cs="Times New Roman"/>
          <w:sz w:val="20"/>
          <w:szCs w:val="20"/>
        </w:rPr>
        <w:t>Vasodilators These reduce preload/afterload and support ventricular remodeling.</w:t>
      </w:r>
    </w:p>
    <w:p w14:paraId="68A06F10" w14:textId="77777777" w:rsidR="004B2954" w:rsidRPr="00BB79B8" w:rsidRDefault="004B2954" w:rsidP="004B2954">
      <w:pPr>
        <w:spacing w:after="20"/>
        <w:ind w:left="216"/>
        <w:rPr>
          <w:rFonts w:cs="Times New Roman"/>
          <w:sz w:val="20"/>
          <w:szCs w:val="20"/>
        </w:rPr>
      </w:pPr>
      <w:r w:rsidRPr="00BB79B8">
        <w:rPr>
          <w:rFonts w:cs="Times New Roman"/>
          <w:sz w:val="20"/>
          <w:szCs w:val="20"/>
        </w:rPr>
        <w:t>4. Manage arrhythmias</w:t>
      </w:r>
    </w:p>
    <w:p w14:paraId="6DD1AE5F"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Antiarrhythmic medications</w:t>
      </w:r>
    </w:p>
    <w:p w14:paraId="201B727E" w14:textId="77777777" w:rsidR="004B2954" w:rsidRPr="00BB79B8" w:rsidRDefault="004B2954" w:rsidP="004B2954">
      <w:pPr>
        <w:spacing w:after="20"/>
        <w:ind w:left="216"/>
        <w:rPr>
          <w:rFonts w:cs="Times New Roman"/>
          <w:sz w:val="20"/>
          <w:szCs w:val="20"/>
        </w:rPr>
      </w:pPr>
      <w:r w:rsidRPr="00BB79B8">
        <w:rPr>
          <w:rFonts w:cs="Times New Roman"/>
          <w:sz w:val="20"/>
          <w:szCs w:val="20"/>
        </w:rPr>
        <w:t>Temporary pacing or ICD placement in severe cases</w:t>
      </w:r>
    </w:p>
    <w:p w14:paraId="5804088A"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NSAIDs like ibuprofen, which may worsen inflammation.</w:t>
      </w:r>
    </w:p>
    <w:p w14:paraId="2DC87BE3" w14:textId="77777777" w:rsidR="004B2954" w:rsidRPr="00BB79B8" w:rsidRDefault="004B2954" w:rsidP="004B2954">
      <w:pPr>
        <w:spacing w:after="20"/>
        <w:ind w:left="216"/>
        <w:rPr>
          <w:rFonts w:cs="Times New Roman"/>
          <w:sz w:val="20"/>
          <w:szCs w:val="20"/>
        </w:rPr>
      </w:pPr>
      <w:r w:rsidRPr="00BB79B8">
        <w:rPr>
          <w:rFonts w:cs="Times New Roman"/>
          <w:sz w:val="20"/>
          <w:szCs w:val="20"/>
        </w:rPr>
        <w:t>5. Control inflammation</w:t>
      </w:r>
    </w:p>
    <w:p w14:paraId="7F458090"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for specific types (e.g., giant cell, eosinophilic myocarditis).</w:t>
      </w:r>
    </w:p>
    <w:p w14:paraId="286210FF" w14:textId="77777777" w:rsidR="004B2954" w:rsidRPr="00BB79B8" w:rsidRDefault="004B2954" w:rsidP="004B2954">
      <w:pPr>
        <w:spacing w:after="20"/>
        <w:ind w:left="216"/>
        <w:rPr>
          <w:rFonts w:cs="Times New Roman"/>
          <w:sz w:val="20"/>
          <w:szCs w:val="20"/>
        </w:rPr>
      </w:pPr>
      <w:r w:rsidRPr="00BB79B8">
        <w:rPr>
          <w:rFonts w:cs="Times New Roman"/>
          <w:sz w:val="20"/>
          <w:szCs w:val="20"/>
        </w:rPr>
        <w:t>Immunosuppressive therapy when autoimmune disease is the driver.</w:t>
      </w:r>
    </w:p>
    <w:p w14:paraId="5532C3B4" w14:textId="77777777" w:rsidR="004B2954" w:rsidRPr="00BB79B8" w:rsidRDefault="004B2954" w:rsidP="004B2954">
      <w:pPr>
        <w:spacing w:after="20"/>
        <w:ind w:left="216"/>
        <w:rPr>
          <w:rFonts w:cs="Times New Roman"/>
          <w:sz w:val="20"/>
          <w:szCs w:val="20"/>
        </w:rPr>
      </w:pPr>
      <w:r w:rsidRPr="00BB79B8">
        <w:rPr>
          <w:rFonts w:cs="Times New Roman"/>
          <w:sz w:val="20"/>
          <w:szCs w:val="20"/>
        </w:rPr>
        <w:t>6. Provide advanced circulatory support when needed</w:t>
      </w:r>
    </w:p>
    <w:p w14:paraId="178AABA8" w14:textId="77777777" w:rsidR="004B2954" w:rsidRPr="00BB79B8" w:rsidRDefault="004B2954" w:rsidP="004B2954">
      <w:pPr>
        <w:spacing w:after="20"/>
        <w:ind w:left="216"/>
        <w:rPr>
          <w:rFonts w:cs="Times New Roman"/>
          <w:sz w:val="20"/>
          <w:szCs w:val="20"/>
        </w:rPr>
      </w:pPr>
      <w:r w:rsidRPr="00BB79B8">
        <w:rPr>
          <w:rFonts w:cs="Times New Roman"/>
          <w:sz w:val="20"/>
          <w:szCs w:val="20"/>
        </w:rPr>
        <w:t>Used in fulminant or refractory myocarditis:</w:t>
      </w:r>
    </w:p>
    <w:p w14:paraId="3DE808A6" w14:textId="77777777" w:rsidR="004B2954" w:rsidRPr="00BB79B8" w:rsidRDefault="004B2954" w:rsidP="004B2954">
      <w:pPr>
        <w:spacing w:after="20"/>
        <w:ind w:left="216"/>
        <w:rPr>
          <w:rFonts w:cs="Times New Roman"/>
          <w:sz w:val="20"/>
          <w:szCs w:val="20"/>
        </w:rPr>
      </w:pPr>
      <w:r w:rsidRPr="00BB79B8">
        <w:rPr>
          <w:rFonts w:cs="Times New Roman"/>
          <w:sz w:val="20"/>
          <w:szCs w:val="20"/>
        </w:rPr>
        <w:t>ECMO (extracorporeal membrane oxygenation)</w:t>
      </w:r>
    </w:p>
    <w:p w14:paraId="09A0A020"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assist devices (VADs)</w:t>
      </w:r>
    </w:p>
    <w:p w14:paraId="722B9A9A" w14:textId="77777777" w:rsidR="004B2954" w:rsidRPr="00BB79B8" w:rsidRDefault="004B2954" w:rsidP="004B2954">
      <w:pPr>
        <w:spacing w:after="20"/>
        <w:ind w:left="216"/>
        <w:rPr>
          <w:rFonts w:cs="Times New Roman"/>
          <w:sz w:val="20"/>
          <w:szCs w:val="20"/>
        </w:rPr>
      </w:pPr>
      <w:r w:rsidRPr="00BB79B8">
        <w:rPr>
          <w:rFonts w:cs="Times New Roman"/>
          <w:sz w:val="20"/>
          <w:szCs w:val="20"/>
        </w:rPr>
        <w:t>Intra-aortic balloon pump (IABP)</w:t>
      </w:r>
    </w:p>
    <w:p w14:paraId="0DD701E1"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transplant for irreversible severe cases</w:t>
      </w:r>
    </w:p>
    <w:p w14:paraId="0C6FD900"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Table: Core Principles</w:t>
      </w:r>
    </w:p>
    <w:p w14:paraId="39E49AAF" w14:textId="77777777" w:rsidR="004B2954" w:rsidRPr="00BB79B8" w:rsidRDefault="004B2954" w:rsidP="004B2954">
      <w:pPr>
        <w:spacing w:after="20"/>
        <w:ind w:left="216"/>
        <w:rPr>
          <w:rFonts w:cs="Times New Roman"/>
          <w:sz w:val="20"/>
          <w:szCs w:val="20"/>
        </w:rPr>
      </w:pPr>
      <w:r w:rsidRPr="00BB79B8">
        <w:rPr>
          <w:rFonts w:cs="Times New Roman"/>
          <w:sz w:val="20"/>
          <w:szCs w:val="20"/>
        </w:rPr>
        <w:t>Principle; Description</w:t>
      </w:r>
    </w:p>
    <w:p w14:paraId="120F0292" w14:textId="77777777" w:rsidR="004B2954" w:rsidRPr="00BB79B8" w:rsidRDefault="004B2954" w:rsidP="004B2954">
      <w:pPr>
        <w:spacing w:after="20"/>
        <w:ind w:left="216"/>
        <w:rPr>
          <w:rFonts w:cs="Times New Roman"/>
          <w:sz w:val="20"/>
          <w:szCs w:val="20"/>
        </w:rPr>
      </w:pPr>
      <w:r w:rsidRPr="00BB79B8">
        <w:rPr>
          <w:rFonts w:cs="Times New Roman"/>
          <w:sz w:val="20"/>
          <w:szCs w:val="20"/>
        </w:rPr>
        <w:t>Remove cause; Treat infection, toxins, autoimmune triggers</w:t>
      </w:r>
    </w:p>
    <w:p w14:paraId="64E24A18" w14:textId="77777777" w:rsidR="004B2954" w:rsidRPr="00BB79B8" w:rsidRDefault="004B2954" w:rsidP="004B2954">
      <w:pPr>
        <w:spacing w:after="20"/>
        <w:ind w:left="216"/>
        <w:rPr>
          <w:rFonts w:cs="Times New Roman"/>
          <w:sz w:val="20"/>
          <w:szCs w:val="20"/>
        </w:rPr>
      </w:pPr>
      <w:r w:rsidRPr="00BB79B8">
        <w:rPr>
          <w:rFonts w:cs="Times New Roman"/>
          <w:sz w:val="20"/>
          <w:szCs w:val="20"/>
        </w:rPr>
        <w:t>Rest &amp; reduce workload; Avoid exertion; lifestyle modification</w:t>
      </w:r>
    </w:p>
    <w:p w14:paraId="58415741"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therapy; ACEI/ARB, beta-blockers, diuretics</w:t>
      </w:r>
    </w:p>
    <w:p w14:paraId="5DBD3EF7"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 control; Medications, pacemaker, ICD</w:t>
      </w:r>
    </w:p>
    <w:p w14:paraId="40256837" w14:textId="77777777" w:rsidR="004B2954" w:rsidRPr="00BB79B8" w:rsidRDefault="004B2954" w:rsidP="004B2954">
      <w:pPr>
        <w:spacing w:after="20"/>
        <w:ind w:left="216"/>
        <w:rPr>
          <w:rFonts w:cs="Times New Roman"/>
          <w:sz w:val="20"/>
          <w:szCs w:val="20"/>
        </w:rPr>
      </w:pPr>
      <w:r w:rsidRPr="00BB79B8">
        <w:rPr>
          <w:rFonts w:cs="Times New Roman"/>
          <w:sz w:val="20"/>
          <w:szCs w:val="20"/>
        </w:rPr>
        <w:t>Anti-inflammatory therapy; Steroids/immunosuppressants when indicated</w:t>
      </w:r>
    </w:p>
    <w:p w14:paraId="761BE1B1" w14:textId="77777777" w:rsidR="004B2954" w:rsidRPr="00BB79B8" w:rsidRDefault="004B2954" w:rsidP="004B2954">
      <w:pPr>
        <w:spacing w:after="20"/>
        <w:ind w:left="216"/>
        <w:rPr>
          <w:rFonts w:cs="Times New Roman"/>
          <w:sz w:val="20"/>
          <w:szCs w:val="20"/>
        </w:rPr>
      </w:pPr>
      <w:r w:rsidRPr="00BB79B8">
        <w:rPr>
          <w:rFonts w:cs="Times New Roman"/>
          <w:sz w:val="20"/>
          <w:szCs w:val="20"/>
        </w:rPr>
        <w:t>Advanced support; ECMO, VAD, transplant</w:t>
      </w:r>
    </w:p>
    <w:p w14:paraId="26AE29BB" w14:textId="77777777" w:rsidR="004B2954" w:rsidRPr="00BB79B8" w:rsidRDefault="004B2954" w:rsidP="004B2954">
      <w:pPr>
        <w:spacing w:after="0"/>
        <w:rPr>
          <w:rFonts w:cs="Times New Roman"/>
          <w:sz w:val="20"/>
          <w:szCs w:val="20"/>
        </w:rPr>
      </w:pPr>
    </w:p>
    <w:p w14:paraId="0283AA1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0215FA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B5EF942" w14:textId="77777777" w:rsidR="004B2954" w:rsidRPr="00BB79B8" w:rsidRDefault="004B2954" w:rsidP="004B2954">
      <w:pPr>
        <w:spacing w:after="20"/>
        <w:ind w:left="216"/>
        <w:rPr>
          <w:rFonts w:cs="Times New Roman"/>
          <w:sz w:val="20"/>
          <w:szCs w:val="20"/>
        </w:rPr>
      </w:pPr>
      <w:r w:rsidRPr="00BB79B8">
        <w:rPr>
          <w:rFonts w:cs="Times New Roman"/>
          <w:sz w:val="20"/>
          <w:szCs w:val="20"/>
        </w:rPr>
        <w:t>The basic treatment principles for myocarditis focus on supporting the heart, managing complications, and addressing the underlying cause. The core principles are:</w:t>
      </w:r>
    </w:p>
    <w:p w14:paraId="358D5249" w14:textId="77777777" w:rsidR="004B2954" w:rsidRPr="00BB79B8" w:rsidRDefault="004B2954" w:rsidP="004B2954">
      <w:pPr>
        <w:spacing w:after="20"/>
        <w:ind w:left="216"/>
        <w:rPr>
          <w:rFonts w:cs="Times New Roman"/>
          <w:sz w:val="20"/>
          <w:szCs w:val="20"/>
        </w:rPr>
      </w:pPr>
      <w:r w:rsidRPr="00BB79B8">
        <w:rPr>
          <w:rFonts w:cs="Times New Roman"/>
          <w:sz w:val="20"/>
          <w:szCs w:val="20"/>
        </w:rPr>
        <w:t>Hemodynamic Support and Heart Failure Management: This is the top priority. It involves reducing the heart's workload (e.g., with bed rest, diuretics for fluid overload, and vasodilators like ACE inhibitors or ARBs) and improving the heart's pumping ability (e.g., with inotropic drugs or mechanical circulatory support like an intra-aortic balloon pump or ECMO in severe cases). Beta-blockers may be used cautiously once the acute inflammatory phase has passed.</w:t>
      </w:r>
    </w:p>
    <w:p w14:paraId="099A975C" w14:textId="77777777" w:rsidR="004B2954" w:rsidRPr="00BB79B8" w:rsidRDefault="004B2954" w:rsidP="004B2954">
      <w:pPr>
        <w:spacing w:after="20"/>
        <w:ind w:left="216"/>
        <w:rPr>
          <w:rFonts w:cs="Times New Roman"/>
          <w:sz w:val="20"/>
          <w:szCs w:val="20"/>
        </w:rPr>
      </w:pPr>
      <w:r w:rsidRPr="00BB79B8">
        <w:rPr>
          <w:rFonts w:cs="Times New Roman"/>
          <w:sz w:val="20"/>
          <w:szCs w:val="20"/>
        </w:rPr>
        <w:t>Antiarrhythmic Management: Closely monitor cardiac rhythm. Treat life-threatening arrhythmias (e.g., ventricular tachycardia) with antiarrhythmic drugs, and consider a temporary pacemaker for high-grade heart block. An implantable cardioverter-defibrillator (ICD) or pacemaker may be needed for persistent, serious rhythm disturbances after the acute phase.</w:t>
      </w:r>
    </w:p>
    <w:p w14:paraId="0AAD59ED" w14:textId="77777777" w:rsidR="004B2954" w:rsidRPr="00BB79B8" w:rsidRDefault="004B2954" w:rsidP="004B2954">
      <w:pPr>
        <w:spacing w:after="20"/>
        <w:ind w:left="216"/>
        <w:rPr>
          <w:rFonts w:cs="Times New Roman"/>
          <w:sz w:val="20"/>
          <w:szCs w:val="20"/>
        </w:rPr>
      </w:pPr>
      <w:r w:rsidRPr="00BB79B8">
        <w:rPr>
          <w:rFonts w:cs="Times New Roman"/>
          <w:sz w:val="20"/>
          <w:szCs w:val="20"/>
        </w:rPr>
        <w:t>Supportive Care and Activity Restriction: Strict bed rest is recommended during the acute phase to reduce myocardial oxygen demand and inflammation. Avoid strenuous activity, including competitive sports, for 3-6 months to allow healing and prevent sudden death.</w:t>
      </w:r>
    </w:p>
    <w:p w14:paraId="375F80BC" w14:textId="77777777" w:rsidR="004B2954" w:rsidRPr="00BB79B8" w:rsidRDefault="004B2954" w:rsidP="004B2954">
      <w:pPr>
        <w:spacing w:after="20"/>
        <w:ind w:left="216"/>
        <w:rPr>
          <w:rFonts w:cs="Times New Roman"/>
          <w:sz w:val="20"/>
          <w:szCs w:val="20"/>
        </w:rPr>
      </w:pPr>
      <w:r w:rsidRPr="00BB79B8">
        <w:rPr>
          <w:rFonts w:cs="Times New Roman"/>
          <w:sz w:val="20"/>
          <w:szCs w:val="20"/>
        </w:rPr>
        <w:t>Treat the Specific Cause (if identified):</w:t>
      </w:r>
    </w:p>
    <w:p w14:paraId="65DA8981"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Most viral myocarditis has no specific antiviral therapy, but some (e.g., influenza, COVID-19) may benefit from antivirals. Avoid routine immunosuppression (corticosteroids) unless biopsy-proven giant cell or eosinophilic myocarditis, or when associated with autoimmune diseases.</w:t>
      </w:r>
    </w:p>
    <w:p w14:paraId="0BDA1892"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Use immunosuppressive drugs (e.g., corticosteroids, azathioprine, cyclosporine) for giant cell myocarditis, sarcoidosis, or other autoimmune disorders.</w:t>
      </w:r>
    </w:p>
    <w:p w14:paraId="48ED526F" w14:textId="77777777" w:rsidR="004B2954" w:rsidRPr="00BB79B8" w:rsidRDefault="004B2954" w:rsidP="004B2954">
      <w:pPr>
        <w:spacing w:after="20"/>
        <w:ind w:left="216"/>
        <w:rPr>
          <w:rFonts w:cs="Times New Roman"/>
          <w:sz w:val="20"/>
          <w:szCs w:val="20"/>
        </w:rPr>
      </w:pPr>
      <w:r w:rsidRPr="00BB79B8">
        <w:rPr>
          <w:rFonts w:cs="Times New Roman"/>
          <w:sz w:val="20"/>
          <w:szCs w:val="20"/>
        </w:rPr>
        <w:t>Bacterial: Prompt antibiotics for bacterial myocarditis (e.g., diphtheria).</w:t>
      </w:r>
    </w:p>
    <w:p w14:paraId="53804B68"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causes: Remove the trigger for toxic or hypersensitivity myocarditis (e.g., stopping a culprit drug).</w:t>
      </w:r>
    </w:p>
    <w:p w14:paraId="7BD9C1E0"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Routine Use of Anti-inflammatory Drugs: Do not use NSAIDs (e.g., ibuprofen, naproxen) or high-dose corticosteroids in acute viral myocarditis, as they have been associated with worsened outcomes and impaired myocardial healing in animal models and some clinical studies.</w:t>
      </w:r>
    </w:p>
    <w:p w14:paraId="6BEF9A32"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Management and Surveillance: After recovery, manage chronic heart failure or dilated cardiomyopathy with standard guideline-directed medical therapy (GDMT: beta-blockers, ACE inhibitors/ARBs, aldosterone antagonists, etc.). Perform serial echocardiograms or cardiac MRI to assess recovery and guide return to activity.</w:t>
      </w:r>
    </w:p>
    <w:p w14:paraId="61FB58B0"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the treatment is primarily supportive care (rest, heart failure drugs, rhythm control) with cause-specific therapy reserved for autoimmune, giant cell, or bacterial causes, while avoiding routine anti-inflammatory drugs like NSAIDs in the acute viral phase.</w:t>
      </w:r>
    </w:p>
    <w:p w14:paraId="028640C4" w14:textId="77777777" w:rsidR="004B2954" w:rsidRPr="00BB79B8" w:rsidRDefault="004B2954" w:rsidP="004B2954">
      <w:pPr>
        <w:spacing w:after="0"/>
        <w:rPr>
          <w:rFonts w:cs="Times New Roman"/>
          <w:sz w:val="20"/>
          <w:szCs w:val="20"/>
        </w:rPr>
      </w:pPr>
    </w:p>
    <w:p w14:paraId="736F5719"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Doubao</w:t>
      </w:r>
    </w:p>
    <w:p w14:paraId="116D474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8536C0B" w14:textId="77777777" w:rsidR="004B2954" w:rsidRPr="00BB79B8" w:rsidRDefault="004B2954" w:rsidP="004B2954">
      <w:pPr>
        <w:spacing w:after="20"/>
        <w:ind w:left="216"/>
        <w:rPr>
          <w:rFonts w:cs="Times New Roman"/>
          <w:sz w:val="20"/>
          <w:szCs w:val="20"/>
        </w:rPr>
      </w:pPr>
      <w:r w:rsidRPr="00BB79B8">
        <w:rPr>
          <w:rFonts w:cs="Times New Roman"/>
          <w:sz w:val="20"/>
          <w:szCs w:val="20"/>
        </w:rPr>
        <w:t>Basic Treatment Principles for Myocarditis</w:t>
      </w:r>
    </w:p>
    <w:p w14:paraId="2364BD43" w14:textId="77777777" w:rsidR="004B2954" w:rsidRPr="00BB79B8" w:rsidRDefault="004B2954" w:rsidP="004B2954">
      <w:pPr>
        <w:spacing w:after="20"/>
        <w:ind w:left="216"/>
        <w:rPr>
          <w:rFonts w:cs="Times New Roman"/>
          <w:sz w:val="20"/>
          <w:szCs w:val="20"/>
        </w:rPr>
      </w:pPr>
      <w:r w:rsidRPr="00BB79B8">
        <w:rPr>
          <w:rFonts w:cs="Times New Roman"/>
          <w:sz w:val="20"/>
          <w:szCs w:val="20"/>
        </w:rPr>
        <w:t>Strict bed rest and adequate rest to reduce cardiac load, avoid physical activity, and prevent myocardial damage aggravation.</w:t>
      </w:r>
    </w:p>
    <w:p w14:paraId="6ABD6FF4"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Symptomatic and supportive treatment: maintain fluid and electrolyte balance, improve myocardial metabolism, and protect myocardial cells.</w:t>
      </w:r>
    </w:p>
    <w:p w14:paraId="007CE1D3" w14:textId="77777777" w:rsidR="004B2954" w:rsidRPr="00BB79B8" w:rsidRDefault="004B2954" w:rsidP="004B2954">
      <w:pPr>
        <w:spacing w:after="20"/>
        <w:ind w:left="216"/>
        <w:rPr>
          <w:rFonts w:cs="Times New Roman"/>
          <w:sz w:val="20"/>
          <w:szCs w:val="20"/>
        </w:rPr>
      </w:pPr>
      <w:r w:rsidRPr="00BB79B8">
        <w:rPr>
          <w:rFonts w:cs="Times New Roman"/>
          <w:sz w:val="20"/>
          <w:szCs w:val="20"/>
        </w:rPr>
        <w:t>Control etiology: target treatment for viral/bacterial/other pathogenic infections.</w:t>
      </w:r>
    </w:p>
    <w:p w14:paraId="51F00AA2" w14:textId="77777777" w:rsidR="004B2954" w:rsidRPr="00BB79B8" w:rsidRDefault="004B2954" w:rsidP="004B2954">
      <w:pPr>
        <w:spacing w:after="20"/>
        <w:ind w:left="216"/>
        <w:rPr>
          <w:rFonts w:cs="Times New Roman"/>
          <w:sz w:val="20"/>
          <w:szCs w:val="20"/>
        </w:rPr>
      </w:pPr>
      <w:r w:rsidRPr="00BB79B8">
        <w:rPr>
          <w:rFonts w:cs="Times New Roman"/>
          <w:sz w:val="20"/>
          <w:szCs w:val="20"/>
        </w:rPr>
        <w:t>Manage complications: timely treat heart failure, arrhythmia, cardiogenic shock and other severe complications.</w:t>
      </w:r>
    </w:p>
    <w:p w14:paraId="00D4BE6D" w14:textId="77777777" w:rsidR="004B2954" w:rsidRPr="00BB79B8" w:rsidRDefault="004B2954" w:rsidP="004B2954">
      <w:pPr>
        <w:spacing w:after="20"/>
        <w:ind w:left="216"/>
        <w:rPr>
          <w:rFonts w:cs="Times New Roman"/>
          <w:sz w:val="20"/>
          <w:szCs w:val="20"/>
        </w:rPr>
      </w:pPr>
      <w:r w:rsidRPr="00BB79B8">
        <w:rPr>
          <w:rFonts w:cs="Times New Roman"/>
          <w:sz w:val="20"/>
          <w:szCs w:val="20"/>
        </w:rPr>
        <w:t>Anti-inflammatory and immunomodulatory therapy: use glucocorticoids or immunomodulators for severe inflammatory reactions or immune-mediated myocardial injury as appropriate.</w:t>
      </w:r>
    </w:p>
    <w:p w14:paraId="7C9A04CE"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follow-up and rehabilitation: monitor cardiac function regularly to avoid sequelae such as dilated cardiomyopathy.</w:t>
      </w:r>
    </w:p>
    <w:p w14:paraId="3BB74F4B" w14:textId="77777777" w:rsidR="004B2954" w:rsidRPr="00BB79B8" w:rsidRDefault="004B2954" w:rsidP="004B2954">
      <w:pPr>
        <w:rPr>
          <w:rFonts w:cs="Times New Roman"/>
          <w:sz w:val="20"/>
          <w:szCs w:val="20"/>
        </w:rPr>
      </w:pPr>
    </w:p>
    <w:p w14:paraId="0269CA64" w14:textId="77777777" w:rsidR="004B2954" w:rsidRPr="00BB79B8" w:rsidRDefault="004B2954" w:rsidP="004B2954">
      <w:pPr>
        <w:keepNext/>
        <w:rPr>
          <w:rFonts w:cs="Times New Roman"/>
          <w:sz w:val="20"/>
          <w:szCs w:val="20"/>
        </w:rPr>
      </w:pPr>
      <w:r w:rsidRPr="00BB79B8">
        <w:rPr>
          <w:rFonts w:cs="Times New Roman"/>
          <w:b/>
          <w:color w:val="1F4E79"/>
          <w:sz w:val="20"/>
          <w:szCs w:val="20"/>
        </w:rPr>
        <w:t>Q38. Does mild myocarditis require hospitalization?</w:t>
      </w:r>
    </w:p>
    <w:p w14:paraId="2F85FF2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429A1DB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D72B5D8" w14:textId="77777777" w:rsidR="004B2954" w:rsidRPr="00BB79B8" w:rsidRDefault="004B2954" w:rsidP="004B2954">
      <w:pPr>
        <w:spacing w:after="20"/>
        <w:ind w:left="216"/>
        <w:rPr>
          <w:rFonts w:cs="Times New Roman"/>
          <w:sz w:val="20"/>
          <w:szCs w:val="20"/>
        </w:rPr>
      </w:pPr>
      <w:r w:rsidRPr="00BB79B8">
        <w:rPr>
          <w:rFonts w:cs="Times New Roman"/>
          <w:sz w:val="20"/>
          <w:szCs w:val="20"/>
        </w:rPr>
        <w:t>Mild myocarditis often does not require hospitalization. Most patients with mild or subclinical myocarditis can be safely managed as outpatients with:</w:t>
      </w:r>
    </w:p>
    <w:p w14:paraId="24B6FA6F" w14:textId="77777777" w:rsidR="004B2954" w:rsidRPr="00BB79B8" w:rsidRDefault="004B2954" w:rsidP="004B2954">
      <w:pPr>
        <w:spacing w:after="20"/>
        <w:ind w:left="216"/>
        <w:rPr>
          <w:rFonts w:cs="Times New Roman"/>
          <w:sz w:val="20"/>
          <w:szCs w:val="20"/>
        </w:rPr>
      </w:pPr>
      <w:r w:rsidRPr="00BB79B8">
        <w:rPr>
          <w:rFonts w:cs="Times New Roman"/>
          <w:sz w:val="20"/>
          <w:szCs w:val="20"/>
        </w:rPr>
        <w:t>Rest and activity restriction to reduce cardiac stress.</w:t>
      </w:r>
    </w:p>
    <w:p w14:paraId="1AB23B6F"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of symptoms such as chest pain, palpitations, shortness of breath, or syncope.</w:t>
      </w:r>
    </w:p>
    <w:p w14:paraId="429ED343"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tests (e.g., ECG, echocardiogram, troponin levels) to ensure cardiac function remains stable.</w:t>
      </w:r>
    </w:p>
    <w:p w14:paraId="621B852F" w14:textId="77777777" w:rsidR="004B2954" w:rsidRPr="00BB79B8" w:rsidRDefault="004B2954" w:rsidP="004B2954">
      <w:pPr>
        <w:spacing w:after="20"/>
        <w:ind w:left="216"/>
        <w:rPr>
          <w:rFonts w:cs="Times New Roman"/>
          <w:sz w:val="20"/>
          <w:szCs w:val="20"/>
        </w:rPr>
      </w:pPr>
      <w:r w:rsidRPr="00BB79B8">
        <w:rPr>
          <w:rFonts w:cs="Times New Roman"/>
          <w:sz w:val="20"/>
          <w:szCs w:val="20"/>
        </w:rPr>
        <w:t>Avoidance of medications or substances that could stress the heart (like NSAIDs in some cases, stimulants, or alcohol).</w:t>
      </w:r>
    </w:p>
    <w:p w14:paraId="54D13FBA" w14:textId="77777777" w:rsidR="004B2954" w:rsidRPr="00BB79B8" w:rsidRDefault="004B2954" w:rsidP="004B2954">
      <w:pPr>
        <w:spacing w:after="20"/>
        <w:ind w:left="216"/>
        <w:rPr>
          <w:rFonts w:cs="Times New Roman"/>
          <w:sz w:val="20"/>
          <w:szCs w:val="20"/>
        </w:rPr>
      </w:pPr>
      <w:r w:rsidRPr="00BB79B8">
        <w:rPr>
          <w:rFonts w:cs="Times New Roman"/>
          <w:sz w:val="20"/>
          <w:szCs w:val="20"/>
        </w:rPr>
        <w:t>Hospitalization is usually reserved for patients with:</w:t>
      </w:r>
    </w:p>
    <w:p w14:paraId="7A86B2BC"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symptoms (persistent chest pain, syncope, shortness of breath at rest).</w:t>
      </w:r>
    </w:p>
    <w:p w14:paraId="1C83D348" w14:textId="77777777" w:rsidR="004B2954" w:rsidRPr="00BB79B8" w:rsidRDefault="004B2954" w:rsidP="004B2954">
      <w:pPr>
        <w:spacing w:after="20"/>
        <w:ind w:left="216"/>
        <w:rPr>
          <w:rFonts w:cs="Times New Roman"/>
          <w:sz w:val="20"/>
          <w:szCs w:val="20"/>
        </w:rPr>
      </w:pPr>
      <w:r w:rsidRPr="00BB79B8">
        <w:rPr>
          <w:rFonts w:cs="Times New Roman"/>
          <w:sz w:val="20"/>
          <w:szCs w:val="20"/>
        </w:rPr>
        <w:t>Evidence of heart failure, arrhythmias, or significant cardiac dysfunction.</w:t>
      </w:r>
    </w:p>
    <w:p w14:paraId="084D23BD" w14:textId="77777777" w:rsidR="004B2954" w:rsidRPr="00BB79B8" w:rsidRDefault="004B2954" w:rsidP="004B2954">
      <w:pPr>
        <w:spacing w:after="20"/>
        <w:ind w:left="216"/>
        <w:rPr>
          <w:rFonts w:cs="Times New Roman"/>
          <w:sz w:val="20"/>
          <w:szCs w:val="20"/>
        </w:rPr>
      </w:pPr>
      <w:r w:rsidRPr="00BB79B8">
        <w:rPr>
          <w:rFonts w:cs="Times New Roman"/>
          <w:sz w:val="20"/>
          <w:szCs w:val="20"/>
        </w:rPr>
        <w:t>Rapidly rising cardiac biomarkers or concerning imaging findings.</w:t>
      </w:r>
    </w:p>
    <w:p w14:paraId="1260AE14" w14:textId="77777777" w:rsidR="004B2954" w:rsidRPr="00BB79B8" w:rsidRDefault="004B2954" w:rsidP="004B2954">
      <w:pPr>
        <w:spacing w:after="20"/>
        <w:ind w:left="216"/>
        <w:rPr>
          <w:rFonts w:cs="Times New Roman"/>
          <w:sz w:val="20"/>
          <w:szCs w:val="20"/>
        </w:rPr>
      </w:pPr>
      <w:r w:rsidRPr="00BB79B8">
        <w:rPr>
          <w:rFonts w:cs="Times New Roman"/>
          <w:sz w:val="20"/>
          <w:szCs w:val="20"/>
        </w:rPr>
        <w:t>Uncertainty in diagnosis where monitoring is required.</w:t>
      </w:r>
    </w:p>
    <w:p w14:paraId="2202F362" w14:textId="77777777" w:rsidR="004B2954" w:rsidRPr="00BB79B8" w:rsidRDefault="004B2954" w:rsidP="004B2954">
      <w:pPr>
        <w:spacing w:after="20"/>
        <w:ind w:left="216"/>
        <w:rPr>
          <w:rFonts w:cs="Times New Roman"/>
          <w:sz w:val="20"/>
          <w:szCs w:val="20"/>
        </w:rPr>
      </w:pPr>
      <w:r w:rsidRPr="00BB79B8">
        <w:rPr>
          <w:rFonts w:cs="Times New Roman"/>
          <w:sz w:val="20"/>
          <w:szCs w:val="20"/>
        </w:rPr>
        <w:t>In other words, if the myocarditis is mild, stable, and the patient can safely monitor symptoms at home, hospitalization is often unnecessary. However, patients should have clear instructions on warning signs that require urgent medical attention.</w:t>
      </w:r>
    </w:p>
    <w:p w14:paraId="663FC054" w14:textId="77777777" w:rsidR="004B2954" w:rsidRPr="00BB79B8" w:rsidRDefault="004B2954" w:rsidP="004B2954">
      <w:pPr>
        <w:spacing w:after="0"/>
        <w:rPr>
          <w:rFonts w:cs="Times New Roman"/>
          <w:sz w:val="20"/>
          <w:szCs w:val="20"/>
        </w:rPr>
      </w:pPr>
    </w:p>
    <w:p w14:paraId="36C24C8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56FEB41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4503A37" w14:textId="77777777" w:rsidR="004B2954" w:rsidRPr="00BB79B8" w:rsidRDefault="004B2954" w:rsidP="004B2954">
      <w:pPr>
        <w:spacing w:after="20"/>
        <w:ind w:left="216"/>
        <w:rPr>
          <w:rFonts w:cs="Times New Roman"/>
          <w:sz w:val="20"/>
          <w:szCs w:val="20"/>
        </w:rPr>
      </w:pPr>
      <w:r w:rsidRPr="00BB79B8">
        <w:rPr>
          <w:rFonts w:cs="Times New Roman"/>
          <w:sz w:val="20"/>
          <w:szCs w:val="20"/>
        </w:rPr>
        <w:t>Whether mild myocarditis requires hospitalization is a decision made by medical professionals based on a clinical evaluation, but the general consensus in modern cardiology has shifted toward a more cautious, "safety-first" approach.</w:t>
      </w:r>
    </w:p>
    <w:p w14:paraId="14D6119F" w14:textId="77777777" w:rsidR="004B2954" w:rsidRPr="00BB79B8" w:rsidRDefault="004B2954" w:rsidP="004B2954">
      <w:pPr>
        <w:spacing w:after="20"/>
        <w:ind w:left="216"/>
        <w:rPr>
          <w:rFonts w:cs="Times New Roman"/>
          <w:sz w:val="20"/>
          <w:szCs w:val="20"/>
        </w:rPr>
      </w:pPr>
      <w:r w:rsidRPr="00BB79B8">
        <w:rPr>
          <w:rFonts w:cs="Times New Roman"/>
          <w:sz w:val="20"/>
          <w:szCs w:val="20"/>
        </w:rPr>
        <w:t>The Standard Clinical Approach</w:t>
      </w:r>
    </w:p>
    <w:p w14:paraId="736EB8BB" w14:textId="77777777" w:rsidR="004B2954" w:rsidRPr="00BB79B8" w:rsidRDefault="004B2954" w:rsidP="004B2954">
      <w:pPr>
        <w:spacing w:after="20"/>
        <w:ind w:left="216"/>
        <w:rPr>
          <w:rFonts w:cs="Times New Roman"/>
          <w:sz w:val="20"/>
          <w:szCs w:val="20"/>
        </w:rPr>
      </w:pPr>
      <w:r w:rsidRPr="00BB79B8">
        <w:rPr>
          <w:rFonts w:cs="Times New Roman"/>
          <w:sz w:val="20"/>
          <w:szCs w:val="20"/>
        </w:rPr>
        <w:t>Traditionally, most patients diagnosed with myocarditis-even those with "mild" symptoms-are admitted to the hospital for an initial observation period (usually 24 to 72 hours). The primary reasons for this include:</w:t>
      </w:r>
    </w:p>
    <w:p w14:paraId="79B1D212" w14:textId="77777777" w:rsidR="004B2954" w:rsidRPr="00BB79B8" w:rsidRDefault="004B2954" w:rsidP="004B2954">
      <w:pPr>
        <w:spacing w:after="20"/>
        <w:ind w:left="216"/>
        <w:rPr>
          <w:rFonts w:cs="Times New Roman"/>
          <w:sz w:val="20"/>
          <w:szCs w:val="20"/>
        </w:rPr>
      </w:pPr>
      <w:r w:rsidRPr="00BB79B8">
        <w:rPr>
          <w:rFonts w:cs="Times New Roman"/>
          <w:sz w:val="20"/>
          <w:szCs w:val="20"/>
        </w:rPr>
        <w:t>Risk of Arrhythmia: Even if inflammation is limited, it can interfere with the heart's electrical signals, leading to sudden abnormal heart rhythms.</w:t>
      </w:r>
    </w:p>
    <w:p w14:paraId="35D4EB5C"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Troponin Levels: Doctors need to track cardiac enzymes (like Troponin) to ensure they are trending downward, signaling that the acute phase of inflammation is resolving.</w:t>
      </w:r>
    </w:p>
    <w:p w14:paraId="4455F4C6"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Echocardiographic Monitoring: Continuous or serial imaging ensures that heart function (ejection fraction) remains stable and that no fluid is building up around the heart (pericardial effusion).</w:t>
      </w:r>
    </w:p>
    <w:p w14:paraId="309C2D4B" w14:textId="77777777" w:rsidR="004B2954" w:rsidRPr="00BB79B8" w:rsidRDefault="004B2954" w:rsidP="004B2954">
      <w:pPr>
        <w:spacing w:after="20"/>
        <w:ind w:left="216"/>
        <w:rPr>
          <w:rFonts w:cs="Times New Roman"/>
          <w:sz w:val="20"/>
          <w:szCs w:val="20"/>
        </w:rPr>
      </w:pPr>
      <w:r w:rsidRPr="00BB79B8">
        <w:rPr>
          <w:rFonts w:cs="Times New Roman"/>
          <w:sz w:val="20"/>
          <w:szCs w:val="20"/>
        </w:rPr>
        <w:t>When Outpatient Management May Be Considered</w:t>
      </w:r>
    </w:p>
    <w:p w14:paraId="72825628" w14:textId="77777777" w:rsidR="004B2954" w:rsidRPr="00BB79B8" w:rsidRDefault="004B2954" w:rsidP="004B2954">
      <w:pPr>
        <w:spacing w:after="20"/>
        <w:ind w:left="216"/>
        <w:rPr>
          <w:rFonts w:cs="Times New Roman"/>
          <w:sz w:val="20"/>
          <w:szCs w:val="20"/>
        </w:rPr>
      </w:pPr>
      <w:r w:rsidRPr="00BB79B8">
        <w:rPr>
          <w:rFonts w:cs="Times New Roman"/>
          <w:sz w:val="20"/>
          <w:szCs w:val="20"/>
        </w:rPr>
        <w:t>In certain cases, a doctor might determine that a patient is "low risk" enough to be monitored at home. This typically requires:</w:t>
      </w:r>
    </w:p>
    <w:p w14:paraId="0D303A6A" w14:textId="77777777" w:rsidR="004B2954" w:rsidRPr="00BB79B8" w:rsidRDefault="004B2954" w:rsidP="004B2954">
      <w:pPr>
        <w:spacing w:after="20"/>
        <w:ind w:left="216"/>
        <w:rPr>
          <w:rFonts w:cs="Times New Roman"/>
          <w:sz w:val="20"/>
          <w:szCs w:val="20"/>
        </w:rPr>
      </w:pPr>
      <w:r w:rsidRPr="00BB79B8">
        <w:rPr>
          <w:rFonts w:cs="Times New Roman"/>
          <w:sz w:val="20"/>
          <w:szCs w:val="20"/>
        </w:rPr>
        <w:t>Hemodynamic Stability: Normal blood pressure and no signs of heart failure.</w:t>
      </w:r>
    </w:p>
    <w:p w14:paraId="0E3DADFB" w14:textId="77777777" w:rsidR="004B2954" w:rsidRPr="00BB79B8" w:rsidRDefault="004B2954" w:rsidP="004B2954">
      <w:pPr>
        <w:spacing w:after="20"/>
        <w:ind w:left="216"/>
        <w:rPr>
          <w:rFonts w:cs="Times New Roman"/>
          <w:sz w:val="20"/>
          <w:szCs w:val="20"/>
        </w:rPr>
      </w:pPr>
      <w:r w:rsidRPr="00BB79B8">
        <w:rPr>
          <w:rFonts w:cs="Times New Roman"/>
          <w:sz w:val="20"/>
          <w:szCs w:val="20"/>
        </w:rPr>
        <w:t>Preserved Heart Function: An echocardiogram showing a normal ejection fraction ($EF \ge 50\%$).</w:t>
      </w:r>
    </w:p>
    <w:p w14:paraId="6F4835DF" w14:textId="77777777" w:rsidR="004B2954" w:rsidRPr="00BB79B8" w:rsidRDefault="004B2954" w:rsidP="004B2954">
      <w:pPr>
        <w:spacing w:after="20"/>
        <w:ind w:left="216"/>
        <w:rPr>
          <w:rFonts w:cs="Times New Roman"/>
          <w:sz w:val="20"/>
          <w:szCs w:val="20"/>
        </w:rPr>
      </w:pPr>
      <w:r w:rsidRPr="00BB79B8">
        <w:rPr>
          <w:rFonts w:cs="Times New Roman"/>
          <w:sz w:val="20"/>
          <w:szCs w:val="20"/>
        </w:rPr>
        <w:t>Absence of High-Risk Markers: No significant arrhythmias on an EKG and no severe chest pain.</w:t>
      </w:r>
    </w:p>
    <w:p w14:paraId="404794FD" w14:textId="77777777" w:rsidR="004B2954" w:rsidRPr="00BB79B8" w:rsidRDefault="004B2954" w:rsidP="004B2954">
      <w:pPr>
        <w:spacing w:after="20"/>
        <w:ind w:left="216"/>
        <w:rPr>
          <w:rFonts w:cs="Times New Roman"/>
          <w:sz w:val="20"/>
          <w:szCs w:val="20"/>
        </w:rPr>
      </w:pPr>
      <w:r w:rsidRPr="00BB79B8">
        <w:rPr>
          <w:rFonts w:cs="Times New Roman"/>
          <w:sz w:val="20"/>
          <w:szCs w:val="20"/>
        </w:rPr>
        <w:t>Reliable Follow-up: The patient must be able to return to the hospital immediately if symptoms worsen.</w:t>
      </w:r>
    </w:p>
    <w:p w14:paraId="152B73D2" w14:textId="77777777" w:rsidR="004B2954" w:rsidRPr="00BB79B8" w:rsidRDefault="004B2954" w:rsidP="004B2954">
      <w:pPr>
        <w:spacing w:after="20"/>
        <w:ind w:left="216"/>
        <w:rPr>
          <w:rFonts w:cs="Times New Roman"/>
          <w:sz w:val="20"/>
          <w:szCs w:val="20"/>
        </w:rPr>
      </w:pPr>
      <w:r w:rsidRPr="00BB79B8">
        <w:rPr>
          <w:rFonts w:cs="Times New Roman"/>
          <w:sz w:val="20"/>
          <w:szCs w:val="20"/>
        </w:rPr>
        <w:t>Management Strategies</w:t>
      </w:r>
    </w:p>
    <w:p w14:paraId="3F0704D3" w14:textId="77777777" w:rsidR="004B2954" w:rsidRPr="00BB79B8" w:rsidRDefault="004B2954" w:rsidP="004B2954">
      <w:pPr>
        <w:spacing w:after="20"/>
        <w:ind w:left="216"/>
        <w:rPr>
          <w:rFonts w:cs="Times New Roman"/>
          <w:sz w:val="20"/>
          <w:szCs w:val="20"/>
        </w:rPr>
      </w:pPr>
      <w:r w:rsidRPr="00BB79B8">
        <w:rPr>
          <w:rFonts w:cs="Times New Roman"/>
          <w:sz w:val="20"/>
          <w:szCs w:val="20"/>
        </w:rPr>
        <w:t>Regardless of whether a patient is hospitalized, the cornerstone of treatment for mild myocarditis is strict physical rest.</w:t>
      </w:r>
    </w:p>
    <w:p w14:paraId="0B50DBB6"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Activity Restriction: Competitive sports and high-intensity exercise are usually prohibited for 3 to 6 months until imaging (like a Cardiac MRI) and blood tests confirm the heart has fully healed.</w:t>
      </w:r>
    </w:p>
    <w:p w14:paraId="38098C6A"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 Doctors may prescribe NSAIDs (if no heart failure is present), beta-blockers, or ACE inhibitors to reduce the workload on the heart.</w:t>
      </w:r>
    </w:p>
    <w:p w14:paraId="615C9A4B"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Important Note: If you or someone else is experiencing chest pain, shortness of breath, or palpitations, you should seek immediate medical evaluation at an emergency department. Only a physician can determine the severity of the condition through blood work, EKGs, and imaging.</w:t>
      </w:r>
    </w:p>
    <w:p w14:paraId="38981CA4" w14:textId="77777777" w:rsidR="004B2954" w:rsidRPr="00BB79B8" w:rsidRDefault="004B2954" w:rsidP="004B2954">
      <w:pPr>
        <w:spacing w:after="0"/>
        <w:rPr>
          <w:rFonts w:cs="Times New Roman"/>
          <w:sz w:val="20"/>
          <w:szCs w:val="20"/>
        </w:rPr>
      </w:pPr>
    </w:p>
    <w:p w14:paraId="3E8FA0E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271CE29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A2E5DF4" w14:textId="77777777" w:rsidR="004B2954" w:rsidRPr="00BB79B8" w:rsidRDefault="004B2954" w:rsidP="004B2954">
      <w:pPr>
        <w:spacing w:after="20"/>
        <w:ind w:left="216"/>
        <w:rPr>
          <w:rFonts w:cs="Times New Roman"/>
          <w:sz w:val="20"/>
          <w:szCs w:val="20"/>
        </w:rPr>
      </w:pPr>
      <w:r w:rsidRPr="00BB79B8">
        <w:rPr>
          <w:rFonts w:cs="Times New Roman"/>
          <w:sz w:val="20"/>
          <w:szCs w:val="20"/>
        </w:rPr>
        <w:t>Short answer: Usually no. Mild myocarditis typically does not require hospitalization and often improves with rest and medication at home.</w:t>
      </w:r>
    </w:p>
    <w:p w14:paraId="7FD726F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mild myocarditis does not need hospitalization</w:t>
      </w:r>
    </w:p>
    <w:p w14:paraId="7BFEBCF3"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are minimal - mild fatigue, mild chest discomfort, or palpitations without breathing difficulty.</w:t>
      </w:r>
    </w:p>
    <w:p w14:paraId="76A3B3C7"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function is normal or only slightly affected on tests such as ECG, troponin, or echocardiogram.</w:t>
      </w:r>
    </w:p>
    <w:p w14:paraId="0134E317" w14:textId="77777777" w:rsidR="004B2954" w:rsidRPr="00BB79B8" w:rsidRDefault="004B2954" w:rsidP="004B2954">
      <w:pPr>
        <w:spacing w:after="20"/>
        <w:ind w:left="216"/>
        <w:rPr>
          <w:rFonts w:cs="Times New Roman"/>
          <w:sz w:val="20"/>
          <w:szCs w:val="20"/>
        </w:rPr>
      </w:pPr>
      <w:r w:rsidRPr="00BB79B8">
        <w:rPr>
          <w:rFonts w:cs="Times New Roman"/>
          <w:sz w:val="20"/>
          <w:szCs w:val="20"/>
        </w:rPr>
        <w:t>No arrhythmias or signs of heart failure are present.</w:t>
      </w:r>
    </w:p>
    <w:p w14:paraId="64F89E54"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 is stable and can be safely monitored as an outpatient.</w:t>
      </w:r>
    </w:p>
    <w:p w14:paraId="30DEE677"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these cases, treatment usually involves:</w:t>
      </w:r>
    </w:p>
    <w:p w14:paraId="723C4263" w14:textId="77777777" w:rsidR="004B2954" w:rsidRPr="00BB79B8" w:rsidRDefault="004B2954" w:rsidP="004B2954">
      <w:pPr>
        <w:spacing w:after="20"/>
        <w:ind w:left="216"/>
        <w:rPr>
          <w:rFonts w:cs="Times New Roman"/>
          <w:sz w:val="20"/>
          <w:szCs w:val="20"/>
        </w:rPr>
      </w:pPr>
      <w:r w:rsidRPr="00BB79B8">
        <w:rPr>
          <w:rFonts w:cs="Times New Roman"/>
          <w:sz w:val="20"/>
          <w:szCs w:val="20"/>
        </w:rPr>
        <w:t>Rest</w:t>
      </w:r>
    </w:p>
    <w:p w14:paraId="0CCBC408" w14:textId="77777777" w:rsidR="004B2954" w:rsidRPr="00BB79B8" w:rsidRDefault="004B2954" w:rsidP="004B2954">
      <w:pPr>
        <w:spacing w:after="20"/>
        <w:ind w:left="216"/>
        <w:rPr>
          <w:rFonts w:cs="Times New Roman"/>
          <w:sz w:val="20"/>
          <w:szCs w:val="20"/>
        </w:rPr>
      </w:pPr>
      <w:r w:rsidRPr="00BB79B8">
        <w:rPr>
          <w:rFonts w:cs="Times New Roman"/>
          <w:sz w:val="20"/>
          <w:szCs w:val="20"/>
        </w:rPr>
        <w:t>Avoiding exercise</w:t>
      </w:r>
    </w:p>
    <w:p w14:paraId="002C2853"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Medications as prescribed (e.g., anti-inflammatories or heart medications)</w:t>
      </w:r>
    </w:p>
    <w:p w14:paraId="39139B38"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with a cardiologist</w:t>
      </w:r>
    </w:p>
    <w:p w14:paraId="40368D7C" w14:textId="77777777" w:rsidR="004B2954" w:rsidRPr="00BB79B8" w:rsidRDefault="004B2954" w:rsidP="004B2954">
      <w:pPr>
        <w:spacing w:after="20"/>
        <w:ind w:left="216"/>
        <w:rPr>
          <w:rFonts w:cs="Times New Roman"/>
          <w:sz w:val="20"/>
          <w:szCs w:val="20"/>
        </w:rPr>
      </w:pPr>
      <w:r w:rsidRPr="00BB79B8">
        <w:rPr>
          <w:rFonts w:cs="Times New Roman"/>
          <w:sz w:val="20"/>
          <w:szCs w:val="20"/>
        </w:rPr>
        <w:t>When myocarditis does require hospitalization</w:t>
      </w:r>
    </w:p>
    <w:p w14:paraId="07DEA39E"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if symptoms seem mild, hospitalization is needed if any of the following appear:</w:t>
      </w:r>
    </w:p>
    <w:p w14:paraId="0337A883"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fainting, or chest pain</w:t>
      </w:r>
    </w:p>
    <w:p w14:paraId="09486157" w14:textId="77777777" w:rsidR="004B2954" w:rsidRPr="00BB79B8" w:rsidRDefault="004B2954" w:rsidP="004B2954">
      <w:pPr>
        <w:spacing w:after="20"/>
        <w:ind w:left="216"/>
        <w:rPr>
          <w:rFonts w:cs="Times New Roman"/>
          <w:sz w:val="20"/>
          <w:szCs w:val="20"/>
        </w:rPr>
      </w:pPr>
      <w:r w:rsidRPr="00BB79B8">
        <w:rPr>
          <w:rFonts w:cs="Times New Roman"/>
          <w:sz w:val="20"/>
          <w:szCs w:val="20"/>
        </w:rPr>
        <w:t>Abnormal heart rhythms</w:t>
      </w:r>
    </w:p>
    <w:p w14:paraId="38CAFF7B" w14:textId="77777777" w:rsidR="004B2954" w:rsidRPr="00BB79B8" w:rsidRDefault="004B2954" w:rsidP="004B2954">
      <w:pPr>
        <w:spacing w:after="20"/>
        <w:ind w:left="216"/>
        <w:rPr>
          <w:rFonts w:cs="Times New Roman"/>
          <w:sz w:val="20"/>
          <w:szCs w:val="20"/>
        </w:rPr>
      </w:pPr>
      <w:r w:rsidRPr="00BB79B8">
        <w:rPr>
          <w:rFonts w:cs="Times New Roman"/>
          <w:sz w:val="20"/>
          <w:szCs w:val="20"/>
        </w:rPr>
        <w:t>Elevated cardiac biomarkers suggesting more significant heart injury</w:t>
      </w:r>
    </w:p>
    <w:p w14:paraId="5EB7D6FB"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heart pumping function on imaging</w:t>
      </w:r>
    </w:p>
    <w:p w14:paraId="4DBF4CC6" w14:textId="77777777" w:rsidR="004B2954" w:rsidRPr="00BB79B8" w:rsidRDefault="004B2954" w:rsidP="004B2954">
      <w:pPr>
        <w:spacing w:after="20"/>
        <w:ind w:left="216"/>
        <w:rPr>
          <w:rFonts w:cs="Times New Roman"/>
          <w:sz w:val="20"/>
          <w:szCs w:val="20"/>
        </w:rPr>
      </w:pPr>
      <w:r w:rsidRPr="00BB79B8">
        <w:rPr>
          <w:rFonts w:cs="Times New Roman"/>
          <w:sz w:val="20"/>
          <w:szCs w:val="20"/>
        </w:rPr>
        <w:t>Hemodynamic instability (low blood pressure, dizziness)</w:t>
      </w:r>
    </w:p>
    <w:p w14:paraId="3EF12FDB"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often require IV medications or close monitoring.</w:t>
      </w:r>
    </w:p>
    <w:p w14:paraId="45C5BBED"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4DC744FE" w14:textId="77777777" w:rsidR="004B2954" w:rsidRPr="00BB79B8" w:rsidRDefault="004B2954" w:rsidP="004B2954">
      <w:pPr>
        <w:spacing w:after="20"/>
        <w:ind w:left="216"/>
        <w:rPr>
          <w:rFonts w:cs="Times New Roman"/>
          <w:sz w:val="20"/>
          <w:szCs w:val="20"/>
        </w:rPr>
      </w:pPr>
      <w:r w:rsidRPr="00BB79B8">
        <w:rPr>
          <w:rFonts w:cs="Times New Roman"/>
          <w:sz w:val="20"/>
          <w:szCs w:val="20"/>
        </w:rPr>
        <w:t>Mild myocarditis to usually outpatient care.</w:t>
      </w:r>
    </w:p>
    <w:p w14:paraId="70AEB291"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to severe symptoms to hospitalization for monitoring and treatment.</w:t>
      </w:r>
    </w:p>
    <w:p w14:paraId="79054CE6" w14:textId="77777777" w:rsidR="004B2954" w:rsidRPr="00BB79B8" w:rsidRDefault="004B2954" w:rsidP="004B2954">
      <w:pPr>
        <w:spacing w:after="0"/>
        <w:rPr>
          <w:rFonts w:cs="Times New Roman"/>
          <w:sz w:val="20"/>
          <w:szCs w:val="20"/>
        </w:rPr>
      </w:pPr>
    </w:p>
    <w:p w14:paraId="5B6406D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2768617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A7004DE"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clinical question because the term "mild" can be deceptive in myocarditis.</w:t>
      </w:r>
    </w:p>
    <w:p w14:paraId="6677B567" w14:textId="77777777" w:rsidR="004B2954" w:rsidRPr="00BB79B8" w:rsidRDefault="004B2954" w:rsidP="004B2954">
      <w:pPr>
        <w:spacing w:after="20"/>
        <w:ind w:left="216"/>
        <w:rPr>
          <w:rFonts w:cs="Times New Roman"/>
          <w:sz w:val="20"/>
          <w:szCs w:val="20"/>
        </w:rPr>
      </w:pPr>
      <w:r w:rsidRPr="00BB79B8">
        <w:rPr>
          <w:rFonts w:cs="Times New Roman"/>
          <w:sz w:val="20"/>
          <w:szCs w:val="20"/>
        </w:rPr>
        <w:t>The short answer is: Yes, even mild myocarditis typically requires initial hospitalization.</w:t>
      </w:r>
    </w:p>
    <w:p w14:paraId="19771AD2"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"mild" suggests a good prognosis, myocarditis is dynamic and can progress unpredictably. The primary goal of hospitalization is not just treatment, but risk stratification and monitoring for potentially life-threatening complications that can arise without warning, even in initially stable patients.</w:t>
      </w:r>
    </w:p>
    <w:p w14:paraId="094C9B12"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breakdown of why hospitalization is the standard of care for nearly all newly diagnosed cases:</w:t>
      </w:r>
    </w:p>
    <w:p w14:paraId="5AE5BE88" w14:textId="77777777" w:rsidR="004B2954" w:rsidRPr="00BB79B8" w:rsidRDefault="004B2954" w:rsidP="004B2954">
      <w:pPr>
        <w:spacing w:after="20"/>
        <w:ind w:left="216"/>
        <w:rPr>
          <w:rFonts w:cs="Times New Roman"/>
          <w:sz w:val="20"/>
          <w:szCs w:val="20"/>
        </w:rPr>
      </w:pPr>
      <w:r w:rsidRPr="00BB79B8">
        <w:rPr>
          <w:rFonts w:cs="Times New Roman"/>
          <w:sz w:val="20"/>
          <w:szCs w:val="20"/>
        </w:rPr>
        <w:t>Reasons for Hospitalization in "Mild" Cases</w:t>
      </w:r>
    </w:p>
    <w:p w14:paraId="3ACB3BB4" w14:textId="77777777" w:rsidR="004B2954" w:rsidRPr="00BB79B8" w:rsidRDefault="004B2954" w:rsidP="004B2954">
      <w:pPr>
        <w:spacing w:after="20"/>
        <w:ind w:left="216"/>
        <w:rPr>
          <w:rFonts w:cs="Times New Roman"/>
          <w:sz w:val="20"/>
          <w:szCs w:val="20"/>
        </w:rPr>
      </w:pPr>
      <w:r w:rsidRPr="00BB79B8">
        <w:rPr>
          <w:rFonts w:cs="Times New Roman"/>
          <w:sz w:val="20"/>
          <w:szCs w:val="20"/>
        </w:rPr>
        <w:t>Risk of Arrhythmias: Even with preserved heart function (normal ejection fraction), the inflamed heart muscle is electrically irritable. This can cause dangerous ventricular arrhythmias (like VTach) or heart block. These can occur suddenly and may be the first sign of deterioration.</w:t>
      </w:r>
    </w:p>
    <w:p w14:paraId="21BE2921" w14:textId="77777777" w:rsidR="004B2954" w:rsidRPr="00BB79B8" w:rsidRDefault="004B2954" w:rsidP="004B2954">
      <w:pPr>
        <w:spacing w:after="20"/>
        <w:ind w:left="216"/>
        <w:rPr>
          <w:rFonts w:cs="Times New Roman"/>
          <w:sz w:val="20"/>
          <w:szCs w:val="20"/>
        </w:rPr>
      </w:pPr>
      <w:r w:rsidRPr="00BB79B8">
        <w:rPr>
          <w:rFonts w:cs="Times New Roman"/>
          <w:sz w:val="20"/>
          <w:szCs w:val="20"/>
        </w:rPr>
        <w:t>Subclinical Decline: What appears "mild" based on symptoms (e.g., some chest discomfort, fatigue) can evolve over 24-48 hours. A patient admitted for observation might show a subtle drop in blood pressure or oxygen saturation that would be missed at home.</w:t>
      </w:r>
    </w:p>
    <w:p w14:paraId="173CAE6F" w14:textId="77777777" w:rsidR="004B2954" w:rsidRPr="00BB79B8" w:rsidRDefault="004B2954" w:rsidP="004B2954">
      <w:pPr>
        <w:spacing w:after="20"/>
        <w:ind w:left="216"/>
        <w:rPr>
          <w:rFonts w:cs="Times New Roman"/>
          <w:sz w:val="20"/>
          <w:szCs w:val="20"/>
        </w:rPr>
      </w:pPr>
      <w:r w:rsidRPr="00BB79B8">
        <w:rPr>
          <w:rFonts w:cs="Times New Roman"/>
          <w:sz w:val="20"/>
          <w:szCs w:val="20"/>
        </w:rPr>
        <w:t>Need for Baseline Testing: Hospitalization allows for a focused workup including:</w:t>
      </w:r>
    </w:p>
    <w:p w14:paraId="0DFC8AD4" w14:textId="77777777" w:rsidR="004B2954" w:rsidRPr="00BB79B8" w:rsidRDefault="004B2954" w:rsidP="004B2954">
      <w:pPr>
        <w:spacing w:after="20"/>
        <w:ind w:left="216"/>
        <w:rPr>
          <w:rFonts w:cs="Times New Roman"/>
          <w:sz w:val="20"/>
          <w:szCs w:val="20"/>
        </w:rPr>
      </w:pPr>
      <w:r w:rsidRPr="00BB79B8">
        <w:rPr>
          <w:rFonts w:cs="Times New Roman"/>
          <w:sz w:val="20"/>
          <w:szCs w:val="20"/>
        </w:rPr>
        <w:t>Serial high-sensitivity troponin levels (to trend heart muscle injury).</w:t>
      </w:r>
    </w:p>
    <w:p w14:paraId="2C66AAD4" w14:textId="77777777" w:rsidR="004B2954" w:rsidRPr="00BB79B8" w:rsidRDefault="004B2954" w:rsidP="004B2954">
      <w:pPr>
        <w:spacing w:after="20"/>
        <w:ind w:left="216"/>
        <w:rPr>
          <w:rFonts w:cs="Times New Roman"/>
          <w:sz w:val="20"/>
          <w:szCs w:val="20"/>
        </w:rPr>
      </w:pPr>
      <w:r w:rsidRPr="00BB79B8">
        <w:rPr>
          <w:rFonts w:cs="Times New Roman"/>
          <w:sz w:val="20"/>
          <w:szCs w:val="20"/>
        </w:rPr>
        <w:t>A cardiac MRI (the non-invasive gold standard for diagnosis) or echocardiogram (to rule out hidden wall motion abnormalities or early pericardial effusion).</w:t>
      </w:r>
    </w:p>
    <w:p w14:paraId="79B44940"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Continuous telemetry monitoring (to catch any arrhythmia immediately).</w:t>
      </w:r>
    </w:p>
    <w:p w14:paraId="146B0BF9" w14:textId="77777777" w:rsidR="004B2954" w:rsidRPr="00BB79B8" w:rsidRDefault="004B2954" w:rsidP="004B2954">
      <w:pPr>
        <w:spacing w:after="20"/>
        <w:ind w:left="216"/>
        <w:rPr>
          <w:rFonts w:cs="Times New Roman"/>
          <w:sz w:val="20"/>
          <w:szCs w:val="20"/>
        </w:rPr>
      </w:pPr>
      <w:r w:rsidRPr="00BB79B8">
        <w:rPr>
          <w:rFonts w:cs="Times New Roman"/>
          <w:sz w:val="20"/>
          <w:szCs w:val="20"/>
        </w:rPr>
        <w:t>Exclusion of Mimics: Symptoms of mild myocarditis (chest pain, shortness of breath) can overlap with acute coronary syndrome (a heart attack), which also requires hospital evaluation.</w:t>
      </w:r>
    </w:p>
    <w:p w14:paraId="69B6FC56"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Could Hospitalization Be Brief or Observational?</w:t>
      </w:r>
    </w:p>
    <w:p w14:paraId="2BFB67E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In highly selected, low-risk patients, admission might be to a short-stay or observation unit (e.g., 24-48 hours) rather than a full inpatient ward. Criteria for a very short stay (still requiring monitoring) often include:</w:t>
      </w:r>
    </w:p>
    <w:p w14:paraId="66CCE725" w14:textId="77777777" w:rsidR="004B2954" w:rsidRPr="00BB79B8" w:rsidRDefault="004B2954" w:rsidP="004B2954">
      <w:pPr>
        <w:spacing w:after="20"/>
        <w:ind w:left="216"/>
        <w:rPr>
          <w:rFonts w:cs="Times New Roman"/>
          <w:sz w:val="20"/>
          <w:szCs w:val="20"/>
        </w:rPr>
      </w:pPr>
      <w:r w:rsidRPr="00BB79B8">
        <w:rPr>
          <w:rFonts w:cs="Times New Roman"/>
          <w:sz w:val="20"/>
          <w:szCs w:val="20"/>
        </w:rPr>
        <w:t>No heart failure symptoms (no shortness of breath lying flat, no leg swelling).</w:t>
      </w:r>
    </w:p>
    <w:p w14:paraId="5DCC706C"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left ventricular ejection fraction (&gt;50% on echo).</w:t>
      </w:r>
    </w:p>
    <w:p w14:paraId="0701D45A" w14:textId="77777777" w:rsidR="004B2954" w:rsidRPr="00BB79B8" w:rsidRDefault="004B2954" w:rsidP="004B2954">
      <w:pPr>
        <w:spacing w:after="20"/>
        <w:ind w:left="216"/>
        <w:rPr>
          <w:rFonts w:cs="Times New Roman"/>
          <w:sz w:val="20"/>
          <w:szCs w:val="20"/>
        </w:rPr>
      </w:pPr>
      <w:r w:rsidRPr="00BB79B8">
        <w:rPr>
          <w:rFonts w:cs="Times New Roman"/>
          <w:sz w:val="20"/>
          <w:szCs w:val="20"/>
        </w:rPr>
        <w:t>No significant arrhythmias on initial telemetry.</w:t>
      </w:r>
    </w:p>
    <w:p w14:paraId="6C3C307F" w14:textId="77777777" w:rsidR="004B2954" w:rsidRPr="00BB79B8" w:rsidRDefault="004B2954" w:rsidP="004B2954">
      <w:pPr>
        <w:spacing w:after="20"/>
        <w:ind w:left="216"/>
        <w:rPr>
          <w:rFonts w:cs="Times New Roman"/>
          <w:sz w:val="20"/>
          <w:szCs w:val="20"/>
        </w:rPr>
      </w:pPr>
      <w:r w:rsidRPr="00BB79B8">
        <w:rPr>
          <w:rFonts w:cs="Times New Roman"/>
          <w:sz w:val="20"/>
          <w:szCs w:val="20"/>
        </w:rPr>
        <w:t>No need for inotropic or antiarrhythmic medications.</w:t>
      </w:r>
    </w:p>
    <w:p w14:paraId="5C1D73FE" w14:textId="77777777" w:rsidR="004B2954" w:rsidRPr="00BB79B8" w:rsidRDefault="004B2954" w:rsidP="004B2954">
      <w:pPr>
        <w:spacing w:after="20"/>
        <w:ind w:left="216"/>
        <w:rPr>
          <w:rFonts w:cs="Times New Roman"/>
          <w:sz w:val="20"/>
          <w:szCs w:val="20"/>
        </w:rPr>
      </w:pPr>
      <w:r w:rsidRPr="00BB79B8">
        <w:rPr>
          <w:rFonts w:cs="Times New Roman"/>
          <w:sz w:val="20"/>
          <w:szCs w:val="20"/>
        </w:rPr>
        <w:t>Even in these cases, guidelines from the American Heart Association/American College of Cardiology recommend initial hospital monitoring.</w:t>
      </w:r>
    </w:p>
    <w:p w14:paraId="70F7BADA" w14:textId="77777777" w:rsidR="004B2954" w:rsidRPr="00BB79B8" w:rsidRDefault="004B2954" w:rsidP="004B2954">
      <w:pPr>
        <w:spacing w:after="20"/>
        <w:ind w:left="216"/>
        <w:rPr>
          <w:rFonts w:cs="Times New Roman"/>
          <w:sz w:val="20"/>
          <w:szCs w:val="20"/>
        </w:rPr>
      </w:pPr>
      <w:r w:rsidRPr="00BB79B8">
        <w:rPr>
          <w:rFonts w:cs="Times New Roman"/>
          <w:sz w:val="20"/>
          <w:szCs w:val="20"/>
        </w:rPr>
        <w:t>Are There Any Exceptions (Outpatient Management)?</w:t>
      </w:r>
    </w:p>
    <w:p w14:paraId="6AC82664" w14:textId="77777777" w:rsidR="004B2954" w:rsidRPr="00BB79B8" w:rsidRDefault="004B2954" w:rsidP="004B2954">
      <w:pPr>
        <w:spacing w:after="20"/>
        <w:ind w:left="216"/>
        <w:rPr>
          <w:rFonts w:cs="Times New Roman"/>
          <w:sz w:val="20"/>
          <w:szCs w:val="20"/>
        </w:rPr>
      </w:pPr>
      <w:r w:rsidRPr="00BB79B8">
        <w:rPr>
          <w:rFonts w:cs="Times New Roman"/>
          <w:sz w:val="20"/>
          <w:szCs w:val="20"/>
        </w:rPr>
        <w:t>True outpatient management is rare and generally only considered in very specific research protocols or in cases of incidental myocarditis (e.g., an MRI done for another reason shows a tiny, completely asymptomatic scar). Even then, the patient must be extremely reliable, have immediate access to emergency care, and understand to return for any new symptom (palpitations, lightheadedness, dyspnea).</w:t>
      </w:r>
    </w:p>
    <w:p w14:paraId="1B75CB6F" w14:textId="77777777" w:rsidR="004B2954" w:rsidRPr="00BB79B8" w:rsidRDefault="004B2954" w:rsidP="004B2954">
      <w:pPr>
        <w:spacing w:after="20"/>
        <w:ind w:left="216"/>
        <w:rPr>
          <w:rFonts w:cs="Times New Roman"/>
          <w:sz w:val="20"/>
          <w:szCs w:val="20"/>
        </w:rPr>
      </w:pPr>
      <w:r w:rsidRPr="00BB79B8">
        <w:rPr>
          <w:rFonts w:cs="Times New Roman"/>
          <w:sz w:val="20"/>
          <w:szCs w:val="20"/>
        </w:rPr>
        <w:t>For a patient with any symptoms (chest pain, fatigue, shortness of breath, palpitations) attributed to myocarditis, even if "mild," the safe answer is: Hospitalization is recommended.</w:t>
      </w:r>
    </w:p>
    <w:p w14:paraId="110A139B"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 for Patients</w:t>
      </w:r>
    </w:p>
    <w:p w14:paraId="4A9ED037"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or someone you know has been told they have "mild myocarditis" (e.g., after a viral illness), do not try to manage this at home. The standard of care is admission to a telemetry-capable unit. The vast majority of mild cases do very well with supportive care (rest, anti-inflammatories, monitoring for heart failure), but the observation period is non-negotiable for safety.</w:t>
      </w:r>
    </w:p>
    <w:p w14:paraId="49A69C94" w14:textId="77777777" w:rsidR="004B2954" w:rsidRPr="00BB79B8" w:rsidRDefault="004B2954" w:rsidP="004B2954">
      <w:pPr>
        <w:spacing w:after="20"/>
        <w:ind w:left="216"/>
        <w:rPr>
          <w:rFonts w:cs="Times New Roman"/>
          <w:sz w:val="20"/>
          <w:szCs w:val="20"/>
        </w:rPr>
      </w:pPr>
      <w:r w:rsidRPr="00BB79B8">
        <w:rPr>
          <w:rFonts w:cs="Times New Roman"/>
          <w:sz w:val="20"/>
          <w:szCs w:val="20"/>
        </w:rPr>
        <w:t>Disclaimer: This information is for educational purposes and does not constitute personal medical advice. Any decision about hospitalization must be made by a physician who has evaluated the patient's full clinical picture, including vital signs, ECG, and lab results.</w:t>
      </w:r>
    </w:p>
    <w:p w14:paraId="17D1C85D" w14:textId="77777777" w:rsidR="004B2954" w:rsidRPr="00BB79B8" w:rsidRDefault="004B2954" w:rsidP="004B2954">
      <w:pPr>
        <w:spacing w:after="0"/>
        <w:rPr>
          <w:rFonts w:cs="Times New Roman"/>
          <w:sz w:val="20"/>
          <w:szCs w:val="20"/>
        </w:rPr>
      </w:pPr>
    </w:p>
    <w:p w14:paraId="66004F2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34E9944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FEA9DCA" w14:textId="77777777" w:rsidR="004B2954" w:rsidRPr="00BB79B8" w:rsidRDefault="004B2954" w:rsidP="004B2954">
      <w:pPr>
        <w:spacing w:after="20"/>
        <w:ind w:left="216"/>
        <w:rPr>
          <w:rFonts w:cs="Times New Roman"/>
          <w:sz w:val="20"/>
          <w:szCs w:val="20"/>
        </w:rPr>
      </w:pPr>
      <w:r w:rsidRPr="00BB79B8">
        <w:rPr>
          <w:rFonts w:cs="Times New Roman"/>
          <w:sz w:val="20"/>
          <w:szCs w:val="20"/>
        </w:rPr>
        <w:t>Even mild myocarditis is generally recommended for hospitalization for observation and standardized management.</w:t>
      </w:r>
    </w:p>
    <w:p w14:paraId="66B45673" w14:textId="77777777" w:rsidR="004B2954" w:rsidRPr="00BB79B8" w:rsidRDefault="004B2954" w:rsidP="004B2954">
      <w:pPr>
        <w:spacing w:after="20"/>
        <w:ind w:left="216"/>
        <w:rPr>
          <w:rFonts w:cs="Times New Roman"/>
          <w:sz w:val="20"/>
          <w:szCs w:val="20"/>
        </w:rPr>
      </w:pPr>
      <w:r w:rsidRPr="00BB79B8">
        <w:rPr>
          <w:rFonts w:cs="Times New Roman"/>
          <w:sz w:val="20"/>
          <w:szCs w:val="20"/>
        </w:rPr>
        <w:t>Reasons:</w:t>
      </w:r>
    </w:p>
    <w:p w14:paraId="2F657496" w14:textId="77777777" w:rsidR="004B2954" w:rsidRPr="00BB79B8" w:rsidRDefault="004B2954" w:rsidP="004B2954">
      <w:pPr>
        <w:spacing w:after="20"/>
        <w:ind w:left="216"/>
        <w:rPr>
          <w:rFonts w:cs="Times New Roman"/>
          <w:sz w:val="20"/>
          <w:szCs w:val="20"/>
        </w:rPr>
      </w:pPr>
      <w:r w:rsidRPr="00BB79B8">
        <w:rPr>
          <w:rFonts w:cs="Times New Roman"/>
          <w:sz w:val="20"/>
          <w:szCs w:val="20"/>
        </w:rPr>
        <w:t>Mild symptoms can suddenly worsen, risking arrhythmia, heart failure or even severe cardiac complications.</w:t>
      </w:r>
    </w:p>
    <w:p w14:paraId="62366D2A" w14:textId="77777777" w:rsidR="004B2954" w:rsidRPr="00BB79B8" w:rsidRDefault="004B2954" w:rsidP="004B2954">
      <w:pPr>
        <w:spacing w:after="20"/>
        <w:ind w:left="216"/>
        <w:rPr>
          <w:rFonts w:cs="Times New Roman"/>
          <w:sz w:val="20"/>
          <w:szCs w:val="20"/>
        </w:rPr>
      </w:pPr>
      <w:r w:rsidRPr="00BB79B8">
        <w:rPr>
          <w:rFonts w:cs="Times New Roman"/>
          <w:sz w:val="20"/>
          <w:szCs w:val="20"/>
        </w:rPr>
        <w:t>Hospitalization enables continuous ECG monitoring, cardiac enzyme tests, and timely symptomatic treatment and rest guidance.</w:t>
      </w:r>
    </w:p>
    <w:p w14:paraId="5D06D9D2" w14:textId="77777777" w:rsidR="004B2954" w:rsidRPr="00BB79B8" w:rsidRDefault="004B2954" w:rsidP="004B2954">
      <w:pPr>
        <w:spacing w:after="20"/>
        <w:ind w:left="216"/>
        <w:rPr>
          <w:rFonts w:cs="Times New Roman"/>
          <w:sz w:val="20"/>
          <w:szCs w:val="20"/>
        </w:rPr>
      </w:pPr>
      <w:r w:rsidRPr="00BB79B8">
        <w:rPr>
          <w:rFonts w:cs="Times New Roman"/>
          <w:sz w:val="20"/>
          <w:szCs w:val="20"/>
        </w:rPr>
        <w:t>It helps rule out progressive myocardial damage and avoids turning into chronic myocarditis.</w:t>
      </w:r>
    </w:p>
    <w:p w14:paraId="6ADF26E7" w14:textId="77777777" w:rsidR="004B2954" w:rsidRPr="00BB79B8" w:rsidRDefault="004B2954" w:rsidP="004B2954">
      <w:pPr>
        <w:spacing w:after="20"/>
        <w:ind w:left="216"/>
        <w:rPr>
          <w:rFonts w:cs="Times New Roman"/>
          <w:sz w:val="20"/>
          <w:szCs w:val="20"/>
        </w:rPr>
      </w:pPr>
      <w:r w:rsidRPr="00BB79B8">
        <w:rPr>
          <w:rFonts w:cs="Times New Roman"/>
          <w:sz w:val="20"/>
          <w:szCs w:val="20"/>
        </w:rPr>
        <w:t>Only very mild, completely asymptomatic cases with normal cardiac markers and ECG may be considered for strict home follow-up under doctor's close monitoring, but inpatient observation is still the safer first choice.</w:t>
      </w:r>
    </w:p>
    <w:p w14:paraId="0DE44F0D" w14:textId="77777777" w:rsidR="004B2954" w:rsidRPr="00BB79B8" w:rsidRDefault="004B2954" w:rsidP="004B2954">
      <w:pPr>
        <w:rPr>
          <w:rFonts w:cs="Times New Roman"/>
          <w:sz w:val="20"/>
          <w:szCs w:val="20"/>
        </w:rPr>
      </w:pPr>
    </w:p>
    <w:p w14:paraId="0AB96531" w14:textId="77777777" w:rsidR="004B2954" w:rsidRPr="00BB79B8" w:rsidRDefault="004B2954" w:rsidP="004B2954">
      <w:pPr>
        <w:keepNext/>
        <w:rPr>
          <w:rFonts w:cs="Times New Roman"/>
          <w:sz w:val="20"/>
          <w:szCs w:val="20"/>
        </w:rPr>
      </w:pPr>
      <w:r w:rsidRPr="00BB79B8">
        <w:rPr>
          <w:rFonts w:cs="Times New Roman"/>
          <w:b/>
          <w:color w:val="1F4E79"/>
          <w:sz w:val="20"/>
          <w:szCs w:val="20"/>
        </w:rPr>
        <w:t>Q39. Can patients with myocarditis take pain relievers for chest pain on their own?</w:t>
      </w:r>
    </w:p>
    <w:p w14:paraId="056BB68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10456B6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236F20A" w14:textId="77777777" w:rsidR="004B2954" w:rsidRPr="00BB79B8" w:rsidRDefault="004B2954" w:rsidP="004B2954">
      <w:pPr>
        <w:spacing w:after="20"/>
        <w:ind w:left="216"/>
        <w:rPr>
          <w:rFonts w:cs="Times New Roman"/>
          <w:sz w:val="20"/>
          <w:szCs w:val="20"/>
        </w:rPr>
      </w:pPr>
      <w:r w:rsidRPr="00BB79B8">
        <w:rPr>
          <w:rFonts w:cs="Times New Roman"/>
          <w:sz w:val="20"/>
          <w:szCs w:val="20"/>
        </w:rPr>
        <w:t>For patients with myocarditis, self-medicating chest pain with over-the-counter pain relievers should be approached with caution. Here's why:</w:t>
      </w:r>
    </w:p>
    <w:p w14:paraId="20F04160" w14:textId="77777777" w:rsidR="004B2954" w:rsidRPr="00BB79B8" w:rsidRDefault="004B2954" w:rsidP="004B2954">
      <w:pPr>
        <w:spacing w:after="20"/>
        <w:ind w:left="216"/>
        <w:rPr>
          <w:rFonts w:cs="Times New Roman"/>
          <w:sz w:val="20"/>
          <w:szCs w:val="20"/>
        </w:rPr>
      </w:pPr>
      <w:r w:rsidRPr="00BB79B8">
        <w:rPr>
          <w:rFonts w:cs="Times New Roman"/>
          <w:sz w:val="20"/>
          <w:szCs w:val="20"/>
        </w:rPr>
        <w:t>Type of pain relievers matters</w:t>
      </w:r>
    </w:p>
    <w:p w14:paraId="3C08CE40" w14:textId="77777777" w:rsidR="004B2954" w:rsidRPr="00BB79B8" w:rsidRDefault="004B2954" w:rsidP="004B2954">
      <w:pPr>
        <w:spacing w:after="20"/>
        <w:ind w:left="216"/>
        <w:rPr>
          <w:rFonts w:cs="Times New Roman"/>
          <w:sz w:val="20"/>
          <w:szCs w:val="20"/>
        </w:rPr>
      </w:pPr>
      <w:r w:rsidRPr="00BB79B8">
        <w:rPr>
          <w:rFonts w:cs="Times New Roman"/>
          <w:sz w:val="20"/>
          <w:szCs w:val="20"/>
        </w:rPr>
        <w:t>NSAIDs (e.g., ibuprofen, naproxen) are generally avoided in acute myocarditis, especially if there is inflammation of the heart muscle, because they may worsen outcomes or interfere with healing.</w:t>
      </w:r>
    </w:p>
    <w:p w14:paraId="38DD46F1" w14:textId="77777777" w:rsidR="004B2954" w:rsidRPr="00BB79B8" w:rsidRDefault="004B2954" w:rsidP="004B2954">
      <w:pPr>
        <w:spacing w:after="20"/>
        <w:ind w:left="216"/>
        <w:rPr>
          <w:rFonts w:cs="Times New Roman"/>
          <w:sz w:val="20"/>
          <w:szCs w:val="20"/>
        </w:rPr>
      </w:pPr>
      <w:r w:rsidRPr="00BB79B8">
        <w:rPr>
          <w:rFonts w:cs="Times New Roman"/>
          <w:sz w:val="20"/>
          <w:szCs w:val="20"/>
        </w:rPr>
        <w:t>Acetaminophen (paracetamol) is usually safer for mild pain or fever, as it does not affect heart inflammation directly.</w:t>
      </w:r>
    </w:p>
    <w:p w14:paraId="1BF74F4A" w14:textId="77777777" w:rsidR="004B2954" w:rsidRPr="00BB79B8" w:rsidRDefault="004B2954" w:rsidP="004B2954">
      <w:pPr>
        <w:spacing w:after="20"/>
        <w:ind w:left="216"/>
        <w:rPr>
          <w:rFonts w:cs="Times New Roman"/>
          <w:sz w:val="20"/>
          <w:szCs w:val="20"/>
        </w:rPr>
      </w:pPr>
      <w:r w:rsidRPr="00BB79B8">
        <w:rPr>
          <w:rFonts w:cs="Times New Roman"/>
          <w:sz w:val="20"/>
          <w:szCs w:val="20"/>
        </w:rPr>
        <w:t>Underlying risk</w:t>
      </w:r>
    </w:p>
    <w:p w14:paraId="79A98526"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in myocarditis can indicate ongoing inflammation or arrhythmias. Masking the pain could delay recognition of serious complications such as worsening heart function or life-threatening arrhythmias.</w:t>
      </w:r>
    </w:p>
    <w:p w14:paraId="7765F6A4"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medical guidance</w:t>
      </w:r>
    </w:p>
    <w:p w14:paraId="1DB3EAE4" w14:textId="77777777" w:rsidR="004B2954" w:rsidRPr="00BB79B8" w:rsidRDefault="004B2954" w:rsidP="004B2954">
      <w:pPr>
        <w:spacing w:after="20"/>
        <w:ind w:left="216"/>
        <w:rPr>
          <w:rFonts w:cs="Times New Roman"/>
          <w:sz w:val="20"/>
          <w:szCs w:val="20"/>
        </w:rPr>
      </w:pPr>
      <w:r w:rsidRPr="00BB79B8">
        <w:rPr>
          <w:rFonts w:cs="Times New Roman"/>
          <w:sz w:val="20"/>
          <w:szCs w:val="20"/>
        </w:rPr>
        <w:t>Any new, severe, or persistent chest pain should be evaluated promptly in a hospital or clinic.</w:t>
      </w:r>
    </w:p>
    <w:p w14:paraId="1A46E34E" w14:textId="77777777" w:rsidR="004B2954" w:rsidRPr="00BB79B8" w:rsidRDefault="004B2954" w:rsidP="004B2954">
      <w:pPr>
        <w:spacing w:after="20"/>
        <w:ind w:left="216"/>
        <w:rPr>
          <w:rFonts w:cs="Times New Roman"/>
          <w:sz w:val="20"/>
          <w:szCs w:val="20"/>
        </w:rPr>
      </w:pPr>
      <w:r w:rsidRPr="00BB79B8">
        <w:rPr>
          <w:rFonts w:cs="Times New Roman"/>
          <w:sz w:val="20"/>
          <w:szCs w:val="20"/>
        </w:rPr>
        <w:t>Even "mild" chest pain in known myocarditis should be discussed with a cardiologist before taking medications on your own.</w:t>
      </w:r>
    </w:p>
    <w:p w14:paraId="2C8ADCD6"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Mild pain may sometimes be managed with acetaminophen under medical advice, but patients should never self-treat chest pain in myocarditis with NSAIDs or assume it's harmless. Immediate evaluation is safest if pain changes, intensifies, or is associated with shortness of breath, palpitations, or syncope.</w:t>
      </w:r>
    </w:p>
    <w:p w14:paraId="6646CBBE" w14:textId="77777777" w:rsidR="004B2954" w:rsidRPr="00BB79B8" w:rsidRDefault="004B2954" w:rsidP="004B2954">
      <w:pPr>
        <w:spacing w:after="0"/>
        <w:rPr>
          <w:rFonts w:cs="Times New Roman"/>
          <w:sz w:val="20"/>
          <w:szCs w:val="20"/>
        </w:rPr>
      </w:pPr>
    </w:p>
    <w:p w14:paraId="4503153C"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2252772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0B15979" w14:textId="77777777" w:rsidR="004B2954" w:rsidRPr="00BB79B8" w:rsidRDefault="004B2954" w:rsidP="004B2954">
      <w:pPr>
        <w:spacing w:after="20"/>
        <w:ind w:left="216"/>
        <w:rPr>
          <w:rFonts w:cs="Times New Roman"/>
          <w:sz w:val="20"/>
          <w:szCs w:val="20"/>
        </w:rPr>
      </w:pPr>
      <w:r w:rsidRPr="00BB79B8">
        <w:rPr>
          <w:rFonts w:cs="Times New Roman"/>
          <w:sz w:val="20"/>
          <w:szCs w:val="20"/>
        </w:rPr>
        <w:t>Generally, patients with suspected or confirmed myocarditis should not take pain relievers for chest pain without a doctor's direct supervision.</w:t>
      </w:r>
    </w:p>
    <w:p w14:paraId="3EC2560B"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it is common to reach for over-the-counter (OTC) medications for pain, myocarditis requires a more cautious approach for the following reasons:</w:t>
      </w:r>
    </w:p>
    <w:p w14:paraId="406BAABB" w14:textId="77777777" w:rsidR="004B2954" w:rsidRPr="00BB79B8" w:rsidRDefault="004B2954" w:rsidP="004B2954">
      <w:pPr>
        <w:spacing w:after="20"/>
        <w:ind w:left="216"/>
        <w:rPr>
          <w:rFonts w:cs="Times New Roman"/>
          <w:sz w:val="20"/>
          <w:szCs w:val="20"/>
        </w:rPr>
      </w:pPr>
      <w:r w:rsidRPr="00BB79B8">
        <w:rPr>
          <w:rFonts w:cs="Times New Roman"/>
          <w:sz w:val="20"/>
          <w:szCs w:val="20"/>
        </w:rPr>
        <w:t>1. Risk of Masking Symptoms</w:t>
      </w:r>
    </w:p>
    <w:p w14:paraId="7D818D64"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cause chest pain that mimics other serious conditions, such as a heart attack or pericarditis. Taking pain relievers might dull the pain while the underlying inflammation or heart muscle damage worsens, delaying necessary medical intervention.</w:t>
      </w:r>
    </w:p>
    <w:p w14:paraId="6E1A1DC7" w14:textId="77777777" w:rsidR="004B2954" w:rsidRPr="00BB79B8" w:rsidRDefault="004B2954" w:rsidP="004B2954">
      <w:pPr>
        <w:spacing w:after="20"/>
        <w:ind w:left="216"/>
        <w:rPr>
          <w:rFonts w:cs="Times New Roman"/>
          <w:sz w:val="20"/>
          <w:szCs w:val="20"/>
        </w:rPr>
      </w:pPr>
      <w:r w:rsidRPr="00BB79B8">
        <w:rPr>
          <w:rFonts w:cs="Times New Roman"/>
          <w:sz w:val="20"/>
          <w:szCs w:val="20"/>
        </w:rPr>
        <w:t>2. Concerns with NSAIDs</w:t>
      </w:r>
    </w:p>
    <w:p w14:paraId="7AF53D39" w14:textId="77777777" w:rsidR="004B2954" w:rsidRPr="00BB79B8" w:rsidRDefault="004B2954" w:rsidP="004B2954">
      <w:pPr>
        <w:spacing w:after="20"/>
        <w:ind w:left="216"/>
        <w:rPr>
          <w:rFonts w:cs="Times New Roman"/>
          <w:sz w:val="20"/>
          <w:szCs w:val="20"/>
        </w:rPr>
      </w:pPr>
      <w:r w:rsidRPr="00BB79B8">
        <w:rPr>
          <w:rFonts w:cs="Times New Roman"/>
          <w:sz w:val="20"/>
          <w:szCs w:val="20"/>
        </w:rPr>
        <w:t>Non-steroidal anti-inflammatory drugs (NSAIDs)-such as ibuprofen or naproxen-are often the first choice for chest pain. However, in the acute phase of myocarditis, some studies suggest that NSAIDs might potentially interfere with the healing of the heart muscle or, in rare cases, exacerbate the inflammation. They are typically only prescribed by a cardiologist if there is associated pericarditis (inflammation of the lining of the heart).</w:t>
      </w:r>
    </w:p>
    <w:p w14:paraId="2D3A9D22" w14:textId="77777777" w:rsidR="004B2954" w:rsidRPr="00BB79B8" w:rsidRDefault="004B2954" w:rsidP="004B2954">
      <w:pPr>
        <w:spacing w:after="20"/>
        <w:ind w:left="216"/>
        <w:rPr>
          <w:rFonts w:cs="Times New Roman"/>
          <w:sz w:val="20"/>
          <w:szCs w:val="20"/>
        </w:rPr>
      </w:pPr>
      <w:r w:rsidRPr="00BB79B8">
        <w:rPr>
          <w:rFonts w:cs="Times New Roman"/>
          <w:sz w:val="20"/>
          <w:szCs w:val="20"/>
        </w:rPr>
        <w:t>3. Potential for Arrhythmias</w:t>
      </w:r>
    </w:p>
    <w:p w14:paraId="3CAAEAB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in myocarditis can sometimes be a sign of underlying heart rhythm issues (arrhythmias). OTC pain relievers do not address these electrical issues and could provide a false sense of security while the heart is under stress.</w:t>
      </w:r>
    </w:p>
    <w:p w14:paraId="03FAF4EE" w14:textId="77777777" w:rsidR="004B2954" w:rsidRPr="00BB79B8" w:rsidRDefault="004B2954" w:rsidP="004B2954">
      <w:pPr>
        <w:spacing w:after="20"/>
        <w:ind w:left="216"/>
        <w:rPr>
          <w:rFonts w:cs="Times New Roman"/>
          <w:sz w:val="20"/>
          <w:szCs w:val="20"/>
        </w:rPr>
      </w:pPr>
      <w:r w:rsidRPr="00BB79B8">
        <w:rPr>
          <w:rFonts w:cs="Times New Roman"/>
          <w:sz w:val="20"/>
          <w:szCs w:val="20"/>
        </w:rPr>
        <w:t>4. Interaction with Other Medications</w:t>
      </w:r>
    </w:p>
    <w:p w14:paraId="4D92F366"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diagnosed with myocarditis may already be on a regimen of heart failure medications, beta-blockers, or blood thinners. Adding OTC pain relievers can lead to complications, such as:</w:t>
      </w:r>
    </w:p>
    <w:p w14:paraId="19907EF4" w14:textId="77777777" w:rsidR="004B2954" w:rsidRPr="00BB79B8" w:rsidRDefault="004B2954" w:rsidP="004B2954">
      <w:pPr>
        <w:spacing w:after="20"/>
        <w:ind w:left="216"/>
        <w:rPr>
          <w:rFonts w:cs="Times New Roman"/>
          <w:sz w:val="20"/>
          <w:szCs w:val="20"/>
        </w:rPr>
      </w:pPr>
      <w:r w:rsidRPr="00BB79B8">
        <w:rPr>
          <w:rFonts w:cs="Times New Roman"/>
          <w:sz w:val="20"/>
          <w:szCs w:val="20"/>
        </w:rPr>
        <w:t>Kidney strain: Especially when combined with certain heart medications (like ACE inhibitors).</w:t>
      </w:r>
    </w:p>
    <w:p w14:paraId="57630386"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pressure changes: Some NSAIDs can cause fluid retention and increase blood pressure, putting more work on an already weakened heart.</w:t>
      </w:r>
    </w:p>
    <w:p w14:paraId="0C8AFDF4"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Immediate Help</w:t>
      </w:r>
    </w:p>
    <w:p w14:paraId="4B3D3E0D" w14:textId="77777777" w:rsidR="004B2954" w:rsidRPr="00BB79B8" w:rsidRDefault="004B2954" w:rsidP="004B2954">
      <w:pPr>
        <w:spacing w:after="20"/>
        <w:ind w:left="216"/>
        <w:rPr>
          <w:rFonts w:cs="Times New Roman"/>
          <w:sz w:val="20"/>
          <w:szCs w:val="20"/>
        </w:rPr>
      </w:pPr>
      <w:r w:rsidRPr="00BB79B8">
        <w:rPr>
          <w:rFonts w:cs="Times New Roman"/>
          <w:sz w:val="20"/>
          <w:szCs w:val="20"/>
        </w:rPr>
        <w:t>If a patient experiences chest pain, they should contact their healthcare provider immediately. Seek emergency care if the pain is accompanied by:</w:t>
      </w:r>
    </w:p>
    <w:p w14:paraId="07824C59"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(especially when lying down).</w:t>
      </w:r>
    </w:p>
    <w:p w14:paraId="2CB79AB8"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severe lightheadedness.</w:t>
      </w:r>
    </w:p>
    <w:p w14:paraId="1AB75B04" w14:textId="77777777" w:rsidR="004B2954" w:rsidRPr="00BB79B8" w:rsidRDefault="004B2954" w:rsidP="004B2954">
      <w:pPr>
        <w:spacing w:after="20"/>
        <w:ind w:left="216"/>
        <w:rPr>
          <w:rFonts w:cs="Times New Roman"/>
          <w:sz w:val="20"/>
          <w:szCs w:val="20"/>
        </w:rPr>
      </w:pPr>
      <w:r w:rsidRPr="00BB79B8">
        <w:rPr>
          <w:rFonts w:cs="Times New Roman"/>
          <w:sz w:val="20"/>
          <w:szCs w:val="20"/>
        </w:rPr>
        <w:t>A rapid or irregular heartbeat (palpitations).</w:t>
      </w:r>
    </w:p>
    <w:p w14:paraId="072B5796"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the legs, ankles, or feet.</w:t>
      </w:r>
    </w:p>
    <w:p w14:paraId="24CBD2A3" w14:textId="77777777" w:rsidR="004B2954" w:rsidRPr="00BB79B8" w:rsidRDefault="004B2954" w:rsidP="004B2954">
      <w:pPr>
        <w:spacing w:after="20"/>
        <w:ind w:left="216"/>
        <w:rPr>
          <w:rFonts w:cs="Times New Roman"/>
          <w:sz w:val="20"/>
          <w:szCs w:val="20"/>
        </w:rPr>
      </w:pPr>
      <w:r w:rsidRPr="00BB79B8">
        <w:rPr>
          <w:rFonts w:cs="Times New Roman"/>
          <w:sz w:val="20"/>
          <w:szCs w:val="20"/>
        </w:rPr>
        <w:t>Conclusion: Always consult a cardiologist before taking any medication for heart-related pain. They will determine if pain relief is appropriate and which specific type is safest for your heart's current condition.</w:t>
      </w:r>
    </w:p>
    <w:p w14:paraId="3A5C7315" w14:textId="77777777" w:rsidR="004B2954" w:rsidRPr="00BB79B8" w:rsidRDefault="004B2954" w:rsidP="004B2954">
      <w:pPr>
        <w:spacing w:after="0"/>
        <w:rPr>
          <w:rFonts w:cs="Times New Roman"/>
          <w:sz w:val="20"/>
          <w:szCs w:val="20"/>
        </w:rPr>
      </w:pPr>
    </w:p>
    <w:p w14:paraId="07B7CB7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3106529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A9BAFC4"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with myocarditis should not take pain relievers on their own without medical guidance, because some common over-the-counter medications can worsen heart inflammation or heart function. The safest approach is to contact a healthcare professional before taking any pain medication.</w:t>
      </w:r>
    </w:p>
    <w:p w14:paraId="21B2D988" w14:textId="77777777" w:rsidR="004B2954" w:rsidRPr="00BB79B8" w:rsidRDefault="004B2954" w:rsidP="004B2954">
      <w:pPr>
        <w:spacing w:after="20"/>
        <w:ind w:left="216"/>
        <w:rPr>
          <w:rFonts w:cs="Times New Roman"/>
          <w:sz w:val="20"/>
          <w:szCs w:val="20"/>
        </w:rPr>
      </w:pPr>
      <w:r w:rsidRPr="00BB79B8">
        <w:rPr>
          <w:rFonts w:cs="Times New Roman"/>
          <w:sz w:val="20"/>
          <w:szCs w:val="20"/>
        </w:rPr>
        <w:t>Why self-medicating is risky</w:t>
      </w:r>
    </w:p>
    <w:p w14:paraId="654FFC63" w14:textId="77777777" w:rsidR="004B2954" w:rsidRPr="00BB79B8" w:rsidRDefault="004B2954" w:rsidP="004B2954">
      <w:pPr>
        <w:spacing w:after="20"/>
        <w:ind w:left="216"/>
        <w:rPr>
          <w:rFonts w:cs="Times New Roman"/>
          <w:sz w:val="20"/>
          <w:szCs w:val="20"/>
        </w:rPr>
      </w:pPr>
      <w:r w:rsidRPr="00BB79B8">
        <w:rPr>
          <w:rFonts w:cs="Times New Roman"/>
          <w:sz w:val="20"/>
          <w:szCs w:val="20"/>
        </w:rPr>
        <w:t>NSAIDs (e.g., ibuprofen, naproxen) can be harmful in myocarditis because they may worsen heart failure or interfere with healing of the heart muscle.</w:t>
      </w:r>
    </w:p>
    <w:p w14:paraId="489254D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in myocarditis can signal ongoing inflammation, arrhythmias, or worsening heart function - all of which require medical evaluation rather than symptom-masking.</w:t>
      </w:r>
    </w:p>
    <w:p w14:paraId="30CD3450" w14:textId="77777777" w:rsidR="004B2954" w:rsidRPr="00BB79B8" w:rsidRDefault="004B2954" w:rsidP="004B2954">
      <w:pPr>
        <w:spacing w:after="20"/>
        <w:ind w:left="216"/>
        <w:rPr>
          <w:rFonts w:cs="Times New Roman"/>
          <w:sz w:val="20"/>
          <w:szCs w:val="20"/>
        </w:rPr>
      </w:pPr>
      <w:r w:rsidRPr="00BB79B8">
        <w:rPr>
          <w:rFonts w:cs="Times New Roman"/>
          <w:sz w:val="20"/>
          <w:szCs w:val="20"/>
        </w:rPr>
        <w:t>What is generally considered safer - with medical supervision</w:t>
      </w:r>
    </w:p>
    <w:p w14:paraId="4B5CBF19" w14:textId="77777777" w:rsidR="004B2954" w:rsidRPr="00BB79B8" w:rsidRDefault="004B2954" w:rsidP="004B2954">
      <w:pPr>
        <w:spacing w:after="20"/>
        <w:ind w:left="216"/>
        <w:rPr>
          <w:rFonts w:cs="Times New Roman"/>
          <w:sz w:val="20"/>
          <w:szCs w:val="20"/>
        </w:rPr>
      </w:pPr>
      <w:r w:rsidRPr="00BB79B8">
        <w:rPr>
          <w:rFonts w:cs="Times New Roman"/>
          <w:sz w:val="20"/>
          <w:szCs w:val="20"/>
        </w:rPr>
        <w:t>Acetaminophen (Tylenol) is typically preferred for pain or fever because it does not carry the same cardiovascular risks as NSAIDs.</w:t>
      </w:r>
    </w:p>
    <w:p w14:paraId="401BFA59" w14:textId="77777777" w:rsidR="004B2954" w:rsidRPr="00BB79B8" w:rsidRDefault="004B2954" w:rsidP="004B2954">
      <w:pPr>
        <w:spacing w:after="20"/>
        <w:ind w:left="216"/>
        <w:rPr>
          <w:rFonts w:cs="Times New Roman"/>
          <w:sz w:val="20"/>
          <w:szCs w:val="20"/>
        </w:rPr>
      </w:pPr>
      <w:r w:rsidRPr="00BB79B8">
        <w:rPr>
          <w:rFonts w:cs="Times New Roman"/>
          <w:sz w:val="20"/>
          <w:szCs w:val="20"/>
        </w:rPr>
        <w:t>Colchicine may be used when the inflammation involves both the heart muscle and pericardium (myopericarditis), but only when prescribed by a clinician.</w:t>
      </w:r>
    </w:p>
    <w:p w14:paraId="0C600120"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are not self-treatment recommendations - they require a clinician's approval.</w:t>
      </w:r>
    </w:p>
    <w:p w14:paraId="5A17E57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doctors emphasize</w:t>
      </w:r>
    </w:p>
    <w:p w14:paraId="61CAF2F3" w14:textId="77777777" w:rsidR="004B2954" w:rsidRPr="00BB79B8" w:rsidRDefault="004B2954" w:rsidP="004B2954">
      <w:pPr>
        <w:spacing w:after="20"/>
        <w:ind w:left="216"/>
        <w:rPr>
          <w:rFonts w:cs="Times New Roman"/>
          <w:sz w:val="20"/>
          <w:szCs w:val="20"/>
        </w:rPr>
      </w:pPr>
      <w:r w:rsidRPr="00BB79B8">
        <w:rPr>
          <w:rFonts w:cs="Times New Roman"/>
          <w:sz w:val="20"/>
          <w:szCs w:val="20"/>
        </w:rPr>
        <w:t>Pain in myocarditis often reflects active inflammation, and treatment must be tailored to the stage and cause of the disease.</w:t>
      </w:r>
    </w:p>
    <w:p w14:paraId="41D7439F" w14:textId="77777777" w:rsidR="004B2954" w:rsidRPr="00BB79B8" w:rsidRDefault="004B2954" w:rsidP="004B2954">
      <w:pPr>
        <w:spacing w:after="20"/>
        <w:ind w:left="216"/>
        <w:rPr>
          <w:rFonts w:cs="Times New Roman"/>
          <w:sz w:val="20"/>
          <w:szCs w:val="20"/>
        </w:rPr>
      </w:pPr>
      <w:r w:rsidRPr="00BB79B8">
        <w:rPr>
          <w:rFonts w:cs="Times New Roman"/>
          <w:sz w:val="20"/>
          <w:szCs w:val="20"/>
        </w:rPr>
        <w:t>Management decisions - including whether any pain reliever is appropriate - should be made by a cardiologist or multidisciplinary team.</w:t>
      </w:r>
    </w:p>
    <w:p w14:paraId="7A4A0173"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Bottom line</w:t>
      </w:r>
    </w:p>
    <w:p w14:paraId="04269F0E" w14:textId="77777777" w:rsidR="004B2954" w:rsidRPr="00BB79B8" w:rsidRDefault="004B2954" w:rsidP="004B2954">
      <w:pPr>
        <w:spacing w:after="20"/>
        <w:ind w:left="216"/>
        <w:rPr>
          <w:rFonts w:cs="Times New Roman"/>
          <w:sz w:val="20"/>
          <w:szCs w:val="20"/>
        </w:rPr>
      </w:pPr>
      <w:r w:rsidRPr="00BB79B8">
        <w:rPr>
          <w:rFonts w:cs="Times New Roman"/>
          <w:sz w:val="20"/>
          <w:szCs w:val="20"/>
        </w:rPr>
        <w:t>No - patients with myocarditis should not take pain relievers for chest pain on their own. Because some medications can worsen the condition, all pain management should be guided by a healthcare professional.</w:t>
      </w:r>
    </w:p>
    <w:p w14:paraId="58B07C61" w14:textId="77777777" w:rsidR="004B2954" w:rsidRPr="00BB79B8" w:rsidRDefault="004B2954" w:rsidP="004B2954">
      <w:pPr>
        <w:spacing w:after="0"/>
        <w:rPr>
          <w:rFonts w:cs="Times New Roman"/>
          <w:sz w:val="20"/>
          <w:szCs w:val="20"/>
        </w:rPr>
      </w:pPr>
    </w:p>
    <w:p w14:paraId="05A07A1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878B0E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9285581" w14:textId="77777777" w:rsidR="004B2954" w:rsidRPr="00BB79B8" w:rsidRDefault="004B2954" w:rsidP="004B2954">
      <w:pPr>
        <w:spacing w:after="20"/>
        <w:ind w:left="216"/>
        <w:rPr>
          <w:rFonts w:cs="Times New Roman"/>
          <w:sz w:val="20"/>
          <w:szCs w:val="20"/>
        </w:rPr>
      </w:pPr>
      <w:r w:rsidRPr="00BB79B8">
        <w:rPr>
          <w:rFonts w:cs="Times New Roman"/>
          <w:sz w:val="20"/>
          <w:szCs w:val="20"/>
        </w:rPr>
        <w:t>No, patients should not take pain relievers for chest pain on their own if they have or suspect myocarditis.</w:t>
      </w:r>
    </w:p>
    <w:p w14:paraId="2B6514CD"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why this is dangerous and what you need to know:</w:t>
      </w:r>
    </w:p>
    <w:p w14:paraId="5FDBB544" w14:textId="77777777" w:rsidR="004B2954" w:rsidRPr="00BB79B8" w:rsidRDefault="004B2954" w:rsidP="004B2954">
      <w:pPr>
        <w:spacing w:after="20"/>
        <w:ind w:left="216"/>
        <w:rPr>
          <w:rFonts w:cs="Times New Roman"/>
          <w:sz w:val="20"/>
          <w:szCs w:val="20"/>
        </w:rPr>
      </w:pPr>
      <w:r w:rsidRPr="00BB79B8">
        <w:rPr>
          <w:rFonts w:cs="Times New Roman"/>
          <w:sz w:val="20"/>
          <w:szCs w:val="20"/>
        </w:rPr>
        <w:t>NSAIDs (e.g., ibuprofen, naproxen, aspirin) may be harmful. While these are common for general pain, studies and clinical guidelines suggest that high-dose NSAIDs during acute myocarditis could potentially interfere with the heart's healing process and increase the risk of arrhythmias or worsening inflammation. They are generally avoided in the acute phase.</w:t>
      </w:r>
    </w:p>
    <w:p w14:paraId="0AC5E5C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in myocarditis mimics a heart attack. The pain could also be due to pericarditis (inflammation around the heart), a blood clot in the lung, or coronary artery spasm. Taking a painkiller masks a critical warning sign and delays emergency diagnosis.</w:t>
      </w:r>
    </w:p>
    <w:p w14:paraId="650C77E7" w14:textId="77777777" w:rsidR="004B2954" w:rsidRPr="00BB79B8" w:rsidRDefault="004B2954" w:rsidP="004B2954">
      <w:pPr>
        <w:spacing w:after="20"/>
        <w:ind w:left="216"/>
        <w:rPr>
          <w:rFonts w:cs="Times New Roman"/>
          <w:sz w:val="20"/>
          <w:szCs w:val="20"/>
        </w:rPr>
      </w:pPr>
      <w:r w:rsidRPr="00BB79B8">
        <w:rPr>
          <w:rFonts w:cs="Times New Roman"/>
          <w:sz w:val="20"/>
          <w:szCs w:val="20"/>
        </w:rPr>
        <w:t>Acetaminophen (paracetamol/Tylenol) is safer, but... While a single dose for fever or mild pain might be discussed with a doctor, never self-treat chest pain. Pain in the chest requires immediate medical evaluation to check for dangerous complications like heart failure or dangerous heart rhythms.</w:t>
      </w:r>
    </w:p>
    <w:p w14:paraId="2A60C1BF" w14:textId="77777777" w:rsidR="004B2954" w:rsidRPr="00BB79B8" w:rsidRDefault="004B2954" w:rsidP="004B2954">
      <w:pPr>
        <w:spacing w:after="20"/>
        <w:ind w:left="216"/>
        <w:rPr>
          <w:rFonts w:cs="Times New Roman"/>
          <w:sz w:val="20"/>
          <w:szCs w:val="20"/>
        </w:rPr>
      </w:pPr>
      <w:r w:rsidRPr="00BB79B8">
        <w:rPr>
          <w:rFonts w:cs="Times New Roman"/>
          <w:sz w:val="20"/>
          <w:szCs w:val="20"/>
        </w:rPr>
        <w:t>What you MUST do instead:</w:t>
      </w:r>
    </w:p>
    <w:p w14:paraId="5CF57448" w14:textId="77777777" w:rsidR="004B2954" w:rsidRPr="00BB79B8" w:rsidRDefault="004B2954" w:rsidP="004B2954">
      <w:pPr>
        <w:spacing w:after="20"/>
        <w:ind w:left="216"/>
        <w:rPr>
          <w:rFonts w:cs="Times New Roman"/>
          <w:sz w:val="20"/>
          <w:szCs w:val="20"/>
        </w:rPr>
      </w:pPr>
      <w:r w:rsidRPr="00BB79B8">
        <w:rPr>
          <w:rFonts w:cs="Times New Roman"/>
          <w:sz w:val="20"/>
          <w:szCs w:val="20"/>
        </w:rPr>
        <w:t>Seek immediate medical attention for any chest pain, especially if you have known or suspected myocarditis.</w:t>
      </w:r>
    </w:p>
    <w:p w14:paraId="4F7ADB53"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 emergency room or doctor's office, they will determine the cause of the pain. If a pain reliever is safe, they might use colchicine (for inflammation) or a specific NSAID under close monitoring, but only after ruling out risks.</w:t>
      </w:r>
    </w:p>
    <w:p w14:paraId="373CF1F1"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are already hospitalized or under a cardiologist's care, follow their exact instructions for pain management.</w:t>
      </w:r>
    </w:p>
    <w:p w14:paraId="381A8EE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Chest pain + myocarditis = call an ambulance or go to the ER. Do not take any pill before being seen.</w:t>
      </w:r>
    </w:p>
    <w:p w14:paraId="6DE82FE4" w14:textId="77777777" w:rsidR="004B2954" w:rsidRPr="00BB79B8" w:rsidRDefault="004B2954" w:rsidP="004B2954">
      <w:pPr>
        <w:spacing w:after="0"/>
        <w:rPr>
          <w:rFonts w:cs="Times New Roman"/>
          <w:sz w:val="20"/>
          <w:szCs w:val="20"/>
        </w:rPr>
      </w:pPr>
    </w:p>
    <w:p w14:paraId="7F823C1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4247CE0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7B747F1" w14:textId="77777777" w:rsidR="004B2954" w:rsidRPr="00BB79B8" w:rsidRDefault="004B2954" w:rsidP="004B2954">
      <w:pPr>
        <w:spacing w:after="20"/>
        <w:ind w:left="216"/>
        <w:rPr>
          <w:rFonts w:cs="Times New Roman"/>
          <w:sz w:val="20"/>
          <w:szCs w:val="20"/>
        </w:rPr>
      </w:pPr>
      <w:r w:rsidRPr="00BB79B8">
        <w:rPr>
          <w:rFonts w:cs="Times New Roman"/>
          <w:sz w:val="20"/>
          <w:szCs w:val="20"/>
        </w:rPr>
        <w:t>No, they cannot.</w:t>
      </w:r>
    </w:p>
    <w:p w14:paraId="2D4FD63F"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Myocarditis-related chest pain is caused by myocardial inflammation and injury, not ordinary muscle or nerve pain. Taking over-the-counter pain relievers on their own may mask severe symptoms, delay diagnosis, and hide signs of serious complications such as myocardial necrosis, heart failure or arrhythmia. Some pain medications may also increase the burden on the heart and gastrointestinal tract.</w:t>
      </w:r>
    </w:p>
    <w:p w14:paraId="6ADB05BA"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with myocarditis must seek medical attention immediately when chest pain occurs, and use symptomatic medications only under a doctor's professional guidance.</w:t>
      </w:r>
    </w:p>
    <w:p w14:paraId="6F779E6A" w14:textId="77777777" w:rsidR="004B2954" w:rsidRPr="00BB79B8" w:rsidRDefault="004B2954" w:rsidP="004B2954">
      <w:pPr>
        <w:rPr>
          <w:rFonts w:cs="Times New Roman"/>
          <w:sz w:val="20"/>
          <w:szCs w:val="20"/>
        </w:rPr>
      </w:pPr>
    </w:p>
    <w:p w14:paraId="5B052D6F" w14:textId="77777777" w:rsidR="004B2954" w:rsidRPr="00BB79B8" w:rsidRDefault="004B2954" w:rsidP="004B2954">
      <w:pPr>
        <w:keepNext/>
        <w:rPr>
          <w:rFonts w:cs="Times New Roman"/>
          <w:sz w:val="20"/>
          <w:szCs w:val="20"/>
        </w:rPr>
      </w:pPr>
      <w:r w:rsidRPr="00BB79B8">
        <w:rPr>
          <w:rFonts w:cs="Times New Roman"/>
          <w:b/>
          <w:color w:val="1F4E79"/>
          <w:sz w:val="20"/>
          <w:szCs w:val="20"/>
        </w:rPr>
        <w:t>Q40. Is corticosteroid therapy suitable for all patients with myocarditis?</w:t>
      </w:r>
    </w:p>
    <w:p w14:paraId="70ACEEF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3557517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1DC3763" w14:textId="77777777" w:rsidR="004B2954" w:rsidRPr="00BB79B8" w:rsidRDefault="004B2954" w:rsidP="004B2954">
      <w:pPr>
        <w:spacing w:after="20"/>
        <w:ind w:left="216"/>
        <w:rPr>
          <w:rFonts w:cs="Times New Roman"/>
          <w:sz w:val="20"/>
          <w:szCs w:val="20"/>
        </w:rPr>
      </w:pPr>
      <w:r w:rsidRPr="00BB79B8">
        <w:rPr>
          <w:rFonts w:cs="Times New Roman"/>
          <w:sz w:val="20"/>
          <w:szCs w:val="20"/>
        </w:rPr>
        <w:t>No, corticosteroid therapy is not suitable for all patients with myocarditis. Its use depends on the underlying cause and the patient's clinical condition:</w:t>
      </w:r>
    </w:p>
    <w:p w14:paraId="2845BAEA"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or inflammatory myocarditis - Corticosteroids can be beneficial when myocarditis is due to autoimmune conditions (e.g., giant cell myocarditis, eosinophilic myocarditis, or systemic autoimmune diseases) because they suppress harmful immune responses.</w:t>
      </w:r>
    </w:p>
    <w:p w14:paraId="162076DB"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myocarditis - In most cases of acute viral myocarditis, corticosteroids are not routinely recommended, because they may impair viral clearance and potentially worsen outcomes, unless there is clear evidence of ongoing autoimmune inflammation after viral injury.</w:t>
      </w:r>
    </w:p>
    <w:p w14:paraId="767C6CD9"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or severe myocardial injury - Corticosteroids are not a first-line therapy for standard supportive care of myocarditis; management focuses on treating heart failure, arrhythmias, or hemodynamic compromise.</w:t>
      </w:r>
    </w:p>
    <w:p w14:paraId="1E68B101" w14:textId="77777777" w:rsidR="004B2954" w:rsidRPr="00BB79B8" w:rsidRDefault="004B2954" w:rsidP="004B2954">
      <w:pPr>
        <w:spacing w:after="20"/>
        <w:ind w:left="216"/>
        <w:rPr>
          <w:rFonts w:cs="Times New Roman"/>
          <w:sz w:val="20"/>
          <w:szCs w:val="20"/>
        </w:rPr>
      </w:pPr>
      <w:r w:rsidRPr="00BB79B8">
        <w:rPr>
          <w:rFonts w:cs="Times New Roman"/>
          <w:sz w:val="20"/>
          <w:szCs w:val="20"/>
        </w:rPr>
        <w:t>Individualized approach - Decisions should be guided by endomyocardial biopsy, cardiac MRI, or other markers of inflammation, and always under specialist supervision.</w:t>
      </w:r>
    </w:p>
    <w:p w14:paraId="315B23B1"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 Corticosteroids are reserved for specific inflammatory or autoimmune forms of myocarditis, not for routine use in all myocarditis patients.</w:t>
      </w:r>
    </w:p>
    <w:p w14:paraId="10751D36" w14:textId="77777777" w:rsidR="004B2954" w:rsidRPr="00BB79B8" w:rsidRDefault="004B2954" w:rsidP="004B2954">
      <w:pPr>
        <w:spacing w:after="0"/>
        <w:rPr>
          <w:rFonts w:cs="Times New Roman"/>
          <w:sz w:val="20"/>
          <w:szCs w:val="20"/>
        </w:rPr>
      </w:pPr>
    </w:p>
    <w:p w14:paraId="77EE6745"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0FFCCD4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05C2FE0" w14:textId="77777777" w:rsidR="004B2954" w:rsidRPr="00BB79B8" w:rsidRDefault="004B2954" w:rsidP="004B2954">
      <w:pPr>
        <w:spacing w:after="20"/>
        <w:ind w:left="216"/>
        <w:rPr>
          <w:rFonts w:cs="Times New Roman"/>
          <w:sz w:val="20"/>
          <w:szCs w:val="20"/>
        </w:rPr>
      </w:pPr>
      <w:r w:rsidRPr="00BB79B8">
        <w:rPr>
          <w:rFonts w:cs="Times New Roman"/>
          <w:sz w:val="20"/>
          <w:szCs w:val="20"/>
        </w:rPr>
        <w:t>The use of corticosteroids in myocarditis is a complex clinical decision, and the short answer is no-they are not suitable for all patients. Their use is generally reserved for specific etiologies where an underlying autoimmune or inflammatory process is the primary driver of myocardial injury.</w:t>
      </w:r>
    </w:p>
    <w:p w14:paraId="1BA593B9"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when corticosteroids are indicated versus when they may be ineffective or even harmful:</w:t>
      </w:r>
    </w:p>
    <w:p w14:paraId="3A20D0B0" w14:textId="77777777" w:rsidR="004B2954" w:rsidRPr="00BB79B8" w:rsidRDefault="004B2954" w:rsidP="004B2954">
      <w:pPr>
        <w:spacing w:after="20"/>
        <w:ind w:left="216"/>
        <w:rPr>
          <w:rFonts w:cs="Times New Roman"/>
          <w:sz w:val="20"/>
          <w:szCs w:val="20"/>
        </w:rPr>
      </w:pPr>
      <w:r w:rsidRPr="00BB79B8">
        <w:rPr>
          <w:rFonts w:cs="Times New Roman"/>
          <w:sz w:val="20"/>
          <w:szCs w:val="20"/>
        </w:rPr>
        <w:t>1. When Corticosteroids Are Indicated</w:t>
      </w:r>
    </w:p>
    <w:p w14:paraId="17F2B76C"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are primarily used in cases of non-infectious, immune-mediated myocarditis. In these scenarios, suppressing the immune response is critical to stopping the destruction of heart tissue:</w:t>
      </w:r>
    </w:p>
    <w:p w14:paraId="557368A6"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(GCM): This is a rare, highly aggressive form of myocarditis. High-dose steroids combined with other immunosuppressants (like cyclosporine) are the gold standard and can significantly improve survival.</w:t>
      </w:r>
    </w:p>
    <w:p w14:paraId="47828DE8"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Myocarditis: Often associated with hypersensitivity reactions (DRESS syndrome) or systemic conditions like Churg-Strauss. Steroids are highly effective at reducing eosinophilic infiltration.</w:t>
      </w:r>
    </w:p>
    <w:p w14:paraId="768AE2CE" w14:textId="77777777" w:rsidR="004B2954" w:rsidRPr="00BB79B8" w:rsidRDefault="004B2954" w:rsidP="004B2954">
      <w:pPr>
        <w:spacing w:after="20"/>
        <w:ind w:left="216"/>
        <w:rPr>
          <w:rFonts w:cs="Times New Roman"/>
          <w:sz w:val="20"/>
          <w:szCs w:val="20"/>
        </w:rPr>
      </w:pPr>
      <w:r w:rsidRPr="00BB79B8">
        <w:rPr>
          <w:rFonts w:cs="Times New Roman"/>
          <w:sz w:val="20"/>
          <w:szCs w:val="20"/>
        </w:rPr>
        <w:t>Sarcoid Myocarditis: Cardiac sarcoidosis frequently requires long-term corticosteroid therapy to prevent arrhythmias and heart failure progression.</w:t>
      </w:r>
    </w:p>
    <w:p w14:paraId="492BFDC2" w14:textId="77777777" w:rsidR="004B2954" w:rsidRPr="00BB79B8" w:rsidRDefault="004B2954" w:rsidP="004B2954">
      <w:pPr>
        <w:spacing w:after="20"/>
        <w:ind w:left="216"/>
        <w:rPr>
          <w:rFonts w:cs="Times New Roman"/>
          <w:sz w:val="20"/>
          <w:szCs w:val="20"/>
        </w:rPr>
      </w:pPr>
      <w:r w:rsidRPr="00BB79B8">
        <w:rPr>
          <w:rFonts w:cs="Times New Roman"/>
          <w:sz w:val="20"/>
          <w:szCs w:val="20"/>
        </w:rPr>
        <w:t>Checkpoint Inhibitor-Induced Myocarditis: A side effect of certain cancer immunotherapies where the immune system attacks the heart. Immediate high-dose steroids are the first line of treatment.</w:t>
      </w:r>
    </w:p>
    <w:p w14:paraId="37B2DE4F" w14:textId="77777777" w:rsidR="004B2954" w:rsidRPr="00BB79B8" w:rsidRDefault="004B2954" w:rsidP="004B2954">
      <w:pPr>
        <w:spacing w:after="20"/>
        <w:ind w:left="216"/>
        <w:rPr>
          <w:rFonts w:cs="Times New Roman"/>
          <w:sz w:val="20"/>
          <w:szCs w:val="20"/>
        </w:rPr>
      </w:pPr>
      <w:r w:rsidRPr="00BB79B8">
        <w:rPr>
          <w:rFonts w:cs="Times New Roman"/>
          <w:sz w:val="20"/>
          <w:szCs w:val="20"/>
        </w:rPr>
        <w:t>Systemic Autoimmune Diseases: Myocarditis occurring as a complication of Lupus (SLE) or Rheumatoid Arthritis.</w:t>
      </w:r>
    </w:p>
    <w:p w14:paraId="64074694" w14:textId="77777777" w:rsidR="004B2954" w:rsidRPr="00BB79B8" w:rsidRDefault="004B2954" w:rsidP="004B2954">
      <w:pPr>
        <w:spacing w:after="20"/>
        <w:ind w:left="216"/>
        <w:rPr>
          <w:rFonts w:cs="Times New Roman"/>
          <w:sz w:val="20"/>
          <w:szCs w:val="20"/>
        </w:rPr>
      </w:pPr>
      <w:r w:rsidRPr="00BB79B8">
        <w:rPr>
          <w:rFonts w:cs="Times New Roman"/>
          <w:sz w:val="20"/>
          <w:szCs w:val="20"/>
        </w:rPr>
        <w:t>2. When Corticosteroids Are Controversial (Viral Myocarditis)</w:t>
      </w:r>
    </w:p>
    <w:p w14:paraId="062B795B" w14:textId="77777777" w:rsidR="004B2954" w:rsidRPr="00BB79B8" w:rsidRDefault="004B2954" w:rsidP="004B2954">
      <w:pPr>
        <w:spacing w:after="20"/>
        <w:ind w:left="216"/>
        <w:rPr>
          <w:rFonts w:cs="Times New Roman"/>
          <w:sz w:val="20"/>
          <w:szCs w:val="20"/>
        </w:rPr>
      </w:pPr>
      <w:r w:rsidRPr="00BB79B8">
        <w:rPr>
          <w:rFonts w:cs="Times New Roman"/>
          <w:sz w:val="20"/>
          <w:szCs w:val="20"/>
        </w:rPr>
        <w:t>For the most common type-acute viral myocarditis-the use of steroids is highly debated and generally not recommended in the acute phase.</w:t>
      </w:r>
    </w:p>
    <w:p w14:paraId="4CDB4684" w14:textId="77777777" w:rsidR="004B2954" w:rsidRPr="00BB79B8" w:rsidRDefault="004B2954" w:rsidP="004B2954">
      <w:pPr>
        <w:spacing w:after="20"/>
        <w:ind w:left="216"/>
        <w:rPr>
          <w:rFonts w:cs="Times New Roman"/>
          <w:sz w:val="20"/>
          <w:szCs w:val="20"/>
        </w:rPr>
      </w:pPr>
      <w:r w:rsidRPr="00BB79B8">
        <w:rPr>
          <w:rFonts w:cs="Times New Roman"/>
          <w:sz w:val="20"/>
          <w:szCs w:val="20"/>
        </w:rPr>
        <w:t>The Risk: During the initial viral replication phase, corticosteroids can potentially interfere with the body's natural ability to clear the virus, leading to increased viral load and worsened myocardial damage.</w:t>
      </w:r>
    </w:p>
    <w:p w14:paraId="132D011C" w14:textId="77777777" w:rsidR="004B2954" w:rsidRPr="00BB79B8" w:rsidRDefault="004B2954" w:rsidP="004B2954">
      <w:pPr>
        <w:spacing w:after="20"/>
        <w:ind w:left="216"/>
        <w:rPr>
          <w:rFonts w:cs="Times New Roman"/>
          <w:sz w:val="20"/>
          <w:szCs w:val="20"/>
        </w:rPr>
      </w:pPr>
      <w:r w:rsidRPr="00BB79B8">
        <w:rPr>
          <w:rFonts w:cs="Times New Roman"/>
          <w:sz w:val="20"/>
          <w:szCs w:val="20"/>
        </w:rPr>
        <w:t>The "Chronic" Exception: If a patient progresses to a chronic inflammatory state where the virus is no longer present (proven by endomyocardial biopsy) but inflammation persists, some clinicians consider immunosuppression, though clinical trial evidence (like the TIMIC study) remains specific to certain patient subgroups.</w:t>
      </w:r>
    </w:p>
    <w:p w14:paraId="409049C4" w14:textId="77777777" w:rsidR="004B2954" w:rsidRPr="00BB79B8" w:rsidRDefault="004B2954" w:rsidP="004B2954">
      <w:pPr>
        <w:spacing w:after="20"/>
        <w:ind w:left="216"/>
        <w:rPr>
          <w:rFonts w:cs="Times New Roman"/>
          <w:sz w:val="20"/>
          <w:szCs w:val="20"/>
        </w:rPr>
      </w:pPr>
      <w:r w:rsidRPr="00BB79B8">
        <w:rPr>
          <w:rFonts w:cs="Times New Roman"/>
          <w:sz w:val="20"/>
          <w:szCs w:val="20"/>
        </w:rPr>
        <w:t>3. Clinical Determination: The Role of Biopsy</w:t>
      </w:r>
    </w:p>
    <w:p w14:paraId="7A6ABFB0"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steroids carry significant side effects (hyperglycemia, infection risk, fluid retention), international guidelines (ESC and AHA) emphasize that immunosuppression should ideally be guided by an Endomyocardial Biopsy (EMB).</w:t>
      </w:r>
    </w:p>
    <w:p w14:paraId="6C48BAD2" w14:textId="77777777" w:rsidR="004B2954" w:rsidRPr="00BB79B8" w:rsidRDefault="004B2954" w:rsidP="004B2954">
      <w:pPr>
        <w:spacing w:after="20"/>
        <w:ind w:left="216"/>
        <w:rPr>
          <w:rFonts w:cs="Times New Roman"/>
          <w:sz w:val="20"/>
          <w:szCs w:val="20"/>
        </w:rPr>
      </w:pPr>
      <w:r w:rsidRPr="00BB79B8">
        <w:rPr>
          <w:rFonts w:cs="Times New Roman"/>
          <w:sz w:val="20"/>
          <w:szCs w:val="20"/>
        </w:rPr>
        <w:t>Biopsy-Proven: Steroids are typically only started after a biopsy confirms the absence of active viral genomes (via PCR) and the presence of specific inflammatory markers.</w:t>
      </w:r>
    </w:p>
    <w:p w14:paraId="3D33FC1B" w14:textId="77777777" w:rsidR="004B2954" w:rsidRPr="00BB79B8" w:rsidRDefault="004B2954" w:rsidP="004B2954">
      <w:pPr>
        <w:spacing w:after="20"/>
        <w:ind w:left="216"/>
        <w:rPr>
          <w:rFonts w:cs="Times New Roman"/>
          <w:sz w:val="20"/>
          <w:szCs w:val="20"/>
        </w:rPr>
      </w:pPr>
      <w:r w:rsidRPr="00BB79B8">
        <w:rPr>
          <w:rFonts w:cs="Times New Roman"/>
          <w:sz w:val="20"/>
          <w:szCs w:val="20"/>
        </w:rPr>
        <w:t>Supportive Care First: For the majority of patients with "standard" acute myocarditis, the primary treatment remains supportive: rest, ACE inhibitors, beta-blockers, and monitoring for arrhythmias.</w:t>
      </w:r>
    </w:p>
    <w:p w14:paraId="0E5B6E5B"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Table</w:t>
      </w:r>
    </w:p>
    <w:p w14:paraId="64A544AA"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Type; Steroid Suitability; Rationale</w:t>
      </w:r>
    </w:p>
    <w:p w14:paraId="33482306"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Strongly Recommended; Life-saving; halts rapid tissue destruction.</w:t>
      </w:r>
    </w:p>
    <w:p w14:paraId="71745AEB"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Recommended; High sensitivity to anti-inflammatory therapy.</w:t>
      </w:r>
    </w:p>
    <w:p w14:paraId="17D0DCFD"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Viral; Generally Avoided; Risk of promoting viral replication.</w:t>
      </w:r>
    </w:p>
    <w:p w14:paraId="42BA93E0" w14:textId="77777777" w:rsidR="004B2954" w:rsidRPr="00BB79B8" w:rsidRDefault="004B2954" w:rsidP="004B2954">
      <w:pPr>
        <w:spacing w:after="20"/>
        <w:ind w:left="216"/>
        <w:rPr>
          <w:rFonts w:cs="Times New Roman"/>
          <w:sz w:val="20"/>
          <w:szCs w:val="20"/>
        </w:rPr>
      </w:pPr>
      <w:r w:rsidRPr="00BB79B8">
        <w:rPr>
          <w:rFonts w:cs="Times New Roman"/>
          <w:sz w:val="20"/>
          <w:szCs w:val="20"/>
        </w:rPr>
        <w:t>Checkpoint Inhibitor; Strongly Recommended; Reverses the drug-induced immune attack.</w:t>
      </w:r>
    </w:p>
    <w:p w14:paraId="0AC7DA89" w14:textId="77777777" w:rsidR="004B2954" w:rsidRPr="00BB79B8" w:rsidRDefault="004B2954" w:rsidP="004B2954">
      <w:pPr>
        <w:spacing w:after="0"/>
        <w:rPr>
          <w:rFonts w:cs="Times New Roman"/>
          <w:sz w:val="20"/>
          <w:szCs w:val="20"/>
        </w:rPr>
      </w:pPr>
    </w:p>
    <w:p w14:paraId="30176B4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D7C1EE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DBB152E" w14:textId="77777777" w:rsidR="004B2954" w:rsidRPr="00BB79B8" w:rsidRDefault="004B2954" w:rsidP="004B2954">
      <w:pPr>
        <w:spacing w:after="20"/>
        <w:ind w:left="216"/>
        <w:rPr>
          <w:rFonts w:cs="Times New Roman"/>
          <w:sz w:val="20"/>
          <w:szCs w:val="20"/>
        </w:rPr>
      </w:pPr>
      <w:r w:rsidRPr="00BB79B8">
        <w:rPr>
          <w:rFonts w:cs="Times New Roman"/>
          <w:sz w:val="20"/>
          <w:szCs w:val="20"/>
        </w:rPr>
        <w:t>No. Corticosteroid therapy is not suitable for all patients with myocarditis. It is beneficial only in specific subtypes-particularly those driven by immune or inflammatory mechanisms-while it may be ineffective or even harmful in others.</w:t>
      </w:r>
    </w:p>
    <w:p w14:paraId="3D28708F"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corticosteroids are appropriate</w:t>
      </w:r>
    </w:p>
    <w:p w14:paraId="5372F8B0"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myocarditis - Steroids are considered first-line because the disease is immune-mediated.</w:t>
      </w:r>
    </w:p>
    <w:p w14:paraId="7CBB5080"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 Requires aggressive immunosuppression; corticosteroids are part of standard therapy.</w:t>
      </w:r>
    </w:p>
    <w:p w14:paraId="390C332A"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Autoimmune-related myocarditis - e.g., lupus, sarcoidosis; steroids help control systemic inflammation.</w:t>
      </w:r>
    </w:p>
    <w:p w14:paraId="2413A50E" w14:textId="77777777" w:rsidR="004B2954" w:rsidRPr="00BB79B8" w:rsidRDefault="004B2954" w:rsidP="004B2954">
      <w:pPr>
        <w:spacing w:after="20"/>
        <w:ind w:left="216"/>
        <w:rPr>
          <w:rFonts w:cs="Times New Roman"/>
          <w:sz w:val="20"/>
          <w:szCs w:val="20"/>
        </w:rPr>
      </w:pPr>
      <w:r w:rsidRPr="00BB79B8">
        <w:rPr>
          <w:rFonts w:cs="Times New Roman"/>
          <w:sz w:val="20"/>
          <w:szCs w:val="20"/>
        </w:rPr>
        <w:t>Immune checkpoint inhibitor (ICI)-associated myocarditis - High-dose steroids improve outcomes and reduce major adverse cardiac events, according to recent evidence.</w:t>
      </w:r>
    </w:p>
    <w:p w14:paraId="20AFD8EA"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corticosteroids are not appropriate</w:t>
      </w:r>
    </w:p>
    <w:p w14:paraId="15213FC9"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myocarditis - Most common form. Steroids generally do not improve survival and may worsen viral replication.</w:t>
      </w:r>
    </w:p>
    <w:p w14:paraId="3798AD07" w14:textId="77777777" w:rsidR="004B2954" w:rsidRPr="00BB79B8" w:rsidRDefault="004B2954" w:rsidP="004B2954">
      <w:pPr>
        <w:spacing w:after="20"/>
        <w:ind w:left="216"/>
        <w:rPr>
          <w:rFonts w:cs="Times New Roman"/>
          <w:sz w:val="20"/>
          <w:szCs w:val="20"/>
        </w:rPr>
      </w:pPr>
      <w:r w:rsidRPr="00BB79B8">
        <w:rPr>
          <w:rFonts w:cs="Times New Roman"/>
          <w:sz w:val="20"/>
          <w:szCs w:val="20"/>
        </w:rPr>
        <w:t>Uncomplicated lymphocytic myocarditis - Supportive care is preferred; routine steroid use is not recommended.</w:t>
      </w:r>
    </w:p>
    <w:p w14:paraId="7732C96B"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with active infection - Steroids can suppress immune response and delay pathogen clearance.</w:t>
      </w:r>
    </w:p>
    <w:p w14:paraId="726612F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 major review in JAMA emphasizes that corticosteroids should be reserved for specific immune-mediated forms, not for all myocarditis patients.</w:t>
      </w:r>
    </w:p>
    <w:p w14:paraId="50F1982B" w14:textId="77777777" w:rsidR="004B2954" w:rsidRPr="00BB79B8" w:rsidRDefault="004B2954" w:rsidP="004B2954">
      <w:pPr>
        <w:spacing w:after="20"/>
        <w:ind w:left="216"/>
        <w:rPr>
          <w:rFonts w:cs="Times New Roman"/>
          <w:sz w:val="20"/>
          <w:szCs w:val="20"/>
        </w:rPr>
      </w:pPr>
      <w:r w:rsidRPr="00BB79B8">
        <w:rPr>
          <w:rFonts w:cs="Times New Roman"/>
          <w:sz w:val="20"/>
          <w:szCs w:val="20"/>
        </w:rPr>
        <w:t>Why steroids aren't universal</w:t>
      </w:r>
    </w:p>
    <w:p w14:paraId="5F6783C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has diverse causes-viral, autoimmune, drug-induced, toxic, or idiopathic.</w:t>
      </w:r>
    </w:p>
    <w:p w14:paraId="21369706" w14:textId="77777777" w:rsidR="004B2954" w:rsidRPr="00BB79B8" w:rsidRDefault="004B2954" w:rsidP="004B2954">
      <w:pPr>
        <w:spacing w:after="20"/>
        <w:ind w:left="216"/>
        <w:rPr>
          <w:rFonts w:cs="Times New Roman"/>
          <w:sz w:val="20"/>
          <w:szCs w:val="20"/>
        </w:rPr>
      </w:pPr>
      <w:r w:rsidRPr="00BB79B8">
        <w:rPr>
          <w:rFonts w:cs="Times New Roman"/>
          <w:sz w:val="20"/>
          <w:szCs w:val="20"/>
        </w:rPr>
        <w:t>Steroids suppress inflammation but also suppress immunity, which can worsen infectious etiologies.</w:t>
      </w:r>
    </w:p>
    <w:p w14:paraId="464C8A16" w14:textId="77777777" w:rsidR="004B2954" w:rsidRPr="00BB79B8" w:rsidRDefault="004B2954" w:rsidP="004B2954">
      <w:pPr>
        <w:spacing w:after="20"/>
        <w:ind w:left="216"/>
        <w:rPr>
          <w:rFonts w:cs="Times New Roman"/>
          <w:sz w:val="20"/>
          <w:szCs w:val="20"/>
        </w:rPr>
      </w:pPr>
      <w:r w:rsidRPr="00BB79B8">
        <w:rPr>
          <w:rFonts w:cs="Times New Roman"/>
          <w:sz w:val="20"/>
          <w:szCs w:val="20"/>
        </w:rPr>
        <w:t>Evidence for benefit exists only in certain subtypes; for most others, supportive therapy remains the standard.</w:t>
      </w:r>
    </w:p>
    <w:p w14:paraId="015A3DB8" w14:textId="77777777" w:rsidR="004B2954" w:rsidRPr="00BB79B8" w:rsidRDefault="004B2954" w:rsidP="004B2954">
      <w:pPr>
        <w:spacing w:after="20"/>
        <w:ind w:left="216"/>
        <w:rPr>
          <w:rFonts w:cs="Times New Roman"/>
          <w:sz w:val="20"/>
          <w:szCs w:val="20"/>
        </w:rPr>
      </w:pPr>
      <w:r w:rsidRPr="00BB79B8">
        <w:rPr>
          <w:rFonts w:cs="Times New Roman"/>
          <w:sz w:val="20"/>
          <w:szCs w:val="20"/>
        </w:rPr>
        <w:t>Quick comparison</w:t>
      </w:r>
    </w:p>
    <w:p w14:paraId="7DFE7982" w14:textId="77777777" w:rsidR="004B2954" w:rsidRPr="00BB79B8" w:rsidRDefault="004B2954" w:rsidP="004B2954">
      <w:pPr>
        <w:spacing w:after="20"/>
        <w:ind w:left="216"/>
        <w:rPr>
          <w:rFonts w:cs="Times New Roman"/>
          <w:sz w:val="20"/>
          <w:szCs w:val="20"/>
        </w:rPr>
      </w:pPr>
      <w:r w:rsidRPr="00BB79B8">
        <w:rPr>
          <w:rFonts w:cs="Times New Roman"/>
          <w:sz w:val="20"/>
          <w:szCs w:val="20"/>
        </w:rPr>
        <w:t>Subtype; Steroids?; Reason</w:t>
      </w:r>
    </w:p>
    <w:p w14:paraId="26885CE0"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Yes; Immune-mediated inflammation</w:t>
      </w:r>
    </w:p>
    <w:p w14:paraId="585FCAED"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Yes; Requires aggressive immunosuppression</w:t>
      </w:r>
    </w:p>
    <w:p w14:paraId="6DF8BFDC"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Yes; Part of systemic disease control</w:t>
      </w:r>
    </w:p>
    <w:p w14:paraId="7AE54BFC" w14:textId="77777777" w:rsidR="004B2954" w:rsidRPr="00BB79B8" w:rsidRDefault="004B2954" w:rsidP="004B2954">
      <w:pPr>
        <w:spacing w:after="20"/>
        <w:ind w:left="216"/>
        <w:rPr>
          <w:rFonts w:cs="Times New Roman"/>
          <w:sz w:val="20"/>
          <w:szCs w:val="20"/>
        </w:rPr>
      </w:pPr>
      <w:r w:rsidRPr="00BB79B8">
        <w:rPr>
          <w:rFonts w:cs="Times New Roman"/>
          <w:sz w:val="20"/>
          <w:szCs w:val="20"/>
        </w:rPr>
        <w:t>ICI-associated; Yes; High-dose steroids improve outcomes</w:t>
      </w:r>
    </w:p>
    <w:p w14:paraId="49A1067F"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No; May worsen viral replication; no survival benefit</w:t>
      </w:r>
    </w:p>
    <w:p w14:paraId="41830B08" w14:textId="77777777" w:rsidR="004B2954" w:rsidRPr="00BB79B8" w:rsidRDefault="004B2954" w:rsidP="004B2954">
      <w:pPr>
        <w:spacing w:after="20"/>
        <w:ind w:left="216"/>
        <w:rPr>
          <w:rFonts w:cs="Times New Roman"/>
          <w:sz w:val="20"/>
          <w:szCs w:val="20"/>
        </w:rPr>
      </w:pPr>
      <w:r w:rsidRPr="00BB79B8">
        <w:rPr>
          <w:rFonts w:cs="Times New Roman"/>
          <w:sz w:val="20"/>
          <w:szCs w:val="20"/>
        </w:rPr>
        <w:t>Uncomplicated lymphocytic; No; Supportive care preferred</w:t>
      </w:r>
    </w:p>
    <w:p w14:paraId="5B4B0407" w14:textId="77777777" w:rsidR="004B2954" w:rsidRPr="00BB79B8" w:rsidRDefault="004B2954" w:rsidP="004B2954">
      <w:pPr>
        <w:spacing w:after="20"/>
        <w:ind w:left="216"/>
        <w:rPr>
          <w:rFonts w:cs="Times New Roman"/>
          <w:sz w:val="20"/>
          <w:szCs w:val="20"/>
        </w:rPr>
      </w:pPr>
      <w:r w:rsidRPr="00BB79B8">
        <w:rPr>
          <w:rFonts w:cs="Times New Roman"/>
          <w:sz w:val="20"/>
          <w:szCs w:val="20"/>
        </w:rPr>
        <w:t>Infectious (bacterial/fungal); No; Immunosuppression dangerous</w:t>
      </w:r>
    </w:p>
    <w:p w14:paraId="67E65D61"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0B992E1B"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should be used only when myocarditis is clearly immune-mediated. For most other forms-especially viral-steroids offer no benefit and may cause harm.</w:t>
      </w:r>
    </w:p>
    <w:p w14:paraId="0E8A6973" w14:textId="77777777" w:rsidR="004B2954" w:rsidRPr="00BB79B8" w:rsidRDefault="004B2954" w:rsidP="004B2954">
      <w:pPr>
        <w:spacing w:after="0"/>
        <w:rPr>
          <w:rFonts w:cs="Times New Roman"/>
          <w:sz w:val="20"/>
          <w:szCs w:val="20"/>
        </w:rPr>
      </w:pPr>
    </w:p>
    <w:p w14:paraId="6EFC179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58232D7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8940E10" w14:textId="77777777" w:rsidR="004B2954" w:rsidRPr="00BB79B8" w:rsidRDefault="004B2954" w:rsidP="004B2954">
      <w:pPr>
        <w:spacing w:after="20"/>
        <w:ind w:left="216"/>
        <w:rPr>
          <w:rFonts w:cs="Times New Roman"/>
          <w:sz w:val="20"/>
          <w:szCs w:val="20"/>
        </w:rPr>
      </w:pPr>
      <w:r w:rsidRPr="00BB79B8">
        <w:rPr>
          <w:rFonts w:cs="Times New Roman"/>
          <w:sz w:val="20"/>
          <w:szCs w:val="20"/>
        </w:rPr>
        <w:t>The short answer is no. Corticosteroids are not suitable for all patients with myocarditis, and their use remains one of the most nuanced decisions in clinical practice.</w:t>
      </w:r>
    </w:p>
    <w:p w14:paraId="42EC61DD"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corticosteroids are powerful anti-inflammatory drugs, their benefit depends entirely on the underlying cause and clinical presentation of the myocarditis.</w:t>
      </w:r>
    </w:p>
    <w:p w14:paraId="01734444"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breakdown of when they are used, when they are avoided, and why.</w:t>
      </w:r>
    </w:p>
    <w:p w14:paraId="3E0E842C"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Corticosteroids ARE Suitable (Select Indications)</w:t>
      </w:r>
    </w:p>
    <w:p w14:paraId="4DF170EA"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these specific scenarios, steroids are often a key part of life-saving treatment:</w:t>
      </w:r>
    </w:p>
    <w:p w14:paraId="428599A6"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(GCM): This is a rare, rapidly fatal form of myocarditis. Corticosteroids (like prednisone) combined with other immunosuppressants are the standard of care to slow disease progression, though they do not fully cure it.</w:t>
      </w:r>
    </w:p>
    <w:p w14:paraId="1A644A93"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Sarcoidosis: When myocarditis is caused by sarcoidosis (inflammatory cell clumps in the heart), high-dose corticosteroids are the first-line treatment to prevent heart block, arrhythmias, and heart failure.</w:t>
      </w:r>
    </w:p>
    <w:p w14:paraId="148DB801"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Myocarditis: This type, often caused by an allergic reaction, parasites, or a rare condition called hypereosinophilic syndrome, responds very well to corticosteroids.</w:t>
      </w:r>
    </w:p>
    <w:p w14:paraId="1BD8C699" w14:textId="77777777" w:rsidR="004B2954" w:rsidRPr="00BB79B8" w:rsidRDefault="004B2954" w:rsidP="004B2954">
      <w:pPr>
        <w:spacing w:after="20"/>
        <w:ind w:left="216"/>
        <w:rPr>
          <w:rFonts w:cs="Times New Roman"/>
          <w:sz w:val="20"/>
          <w:szCs w:val="20"/>
        </w:rPr>
      </w:pPr>
      <w:r w:rsidRPr="00BB79B8">
        <w:rPr>
          <w:rFonts w:cs="Times New Roman"/>
          <w:sz w:val="20"/>
          <w:szCs w:val="20"/>
        </w:rPr>
        <w:t>Lymphocytic Myocarditis with Autoimmune Disease: Patients with systemic lupus erythematosus (SLE), scleroderma, or other autoimmune diseases who develop myocarditis often require steroids.</w:t>
      </w:r>
    </w:p>
    <w:p w14:paraId="664792F4" w14:textId="77777777" w:rsidR="004B2954" w:rsidRPr="00BB79B8" w:rsidRDefault="004B2954" w:rsidP="004B2954">
      <w:pPr>
        <w:spacing w:after="20"/>
        <w:ind w:left="216"/>
        <w:rPr>
          <w:rFonts w:cs="Times New Roman"/>
          <w:sz w:val="20"/>
          <w:szCs w:val="20"/>
        </w:rPr>
      </w:pPr>
      <w:r w:rsidRPr="00BB79B8">
        <w:rPr>
          <w:rFonts w:cs="Times New Roman"/>
          <w:sz w:val="20"/>
          <w:szCs w:val="20"/>
        </w:rPr>
        <w:t>Checkpoint Inhibitor Myocarditis: A dangerous complication of newer cancer immunotherapies. High-dose steroids are the mainstay of emergency treatment.</w:t>
      </w:r>
    </w:p>
    <w:p w14:paraId="62DD7D65" w14:textId="77777777" w:rsidR="004B2954" w:rsidRPr="00BB79B8" w:rsidRDefault="004B2954" w:rsidP="004B2954">
      <w:pPr>
        <w:spacing w:after="20"/>
        <w:ind w:left="216"/>
        <w:rPr>
          <w:rFonts w:cs="Times New Roman"/>
          <w:sz w:val="20"/>
          <w:szCs w:val="20"/>
        </w:rPr>
      </w:pPr>
      <w:r w:rsidRPr="00BB79B8">
        <w:rPr>
          <w:rFonts w:cs="Times New Roman"/>
          <w:sz w:val="20"/>
          <w:szCs w:val="20"/>
        </w:rPr>
        <w:t>When Corticosteroids are NOT Suitable (Majority of Cases)</w:t>
      </w:r>
    </w:p>
    <w:p w14:paraId="662074F7" w14:textId="77777777" w:rsidR="004B2954" w:rsidRPr="00BB79B8" w:rsidRDefault="004B2954" w:rsidP="004B2954">
      <w:pPr>
        <w:spacing w:after="20"/>
        <w:ind w:left="216"/>
        <w:rPr>
          <w:rFonts w:cs="Times New Roman"/>
          <w:sz w:val="20"/>
          <w:szCs w:val="20"/>
        </w:rPr>
      </w:pPr>
      <w:r w:rsidRPr="00BB79B8">
        <w:rPr>
          <w:rFonts w:cs="Times New Roman"/>
          <w:sz w:val="20"/>
          <w:szCs w:val="20"/>
        </w:rPr>
        <w:t>For the most common form of myocarditis-acute viral lymphocytic myocarditis (e.g., from Coxsackievirus, parvovirus B19, or even COVID-19)-routine corticosteroid use is not recommended and may be harmful.</w:t>
      </w:r>
    </w:p>
    <w:p w14:paraId="06340971"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 initial phase of viral myocarditis requires your immune system to clear the virus. Steroids suppress that immune response, potentially allowing the virus to replicate unchecked, worsen the infection, and cause more heart damage.</w:t>
      </w:r>
    </w:p>
    <w:p w14:paraId="155AE222" w14:textId="77777777" w:rsidR="004B2954" w:rsidRPr="00BB79B8" w:rsidRDefault="004B2954" w:rsidP="004B2954">
      <w:pPr>
        <w:spacing w:after="20"/>
        <w:ind w:left="216"/>
        <w:rPr>
          <w:rFonts w:cs="Times New Roman"/>
          <w:sz w:val="20"/>
          <w:szCs w:val="20"/>
        </w:rPr>
      </w:pPr>
      <w:r w:rsidRPr="00BB79B8">
        <w:rPr>
          <w:rFonts w:cs="Times New Roman"/>
          <w:sz w:val="20"/>
          <w:szCs w:val="20"/>
        </w:rPr>
        <w:t>Guidelines: Major cardiology societies (American College of Cardiology, European Society of Cardiology) do not recommend routine steroids for uncomplicated acute viral myocarditis.</w:t>
      </w:r>
    </w:p>
    <w:p w14:paraId="5AA20106" w14:textId="77777777" w:rsidR="004B2954" w:rsidRPr="00BB79B8" w:rsidRDefault="004B2954" w:rsidP="004B2954">
      <w:pPr>
        <w:spacing w:after="20"/>
        <w:ind w:left="216"/>
        <w:rPr>
          <w:rFonts w:cs="Times New Roman"/>
          <w:sz w:val="20"/>
          <w:szCs w:val="20"/>
        </w:rPr>
      </w:pPr>
      <w:r w:rsidRPr="00BB79B8">
        <w:rPr>
          <w:rFonts w:cs="Times New Roman"/>
          <w:sz w:val="20"/>
          <w:szCs w:val="20"/>
        </w:rPr>
        <w:t>The Exception That Proves the Rule: Fulminant Myocarditis</w:t>
      </w:r>
    </w:p>
    <w:p w14:paraId="140E38BF" w14:textId="77777777" w:rsidR="004B2954" w:rsidRPr="00BB79B8" w:rsidRDefault="004B2954" w:rsidP="004B2954">
      <w:pPr>
        <w:spacing w:after="20"/>
        <w:ind w:left="216"/>
        <w:rPr>
          <w:rFonts w:cs="Times New Roman"/>
          <w:sz w:val="20"/>
          <w:szCs w:val="20"/>
        </w:rPr>
      </w:pPr>
      <w:r w:rsidRPr="00BB79B8">
        <w:rPr>
          <w:rFonts w:cs="Times New Roman"/>
          <w:sz w:val="20"/>
          <w:szCs w:val="20"/>
        </w:rPr>
        <w:t>If a patient presents with fulminant myocarditis (sudden, severe heart failure or cardiogenic shock requiring intensive care), the calculus changes. Even if viral, these patients often have a "cytokine storm" causing overwhelming inflammation. In this specific life-threatening setting, clinicians may use steroids (or other immunomodulators) as a rescue therapy, regardless of the cause.</w:t>
      </w:r>
    </w:p>
    <w:p w14:paraId="00A3AAA4" w14:textId="77777777" w:rsidR="004B2954" w:rsidRPr="00BB79B8" w:rsidRDefault="004B2954" w:rsidP="004B2954">
      <w:pPr>
        <w:spacing w:after="20"/>
        <w:ind w:left="216"/>
        <w:rPr>
          <w:rFonts w:cs="Times New Roman"/>
          <w:sz w:val="20"/>
          <w:szCs w:val="20"/>
        </w:rPr>
      </w:pPr>
      <w:r w:rsidRPr="00BB79B8">
        <w:rPr>
          <w:rFonts w:cs="Times New Roman"/>
          <w:sz w:val="20"/>
          <w:szCs w:val="20"/>
        </w:rPr>
        <w:t>Key Absolute Contraindications</w:t>
      </w:r>
    </w:p>
    <w:p w14:paraId="21D61259" w14:textId="77777777" w:rsidR="004B2954" w:rsidRPr="00BB79B8" w:rsidRDefault="004B2954" w:rsidP="004B2954">
      <w:pPr>
        <w:spacing w:after="20"/>
        <w:ind w:left="216"/>
        <w:rPr>
          <w:rFonts w:cs="Times New Roman"/>
          <w:sz w:val="20"/>
          <w:szCs w:val="20"/>
        </w:rPr>
      </w:pPr>
      <w:r w:rsidRPr="00BB79B8">
        <w:rPr>
          <w:rFonts w:cs="Times New Roman"/>
          <w:sz w:val="20"/>
          <w:szCs w:val="20"/>
        </w:rPr>
        <w:t>You should generally not use corticosteroids in myocarditis caused by:</w:t>
      </w:r>
    </w:p>
    <w:p w14:paraId="2C8A9FB9"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bacterial or fungal infection (until the infection is fully controlled with antibiotics/antifungals).</w:t>
      </w:r>
    </w:p>
    <w:p w14:paraId="5D1E54CF" w14:textId="77777777" w:rsidR="004B2954" w:rsidRPr="00BB79B8" w:rsidRDefault="004B2954" w:rsidP="004B2954">
      <w:pPr>
        <w:spacing w:after="20"/>
        <w:ind w:left="216"/>
        <w:rPr>
          <w:rFonts w:cs="Times New Roman"/>
          <w:sz w:val="20"/>
          <w:szCs w:val="20"/>
        </w:rPr>
      </w:pPr>
      <w:r w:rsidRPr="00BB79B8">
        <w:rPr>
          <w:rFonts w:cs="Times New Roman"/>
          <w:sz w:val="20"/>
          <w:szCs w:val="20"/>
        </w:rPr>
        <w:t>Trypanosoma cruzi (Chagas disease), as steroids can cause life-threatening reactivation.</w:t>
      </w:r>
    </w:p>
    <w:p w14:paraId="6FA86E2A"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How Do Doctors Decide?</w:t>
      </w:r>
    </w:p>
    <w:p w14:paraId="2B972510"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you cannot tell the cause from an ECG or an echo alone, the decision often hinges on an endomyocardial biopsy. This invasive procedure takes tiny samples of heart muscle to look at the type of inflammation under a microscope.</w:t>
      </w:r>
    </w:p>
    <w:p w14:paraId="6075AE8D" w14:textId="77777777" w:rsidR="004B2954" w:rsidRPr="00BB79B8" w:rsidRDefault="004B2954" w:rsidP="004B2954">
      <w:pPr>
        <w:spacing w:after="20"/>
        <w:ind w:left="216"/>
        <w:rPr>
          <w:rFonts w:cs="Times New Roman"/>
          <w:sz w:val="20"/>
          <w:szCs w:val="20"/>
        </w:rPr>
      </w:pPr>
      <w:r w:rsidRPr="00BB79B8">
        <w:rPr>
          <w:rFonts w:cs="Times New Roman"/>
          <w:sz w:val="20"/>
          <w:szCs w:val="20"/>
        </w:rPr>
        <w:t>Biopsy Finding; Corticosteroid Recommendation</w:t>
      </w:r>
    </w:p>
    <w:p w14:paraId="1DB64BF7" w14:textId="77777777" w:rsidR="004B2954" w:rsidRPr="00BB79B8" w:rsidRDefault="004B2954" w:rsidP="004B2954">
      <w:pPr>
        <w:spacing w:after="20"/>
        <w:ind w:left="216"/>
        <w:rPr>
          <w:rFonts w:cs="Times New Roman"/>
          <w:sz w:val="20"/>
          <w:szCs w:val="20"/>
        </w:rPr>
      </w:pPr>
      <w:r w:rsidRPr="00BB79B8">
        <w:rPr>
          <w:rFonts w:cs="Times New Roman"/>
          <w:sz w:val="20"/>
          <w:szCs w:val="20"/>
        </w:rPr>
        <w:t>Lymphocytic (viral); Typically NO (supportive care only)</w:t>
      </w:r>
    </w:p>
    <w:p w14:paraId="758CF60E"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YES (urgently)</w:t>
      </w:r>
    </w:p>
    <w:p w14:paraId="3BC8612F"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YES</w:t>
      </w:r>
    </w:p>
    <w:p w14:paraId="114529B5" w14:textId="77777777" w:rsidR="004B2954" w:rsidRPr="00BB79B8" w:rsidRDefault="004B2954" w:rsidP="004B2954">
      <w:pPr>
        <w:spacing w:after="20"/>
        <w:ind w:left="216"/>
        <w:rPr>
          <w:rFonts w:cs="Times New Roman"/>
          <w:sz w:val="20"/>
          <w:szCs w:val="20"/>
        </w:rPr>
      </w:pPr>
      <w:r w:rsidRPr="00BB79B8">
        <w:rPr>
          <w:rFonts w:cs="Times New Roman"/>
          <w:sz w:val="20"/>
          <w:szCs w:val="20"/>
        </w:rPr>
        <w:t>Sarcoidosis; YES</w:t>
      </w:r>
    </w:p>
    <w:p w14:paraId="255DD23B"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for Clinical Practice</w:t>
      </w:r>
    </w:p>
    <w:p w14:paraId="1B56F43B" w14:textId="77777777" w:rsidR="004B2954" w:rsidRPr="00BB79B8" w:rsidRDefault="004B2954" w:rsidP="004B2954">
      <w:pPr>
        <w:spacing w:after="20"/>
        <w:ind w:left="216"/>
        <w:rPr>
          <w:rFonts w:cs="Times New Roman"/>
          <w:sz w:val="20"/>
          <w:szCs w:val="20"/>
        </w:rPr>
      </w:pPr>
      <w:r w:rsidRPr="00BB79B8">
        <w:rPr>
          <w:rFonts w:cs="Times New Roman"/>
          <w:sz w:val="20"/>
          <w:szCs w:val="20"/>
        </w:rPr>
        <w:t>Do not give steroids for presumed acute viral myocarditis without evidence of autoimmunity, giant cells, eosinophils, or sarcoidosis.</w:t>
      </w:r>
    </w:p>
    <w:p w14:paraId="71E44A41" w14:textId="77777777" w:rsidR="004B2954" w:rsidRPr="00BB79B8" w:rsidRDefault="004B2954" w:rsidP="004B2954">
      <w:pPr>
        <w:spacing w:after="20"/>
        <w:ind w:left="216"/>
        <w:rPr>
          <w:rFonts w:cs="Times New Roman"/>
          <w:sz w:val="20"/>
          <w:szCs w:val="20"/>
        </w:rPr>
      </w:pPr>
      <w:r w:rsidRPr="00BB79B8">
        <w:rPr>
          <w:rFonts w:cs="Times New Roman"/>
          <w:sz w:val="20"/>
          <w:szCs w:val="20"/>
        </w:rPr>
        <w:t>If a patient with myocarditis does not have a known autoimmune disease or a biopsy-proven steroid-responsive subtype, the best initial therapy is optimized heart failure management (beta-blockers, ACE inhibitors, diuretics, and mechanical circulatory support if needed), not corticosteroids.</w:t>
      </w:r>
    </w:p>
    <w:p w14:paraId="5E01A31C" w14:textId="77777777" w:rsidR="004B2954" w:rsidRPr="00BB79B8" w:rsidRDefault="004B2954" w:rsidP="004B2954">
      <w:pPr>
        <w:spacing w:after="0"/>
        <w:rPr>
          <w:rFonts w:cs="Times New Roman"/>
          <w:sz w:val="20"/>
          <w:szCs w:val="20"/>
        </w:rPr>
      </w:pPr>
    </w:p>
    <w:p w14:paraId="7FDB60F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E24680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5B7D5A4" w14:textId="77777777" w:rsidR="004B2954" w:rsidRPr="00BB79B8" w:rsidRDefault="004B2954" w:rsidP="004B2954">
      <w:pPr>
        <w:spacing w:after="20"/>
        <w:ind w:left="216"/>
        <w:rPr>
          <w:rFonts w:cs="Times New Roman"/>
          <w:sz w:val="20"/>
          <w:szCs w:val="20"/>
        </w:rPr>
      </w:pPr>
      <w:r w:rsidRPr="00BB79B8">
        <w:rPr>
          <w:rFonts w:cs="Times New Roman"/>
          <w:sz w:val="20"/>
          <w:szCs w:val="20"/>
        </w:rPr>
        <w:t>No, corticosteroid therapy is not suitable for all patients with myocarditis.</w:t>
      </w:r>
    </w:p>
    <w:p w14:paraId="288BF382" w14:textId="77777777" w:rsidR="004B2954" w:rsidRPr="00BB79B8" w:rsidRDefault="004B2954" w:rsidP="004B2954">
      <w:pPr>
        <w:spacing w:after="20"/>
        <w:ind w:left="216"/>
        <w:rPr>
          <w:rFonts w:cs="Times New Roman"/>
          <w:sz w:val="20"/>
          <w:szCs w:val="20"/>
        </w:rPr>
      </w:pPr>
      <w:r w:rsidRPr="00BB79B8">
        <w:rPr>
          <w:rFonts w:cs="Times New Roman"/>
          <w:sz w:val="20"/>
          <w:szCs w:val="20"/>
        </w:rPr>
        <w:t>Explanation:</w:t>
      </w:r>
    </w:p>
    <w:p w14:paraId="1C0990AE"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not routinely used for mild, uncomplicated viral myocarditis in ordinary patients. Routine steroids do not benefit most cases and may even increase the risk of viral replication and infection.</w:t>
      </w:r>
    </w:p>
    <w:p w14:paraId="36001D82"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are only recommended for severe or specific cases:</w:t>
      </w:r>
    </w:p>
    <w:p w14:paraId="3D78C3D7"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fulminant myocarditis</w:t>
      </w:r>
    </w:p>
    <w:p w14:paraId="5CFDF11C"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complicated with refractory heart failure, cardiogenic shock or severe arrhythmia</w:t>
      </w:r>
    </w:p>
    <w:p w14:paraId="1517AF7E"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Autoimmune-mediated myocarditis</w:t>
      </w:r>
    </w:p>
    <w:p w14:paraId="48B432F7"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w:t>
      </w:r>
    </w:p>
    <w:p w14:paraId="4413FE6E" w14:textId="77777777" w:rsidR="004B2954" w:rsidRPr="00BB79B8" w:rsidRDefault="004B2954" w:rsidP="004B2954">
      <w:pPr>
        <w:rPr>
          <w:rFonts w:cs="Times New Roman"/>
          <w:sz w:val="20"/>
          <w:szCs w:val="20"/>
        </w:rPr>
      </w:pPr>
    </w:p>
    <w:p w14:paraId="4E148D7D" w14:textId="77777777" w:rsidR="004B2954" w:rsidRPr="00BB79B8" w:rsidRDefault="004B2954" w:rsidP="004B2954">
      <w:pPr>
        <w:keepNext/>
        <w:rPr>
          <w:rFonts w:cs="Times New Roman"/>
          <w:sz w:val="20"/>
          <w:szCs w:val="20"/>
        </w:rPr>
      </w:pPr>
      <w:r w:rsidRPr="00BB79B8">
        <w:rPr>
          <w:rFonts w:cs="Times New Roman"/>
          <w:b/>
          <w:color w:val="1F4E79"/>
          <w:sz w:val="20"/>
          <w:szCs w:val="20"/>
        </w:rPr>
        <w:t>Q41. Why does fulminant myocarditis require intensive care treatment?</w:t>
      </w:r>
    </w:p>
    <w:p w14:paraId="0584D1D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37338B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65397E1"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a severe, rapidly progressing inflammation of the heart muscle that can lead to life-threatening complications. It requires intensive care treatment for several critical reasons:</w:t>
      </w:r>
    </w:p>
    <w:p w14:paraId="4FF64C95"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Heart Failure: Fulminant myocarditis can drastically reduce the heart's ability to pump blood, leading to cardiogenic shock. Intensive care allows continuous monitoring of blood pressure, cardiac output, and organ perfusion.</w:t>
      </w:r>
    </w:p>
    <w:p w14:paraId="36E4D2A9"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 Risk: These patients are highly susceptible to dangerous heart rhythm disturbances (ventricular tachycardia, ventricular fibrillation, complete heart block). ICU care enables immediate intervention with medications, temporary pacing, or defibrillation if needed.</w:t>
      </w:r>
    </w:p>
    <w:p w14:paraId="037271C5" w14:textId="77777777" w:rsidR="004B2954" w:rsidRPr="00BB79B8" w:rsidRDefault="004B2954" w:rsidP="004B2954">
      <w:pPr>
        <w:spacing w:after="20"/>
        <w:ind w:left="216"/>
        <w:rPr>
          <w:rFonts w:cs="Times New Roman"/>
          <w:sz w:val="20"/>
          <w:szCs w:val="20"/>
        </w:rPr>
      </w:pPr>
      <w:r w:rsidRPr="00BB79B8">
        <w:rPr>
          <w:rFonts w:cs="Times New Roman"/>
          <w:sz w:val="20"/>
          <w:szCs w:val="20"/>
        </w:rPr>
        <w:t>Hemodynamic Support: Many patients require advanced support such as intravenous vasopressors, inotropes, or mechanical circulatory support (e.g., intra-aortic balloon pump, extracorporeal membrane oxygenation) to maintain circulation and organ function.</w:t>
      </w:r>
    </w:p>
    <w:p w14:paraId="588333E9"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Deterioration Potential: Fulminant myocarditis can progress within hours to severe multi-organ failure. ICU settings provide constant monitoring and rapid response capability.</w:t>
      </w:r>
    </w:p>
    <w:p w14:paraId="3C6B44F7" w14:textId="77777777" w:rsidR="004B2954" w:rsidRPr="00BB79B8" w:rsidRDefault="004B2954" w:rsidP="004B2954">
      <w:pPr>
        <w:spacing w:after="20"/>
        <w:ind w:left="216"/>
        <w:rPr>
          <w:rFonts w:cs="Times New Roman"/>
          <w:sz w:val="20"/>
          <w:szCs w:val="20"/>
        </w:rPr>
      </w:pPr>
      <w:r w:rsidRPr="00BB79B8">
        <w:rPr>
          <w:rFonts w:cs="Times New Roman"/>
          <w:sz w:val="20"/>
          <w:szCs w:val="20"/>
        </w:rPr>
        <w:t>Close Diagnostic and Therapeutic Management: Frequent laboratory tests, imaging (echocardiography, hemodynamic monitoring), and titration of medications are critical in guiding treatment decisions.</w:t>
      </w:r>
    </w:p>
    <w:p w14:paraId="7A4190F8"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the acute, unstable nature of fulminant myocarditis, combined with the high risk of shock, arrhythmias, and multi-organ failure, makes intensive care essential for survival.</w:t>
      </w:r>
    </w:p>
    <w:p w14:paraId="406360BF" w14:textId="77777777" w:rsidR="004B2954" w:rsidRPr="00BB79B8" w:rsidRDefault="004B2954" w:rsidP="004B2954">
      <w:pPr>
        <w:spacing w:after="0"/>
        <w:rPr>
          <w:rFonts w:cs="Times New Roman"/>
          <w:sz w:val="20"/>
          <w:szCs w:val="20"/>
        </w:rPr>
      </w:pPr>
    </w:p>
    <w:p w14:paraId="3F83538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C28619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433FDB9"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(FM) is a clinical emergency characterized by a sudden and rapid progression from initial symptoms to severe heart failure, life-threatening arrhythmias, or cardiogenic shock. Unlike standard myocarditis, the "fulminant" designation implies a high risk of imminent death without aggressive intervention.</w:t>
      </w:r>
    </w:p>
    <w:p w14:paraId="79997A52" w14:textId="77777777" w:rsidR="004B2954" w:rsidRPr="00BB79B8" w:rsidRDefault="004B2954" w:rsidP="004B2954">
      <w:pPr>
        <w:spacing w:after="20"/>
        <w:ind w:left="216"/>
        <w:rPr>
          <w:rFonts w:cs="Times New Roman"/>
          <w:sz w:val="20"/>
          <w:szCs w:val="20"/>
        </w:rPr>
      </w:pPr>
      <w:r w:rsidRPr="00BB79B8">
        <w:rPr>
          <w:rFonts w:cs="Times New Roman"/>
          <w:sz w:val="20"/>
          <w:szCs w:val="20"/>
        </w:rPr>
        <w:t>Intensive care treatment is essential for the following reasons:</w:t>
      </w:r>
    </w:p>
    <w:p w14:paraId="0FF68D02" w14:textId="77777777" w:rsidR="004B2954" w:rsidRPr="00BB79B8" w:rsidRDefault="004B2954" w:rsidP="004B2954">
      <w:pPr>
        <w:spacing w:after="20"/>
        <w:ind w:left="216"/>
        <w:rPr>
          <w:rFonts w:cs="Times New Roman"/>
          <w:sz w:val="20"/>
          <w:szCs w:val="20"/>
        </w:rPr>
      </w:pPr>
      <w:r w:rsidRPr="00BB79B8">
        <w:rPr>
          <w:rFonts w:cs="Times New Roman"/>
          <w:sz w:val="20"/>
          <w:szCs w:val="20"/>
        </w:rPr>
        <w:t>1. Rapid Hemodynamic Collapse</w:t>
      </w:r>
    </w:p>
    <w:p w14:paraId="008C4AE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Patients can deteriorate from mild shortness of breath to full cardiogenic shock within hours. In an ICU setting, clinicians can provide:</w:t>
      </w:r>
    </w:p>
    <w:p w14:paraId="2121B30B"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Continuous Hemodynamic Monitoring: Using arterial lines or pulmonary artery catheters to track blood pressure and cardiac output in real-time.</w:t>
      </w:r>
    </w:p>
    <w:p w14:paraId="24DE78E7" w14:textId="77777777" w:rsidR="004B2954" w:rsidRPr="00BB79B8" w:rsidRDefault="004B2954" w:rsidP="004B2954">
      <w:pPr>
        <w:spacing w:after="20"/>
        <w:ind w:left="216"/>
        <w:rPr>
          <w:rFonts w:cs="Times New Roman"/>
          <w:sz w:val="20"/>
          <w:szCs w:val="20"/>
        </w:rPr>
      </w:pPr>
      <w:r w:rsidRPr="00BB79B8">
        <w:rPr>
          <w:rFonts w:cs="Times New Roman"/>
          <w:sz w:val="20"/>
          <w:szCs w:val="20"/>
        </w:rPr>
        <w:t>Vasoactive Support: Precise titration of inotropes (e.g., dobutamine) and vasopressors (e.g., norepinephrine) to maintain organ perfusion.</w:t>
      </w:r>
    </w:p>
    <w:p w14:paraId="05D0F4F9" w14:textId="77777777" w:rsidR="004B2954" w:rsidRPr="00BB79B8" w:rsidRDefault="004B2954" w:rsidP="004B2954">
      <w:pPr>
        <w:spacing w:after="20"/>
        <w:ind w:left="216"/>
        <w:rPr>
          <w:rFonts w:cs="Times New Roman"/>
          <w:sz w:val="20"/>
          <w:szCs w:val="20"/>
        </w:rPr>
      </w:pPr>
      <w:r w:rsidRPr="00BB79B8">
        <w:rPr>
          <w:rFonts w:cs="Times New Roman"/>
          <w:sz w:val="20"/>
          <w:szCs w:val="20"/>
        </w:rPr>
        <w:t>2. Risk of Lethal Arrhythmias</w:t>
      </w:r>
    </w:p>
    <w:p w14:paraId="3C52B562" w14:textId="77777777" w:rsidR="004B2954" w:rsidRPr="00BB79B8" w:rsidRDefault="004B2954" w:rsidP="004B2954">
      <w:pPr>
        <w:spacing w:after="20"/>
        <w:ind w:left="216"/>
        <w:rPr>
          <w:rFonts w:cs="Times New Roman"/>
          <w:sz w:val="20"/>
          <w:szCs w:val="20"/>
        </w:rPr>
      </w:pPr>
      <w:r w:rsidRPr="00BB79B8">
        <w:rPr>
          <w:rFonts w:cs="Times New Roman"/>
          <w:sz w:val="20"/>
          <w:szCs w:val="20"/>
        </w:rPr>
        <w:t>The intense inflammation of the myocardium creates an unstable electrical environment. Patients are at high risk for:</w:t>
      </w:r>
    </w:p>
    <w:p w14:paraId="4C054648"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Tachycardia/Fibrillation: Requiring immediate defibrillation.</w:t>
      </w:r>
    </w:p>
    <w:p w14:paraId="016619DE" w14:textId="77777777" w:rsidR="004B2954" w:rsidRPr="00BB79B8" w:rsidRDefault="004B2954" w:rsidP="004B2954">
      <w:pPr>
        <w:spacing w:after="20"/>
        <w:ind w:left="216"/>
        <w:rPr>
          <w:rFonts w:cs="Times New Roman"/>
          <w:sz w:val="20"/>
          <w:szCs w:val="20"/>
        </w:rPr>
      </w:pPr>
      <w:r w:rsidRPr="00BB79B8">
        <w:rPr>
          <w:rFonts w:cs="Times New Roman"/>
          <w:sz w:val="20"/>
          <w:szCs w:val="20"/>
        </w:rPr>
        <w:t>High-degree Atrioventricular Block: Requiring emergency temporary cardiac pacing. The ICU provides the constant ECG monitoring and immediate access to resuscitation equipment necessary to manage these events.</w:t>
      </w:r>
    </w:p>
    <w:p w14:paraId="44FB07BB" w14:textId="77777777" w:rsidR="004B2954" w:rsidRPr="00BB79B8" w:rsidRDefault="004B2954" w:rsidP="004B2954">
      <w:pPr>
        <w:spacing w:after="20"/>
        <w:ind w:left="216"/>
        <w:rPr>
          <w:rFonts w:cs="Times New Roman"/>
          <w:sz w:val="20"/>
          <w:szCs w:val="20"/>
        </w:rPr>
      </w:pPr>
      <w:r w:rsidRPr="00BB79B8">
        <w:rPr>
          <w:rFonts w:cs="Times New Roman"/>
          <w:sz w:val="20"/>
          <w:szCs w:val="20"/>
        </w:rPr>
        <w:t>3. Mechanical Circulatory Support (MCS)</w:t>
      </w:r>
    </w:p>
    <w:p w14:paraId="6D645F9B" w14:textId="77777777" w:rsidR="004B2954" w:rsidRPr="00BB79B8" w:rsidRDefault="004B2954" w:rsidP="004B2954">
      <w:pPr>
        <w:spacing w:after="20"/>
        <w:ind w:left="216"/>
        <w:rPr>
          <w:rFonts w:cs="Times New Roman"/>
          <w:sz w:val="20"/>
          <w:szCs w:val="20"/>
        </w:rPr>
      </w:pPr>
      <w:r w:rsidRPr="00BB79B8">
        <w:rPr>
          <w:rFonts w:cs="Times New Roman"/>
          <w:sz w:val="20"/>
          <w:szCs w:val="20"/>
        </w:rPr>
        <w:t>A hallmark of FM management is the potential need for advanced life support when medication alone fails. The ICU team coordinates the transition to:</w:t>
      </w:r>
    </w:p>
    <w:p w14:paraId="3EB4BE56" w14:textId="77777777" w:rsidR="004B2954" w:rsidRPr="00BB79B8" w:rsidRDefault="004B2954" w:rsidP="004B2954">
      <w:pPr>
        <w:spacing w:after="20"/>
        <w:ind w:left="216"/>
        <w:rPr>
          <w:rFonts w:cs="Times New Roman"/>
          <w:sz w:val="20"/>
          <w:szCs w:val="20"/>
        </w:rPr>
      </w:pPr>
      <w:r w:rsidRPr="00BB79B8">
        <w:rPr>
          <w:rFonts w:cs="Times New Roman"/>
          <w:sz w:val="20"/>
          <w:szCs w:val="20"/>
        </w:rPr>
        <w:t>ECMO (Extracorporeal Membrane Oxygenation): To take over the function of the heart and lungs while the myocardium recovers.</w:t>
      </w:r>
    </w:p>
    <w:p w14:paraId="36F6BAFD" w14:textId="77777777" w:rsidR="004B2954" w:rsidRPr="00BB79B8" w:rsidRDefault="004B2954" w:rsidP="004B2954">
      <w:pPr>
        <w:spacing w:after="20"/>
        <w:ind w:left="216"/>
        <w:rPr>
          <w:rFonts w:cs="Times New Roman"/>
          <w:sz w:val="20"/>
          <w:szCs w:val="20"/>
        </w:rPr>
      </w:pPr>
      <w:r w:rsidRPr="00BB79B8">
        <w:rPr>
          <w:rFonts w:cs="Times New Roman"/>
          <w:sz w:val="20"/>
          <w:szCs w:val="20"/>
        </w:rPr>
        <w:t>IABP (Intra-aortic Balloon Pump) or Impella: To reduce the workload on the left ventricle and improve coronary perfusion.</w:t>
      </w:r>
    </w:p>
    <w:p w14:paraId="32705C45" w14:textId="77777777" w:rsidR="004B2954" w:rsidRPr="00BB79B8" w:rsidRDefault="004B2954" w:rsidP="004B2954">
      <w:pPr>
        <w:spacing w:after="20"/>
        <w:ind w:left="216"/>
        <w:rPr>
          <w:rFonts w:cs="Times New Roman"/>
          <w:sz w:val="20"/>
          <w:szCs w:val="20"/>
        </w:rPr>
      </w:pPr>
      <w:r w:rsidRPr="00BB79B8">
        <w:rPr>
          <w:rFonts w:cs="Times New Roman"/>
          <w:sz w:val="20"/>
          <w:szCs w:val="20"/>
        </w:rPr>
        <w:t>4. Multiorgan System Failure</w:t>
      </w:r>
    </w:p>
    <w:p w14:paraId="1B908D2C" w14:textId="77777777" w:rsidR="004B2954" w:rsidRPr="00BB79B8" w:rsidRDefault="004B2954" w:rsidP="004B2954">
      <w:pPr>
        <w:spacing w:after="20"/>
        <w:ind w:left="216"/>
        <w:rPr>
          <w:rFonts w:cs="Times New Roman"/>
          <w:sz w:val="20"/>
          <w:szCs w:val="20"/>
        </w:rPr>
      </w:pPr>
      <w:r w:rsidRPr="00BB79B8">
        <w:rPr>
          <w:rFonts w:cs="Times New Roman"/>
          <w:sz w:val="20"/>
          <w:szCs w:val="20"/>
        </w:rPr>
        <w:t>Low cardiac output often leads to secondary failure of other organs, such as the kidneys (acute kidney injury) or liver. Intensive care allows for:</w:t>
      </w:r>
    </w:p>
    <w:p w14:paraId="13849D1D" w14:textId="77777777" w:rsidR="004B2954" w:rsidRPr="00BB79B8" w:rsidRDefault="004B2954" w:rsidP="004B2954">
      <w:pPr>
        <w:spacing w:after="20"/>
        <w:ind w:left="216"/>
        <w:rPr>
          <w:rFonts w:cs="Times New Roman"/>
          <w:sz w:val="20"/>
          <w:szCs w:val="20"/>
        </w:rPr>
      </w:pPr>
      <w:r w:rsidRPr="00BB79B8">
        <w:rPr>
          <w:rFonts w:cs="Times New Roman"/>
          <w:sz w:val="20"/>
          <w:szCs w:val="20"/>
        </w:rPr>
        <w:t>CRRT (Continuous Renal Replacement Therapy): To manage fluid overload and metabolic waste when kidneys fail.</w:t>
      </w:r>
    </w:p>
    <w:p w14:paraId="618C29FD"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Mechanical Ventilation: To reduce the oxygen demand of respiratory muscles and manage pulmonary edema.</w:t>
      </w:r>
    </w:p>
    <w:p w14:paraId="5933C18D" w14:textId="77777777" w:rsidR="004B2954" w:rsidRPr="00BB79B8" w:rsidRDefault="004B2954" w:rsidP="004B2954">
      <w:pPr>
        <w:spacing w:after="20"/>
        <w:ind w:left="216"/>
        <w:rPr>
          <w:rFonts w:cs="Times New Roman"/>
          <w:sz w:val="20"/>
          <w:szCs w:val="20"/>
        </w:rPr>
      </w:pPr>
      <w:r w:rsidRPr="00BB79B8">
        <w:rPr>
          <w:rFonts w:cs="Times New Roman"/>
          <w:sz w:val="20"/>
          <w:szCs w:val="20"/>
        </w:rPr>
        <w:t>5. Specialized Immunotherapy</w:t>
      </w:r>
    </w:p>
    <w:p w14:paraId="3195149E" w14:textId="77777777" w:rsidR="004B2954" w:rsidRPr="00BB79B8" w:rsidRDefault="004B2954" w:rsidP="004B2954">
      <w:pPr>
        <w:spacing w:after="20"/>
        <w:ind w:left="216"/>
        <w:rPr>
          <w:rFonts w:cs="Times New Roman"/>
          <w:sz w:val="20"/>
          <w:szCs w:val="20"/>
        </w:rPr>
      </w:pPr>
      <w:r w:rsidRPr="00BB79B8">
        <w:rPr>
          <w:rFonts w:cs="Times New Roman"/>
          <w:sz w:val="20"/>
          <w:szCs w:val="20"/>
        </w:rPr>
        <w:t>FM often involves a massive "cytokine storm." ICU protocols allow for the safe administration and monitoring of high-dose therapies, such as:</w:t>
      </w:r>
    </w:p>
    <w:p w14:paraId="3F44B56F" w14:textId="77777777" w:rsidR="004B2954" w:rsidRPr="00BB79B8" w:rsidRDefault="004B2954" w:rsidP="004B2954">
      <w:pPr>
        <w:spacing w:after="20"/>
        <w:ind w:left="216"/>
        <w:rPr>
          <w:rFonts w:cs="Times New Roman"/>
          <w:sz w:val="20"/>
          <w:szCs w:val="20"/>
        </w:rPr>
      </w:pPr>
      <w:r w:rsidRPr="00BB79B8">
        <w:rPr>
          <w:rFonts w:cs="Times New Roman"/>
          <w:sz w:val="20"/>
          <w:szCs w:val="20"/>
        </w:rPr>
        <w:t>Intravenous Immunoglobulin (IVIG)</w:t>
      </w:r>
    </w:p>
    <w:p w14:paraId="49F13A77" w14:textId="77777777" w:rsidR="004B2954" w:rsidRPr="00BB79B8" w:rsidRDefault="004B2954" w:rsidP="004B2954">
      <w:pPr>
        <w:spacing w:after="20"/>
        <w:ind w:left="216"/>
        <w:rPr>
          <w:rFonts w:cs="Times New Roman"/>
          <w:sz w:val="20"/>
          <w:szCs w:val="20"/>
        </w:rPr>
      </w:pPr>
      <w:r w:rsidRPr="00BB79B8">
        <w:rPr>
          <w:rFonts w:cs="Times New Roman"/>
          <w:sz w:val="20"/>
          <w:szCs w:val="20"/>
        </w:rPr>
        <w:t>High-dose Corticosteroids</w:t>
      </w:r>
    </w:p>
    <w:p w14:paraId="465CCA96" w14:textId="77777777" w:rsidR="004B2954" w:rsidRPr="00BB79B8" w:rsidRDefault="004B2954" w:rsidP="004B2954">
      <w:pPr>
        <w:spacing w:after="20"/>
        <w:ind w:left="216"/>
        <w:rPr>
          <w:rFonts w:cs="Times New Roman"/>
          <w:sz w:val="20"/>
          <w:szCs w:val="20"/>
        </w:rPr>
      </w:pPr>
      <w:r w:rsidRPr="00BB79B8">
        <w:rPr>
          <w:rFonts w:cs="Times New Roman"/>
          <w:sz w:val="20"/>
          <w:szCs w:val="20"/>
        </w:rPr>
        <w:t>Immunosuppressants</w:t>
      </w:r>
    </w:p>
    <w:p w14:paraId="70D4B0C9"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While the short-term mortality rate for fulminant myocarditis is high, the long-term prognosis for survivors is often excellent because the myocardial damage can be reversible. The ICU provides the "bridge" necessary to keep the patient alive until the inflammatory phase subsides.</w:t>
      </w:r>
    </w:p>
    <w:p w14:paraId="2A8EF61F" w14:textId="77777777" w:rsidR="004B2954" w:rsidRPr="00BB79B8" w:rsidRDefault="004B2954" w:rsidP="004B2954">
      <w:pPr>
        <w:spacing w:after="0"/>
        <w:rPr>
          <w:rFonts w:cs="Times New Roman"/>
          <w:sz w:val="20"/>
          <w:szCs w:val="20"/>
        </w:rPr>
      </w:pPr>
    </w:p>
    <w:p w14:paraId="4984DAB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08C7044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5FB1BC9"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requires intensive care treatment because it can cause sudden, profound, and rapidly worsening heart failure, often progressing to cardiogenic shock, life-threatening arrhythmias, and multi-organ failure. The condition deteriorates so quickly that only an ICU can provide the continuous monitoring and advanced life-support needed to keep the patient alive.</w:t>
      </w:r>
    </w:p>
    <w:p w14:paraId="1D65D69F" w14:textId="77777777" w:rsidR="004B2954" w:rsidRPr="00BB79B8" w:rsidRDefault="004B2954" w:rsidP="004B2954">
      <w:pPr>
        <w:spacing w:after="20"/>
        <w:ind w:left="216"/>
        <w:rPr>
          <w:rFonts w:cs="Times New Roman"/>
          <w:sz w:val="20"/>
          <w:szCs w:val="20"/>
        </w:rPr>
      </w:pPr>
      <w:r w:rsidRPr="00BB79B8">
        <w:rPr>
          <w:rFonts w:cs="Times New Roman"/>
          <w:sz w:val="20"/>
          <w:szCs w:val="20"/>
        </w:rPr>
        <w:t>Why intensive care is essential</w:t>
      </w:r>
    </w:p>
    <w:p w14:paraId="66E75B1D"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described in the literature as a rapidly progressive and severe form of acute myocarditis that "rapidly evolves to haemodynamic deterioration" and often requires inotropes and/or mechanical circulatory support (MCS) such as VA-ECMO or Impella to stabilize the patient.</w:t>
      </w:r>
    </w:p>
    <w:p w14:paraId="549F6111" w14:textId="77777777" w:rsidR="004B2954" w:rsidRPr="00BB79B8" w:rsidRDefault="004B2954" w:rsidP="004B2954">
      <w:pPr>
        <w:spacing w:after="20"/>
        <w:ind w:left="216"/>
        <w:rPr>
          <w:rFonts w:cs="Times New Roman"/>
          <w:sz w:val="20"/>
          <w:szCs w:val="20"/>
        </w:rPr>
      </w:pPr>
      <w:r w:rsidRPr="00BB79B8">
        <w:rPr>
          <w:rFonts w:cs="Times New Roman"/>
          <w:sz w:val="20"/>
          <w:szCs w:val="20"/>
        </w:rPr>
        <w:t>Here are the specific reasons ICU care is required:</w:t>
      </w:r>
    </w:p>
    <w:p w14:paraId="015BBAD9"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Cardiogenic shock - Severe inflammation causes the heart muscle to fail abruptly, leading to critically low cardiac output. Without ICU-level support, this can quickly become fatal.</w:t>
      </w:r>
    </w:p>
    <w:p w14:paraId="371BB900" w14:textId="77777777" w:rsidR="004B2954" w:rsidRPr="00BB79B8" w:rsidRDefault="004B2954" w:rsidP="004B2954">
      <w:pPr>
        <w:spacing w:after="20"/>
        <w:ind w:left="216"/>
        <w:rPr>
          <w:rFonts w:cs="Times New Roman"/>
          <w:sz w:val="20"/>
          <w:szCs w:val="20"/>
        </w:rPr>
      </w:pPr>
      <w:r w:rsidRPr="00BB79B8">
        <w:rPr>
          <w:rFonts w:cs="Times New Roman"/>
          <w:sz w:val="20"/>
          <w:szCs w:val="20"/>
        </w:rPr>
        <w:t>Life-threatening arrhythmias - Ventricular tachycardia, ventricular fibrillation, or complete heart block may occur and require immediate defibrillation, pacing, or antiarrhythmic therapy.</w:t>
      </w:r>
    </w:p>
    <w:p w14:paraId="3D95083F"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Mechanical circulatory support - Devices like VA-ECMO or Impella are often needed to maintain perfusion and prevent multi-organ failure. These can only be managed in an ICU.</w:t>
      </w:r>
    </w:p>
    <w:p w14:paraId="196A36A0" w14:textId="77777777" w:rsidR="004B2954" w:rsidRPr="00BB79B8" w:rsidRDefault="004B2954" w:rsidP="004B2954">
      <w:pPr>
        <w:spacing w:after="20"/>
        <w:ind w:left="216"/>
        <w:rPr>
          <w:rFonts w:cs="Times New Roman"/>
          <w:sz w:val="20"/>
          <w:szCs w:val="20"/>
        </w:rPr>
      </w:pPr>
      <w:r w:rsidRPr="00BB79B8">
        <w:rPr>
          <w:rFonts w:cs="Times New Roman"/>
          <w:sz w:val="20"/>
          <w:szCs w:val="20"/>
        </w:rPr>
        <w:t>Hemodynamic monitoring - Continuous invasive monitoring (arterial lines, central venous pressure, pulmonary artery catheters) is required to guide therapy.</w:t>
      </w:r>
    </w:p>
    <w:p w14:paraId="1ABE5485" w14:textId="77777777" w:rsidR="004B2954" w:rsidRPr="00BB79B8" w:rsidRDefault="004B2954" w:rsidP="004B2954">
      <w:pPr>
        <w:spacing w:after="20"/>
        <w:ind w:left="216"/>
        <w:rPr>
          <w:rFonts w:cs="Times New Roman"/>
          <w:sz w:val="20"/>
          <w:szCs w:val="20"/>
        </w:rPr>
      </w:pPr>
      <w:r w:rsidRPr="00BB79B8">
        <w:rPr>
          <w:rFonts w:cs="Times New Roman"/>
          <w:sz w:val="20"/>
          <w:szCs w:val="20"/>
        </w:rPr>
        <w:t>Risk of multi-organ dysfunction - Poor cardiac output can rapidly damage kidneys, liver, and brain; ICU care is needed to support these systems.</w:t>
      </w:r>
    </w:p>
    <w:p w14:paraId="12BD353B" w14:textId="77777777" w:rsidR="004B2954" w:rsidRPr="00BB79B8" w:rsidRDefault="004B2954" w:rsidP="004B2954">
      <w:pPr>
        <w:spacing w:after="20"/>
        <w:ind w:left="216"/>
        <w:rPr>
          <w:rFonts w:cs="Times New Roman"/>
          <w:sz w:val="20"/>
          <w:szCs w:val="20"/>
        </w:rPr>
      </w:pPr>
      <w:r w:rsidRPr="00BB79B8">
        <w:rPr>
          <w:rFonts w:cs="Times New Roman"/>
          <w:sz w:val="20"/>
          <w:szCs w:val="20"/>
        </w:rPr>
        <w:t>Need for rapid escalation - Treatment decisions (e.g., initiating ECMO, performing endomyocardial biopsy) must be made quickly by a multidisciplinary critical-care team.</w:t>
      </w:r>
    </w:p>
    <w:p w14:paraId="7FAFD3C6" w14:textId="77777777" w:rsidR="004B2954" w:rsidRPr="00BB79B8" w:rsidRDefault="004B2954" w:rsidP="004B2954">
      <w:pPr>
        <w:spacing w:after="20"/>
        <w:ind w:left="216"/>
        <w:rPr>
          <w:rFonts w:cs="Times New Roman"/>
          <w:sz w:val="20"/>
          <w:szCs w:val="20"/>
        </w:rPr>
      </w:pPr>
      <w:r w:rsidRPr="00BB79B8">
        <w:rPr>
          <w:rFonts w:cs="Times New Roman"/>
          <w:sz w:val="20"/>
          <w:szCs w:val="20"/>
        </w:rPr>
        <w:t>Visual reference: fulminant myocarditis and its complications</w:t>
      </w:r>
    </w:p>
    <w:p w14:paraId="175C4DBD"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Summary</w:t>
      </w:r>
    </w:p>
    <w:p w14:paraId="4B1F1A69"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is dangerous because it can collapse the cardiovascular system within hours. Intensive care is required to provide:</w:t>
      </w:r>
    </w:p>
    <w:p w14:paraId="03450451"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Continuous monitoring</w:t>
      </w:r>
    </w:p>
    <w:p w14:paraId="09C3468F" w14:textId="77777777" w:rsidR="004B2954" w:rsidRPr="00BB79B8" w:rsidRDefault="004B2954" w:rsidP="004B2954">
      <w:pPr>
        <w:spacing w:after="20"/>
        <w:ind w:left="216"/>
        <w:rPr>
          <w:rFonts w:cs="Times New Roman"/>
          <w:sz w:val="20"/>
          <w:szCs w:val="20"/>
        </w:rPr>
      </w:pPr>
      <w:r w:rsidRPr="00BB79B8">
        <w:rPr>
          <w:rFonts w:cs="Times New Roman"/>
          <w:sz w:val="20"/>
          <w:szCs w:val="20"/>
        </w:rPr>
        <w:t>Advanced cardiac life support</w:t>
      </w:r>
    </w:p>
    <w:p w14:paraId="23769918"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Mechanical circulatory support</w:t>
      </w:r>
    </w:p>
    <w:p w14:paraId="17DC0095" w14:textId="77777777" w:rsidR="004B2954" w:rsidRPr="00BB79B8" w:rsidRDefault="004B2954" w:rsidP="004B2954">
      <w:pPr>
        <w:spacing w:after="20"/>
        <w:ind w:left="216"/>
        <w:rPr>
          <w:rFonts w:cs="Times New Roman"/>
          <w:sz w:val="20"/>
          <w:szCs w:val="20"/>
        </w:rPr>
      </w:pPr>
      <w:r w:rsidRPr="00BB79B8">
        <w:rPr>
          <w:rFonts w:cs="Times New Roman"/>
          <w:sz w:val="20"/>
          <w:szCs w:val="20"/>
        </w:rPr>
        <w:t>Rapid intervention for arrhythmias</w:t>
      </w:r>
    </w:p>
    <w:p w14:paraId="6E0F1AAC" w14:textId="77777777" w:rsidR="004B2954" w:rsidRPr="00BB79B8" w:rsidRDefault="004B2954" w:rsidP="004B2954">
      <w:pPr>
        <w:spacing w:after="20"/>
        <w:ind w:left="216"/>
        <w:rPr>
          <w:rFonts w:cs="Times New Roman"/>
          <w:sz w:val="20"/>
          <w:szCs w:val="20"/>
        </w:rPr>
      </w:pPr>
      <w:r w:rsidRPr="00BB79B8">
        <w:rPr>
          <w:rFonts w:cs="Times New Roman"/>
          <w:sz w:val="20"/>
          <w:szCs w:val="20"/>
        </w:rPr>
        <w:t>Organ support to prevent irreversible damage</w:t>
      </w:r>
    </w:p>
    <w:p w14:paraId="547F2611" w14:textId="77777777" w:rsidR="004B2954" w:rsidRPr="00BB79B8" w:rsidRDefault="004B2954" w:rsidP="004B2954">
      <w:pPr>
        <w:spacing w:after="20"/>
        <w:ind w:left="216"/>
        <w:rPr>
          <w:rFonts w:cs="Times New Roman"/>
          <w:sz w:val="20"/>
          <w:szCs w:val="20"/>
        </w:rPr>
      </w:pPr>
      <w:r w:rsidRPr="00BB79B8">
        <w:rPr>
          <w:rFonts w:cs="Times New Roman"/>
          <w:sz w:val="20"/>
          <w:szCs w:val="20"/>
        </w:rPr>
        <w:t>This level of care is not possible outside an ICU.</w:t>
      </w:r>
    </w:p>
    <w:p w14:paraId="2CE439DC" w14:textId="77777777" w:rsidR="004B2954" w:rsidRPr="00BB79B8" w:rsidRDefault="004B2954" w:rsidP="004B2954">
      <w:pPr>
        <w:spacing w:after="0"/>
        <w:rPr>
          <w:rFonts w:cs="Times New Roman"/>
          <w:sz w:val="20"/>
          <w:szCs w:val="20"/>
        </w:rPr>
      </w:pPr>
    </w:p>
    <w:p w14:paraId="4A8C850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0BD89B7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FD1CF7F"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requires intensive care treatment because it involves a sudden and severe inflammation of the heart muscle that rapidly leads to cardiogenic shock, life-threatening arrhythmias, and multiorgan failure. Here are the specific reasons:</w:t>
      </w:r>
    </w:p>
    <w:p w14:paraId="7F1200BE"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Hemodynamic Collapse: The rapid and massive myocardial injury causes a sudden drop in the heart's pumping ability (severe left, right, or biventricular failure). This results in profound hypotension (low blood pressure) and cardiogenic shock, requiring ICU-level monitoring of arterial pressure, central venous pressure, and cardiac output.</w:t>
      </w:r>
    </w:p>
    <w:p w14:paraId="70B36F68" w14:textId="77777777" w:rsidR="004B2954" w:rsidRPr="00BB79B8" w:rsidRDefault="004B2954" w:rsidP="004B2954">
      <w:pPr>
        <w:spacing w:after="20"/>
        <w:ind w:left="216"/>
        <w:rPr>
          <w:rFonts w:cs="Times New Roman"/>
          <w:sz w:val="20"/>
          <w:szCs w:val="20"/>
        </w:rPr>
      </w:pPr>
      <w:r w:rsidRPr="00BB79B8">
        <w:rPr>
          <w:rFonts w:cs="Times New Roman"/>
          <w:sz w:val="20"/>
          <w:szCs w:val="20"/>
        </w:rPr>
        <w:t>Need for Immediate Mechanical Circulatory Support (MCS): Unlike mild myocarditis, fulminant cases often fail to respond to standard vasopressors and inotropes. Intensive care allows for the urgent initiation of MCS devices such as VA-ECMO (veno-arterial extracorporeal membrane oxygenation) or a microaxial flow pump (e.g., Impella) to maintain end-organ perfusion while the heart has a chance to recover.</w:t>
      </w:r>
    </w:p>
    <w:p w14:paraId="2EC5E8AF" w14:textId="77777777" w:rsidR="004B2954" w:rsidRPr="00BB79B8" w:rsidRDefault="004B2954" w:rsidP="004B2954">
      <w:pPr>
        <w:spacing w:after="20"/>
        <w:ind w:left="216"/>
        <w:rPr>
          <w:rFonts w:cs="Times New Roman"/>
          <w:sz w:val="20"/>
          <w:szCs w:val="20"/>
        </w:rPr>
      </w:pPr>
      <w:r w:rsidRPr="00BB79B8">
        <w:rPr>
          <w:rFonts w:cs="Times New Roman"/>
          <w:sz w:val="20"/>
          <w:szCs w:val="20"/>
        </w:rPr>
        <w:t>High Risk of Fatal Arrhythmias: The inflamed and damaged myocardium is highly irritable, predisposing patients to ventricular tachycardia, ventricular fibrillation, and complete heart block. The ICU provides continuous ECG monitoring, immediate defibrillation/cardioversion, temporary pacing, and titration of antiarrhythmic drugs.</w:t>
      </w:r>
    </w:p>
    <w:p w14:paraId="797C5DCF" w14:textId="77777777" w:rsidR="004B2954" w:rsidRPr="00BB79B8" w:rsidRDefault="004B2954" w:rsidP="004B2954">
      <w:pPr>
        <w:spacing w:after="20"/>
        <w:ind w:left="216"/>
        <w:rPr>
          <w:rFonts w:cs="Times New Roman"/>
          <w:sz w:val="20"/>
          <w:szCs w:val="20"/>
        </w:rPr>
      </w:pPr>
      <w:r w:rsidRPr="00BB79B8">
        <w:rPr>
          <w:rFonts w:cs="Times New Roman"/>
          <w:sz w:val="20"/>
          <w:szCs w:val="20"/>
        </w:rPr>
        <w:t>Close Monitoring of End-Organ Perfusion: Cardiogenic shock rapidly damages the kidneys (acute kidney injury), liver (ischemic hepatitis), and brain (hypoxic encephalopathy). The ICU allows for frequent assessment of lactate, renal function, liver enzymes, and mental status, as well as timely initiation of renal replacement therapy (dialysis) if needed.</w:t>
      </w:r>
    </w:p>
    <w:p w14:paraId="3327BF0B" w14:textId="77777777" w:rsidR="004B2954" w:rsidRPr="00BB79B8" w:rsidRDefault="004B2954" w:rsidP="004B2954">
      <w:pPr>
        <w:spacing w:after="20"/>
        <w:ind w:left="216"/>
        <w:rPr>
          <w:rFonts w:cs="Times New Roman"/>
          <w:sz w:val="20"/>
          <w:szCs w:val="20"/>
        </w:rPr>
      </w:pPr>
      <w:r w:rsidRPr="00BB79B8">
        <w:rPr>
          <w:rFonts w:cs="Times New Roman"/>
          <w:sz w:val="20"/>
          <w:szCs w:val="20"/>
        </w:rPr>
        <w:t>Potential for Rapid Deterioration: Fulminant myocarditis can worsen over minutes to hours. The ICU setting provides the infrastructure for immediate intubation and mechanical ventilation (if pulmonary edema or hypoxia develops), bedside echocardiography, and rapid deployment of salvage therapies like immunosuppression or transplantation evaluation.</w:t>
      </w:r>
    </w:p>
    <w:p w14:paraId="16D8D1C1" w14:textId="77777777" w:rsidR="004B2954" w:rsidRPr="00BB79B8" w:rsidRDefault="004B2954" w:rsidP="004B2954">
      <w:pPr>
        <w:spacing w:after="20"/>
        <w:ind w:left="216"/>
        <w:rPr>
          <w:rFonts w:cs="Times New Roman"/>
          <w:sz w:val="20"/>
          <w:szCs w:val="20"/>
        </w:rPr>
      </w:pPr>
      <w:r w:rsidRPr="00BB79B8">
        <w:rPr>
          <w:rFonts w:cs="Times New Roman"/>
          <w:sz w:val="20"/>
          <w:szCs w:val="20"/>
        </w:rPr>
        <w:t>In essence, fulminant myocarditis is not just a heart problem-it is a critical illness where survival depends on aggressive, time-sensitive support of the circulation, rhythm, and vital organs, which can only be provided in an intensive care unit.</w:t>
      </w:r>
    </w:p>
    <w:p w14:paraId="16F39AE7" w14:textId="77777777" w:rsidR="004B2954" w:rsidRPr="00BB79B8" w:rsidRDefault="004B2954" w:rsidP="004B2954">
      <w:pPr>
        <w:spacing w:after="0"/>
        <w:rPr>
          <w:rFonts w:cs="Times New Roman"/>
          <w:sz w:val="20"/>
          <w:szCs w:val="20"/>
        </w:rPr>
      </w:pPr>
    </w:p>
    <w:p w14:paraId="1A8A55D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480B6B8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929C946"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requires intensive care mainly for these key reasons:</w:t>
      </w:r>
    </w:p>
    <w:p w14:paraId="531B8674" w14:textId="77777777" w:rsidR="004B2954" w:rsidRPr="00BB79B8" w:rsidRDefault="004B2954" w:rsidP="004B2954">
      <w:pPr>
        <w:spacing w:after="20"/>
        <w:ind w:left="216"/>
        <w:rPr>
          <w:rFonts w:cs="Times New Roman"/>
          <w:sz w:val="20"/>
          <w:szCs w:val="20"/>
        </w:rPr>
      </w:pPr>
      <w:r w:rsidRPr="00BB79B8">
        <w:rPr>
          <w:rFonts w:cs="Times New Roman"/>
          <w:sz w:val="20"/>
          <w:szCs w:val="20"/>
        </w:rPr>
        <w:t>It progresses extremely rapidly and can quickly lead to severe heart failure, cardiogenic shock, or life-threatening arrhythmias.</w:t>
      </w:r>
    </w:p>
    <w:p w14:paraId="6201EC13" w14:textId="77777777" w:rsidR="004B2954" w:rsidRPr="00BB79B8" w:rsidRDefault="004B2954" w:rsidP="004B2954">
      <w:pPr>
        <w:spacing w:after="20"/>
        <w:ind w:left="216"/>
        <w:rPr>
          <w:rFonts w:cs="Times New Roman"/>
          <w:sz w:val="20"/>
          <w:szCs w:val="20"/>
        </w:rPr>
      </w:pPr>
      <w:r w:rsidRPr="00BB79B8">
        <w:rPr>
          <w:rFonts w:cs="Times New Roman"/>
          <w:sz w:val="20"/>
          <w:szCs w:val="20"/>
        </w:rPr>
        <w:t>It may cause sudden cardiac arrest, needing close real-time monitoring of vital signs and cardiac function.</w:t>
      </w:r>
    </w:p>
    <w:p w14:paraId="7ECA903B"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often require mechanical circulation support, ventilator assistance, and precise hemodynamic management that only intensive care can provide.</w:t>
      </w:r>
    </w:p>
    <w:p w14:paraId="3C0C26E3" w14:textId="77777777" w:rsidR="004B2954" w:rsidRPr="00BB79B8" w:rsidRDefault="004B2954" w:rsidP="004B2954">
      <w:pPr>
        <w:spacing w:after="20"/>
        <w:ind w:left="216"/>
        <w:rPr>
          <w:rFonts w:cs="Times New Roman"/>
          <w:sz w:val="20"/>
          <w:szCs w:val="20"/>
        </w:rPr>
      </w:pPr>
      <w:r w:rsidRPr="00BB79B8">
        <w:rPr>
          <w:rFonts w:cs="Times New Roman"/>
          <w:sz w:val="20"/>
          <w:szCs w:val="20"/>
        </w:rPr>
        <w:t>Complications such as multiple organ dysfunction can develop rapidly, requiring timely multidisciplinary rescue and organ support treatment.</w:t>
      </w:r>
    </w:p>
    <w:p w14:paraId="393CAB41" w14:textId="77777777" w:rsidR="004B2954" w:rsidRPr="00BB79B8" w:rsidRDefault="004B2954" w:rsidP="004B2954">
      <w:pPr>
        <w:rPr>
          <w:rFonts w:cs="Times New Roman"/>
          <w:sz w:val="20"/>
          <w:szCs w:val="20"/>
        </w:rPr>
      </w:pPr>
    </w:p>
    <w:p w14:paraId="6782BFD1" w14:textId="77777777" w:rsidR="004B2954" w:rsidRPr="00BB79B8" w:rsidRDefault="004B2954" w:rsidP="004B2954">
      <w:pPr>
        <w:keepNext/>
        <w:rPr>
          <w:rFonts w:cs="Times New Roman"/>
          <w:sz w:val="20"/>
          <w:szCs w:val="20"/>
        </w:rPr>
      </w:pPr>
      <w:r w:rsidRPr="00BB79B8">
        <w:rPr>
          <w:rFonts w:cs="Times New Roman"/>
          <w:b/>
          <w:color w:val="1F4E79"/>
          <w:sz w:val="20"/>
          <w:szCs w:val="20"/>
        </w:rPr>
        <w:t>Q42. Why is rest needed after myocarditis is diagnosed?</w:t>
      </w:r>
    </w:p>
    <w:p w14:paraId="1E05A1A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917264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8249536" w14:textId="77777777" w:rsidR="004B2954" w:rsidRPr="00BB79B8" w:rsidRDefault="004B2954" w:rsidP="004B2954">
      <w:pPr>
        <w:spacing w:after="20"/>
        <w:ind w:left="216"/>
        <w:rPr>
          <w:rFonts w:cs="Times New Roman"/>
          <w:sz w:val="20"/>
          <w:szCs w:val="20"/>
        </w:rPr>
      </w:pPr>
      <w:r w:rsidRPr="00BB79B8">
        <w:rPr>
          <w:rFonts w:cs="Times New Roman"/>
          <w:sz w:val="20"/>
          <w:szCs w:val="20"/>
        </w:rPr>
        <w:t>Rest is crucial after a diagnosis of myocarditis because the heart is inflamed and vulnerable, and physical activity can worsen the condition or trigger complications. Here's why:</w:t>
      </w:r>
    </w:p>
    <w:p w14:paraId="5E7D1886"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 Cardiac Stress: Myocarditis inflames the heart muscle (myocardium), which can impair its ability to pump effectively. Physical exertion increases heart rate and blood pressure, placing extra stress on the already weakened heart.</w:t>
      </w:r>
    </w:p>
    <w:p w14:paraId="0022B9B4" w14:textId="77777777" w:rsidR="004B2954" w:rsidRPr="00BB79B8" w:rsidRDefault="004B2954" w:rsidP="004B2954">
      <w:pPr>
        <w:spacing w:after="20"/>
        <w:ind w:left="216"/>
        <w:rPr>
          <w:rFonts w:cs="Times New Roman"/>
          <w:sz w:val="20"/>
          <w:szCs w:val="20"/>
        </w:rPr>
      </w:pPr>
      <w:r w:rsidRPr="00BB79B8">
        <w:rPr>
          <w:rFonts w:cs="Times New Roman"/>
          <w:sz w:val="20"/>
          <w:szCs w:val="20"/>
        </w:rPr>
        <w:t>Prevent Arrhythmias: Inflamed heart tissue is more prone to abnormal electrical activity. Strenuous activity during recovery can trigger dangerous arrhythmias, including ventricular tachycardia or sudden cardiac arrest.</w:t>
      </w:r>
    </w:p>
    <w:p w14:paraId="4F3AECE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Allow Healing: The myocardium needs time to recover. Resting lowers metabolic demand on heart cells, helping the inflammation resolve and reducing the risk of permanent scarring.</w:t>
      </w:r>
    </w:p>
    <w:p w14:paraId="229E6050" w14:textId="77777777" w:rsidR="004B2954" w:rsidRPr="00BB79B8" w:rsidRDefault="004B2954" w:rsidP="004B2954">
      <w:pPr>
        <w:spacing w:after="20"/>
        <w:ind w:left="216"/>
        <w:rPr>
          <w:rFonts w:cs="Times New Roman"/>
          <w:sz w:val="20"/>
          <w:szCs w:val="20"/>
        </w:rPr>
      </w:pPr>
      <w:r w:rsidRPr="00BB79B8">
        <w:rPr>
          <w:rFonts w:cs="Times New Roman"/>
          <w:sz w:val="20"/>
          <w:szCs w:val="20"/>
        </w:rPr>
        <w:t>Lower Risk of Heart Failure: Overexertion can exacerbate myocardial damage, increasing the risk of acute or chronic heart failure.</w:t>
      </w:r>
    </w:p>
    <w:p w14:paraId="30E1A67E" w14:textId="77777777" w:rsidR="004B2954" w:rsidRPr="00BB79B8" w:rsidRDefault="004B2954" w:rsidP="004B2954">
      <w:pPr>
        <w:spacing w:after="20"/>
        <w:ind w:left="216"/>
        <w:rPr>
          <w:rFonts w:cs="Times New Roman"/>
          <w:sz w:val="20"/>
          <w:szCs w:val="20"/>
        </w:rPr>
      </w:pPr>
      <w:r w:rsidRPr="00BB79B8">
        <w:rPr>
          <w:rFonts w:cs="Times New Roman"/>
          <w:sz w:val="20"/>
          <w:szCs w:val="20"/>
        </w:rPr>
        <w:t>Guideline Recommendations: Cardiologists typically recommend avoiding moderate to high-intensity exercise for 3-6 months, depending on severity, until tests (like echocardiography or cardiac MRI) show recovery of heart function and no ongoing inflammation or arrhythmias.</w:t>
      </w:r>
    </w:p>
    <w:p w14:paraId="5BBD09E9" w14:textId="77777777" w:rsidR="004B2954" w:rsidRPr="00BB79B8" w:rsidRDefault="004B2954" w:rsidP="004B2954">
      <w:pPr>
        <w:spacing w:after="20"/>
        <w:ind w:left="216"/>
        <w:rPr>
          <w:rFonts w:cs="Times New Roman"/>
          <w:sz w:val="20"/>
          <w:szCs w:val="20"/>
        </w:rPr>
      </w:pPr>
      <w:r w:rsidRPr="00BB79B8">
        <w:rPr>
          <w:rFonts w:cs="Times New Roman"/>
          <w:sz w:val="20"/>
          <w:szCs w:val="20"/>
        </w:rPr>
        <w:t>In short, rest is not just about feeling better-it's a protective measure to prevent serious complications while the heart heals.</w:t>
      </w:r>
    </w:p>
    <w:p w14:paraId="7E321D30" w14:textId="77777777" w:rsidR="004B2954" w:rsidRPr="00BB79B8" w:rsidRDefault="004B2954" w:rsidP="004B2954">
      <w:pPr>
        <w:spacing w:after="0"/>
        <w:rPr>
          <w:rFonts w:cs="Times New Roman"/>
          <w:sz w:val="20"/>
          <w:szCs w:val="20"/>
        </w:rPr>
      </w:pPr>
    </w:p>
    <w:p w14:paraId="6396A9B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5F9548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92D9038" w14:textId="77777777" w:rsidR="004B2954" w:rsidRPr="00BB79B8" w:rsidRDefault="004B2954" w:rsidP="004B2954">
      <w:pPr>
        <w:spacing w:after="20"/>
        <w:ind w:left="216"/>
        <w:rPr>
          <w:rFonts w:cs="Times New Roman"/>
          <w:sz w:val="20"/>
          <w:szCs w:val="20"/>
        </w:rPr>
      </w:pPr>
      <w:r w:rsidRPr="00BB79B8">
        <w:rPr>
          <w:rFonts w:cs="Times New Roman"/>
          <w:sz w:val="20"/>
          <w:szCs w:val="20"/>
        </w:rPr>
        <w:t>Rest is the cornerstone of recovery for myocarditis because the heart muscle (the myocardium) is physically inflamed and structurally weakened. Forcing a heart in this state to work harder can lead to permanent damage or life-threatening complications.</w:t>
      </w:r>
    </w:p>
    <w:p w14:paraId="14029CDF"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why physical rest is medically mandatory:</w:t>
      </w:r>
    </w:p>
    <w:p w14:paraId="4348D966" w14:textId="77777777" w:rsidR="004B2954" w:rsidRPr="00BB79B8" w:rsidRDefault="004B2954" w:rsidP="004B2954">
      <w:pPr>
        <w:spacing w:after="20"/>
        <w:ind w:left="216"/>
        <w:rPr>
          <w:rFonts w:cs="Times New Roman"/>
          <w:sz w:val="20"/>
          <w:szCs w:val="20"/>
        </w:rPr>
      </w:pPr>
      <w:r w:rsidRPr="00BB79B8">
        <w:rPr>
          <w:rFonts w:cs="Times New Roman"/>
          <w:sz w:val="20"/>
          <w:szCs w:val="20"/>
        </w:rPr>
        <w:t>1. Reducing Myocardial Workload</w:t>
      </w:r>
    </w:p>
    <w:p w14:paraId="5CC8F558" w14:textId="77777777" w:rsidR="004B2954" w:rsidRPr="00BB79B8" w:rsidRDefault="004B2954" w:rsidP="004B2954">
      <w:pPr>
        <w:spacing w:after="20"/>
        <w:ind w:left="216"/>
        <w:rPr>
          <w:rFonts w:cs="Times New Roman"/>
          <w:sz w:val="20"/>
          <w:szCs w:val="20"/>
        </w:rPr>
      </w:pPr>
      <w:r w:rsidRPr="00BB79B8">
        <w:rPr>
          <w:rFonts w:cs="Times New Roman"/>
          <w:sz w:val="20"/>
          <w:szCs w:val="20"/>
        </w:rPr>
        <w:t>When you are active, your heart rate and stroke volume increase to pump more oxygenated blood to your muscles. In a patient with myocarditis, the inflamed muscle fibers are less efficient and more fragile. Resting keeps the heart rate low, allowing the heart to circulate blood with minimal effort, which prevents further "stretching" or stress on the damaged tissues.</w:t>
      </w:r>
    </w:p>
    <w:p w14:paraId="24792243" w14:textId="77777777" w:rsidR="004B2954" w:rsidRPr="00BB79B8" w:rsidRDefault="004B2954" w:rsidP="004B2954">
      <w:pPr>
        <w:spacing w:after="20"/>
        <w:ind w:left="216"/>
        <w:rPr>
          <w:rFonts w:cs="Times New Roman"/>
          <w:sz w:val="20"/>
          <w:szCs w:val="20"/>
        </w:rPr>
      </w:pPr>
      <w:r w:rsidRPr="00BB79B8">
        <w:rPr>
          <w:rFonts w:cs="Times New Roman"/>
          <w:sz w:val="20"/>
          <w:szCs w:val="20"/>
        </w:rPr>
        <w:t>2. Preventing Adverse Remodeling</w:t>
      </w:r>
    </w:p>
    <w:p w14:paraId="56243064"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heart is pushed too hard during the acute phase of inflammation, it may undergo pathological remodeling. This is where the heart walls thin out or the heart chambers enlarge (dilate) to compensate for the stress.</w:t>
      </w:r>
    </w:p>
    <w:p w14:paraId="4561542E" w14:textId="77777777" w:rsidR="004B2954" w:rsidRPr="00BB79B8" w:rsidRDefault="004B2954" w:rsidP="004B2954">
      <w:pPr>
        <w:spacing w:after="20"/>
        <w:ind w:left="216"/>
        <w:rPr>
          <w:rFonts w:cs="Times New Roman"/>
          <w:sz w:val="20"/>
          <w:szCs w:val="20"/>
        </w:rPr>
      </w:pPr>
      <w:r w:rsidRPr="00BB79B8">
        <w:rPr>
          <w:rFonts w:cs="Times New Roman"/>
          <w:sz w:val="20"/>
          <w:szCs w:val="20"/>
        </w:rPr>
        <w:t>Consequence: This can lead to Dilated Cardiomyopathy, a chronic condition where the heart becomes permanently weakened and cannot pump effectively.</w:t>
      </w:r>
    </w:p>
    <w:p w14:paraId="41E7391C" w14:textId="77777777" w:rsidR="004B2954" w:rsidRPr="00BB79B8" w:rsidRDefault="004B2954" w:rsidP="004B2954">
      <w:pPr>
        <w:spacing w:after="20"/>
        <w:ind w:left="216"/>
        <w:rPr>
          <w:rFonts w:cs="Times New Roman"/>
          <w:sz w:val="20"/>
          <w:szCs w:val="20"/>
        </w:rPr>
      </w:pPr>
      <w:r w:rsidRPr="00BB79B8">
        <w:rPr>
          <w:rFonts w:cs="Times New Roman"/>
          <w:sz w:val="20"/>
          <w:szCs w:val="20"/>
        </w:rPr>
        <w:t>3. Minimizing Risk of Arrhythmias</w:t>
      </w:r>
    </w:p>
    <w:p w14:paraId="5E86BD30"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Inflammation disrupts the electrical pathways of the heart. These "short circuits" can cause irregular heartbeats (arrhythmias).</w:t>
      </w:r>
    </w:p>
    <w:p w14:paraId="7214C85B" w14:textId="77777777" w:rsidR="004B2954" w:rsidRPr="00BB79B8" w:rsidRDefault="004B2954" w:rsidP="004B2954">
      <w:pPr>
        <w:spacing w:after="20"/>
        <w:ind w:left="216"/>
        <w:rPr>
          <w:rFonts w:cs="Times New Roman"/>
          <w:sz w:val="20"/>
          <w:szCs w:val="20"/>
        </w:rPr>
      </w:pPr>
      <w:r w:rsidRPr="00BB79B8">
        <w:rPr>
          <w:rFonts w:cs="Times New Roman"/>
          <w:sz w:val="20"/>
          <w:szCs w:val="20"/>
        </w:rPr>
        <w:t>The Danger: Physical exertion increases adrenaline and places electrical stress on the heart, which can trigger severe, potentially fatal arrhythmias like ventricular tachycardia or fibrillation.</w:t>
      </w:r>
    </w:p>
    <w:p w14:paraId="225736CF" w14:textId="77777777" w:rsidR="004B2954" w:rsidRPr="00BB79B8" w:rsidRDefault="004B2954" w:rsidP="004B2954">
      <w:pPr>
        <w:spacing w:after="20"/>
        <w:ind w:left="216"/>
        <w:rPr>
          <w:rFonts w:cs="Times New Roman"/>
          <w:sz w:val="20"/>
          <w:szCs w:val="20"/>
        </w:rPr>
      </w:pPr>
      <w:r w:rsidRPr="00BB79B8">
        <w:rPr>
          <w:rFonts w:cs="Times New Roman"/>
          <w:sz w:val="20"/>
          <w:szCs w:val="20"/>
        </w:rPr>
        <w:t>4. Allowing the Immune System to Heal</w:t>
      </w:r>
    </w:p>
    <w:p w14:paraId="06DE5E79"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often a result of a viral infection or an overactive immune response. Rest allows the body to divert its energy toward resolving the inflammatory process. High-intensity activity can suppress immune function and prolong the duration of the inflammation.</w:t>
      </w:r>
    </w:p>
    <w:p w14:paraId="1BDAEF12"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Guidelines for Recovery</w:t>
      </w:r>
    </w:p>
    <w:p w14:paraId="39125856"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experts typically recommend a specific timeline for returning to activity:</w:t>
      </w:r>
    </w:p>
    <w:p w14:paraId="0FD3AA12"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Phase: Strict avoidance of competitive sports or strenuous exercise for 3 to 6 months.</w:t>
      </w:r>
    </w:p>
    <w:p w14:paraId="46302B50"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Before resuming exercise, patients usually undergo a battery of tests, including an ECG, an exercise stress test, and an echocardiogram (or cardiac MRI) to ensure the inflammation has fully resolved and heart function has returned to normal.</w:t>
      </w:r>
    </w:p>
    <w:p w14:paraId="40FA6D6F" w14:textId="77777777" w:rsidR="004B2954" w:rsidRPr="00BB79B8" w:rsidRDefault="004B2954" w:rsidP="004B2954">
      <w:pPr>
        <w:spacing w:after="0"/>
        <w:rPr>
          <w:rFonts w:cs="Times New Roman"/>
          <w:sz w:val="20"/>
          <w:szCs w:val="20"/>
        </w:rPr>
      </w:pPr>
    </w:p>
    <w:p w14:paraId="62451F3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0CAEC9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3E39A33" w14:textId="77777777" w:rsidR="004B2954" w:rsidRPr="00BB79B8" w:rsidRDefault="004B2954" w:rsidP="004B2954">
      <w:pPr>
        <w:spacing w:after="20"/>
        <w:ind w:left="216"/>
        <w:rPr>
          <w:rFonts w:cs="Times New Roman"/>
          <w:sz w:val="20"/>
          <w:szCs w:val="20"/>
        </w:rPr>
      </w:pPr>
      <w:r w:rsidRPr="00BB79B8">
        <w:rPr>
          <w:rFonts w:cs="Times New Roman"/>
          <w:sz w:val="20"/>
          <w:szCs w:val="20"/>
        </w:rPr>
        <w:t>Rest is essential after myocarditis because the heart muscle is inflamed and needs time to heal. Physical exertion increases the heart's workload, which can worsen inflammation, trigger dangerous arrhythmias, or lead to long-term heart damage.</w:t>
      </w:r>
    </w:p>
    <w:p w14:paraId="5D9F7097" w14:textId="77777777" w:rsidR="004B2954" w:rsidRPr="00BB79B8" w:rsidRDefault="004B2954" w:rsidP="004B2954">
      <w:pPr>
        <w:spacing w:after="20"/>
        <w:ind w:left="216"/>
        <w:rPr>
          <w:rFonts w:cs="Times New Roman"/>
          <w:sz w:val="20"/>
          <w:szCs w:val="20"/>
        </w:rPr>
      </w:pPr>
      <w:r w:rsidRPr="00BB79B8">
        <w:rPr>
          <w:rFonts w:cs="Times New Roman"/>
          <w:sz w:val="20"/>
          <w:szCs w:val="20"/>
        </w:rPr>
        <w:t>Why rest is required (the core reasons)</w:t>
      </w:r>
    </w:p>
    <w:p w14:paraId="48AF376F" w14:textId="77777777" w:rsidR="004B2954" w:rsidRPr="00BB79B8" w:rsidRDefault="004B2954" w:rsidP="004B2954">
      <w:pPr>
        <w:spacing w:after="20"/>
        <w:ind w:left="216"/>
        <w:rPr>
          <w:rFonts w:cs="Times New Roman"/>
          <w:sz w:val="20"/>
          <w:szCs w:val="20"/>
        </w:rPr>
      </w:pPr>
      <w:r w:rsidRPr="00BB79B8">
        <w:rPr>
          <w:rFonts w:cs="Times New Roman"/>
          <w:sz w:val="20"/>
          <w:szCs w:val="20"/>
        </w:rPr>
        <w:t>1. Rest reduces strain on the inflamed heart muscle Myocarditis weakens the heart's ability to pump blood. Activity increases heart rate and blood pressure, forcing the injured myocardium to work harder. Harvard Health notes that people with mild viral myocarditis may recover fully only with a period of rest.</w:t>
      </w:r>
    </w:p>
    <w:p w14:paraId="04EE6A5B" w14:textId="77777777" w:rsidR="004B2954" w:rsidRPr="00BB79B8" w:rsidRDefault="004B2954" w:rsidP="004B2954">
      <w:pPr>
        <w:spacing w:after="20"/>
        <w:ind w:left="216"/>
        <w:rPr>
          <w:rFonts w:cs="Times New Roman"/>
          <w:sz w:val="20"/>
          <w:szCs w:val="20"/>
        </w:rPr>
      </w:pPr>
      <w:r w:rsidRPr="00BB79B8">
        <w:rPr>
          <w:rFonts w:cs="Times New Roman"/>
          <w:sz w:val="20"/>
          <w:szCs w:val="20"/>
        </w:rPr>
        <w:t>2. It lowers the risk of arrhythmias (irregular heartbeats) Inflamed heart tissue is electrically unstable. Exercise can provoke rapid or irregular rhythms, which can be dangerous or even fatal. Mayo Clinic explains that myocarditis can cause rapid or irregular heartbeats and that severe cases can lead to sudden cardiac death.</w:t>
      </w:r>
    </w:p>
    <w:p w14:paraId="4972CE0B" w14:textId="77777777" w:rsidR="004B2954" w:rsidRPr="00BB79B8" w:rsidRDefault="004B2954" w:rsidP="004B2954">
      <w:pPr>
        <w:spacing w:after="20"/>
        <w:ind w:left="216"/>
        <w:rPr>
          <w:rFonts w:cs="Times New Roman"/>
          <w:sz w:val="20"/>
          <w:szCs w:val="20"/>
        </w:rPr>
      </w:pPr>
      <w:r w:rsidRPr="00BB79B8">
        <w:rPr>
          <w:rFonts w:cs="Times New Roman"/>
          <w:sz w:val="20"/>
          <w:szCs w:val="20"/>
        </w:rPr>
        <w:t>3. It prevents progression to heart failure If the heart is overworked during recovery, inflammation can worsen, leading to permanent muscle damage and reduced pumping ability. Severe myocarditis can cause long-term heart failure if not managed properly.</w:t>
      </w:r>
    </w:p>
    <w:p w14:paraId="5457638C" w14:textId="77777777" w:rsidR="004B2954" w:rsidRPr="00BB79B8" w:rsidRDefault="004B2954" w:rsidP="004B2954">
      <w:pPr>
        <w:spacing w:after="20"/>
        <w:ind w:left="216"/>
        <w:rPr>
          <w:rFonts w:cs="Times New Roman"/>
          <w:sz w:val="20"/>
          <w:szCs w:val="20"/>
        </w:rPr>
      </w:pPr>
      <w:r w:rsidRPr="00BB79B8">
        <w:rPr>
          <w:rFonts w:cs="Times New Roman"/>
          <w:sz w:val="20"/>
          <w:szCs w:val="20"/>
        </w:rPr>
        <w:t>4. It supports full recovery and reduces long-term complications Many cases resolve completely, but only if the heart is protected during the healing phase. Harvard Health emphasizes that uncomplicated viral myocarditis often improves over weeks to months with rest and avoidance of strenuous activity.</w:t>
      </w:r>
    </w:p>
    <w:p w14:paraId="3792CCC0"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What "rest" usually means in myocarditis</w:t>
      </w:r>
    </w:p>
    <w:p w14:paraId="15C5A1E4" w14:textId="77777777" w:rsidR="004B2954" w:rsidRPr="00BB79B8" w:rsidRDefault="004B2954" w:rsidP="004B2954">
      <w:pPr>
        <w:spacing w:after="20"/>
        <w:ind w:left="216"/>
        <w:rPr>
          <w:rFonts w:cs="Times New Roman"/>
          <w:sz w:val="20"/>
          <w:szCs w:val="20"/>
        </w:rPr>
      </w:pPr>
      <w:r w:rsidRPr="00BB79B8">
        <w:rPr>
          <w:rFonts w:cs="Times New Roman"/>
          <w:sz w:val="20"/>
          <w:szCs w:val="20"/>
        </w:rPr>
        <w:t>(Always individualized by a cardiologist)</w:t>
      </w:r>
    </w:p>
    <w:p w14:paraId="59E06DE3"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sports and intense exercise until cleared by a doctor (Kaiser Permanente advises this explicitly).</w:t>
      </w:r>
    </w:p>
    <w:p w14:paraId="11E470F0" w14:textId="77777777" w:rsidR="004B2954" w:rsidRPr="00BB79B8" w:rsidRDefault="004B2954" w:rsidP="004B2954">
      <w:pPr>
        <w:spacing w:after="20"/>
        <w:ind w:left="216"/>
        <w:rPr>
          <w:rFonts w:cs="Times New Roman"/>
          <w:sz w:val="20"/>
          <w:szCs w:val="20"/>
        </w:rPr>
      </w:pPr>
      <w:r w:rsidRPr="00BB79B8">
        <w:rPr>
          <w:rFonts w:cs="Times New Roman"/>
          <w:sz w:val="20"/>
          <w:szCs w:val="20"/>
        </w:rPr>
        <w:t>Limit activities that raise heart rate significantly.</w:t>
      </w:r>
    </w:p>
    <w:p w14:paraId="03CD6801" w14:textId="77777777" w:rsidR="004B2954" w:rsidRPr="00BB79B8" w:rsidRDefault="004B2954" w:rsidP="004B2954">
      <w:pPr>
        <w:spacing w:after="20"/>
        <w:ind w:left="216"/>
        <w:rPr>
          <w:rFonts w:cs="Times New Roman"/>
          <w:sz w:val="20"/>
          <w:szCs w:val="20"/>
        </w:rPr>
      </w:pPr>
      <w:r w:rsidRPr="00BB79B8">
        <w:rPr>
          <w:rFonts w:cs="Times New Roman"/>
          <w:sz w:val="20"/>
          <w:szCs w:val="20"/>
        </w:rPr>
        <w:t>Prioritize sleep and low-stress routines.</w:t>
      </w:r>
    </w:p>
    <w:p w14:paraId="7A1BA668"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Gradually return to activity only after follow-up tests (ECG, echocardiogram, biomarkers) show recovery.</w:t>
      </w:r>
    </w:p>
    <w:p w14:paraId="11CBDEE4" w14:textId="77777777" w:rsidR="004B2954" w:rsidRPr="00BB79B8" w:rsidRDefault="004B2954" w:rsidP="004B2954">
      <w:pPr>
        <w:spacing w:after="20"/>
        <w:ind w:left="216"/>
        <w:rPr>
          <w:rFonts w:cs="Times New Roman"/>
          <w:sz w:val="20"/>
          <w:szCs w:val="20"/>
        </w:rPr>
      </w:pPr>
      <w:r w:rsidRPr="00BB79B8">
        <w:rPr>
          <w:rFonts w:cs="Times New Roman"/>
          <w:sz w:val="20"/>
          <w:szCs w:val="20"/>
        </w:rPr>
        <w:t>The bottom line</w:t>
      </w:r>
    </w:p>
    <w:p w14:paraId="55329516" w14:textId="77777777" w:rsidR="004B2954" w:rsidRPr="00BB79B8" w:rsidRDefault="004B2954" w:rsidP="004B2954">
      <w:pPr>
        <w:spacing w:after="20"/>
        <w:ind w:left="216"/>
        <w:rPr>
          <w:rFonts w:cs="Times New Roman"/>
          <w:sz w:val="20"/>
          <w:szCs w:val="20"/>
        </w:rPr>
      </w:pPr>
      <w:r w:rsidRPr="00BB79B8">
        <w:rPr>
          <w:rFonts w:cs="Times New Roman"/>
          <w:sz w:val="20"/>
          <w:szCs w:val="20"/>
        </w:rPr>
        <w:t>Rest is not optional in myocarditis-it is a core part of treatment. It protects the heart while inflammation resolves, reduces the risk of dangerous arrhythmias, and helps prevent long-term heart failure.</w:t>
      </w:r>
    </w:p>
    <w:p w14:paraId="108E590B" w14:textId="77777777" w:rsidR="004B2954" w:rsidRPr="00BB79B8" w:rsidRDefault="004B2954" w:rsidP="004B2954">
      <w:pPr>
        <w:spacing w:after="0"/>
        <w:rPr>
          <w:rFonts w:cs="Times New Roman"/>
          <w:sz w:val="20"/>
          <w:szCs w:val="20"/>
        </w:rPr>
      </w:pPr>
    </w:p>
    <w:p w14:paraId="3FFAABA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0E96EE8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F4A2708" w14:textId="77777777" w:rsidR="004B2954" w:rsidRPr="00BB79B8" w:rsidRDefault="004B2954" w:rsidP="004B2954">
      <w:pPr>
        <w:spacing w:after="20"/>
        <w:ind w:left="216"/>
        <w:rPr>
          <w:rFonts w:cs="Times New Roman"/>
          <w:sz w:val="20"/>
          <w:szCs w:val="20"/>
        </w:rPr>
      </w:pPr>
      <w:r w:rsidRPr="00BB79B8">
        <w:rPr>
          <w:rFonts w:cs="Times New Roman"/>
          <w:sz w:val="20"/>
          <w:szCs w:val="20"/>
        </w:rPr>
        <w:t>After a diagnosis of myocarditis, rest is crucial because the heart muscle is inflamed and weakened. Exertion increases the heart's workload-raising its rate and the force of each contraction-which can aggravate inflammation, promote dangerous arrhythmias, or even trigger sudden cardiac collapse. Rest, by contrast, lowers metabolic demands on the heart, allowing immune cells to clear infection or damage without ongoing mechanical stress. It also reduces the risk of left ventricular dilation or chronic heart failure, which can follow if inflamed tissue is repeatedly overstretched. Most guidelines therefore recommend avoiding competitive sports and heavy physical activity for three to six months, even after symptoms resolve, to let the myocardium fully heal.</w:t>
      </w:r>
    </w:p>
    <w:p w14:paraId="6AC84442" w14:textId="77777777" w:rsidR="004B2954" w:rsidRPr="00BB79B8" w:rsidRDefault="004B2954" w:rsidP="004B2954">
      <w:pPr>
        <w:spacing w:after="0"/>
        <w:rPr>
          <w:rFonts w:cs="Times New Roman"/>
          <w:sz w:val="20"/>
          <w:szCs w:val="20"/>
        </w:rPr>
      </w:pPr>
    </w:p>
    <w:p w14:paraId="1FEF767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40A068A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4DBBC10" w14:textId="77777777" w:rsidR="004B2954" w:rsidRPr="00BB79B8" w:rsidRDefault="004B2954" w:rsidP="004B2954">
      <w:pPr>
        <w:spacing w:after="20"/>
        <w:ind w:left="216"/>
        <w:rPr>
          <w:rFonts w:cs="Times New Roman"/>
          <w:sz w:val="20"/>
          <w:szCs w:val="20"/>
        </w:rPr>
      </w:pPr>
      <w:r w:rsidRPr="00BB79B8">
        <w:rPr>
          <w:rFonts w:cs="Times New Roman"/>
          <w:sz w:val="20"/>
          <w:szCs w:val="20"/>
        </w:rPr>
        <w:t>Rest is essential after a myocarditis diagnosis for these key reasons:</w:t>
      </w:r>
    </w:p>
    <w:p w14:paraId="5CCA9325"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 heart workload: Rest lowers heart rate, blood pressure and cardiac output, letting the inflamed heart muscle recover without extra strain.</w:t>
      </w:r>
    </w:p>
    <w:p w14:paraId="627BCA68" w14:textId="77777777" w:rsidR="004B2954" w:rsidRPr="00BB79B8" w:rsidRDefault="004B2954" w:rsidP="004B2954">
      <w:pPr>
        <w:spacing w:after="20"/>
        <w:ind w:left="216"/>
        <w:rPr>
          <w:rFonts w:cs="Times New Roman"/>
          <w:sz w:val="20"/>
          <w:szCs w:val="20"/>
        </w:rPr>
      </w:pPr>
      <w:r w:rsidRPr="00BB79B8">
        <w:rPr>
          <w:rFonts w:cs="Times New Roman"/>
          <w:sz w:val="20"/>
          <w:szCs w:val="20"/>
        </w:rPr>
        <w:t>Prevent further heart damage: Inflamed myocardium is fragile; activity can worsen inflammation, swelling and cell injury.</w:t>
      </w:r>
    </w:p>
    <w:p w14:paraId="4210DB10" w14:textId="77777777" w:rsidR="004B2954" w:rsidRPr="00BB79B8" w:rsidRDefault="004B2954" w:rsidP="004B2954">
      <w:pPr>
        <w:spacing w:after="20"/>
        <w:ind w:left="216"/>
        <w:rPr>
          <w:rFonts w:cs="Times New Roman"/>
          <w:sz w:val="20"/>
          <w:szCs w:val="20"/>
        </w:rPr>
      </w:pPr>
      <w:r w:rsidRPr="00BB79B8">
        <w:rPr>
          <w:rFonts w:cs="Times New Roman"/>
          <w:sz w:val="20"/>
          <w:szCs w:val="20"/>
        </w:rPr>
        <w:t>Lower risk of complications: Proper rest greatly reduces the chance of arrhythmia, heart failure, dilated cardiomyopathy or even sudden cardiac death.</w:t>
      </w:r>
    </w:p>
    <w:p w14:paraId="1BB0C224" w14:textId="77777777" w:rsidR="004B2954" w:rsidRPr="00BB79B8" w:rsidRDefault="004B2954" w:rsidP="004B2954">
      <w:pPr>
        <w:spacing w:after="20"/>
        <w:ind w:left="216"/>
        <w:rPr>
          <w:rFonts w:cs="Times New Roman"/>
          <w:sz w:val="20"/>
          <w:szCs w:val="20"/>
        </w:rPr>
      </w:pPr>
      <w:r w:rsidRPr="00BB79B8">
        <w:rPr>
          <w:rFonts w:cs="Times New Roman"/>
          <w:sz w:val="20"/>
          <w:szCs w:val="20"/>
        </w:rPr>
        <w:t>Promote inflammatory recovery: It helps control immune and inflammatory responses, speeding repair of damaged heart muscle tissue.</w:t>
      </w:r>
    </w:p>
    <w:p w14:paraId="6714A3EF" w14:textId="77777777" w:rsidR="004B2954" w:rsidRPr="00BB79B8" w:rsidRDefault="004B2954" w:rsidP="004B2954">
      <w:pPr>
        <w:rPr>
          <w:rFonts w:cs="Times New Roman"/>
          <w:sz w:val="20"/>
          <w:szCs w:val="20"/>
        </w:rPr>
      </w:pPr>
    </w:p>
    <w:p w14:paraId="1DE20542" w14:textId="77777777" w:rsidR="004B2954" w:rsidRPr="00BB79B8" w:rsidRDefault="004B2954" w:rsidP="004B2954">
      <w:pPr>
        <w:keepNext/>
        <w:rPr>
          <w:rFonts w:cs="Times New Roman"/>
          <w:sz w:val="20"/>
          <w:szCs w:val="20"/>
        </w:rPr>
      </w:pPr>
      <w:r w:rsidRPr="00BB79B8">
        <w:rPr>
          <w:rFonts w:cs="Times New Roman"/>
          <w:b/>
          <w:color w:val="1F4E79"/>
          <w:sz w:val="20"/>
          <w:szCs w:val="20"/>
        </w:rPr>
        <w:t>Q43. How long after myocarditis can a patient return to school?</w:t>
      </w:r>
    </w:p>
    <w:p w14:paraId="02F06B0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C45B76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99A443C" w14:textId="77777777" w:rsidR="004B2954" w:rsidRPr="00BB79B8" w:rsidRDefault="004B2954" w:rsidP="004B2954">
      <w:pPr>
        <w:spacing w:after="20"/>
        <w:ind w:left="216"/>
        <w:rPr>
          <w:rFonts w:cs="Times New Roman"/>
          <w:sz w:val="20"/>
          <w:szCs w:val="20"/>
        </w:rPr>
      </w:pPr>
      <w:r w:rsidRPr="00BB79B8">
        <w:rPr>
          <w:rFonts w:cs="Times New Roman"/>
          <w:sz w:val="20"/>
          <w:szCs w:val="20"/>
        </w:rPr>
        <w:t>After a diagnosis of myocarditis, the timing for returning to school isn't just about feeling better-it depends on heart recovery, symptom resolution, and medical clearance. Here's a structured way to understand it:</w:t>
      </w:r>
    </w:p>
    <w:p w14:paraId="2E38A3C4"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Phase</w:t>
      </w:r>
    </w:p>
    <w:p w14:paraId="4DEF5451" w14:textId="77777777" w:rsidR="004B2954" w:rsidRPr="00BB79B8" w:rsidRDefault="004B2954" w:rsidP="004B2954">
      <w:pPr>
        <w:spacing w:after="20"/>
        <w:ind w:left="216"/>
        <w:rPr>
          <w:rFonts w:cs="Times New Roman"/>
          <w:sz w:val="20"/>
          <w:szCs w:val="20"/>
        </w:rPr>
      </w:pPr>
      <w:r w:rsidRPr="00BB79B8">
        <w:rPr>
          <w:rFonts w:cs="Times New Roman"/>
          <w:sz w:val="20"/>
          <w:szCs w:val="20"/>
        </w:rPr>
        <w:t>During active myocarditis, rest is essential to prevent worsening heart inflammation and complications like arrhythmias or heart failure.</w:t>
      </w:r>
    </w:p>
    <w:p w14:paraId="71829784"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usually should not attend school or engage in strenuous activity until cleared by a doctor.</w:t>
      </w:r>
    </w:p>
    <w:p w14:paraId="39FB98F7"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 Resolution</w:t>
      </w:r>
    </w:p>
    <w:p w14:paraId="042818DF" w14:textId="77777777" w:rsidR="004B2954" w:rsidRPr="00BB79B8" w:rsidRDefault="004B2954" w:rsidP="004B2954">
      <w:pPr>
        <w:spacing w:after="20"/>
        <w:ind w:left="216"/>
        <w:rPr>
          <w:rFonts w:cs="Times New Roman"/>
          <w:sz w:val="20"/>
          <w:szCs w:val="20"/>
        </w:rPr>
      </w:pPr>
      <w:r w:rsidRPr="00BB79B8">
        <w:rPr>
          <w:rFonts w:cs="Times New Roman"/>
          <w:sz w:val="20"/>
          <w:szCs w:val="20"/>
        </w:rPr>
        <w:t>Most mild cases require a few weeks of rest, but this varies depending on severity.</w:t>
      </w:r>
    </w:p>
    <w:p w14:paraId="114ECE06" w14:textId="77777777" w:rsidR="004B2954" w:rsidRPr="00BB79B8" w:rsidRDefault="004B2954" w:rsidP="004B2954">
      <w:pPr>
        <w:spacing w:after="20"/>
        <w:ind w:left="216"/>
        <w:rPr>
          <w:rFonts w:cs="Times New Roman"/>
          <w:sz w:val="20"/>
          <w:szCs w:val="20"/>
        </w:rPr>
      </w:pPr>
      <w:r w:rsidRPr="00BB79B8">
        <w:rPr>
          <w:rFonts w:cs="Times New Roman"/>
          <w:sz w:val="20"/>
          <w:szCs w:val="20"/>
        </w:rPr>
        <w:t>Key signs that recovery is progressing include:</w:t>
      </w:r>
    </w:p>
    <w:p w14:paraId="174279B3" w14:textId="77777777" w:rsidR="004B2954" w:rsidRPr="00BB79B8" w:rsidRDefault="004B2954" w:rsidP="004B2954">
      <w:pPr>
        <w:spacing w:after="20"/>
        <w:ind w:left="216"/>
        <w:rPr>
          <w:rFonts w:cs="Times New Roman"/>
          <w:sz w:val="20"/>
          <w:szCs w:val="20"/>
        </w:rPr>
      </w:pPr>
      <w:r w:rsidRPr="00BB79B8">
        <w:rPr>
          <w:rFonts w:cs="Times New Roman"/>
          <w:sz w:val="20"/>
          <w:szCs w:val="20"/>
        </w:rPr>
        <w:t>No chest pain or tightness</w:t>
      </w:r>
    </w:p>
    <w:p w14:paraId="6C43805F" w14:textId="77777777" w:rsidR="004B2954" w:rsidRPr="00BB79B8" w:rsidRDefault="004B2954" w:rsidP="004B2954">
      <w:pPr>
        <w:spacing w:after="20"/>
        <w:ind w:left="216"/>
        <w:rPr>
          <w:rFonts w:cs="Times New Roman"/>
          <w:sz w:val="20"/>
          <w:szCs w:val="20"/>
        </w:rPr>
      </w:pPr>
      <w:r w:rsidRPr="00BB79B8">
        <w:rPr>
          <w:rFonts w:cs="Times New Roman"/>
          <w:sz w:val="20"/>
          <w:szCs w:val="20"/>
        </w:rPr>
        <w:t>Stable heart rate</w:t>
      </w:r>
    </w:p>
    <w:p w14:paraId="74A0AD20"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blood pressure</w:t>
      </w:r>
    </w:p>
    <w:p w14:paraId="531EA520" w14:textId="77777777" w:rsidR="004B2954" w:rsidRPr="00BB79B8" w:rsidRDefault="004B2954" w:rsidP="004B2954">
      <w:pPr>
        <w:spacing w:after="20"/>
        <w:ind w:left="216"/>
        <w:rPr>
          <w:rFonts w:cs="Times New Roman"/>
          <w:sz w:val="20"/>
          <w:szCs w:val="20"/>
        </w:rPr>
      </w:pPr>
      <w:r w:rsidRPr="00BB79B8">
        <w:rPr>
          <w:rFonts w:cs="Times New Roman"/>
          <w:sz w:val="20"/>
          <w:szCs w:val="20"/>
        </w:rPr>
        <w:t>Absence of palpitations or fainting</w:t>
      </w:r>
    </w:p>
    <w:p w14:paraId="59B1AA3E"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Evaluation</w:t>
      </w:r>
    </w:p>
    <w:p w14:paraId="0FDD02C3" w14:textId="77777777" w:rsidR="004B2954" w:rsidRPr="00BB79B8" w:rsidRDefault="004B2954" w:rsidP="004B2954">
      <w:pPr>
        <w:spacing w:after="20"/>
        <w:ind w:left="216"/>
        <w:rPr>
          <w:rFonts w:cs="Times New Roman"/>
          <w:sz w:val="20"/>
          <w:szCs w:val="20"/>
        </w:rPr>
      </w:pPr>
      <w:r w:rsidRPr="00BB79B8">
        <w:rPr>
          <w:rFonts w:cs="Times New Roman"/>
          <w:sz w:val="20"/>
          <w:szCs w:val="20"/>
        </w:rPr>
        <w:t>Before returning to school, patients typically undergo follow-up tests such as:</w:t>
      </w:r>
    </w:p>
    <w:p w14:paraId="2CBFBE72"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to check heart function</w:t>
      </w:r>
    </w:p>
    <w:p w14:paraId="52F9D974"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to assess rhythm</w:t>
      </w:r>
    </w:p>
    <w:p w14:paraId="56182044" w14:textId="77777777" w:rsidR="004B2954" w:rsidRPr="00BB79B8" w:rsidRDefault="004B2954" w:rsidP="004B2954">
      <w:pPr>
        <w:spacing w:after="20"/>
        <w:ind w:left="216"/>
        <w:rPr>
          <w:rFonts w:cs="Times New Roman"/>
          <w:sz w:val="20"/>
          <w:szCs w:val="20"/>
        </w:rPr>
      </w:pPr>
      <w:r w:rsidRPr="00BB79B8">
        <w:rPr>
          <w:rFonts w:cs="Times New Roman"/>
          <w:sz w:val="20"/>
          <w:szCs w:val="20"/>
        </w:rPr>
        <w:t>Sometimes cardiac MRI if the initial myocarditis was severe</w:t>
      </w:r>
    </w:p>
    <w:p w14:paraId="769AA478" w14:textId="77777777" w:rsidR="004B2954" w:rsidRPr="00BB79B8" w:rsidRDefault="004B2954" w:rsidP="004B2954">
      <w:pPr>
        <w:spacing w:after="20"/>
        <w:ind w:left="216"/>
        <w:rPr>
          <w:rFonts w:cs="Times New Roman"/>
          <w:sz w:val="20"/>
          <w:szCs w:val="20"/>
        </w:rPr>
      </w:pPr>
      <w:r w:rsidRPr="00BB79B8">
        <w:rPr>
          <w:rFonts w:cs="Times New Roman"/>
          <w:sz w:val="20"/>
          <w:szCs w:val="20"/>
        </w:rPr>
        <w:t>Clearance by a pediatric cardiologist (for children/adolescents) or cardiologist (for adults) is strongly recommended.</w:t>
      </w:r>
    </w:p>
    <w:p w14:paraId="25A492A5"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 Return</w:t>
      </w:r>
    </w:p>
    <w:p w14:paraId="359A91F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For most mild myocarditis cases in children/adolescents:</w:t>
      </w:r>
    </w:p>
    <w:p w14:paraId="05DDA7C4" w14:textId="77777777" w:rsidR="004B2954" w:rsidRPr="00BB79B8" w:rsidRDefault="004B2954" w:rsidP="004B2954">
      <w:pPr>
        <w:spacing w:after="20"/>
        <w:ind w:left="216"/>
        <w:rPr>
          <w:rFonts w:cs="Times New Roman"/>
          <w:sz w:val="20"/>
          <w:szCs w:val="20"/>
        </w:rPr>
      </w:pPr>
      <w:r w:rsidRPr="00BB79B8">
        <w:rPr>
          <w:rFonts w:cs="Times New Roman"/>
          <w:sz w:val="20"/>
          <w:szCs w:val="20"/>
        </w:rPr>
        <w:t>School attendance may start gradually around 2-4 weeks after symptom resolution, depending on doctor advice.</w:t>
      </w:r>
    </w:p>
    <w:p w14:paraId="2379BC2F"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or severe cases may require longer rest, often 6-12 weeks, with progressive return to normal activity.</w:t>
      </w:r>
    </w:p>
    <w:p w14:paraId="10351079"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Activity Considerations</w:t>
      </w:r>
    </w:p>
    <w:p w14:paraId="5EC5AAAD"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PE, sports, or strenuous physical activity until cleared, even if attending regular classes.</w:t>
      </w:r>
    </w:p>
    <w:p w14:paraId="60319BF1" w14:textId="77777777" w:rsidR="004B2954" w:rsidRPr="00BB79B8" w:rsidRDefault="004B2954" w:rsidP="004B2954">
      <w:pPr>
        <w:spacing w:after="20"/>
        <w:ind w:left="216"/>
        <w:rPr>
          <w:rFonts w:cs="Times New Roman"/>
          <w:sz w:val="20"/>
          <w:szCs w:val="20"/>
        </w:rPr>
      </w:pPr>
      <w:r w:rsidRPr="00BB79B8">
        <w:rPr>
          <w:rFonts w:cs="Times New Roman"/>
          <w:sz w:val="20"/>
          <w:szCs w:val="20"/>
        </w:rPr>
        <w:t>Some schools may allow partial attendance (half-days or light activity) while still restricting exertion.</w:t>
      </w:r>
    </w:p>
    <w:p w14:paraId="6A38585F"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0EA31CF7" w14:textId="77777777" w:rsidR="004B2954" w:rsidRPr="00BB79B8" w:rsidRDefault="004B2954" w:rsidP="004B2954">
      <w:pPr>
        <w:spacing w:after="20"/>
        <w:ind w:left="216"/>
        <w:rPr>
          <w:rFonts w:cs="Times New Roman"/>
          <w:sz w:val="20"/>
          <w:szCs w:val="20"/>
        </w:rPr>
      </w:pPr>
      <w:r w:rsidRPr="00BB79B8">
        <w:rPr>
          <w:rFonts w:cs="Times New Roman"/>
          <w:sz w:val="20"/>
          <w:szCs w:val="20"/>
        </w:rPr>
        <w:t>Mild myocarditis: often 2-4 weeks after symptoms resolve, with medical clearance.</w:t>
      </w:r>
    </w:p>
    <w:p w14:paraId="229AEB27"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Moderate/severe myocarditis: 6-12 weeks or more, guided by cardiologist evaluation.</w:t>
      </w:r>
    </w:p>
    <w:p w14:paraId="2C3BEC38" w14:textId="77777777" w:rsidR="004B2954" w:rsidRPr="00BB79B8" w:rsidRDefault="004B2954" w:rsidP="004B2954">
      <w:pPr>
        <w:spacing w:after="20"/>
        <w:ind w:left="216"/>
        <w:rPr>
          <w:rFonts w:cs="Times New Roman"/>
          <w:sz w:val="20"/>
          <w:szCs w:val="20"/>
        </w:rPr>
      </w:pPr>
      <w:r w:rsidRPr="00BB79B8">
        <w:rPr>
          <w:rFonts w:cs="Times New Roman"/>
          <w:sz w:val="20"/>
          <w:szCs w:val="20"/>
        </w:rPr>
        <w:t>Always medical clearance is essential before returning to school or physical activity.</w:t>
      </w:r>
    </w:p>
    <w:p w14:paraId="11E1EAE7" w14:textId="77777777" w:rsidR="004B2954" w:rsidRPr="00BB79B8" w:rsidRDefault="004B2954" w:rsidP="004B2954">
      <w:pPr>
        <w:spacing w:after="0"/>
        <w:rPr>
          <w:rFonts w:cs="Times New Roman"/>
          <w:sz w:val="20"/>
          <w:szCs w:val="20"/>
        </w:rPr>
      </w:pPr>
    </w:p>
    <w:p w14:paraId="22FD492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69EB4D1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2F8ED28"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Returning to school after myocarditis is a significant milestone, but the timeline depends heavily on the severity of the initial illness and the results of follow-up testing.</w:t>
      </w:r>
    </w:p>
    <w:p w14:paraId="22AED8CC"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every case is unique, the following guidelines generally apply to students:</w:t>
      </w:r>
    </w:p>
    <w:p w14:paraId="28BFC59B" w14:textId="77777777" w:rsidR="004B2954" w:rsidRPr="00BB79B8" w:rsidRDefault="004B2954" w:rsidP="004B2954">
      <w:pPr>
        <w:spacing w:after="20"/>
        <w:ind w:left="216"/>
        <w:rPr>
          <w:rFonts w:cs="Times New Roman"/>
          <w:sz w:val="20"/>
          <w:szCs w:val="20"/>
        </w:rPr>
      </w:pPr>
      <w:r w:rsidRPr="00BB79B8">
        <w:rPr>
          <w:rFonts w:cs="Times New Roman"/>
          <w:sz w:val="20"/>
          <w:szCs w:val="20"/>
        </w:rPr>
        <w:t>1. The Standard Recovery Window</w:t>
      </w:r>
    </w:p>
    <w:p w14:paraId="600C9E54" w14:textId="77777777" w:rsidR="004B2954" w:rsidRPr="00BB79B8" w:rsidRDefault="004B2954" w:rsidP="004B2954">
      <w:pPr>
        <w:spacing w:after="20"/>
        <w:ind w:left="216"/>
        <w:rPr>
          <w:rFonts w:cs="Times New Roman"/>
          <w:sz w:val="20"/>
          <w:szCs w:val="20"/>
        </w:rPr>
      </w:pPr>
      <w:r w:rsidRPr="00BB79B8">
        <w:rPr>
          <w:rFonts w:cs="Times New Roman"/>
          <w:sz w:val="20"/>
          <w:szCs w:val="20"/>
        </w:rPr>
        <w:t>In most cases, patients are advised to wait at least 3 to 6 months before returning to full physical activity, including physical education (PE) classes and competitive sports. However, a return to sedentary classroom learning can often happen much sooner.</w:t>
      </w:r>
    </w:p>
    <w:p w14:paraId="5F22E03E" w14:textId="77777777" w:rsidR="004B2954" w:rsidRPr="00BB79B8" w:rsidRDefault="004B2954" w:rsidP="004B2954">
      <w:pPr>
        <w:spacing w:after="20"/>
        <w:ind w:left="216"/>
        <w:rPr>
          <w:rFonts w:cs="Times New Roman"/>
          <w:sz w:val="20"/>
          <w:szCs w:val="20"/>
        </w:rPr>
      </w:pPr>
      <w:r w:rsidRPr="00BB79B8">
        <w:rPr>
          <w:rFonts w:cs="Times New Roman"/>
          <w:sz w:val="20"/>
          <w:szCs w:val="20"/>
        </w:rPr>
        <w:t>2. Phased Return to School</w:t>
      </w:r>
    </w:p>
    <w:p w14:paraId="5801A1A9" w14:textId="77777777" w:rsidR="004B2954" w:rsidRPr="00BB79B8" w:rsidRDefault="004B2954" w:rsidP="004B2954">
      <w:pPr>
        <w:spacing w:after="20"/>
        <w:ind w:left="216"/>
        <w:rPr>
          <w:rFonts w:cs="Times New Roman"/>
          <w:sz w:val="20"/>
          <w:szCs w:val="20"/>
        </w:rPr>
      </w:pPr>
      <w:r w:rsidRPr="00BB79B8">
        <w:rPr>
          <w:rFonts w:cs="Times New Roman"/>
          <w:sz w:val="20"/>
          <w:szCs w:val="20"/>
        </w:rPr>
        <w:t>A "graded" return is often recommended to manage fatigue and cognitive load:</w:t>
      </w:r>
    </w:p>
    <w:p w14:paraId="51A3A2E4"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Rest: A period of complete rest (usually 1-2 weeks) is often required immediately following hospital discharge to allow the heart muscle to begin healing.</w:t>
      </w:r>
    </w:p>
    <w:p w14:paraId="0DACDE25" w14:textId="77777777" w:rsidR="004B2954" w:rsidRPr="00BB79B8" w:rsidRDefault="004B2954" w:rsidP="004B2954">
      <w:pPr>
        <w:spacing w:after="20"/>
        <w:ind w:left="216"/>
        <w:rPr>
          <w:rFonts w:cs="Times New Roman"/>
          <w:sz w:val="20"/>
          <w:szCs w:val="20"/>
        </w:rPr>
      </w:pPr>
      <w:r w:rsidRPr="00BB79B8">
        <w:rPr>
          <w:rFonts w:cs="Times New Roman"/>
          <w:sz w:val="20"/>
          <w:szCs w:val="20"/>
        </w:rPr>
        <w:t>Part-Time Attendance: A student might start with half-days or a modified schedule to ensure they aren't becoming overly exhausted.</w:t>
      </w:r>
    </w:p>
    <w:p w14:paraId="3BD2F8B3" w14:textId="77777777" w:rsidR="004B2954" w:rsidRPr="00BB79B8" w:rsidRDefault="004B2954" w:rsidP="004B2954">
      <w:pPr>
        <w:spacing w:after="20"/>
        <w:ind w:left="216"/>
        <w:rPr>
          <w:rFonts w:cs="Times New Roman"/>
          <w:sz w:val="20"/>
          <w:szCs w:val="20"/>
        </w:rPr>
      </w:pPr>
      <w:r w:rsidRPr="00BB79B8">
        <w:rPr>
          <w:rFonts w:cs="Times New Roman"/>
          <w:sz w:val="20"/>
          <w:szCs w:val="20"/>
        </w:rPr>
        <w:t>Academic Accommodations: Students may need extra time for assignments or permission to use elevators to avoid the physical strain of climbing stairs.</w:t>
      </w:r>
    </w:p>
    <w:p w14:paraId="279BBAE7" w14:textId="77777777" w:rsidR="004B2954" w:rsidRPr="00BB79B8" w:rsidRDefault="004B2954" w:rsidP="004B2954">
      <w:pPr>
        <w:spacing w:after="20"/>
        <w:ind w:left="216"/>
        <w:rPr>
          <w:rFonts w:cs="Times New Roman"/>
          <w:sz w:val="20"/>
          <w:szCs w:val="20"/>
        </w:rPr>
      </w:pPr>
      <w:r w:rsidRPr="00BB79B8">
        <w:rPr>
          <w:rFonts w:cs="Times New Roman"/>
          <w:sz w:val="20"/>
          <w:szCs w:val="20"/>
        </w:rPr>
        <w:t>3. Key Medical Clearance Criteria</w:t>
      </w:r>
    </w:p>
    <w:p w14:paraId="1C5DFB86" w14:textId="77777777" w:rsidR="004B2954" w:rsidRPr="00BB79B8" w:rsidRDefault="004B2954" w:rsidP="004B2954">
      <w:pPr>
        <w:spacing w:after="20"/>
        <w:ind w:left="216"/>
        <w:rPr>
          <w:rFonts w:cs="Times New Roman"/>
          <w:sz w:val="20"/>
          <w:szCs w:val="20"/>
        </w:rPr>
      </w:pPr>
      <w:r w:rsidRPr="00BB79B8">
        <w:rPr>
          <w:rFonts w:cs="Times New Roman"/>
          <w:sz w:val="20"/>
          <w:szCs w:val="20"/>
        </w:rPr>
        <w:t>Before returning to school activities, doctors typically look for:</w:t>
      </w:r>
    </w:p>
    <w:p w14:paraId="5C8701B8"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Normalization of Heart Function: Confirmed via echocardiogram or cardiac MRI.</w:t>
      </w:r>
    </w:p>
    <w:p w14:paraId="4259D8F8" w14:textId="77777777" w:rsidR="004B2954" w:rsidRPr="00BB79B8" w:rsidRDefault="004B2954" w:rsidP="004B2954">
      <w:pPr>
        <w:spacing w:after="20"/>
        <w:ind w:left="216"/>
        <w:rPr>
          <w:rFonts w:cs="Times New Roman"/>
          <w:sz w:val="20"/>
          <w:szCs w:val="20"/>
        </w:rPr>
      </w:pPr>
      <w:r w:rsidRPr="00BB79B8">
        <w:rPr>
          <w:rFonts w:cs="Times New Roman"/>
          <w:sz w:val="20"/>
          <w:szCs w:val="20"/>
        </w:rPr>
        <w:t>Absence of Arrhythmias: Verified through an EKG or a Holter monitor (24-hour rhythm tracking).</w:t>
      </w:r>
    </w:p>
    <w:p w14:paraId="0BE575DE"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Work: Ensuring cardiac biomarkers (like Troponin) have returned to baseline levels.</w:t>
      </w:r>
    </w:p>
    <w:p w14:paraId="7CE77BF8" w14:textId="77777777" w:rsidR="004B2954" w:rsidRPr="00BB79B8" w:rsidRDefault="004B2954" w:rsidP="004B2954">
      <w:pPr>
        <w:spacing w:after="20"/>
        <w:ind w:left="216"/>
        <w:rPr>
          <w:rFonts w:cs="Times New Roman"/>
          <w:sz w:val="20"/>
          <w:szCs w:val="20"/>
        </w:rPr>
      </w:pPr>
      <w:r w:rsidRPr="00BB79B8">
        <w:rPr>
          <w:rFonts w:cs="Times New Roman"/>
          <w:sz w:val="20"/>
          <w:szCs w:val="20"/>
        </w:rPr>
        <w:t>4. Physical Education (PE) vs. Classroom</w:t>
      </w:r>
    </w:p>
    <w:p w14:paraId="578BCD62"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critical to distinguish between returning to class and returning to sports.</w:t>
      </w:r>
    </w:p>
    <w:p w14:paraId="2952FED9" w14:textId="77777777" w:rsidR="004B2954" w:rsidRPr="00BB79B8" w:rsidRDefault="004B2954" w:rsidP="004B2954">
      <w:pPr>
        <w:spacing w:after="20"/>
        <w:ind w:left="216"/>
        <w:rPr>
          <w:rFonts w:cs="Times New Roman"/>
          <w:sz w:val="20"/>
          <w:szCs w:val="20"/>
        </w:rPr>
      </w:pPr>
      <w:r w:rsidRPr="00BB79B8">
        <w:rPr>
          <w:rFonts w:cs="Times New Roman"/>
          <w:sz w:val="20"/>
          <w:szCs w:val="20"/>
        </w:rPr>
        <w:t>Classroom: Often safe within weeks, provided the student feels well.</w:t>
      </w:r>
    </w:p>
    <w:p w14:paraId="700780ED" w14:textId="77777777" w:rsidR="004B2954" w:rsidRPr="00BB79B8" w:rsidRDefault="004B2954" w:rsidP="004B2954">
      <w:pPr>
        <w:spacing w:after="20"/>
        <w:ind w:left="216"/>
        <w:rPr>
          <w:rFonts w:cs="Times New Roman"/>
          <w:sz w:val="20"/>
          <w:szCs w:val="20"/>
        </w:rPr>
      </w:pPr>
      <w:r w:rsidRPr="00BB79B8">
        <w:rPr>
          <w:rFonts w:cs="Times New Roman"/>
          <w:sz w:val="20"/>
          <w:szCs w:val="20"/>
        </w:rPr>
        <w:t>Sports/Gym: Strictly prohibited until a cardiologist provides specific clearance, usually after a formal stress test and the 3-6 month observation period. This is to prevent the risk of exercise-induced complications while the heart is still recovering.</w:t>
      </w:r>
    </w:p>
    <w:p w14:paraId="6AEA09D8"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Note: This timeline is a general framework. Because myocarditis involves inflammation of the heart muscle, the patient must follow the specific recovery protocol designed by their cardiologist. If a student experiences chest pain, shortness of breath, or palpitations after returning to school, they should seek medical attention immediately.</w:t>
      </w:r>
    </w:p>
    <w:p w14:paraId="2F888627" w14:textId="77777777" w:rsidR="004B2954" w:rsidRPr="00BB79B8" w:rsidRDefault="004B2954" w:rsidP="004B2954">
      <w:pPr>
        <w:spacing w:after="0"/>
        <w:rPr>
          <w:rFonts w:cs="Times New Roman"/>
          <w:sz w:val="20"/>
          <w:szCs w:val="20"/>
        </w:rPr>
      </w:pPr>
    </w:p>
    <w:p w14:paraId="238F423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49EAF1D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54DC7F6" w14:textId="77777777" w:rsidR="004B2954" w:rsidRPr="00BB79B8" w:rsidRDefault="004B2954" w:rsidP="004B2954">
      <w:pPr>
        <w:spacing w:after="20"/>
        <w:ind w:left="216"/>
        <w:rPr>
          <w:rFonts w:cs="Times New Roman"/>
          <w:sz w:val="20"/>
          <w:szCs w:val="20"/>
        </w:rPr>
      </w:pPr>
      <w:r w:rsidRPr="00BB79B8">
        <w:rPr>
          <w:rFonts w:cs="Times New Roman"/>
          <w:sz w:val="20"/>
          <w:szCs w:val="20"/>
        </w:rPr>
        <w:t>A child or adolescent with myocarditis should not return to school or regular activities until the acute inflammation has resolved, and this typically means a minimum of several weeks, depending on severity. The key principle from current evidence is that physical exertion during active myocarditis increases the risk of dangerous arrhythmias and further myocardial injury.</w:t>
      </w:r>
    </w:p>
    <w:p w14:paraId="23FCFAF1" w14:textId="77777777" w:rsidR="004B2954" w:rsidRPr="00BB79B8" w:rsidRDefault="004B2954" w:rsidP="004B2954">
      <w:pPr>
        <w:spacing w:after="20"/>
        <w:ind w:left="216"/>
        <w:rPr>
          <w:rFonts w:cs="Times New Roman"/>
          <w:sz w:val="20"/>
          <w:szCs w:val="20"/>
        </w:rPr>
      </w:pPr>
      <w:r w:rsidRPr="00BB79B8">
        <w:rPr>
          <w:rFonts w:cs="Times New Roman"/>
          <w:sz w:val="20"/>
          <w:szCs w:val="20"/>
        </w:rPr>
        <w:t>Concise answer</w:t>
      </w:r>
    </w:p>
    <w:p w14:paraId="3B33A979"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children can return to school (non-physical activity) once:</w:t>
      </w:r>
    </w:p>
    <w:p w14:paraId="47F94A18" w14:textId="77777777" w:rsidR="004B2954" w:rsidRPr="00BB79B8" w:rsidRDefault="004B2954" w:rsidP="004B2954">
      <w:pPr>
        <w:spacing w:after="20"/>
        <w:ind w:left="216"/>
        <w:rPr>
          <w:rFonts w:cs="Times New Roman"/>
          <w:sz w:val="20"/>
          <w:szCs w:val="20"/>
        </w:rPr>
      </w:pPr>
      <w:r w:rsidRPr="00BB79B8">
        <w:rPr>
          <w:rFonts w:cs="Times New Roman"/>
          <w:sz w:val="20"/>
          <w:szCs w:val="20"/>
        </w:rPr>
        <w:t>They are symptom-free, and</w:t>
      </w:r>
    </w:p>
    <w:p w14:paraId="419C4AF8" w14:textId="77777777" w:rsidR="004B2954" w:rsidRPr="00BB79B8" w:rsidRDefault="004B2954" w:rsidP="004B2954">
      <w:pPr>
        <w:spacing w:after="20"/>
        <w:ind w:left="216"/>
        <w:rPr>
          <w:rFonts w:cs="Times New Roman"/>
          <w:sz w:val="20"/>
          <w:szCs w:val="20"/>
        </w:rPr>
      </w:pPr>
      <w:r w:rsidRPr="00BB79B8">
        <w:rPr>
          <w:rFonts w:cs="Times New Roman"/>
          <w:sz w:val="20"/>
          <w:szCs w:val="20"/>
        </w:rPr>
        <w:t>Their clinician confirms recovery based on exam testing.</w:t>
      </w:r>
    </w:p>
    <w:p w14:paraId="23F4D42D"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usually after several weeks, but sports and strenuous activity require much longer restriction (often 3-6 months).</w:t>
      </w:r>
    </w:p>
    <w:p w14:paraId="027C9226"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7FFF806F" w14:textId="77777777" w:rsidR="004B2954" w:rsidRPr="00BB79B8" w:rsidRDefault="004B2954" w:rsidP="004B2954">
      <w:pPr>
        <w:spacing w:after="20"/>
        <w:ind w:left="216"/>
        <w:rPr>
          <w:rFonts w:cs="Times New Roman"/>
          <w:sz w:val="20"/>
          <w:szCs w:val="20"/>
        </w:rPr>
      </w:pPr>
      <w:r w:rsidRPr="00BB79B8">
        <w:rPr>
          <w:rFonts w:cs="Times New Roman"/>
          <w:sz w:val="20"/>
          <w:szCs w:val="20"/>
        </w:rPr>
        <w:t>1. Physical exertion is dangerous during active myocarditis</w:t>
      </w:r>
    </w:p>
    <w:p w14:paraId="07EF3138"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Sources emphasize that exertion can trigger arrhythmias and worsen myocardial damage. Athletes are advised to avoid exercise entirely during the inflammatory period.</w:t>
      </w:r>
    </w:p>
    <w:p w14:paraId="7E3FE45E" w14:textId="77777777" w:rsidR="004B2954" w:rsidRPr="00BB79B8" w:rsidRDefault="004B2954" w:rsidP="004B2954">
      <w:pPr>
        <w:spacing w:after="20"/>
        <w:ind w:left="216"/>
        <w:rPr>
          <w:rFonts w:cs="Times New Roman"/>
          <w:sz w:val="20"/>
          <w:szCs w:val="20"/>
        </w:rPr>
      </w:pPr>
      <w:r w:rsidRPr="00BB79B8">
        <w:rPr>
          <w:rFonts w:cs="Times New Roman"/>
          <w:sz w:val="20"/>
          <w:szCs w:val="20"/>
        </w:rPr>
        <w:t>2. Return to activity is based on symptom resolution</w:t>
      </w:r>
    </w:p>
    <w:p w14:paraId="7428DEBC" w14:textId="77777777" w:rsidR="004B2954" w:rsidRPr="00BB79B8" w:rsidRDefault="004B2954" w:rsidP="004B2954">
      <w:pPr>
        <w:spacing w:after="20"/>
        <w:ind w:left="216"/>
        <w:rPr>
          <w:rFonts w:cs="Times New Roman"/>
          <w:sz w:val="20"/>
          <w:szCs w:val="20"/>
        </w:rPr>
      </w:pPr>
      <w:r w:rsidRPr="00BB79B8">
        <w:rPr>
          <w:rFonts w:cs="Times New Roman"/>
          <w:sz w:val="20"/>
          <w:szCs w:val="20"/>
        </w:rPr>
        <w:t>Expert guidance for athletes (the closest structured guidance available) uses:</w:t>
      </w:r>
    </w:p>
    <w:p w14:paraId="5EF5C469" w14:textId="77777777" w:rsidR="004B2954" w:rsidRPr="00BB79B8" w:rsidRDefault="004B2954" w:rsidP="004B2954">
      <w:pPr>
        <w:spacing w:after="20"/>
        <w:ind w:left="216"/>
        <w:rPr>
          <w:rFonts w:cs="Times New Roman"/>
          <w:sz w:val="20"/>
          <w:szCs w:val="20"/>
        </w:rPr>
      </w:pPr>
      <w:r w:rsidRPr="00BB79B8">
        <w:rPr>
          <w:rFonts w:cs="Times New Roman"/>
          <w:sz w:val="20"/>
          <w:szCs w:val="20"/>
        </w:rPr>
        <w:t>Resolution of symptoms as the starting point.</w:t>
      </w:r>
    </w:p>
    <w:p w14:paraId="157CE290" w14:textId="77777777" w:rsidR="004B2954" w:rsidRPr="00BB79B8" w:rsidRDefault="004B2954" w:rsidP="004B2954">
      <w:pPr>
        <w:spacing w:after="20"/>
        <w:ind w:left="216"/>
        <w:rPr>
          <w:rFonts w:cs="Times New Roman"/>
          <w:sz w:val="20"/>
          <w:szCs w:val="20"/>
        </w:rPr>
      </w:pPr>
      <w:r w:rsidRPr="00BB79B8">
        <w:rPr>
          <w:rFonts w:cs="Times New Roman"/>
          <w:sz w:val="20"/>
          <w:szCs w:val="20"/>
        </w:rPr>
        <w:t>6-8 weeks of rest before reevaluation for even light exercise.</w:t>
      </w:r>
    </w:p>
    <w:p w14:paraId="730C6FCC" w14:textId="77777777" w:rsidR="004B2954" w:rsidRPr="00BB79B8" w:rsidRDefault="004B2954" w:rsidP="004B2954">
      <w:pPr>
        <w:spacing w:after="20"/>
        <w:ind w:left="216"/>
        <w:rPr>
          <w:rFonts w:cs="Times New Roman"/>
          <w:sz w:val="20"/>
          <w:szCs w:val="20"/>
        </w:rPr>
      </w:pPr>
      <w:r w:rsidRPr="00BB79B8">
        <w:rPr>
          <w:rFonts w:cs="Times New Roman"/>
          <w:sz w:val="20"/>
          <w:szCs w:val="20"/>
        </w:rPr>
        <w:t>3. Children with myocarditis after viral illness (including COVID-19)</w:t>
      </w:r>
    </w:p>
    <w:p w14:paraId="3F29DBDF" w14:textId="77777777" w:rsidR="004B2954" w:rsidRPr="00BB79B8" w:rsidRDefault="004B2954" w:rsidP="004B2954">
      <w:pPr>
        <w:spacing w:after="20"/>
        <w:ind w:left="216"/>
        <w:rPr>
          <w:rFonts w:cs="Times New Roman"/>
          <w:sz w:val="20"/>
          <w:szCs w:val="20"/>
        </w:rPr>
      </w:pPr>
      <w:r w:rsidRPr="00BB79B8">
        <w:rPr>
          <w:rFonts w:cs="Times New Roman"/>
          <w:sz w:val="20"/>
          <w:szCs w:val="20"/>
        </w:rPr>
        <w:t>Pediatric guidance stresses:</w:t>
      </w:r>
    </w:p>
    <w:p w14:paraId="43E4D01B" w14:textId="77777777" w:rsidR="004B2954" w:rsidRPr="00BB79B8" w:rsidRDefault="004B2954" w:rsidP="004B2954">
      <w:pPr>
        <w:spacing w:after="20"/>
        <w:ind w:left="216"/>
        <w:rPr>
          <w:rFonts w:cs="Times New Roman"/>
          <w:sz w:val="20"/>
          <w:szCs w:val="20"/>
        </w:rPr>
      </w:pPr>
      <w:r w:rsidRPr="00BB79B8">
        <w:rPr>
          <w:rFonts w:cs="Times New Roman"/>
          <w:sz w:val="20"/>
          <w:szCs w:val="20"/>
        </w:rPr>
        <w:t>No exercise during recovery.</w:t>
      </w:r>
    </w:p>
    <w:p w14:paraId="3C106A56" w14:textId="77777777" w:rsidR="004B2954" w:rsidRPr="00BB79B8" w:rsidRDefault="004B2954" w:rsidP="004B2954">
      <w:pPr>
        <w:spacing w:after="20"/>
        <w:ind w:left="216"/>
        <w:rPr>
          <w:rFonts w:cs="Times New Roman"/>
          <w:sz w:val="20"/>
          <w:szCs w:val="20"/>
        </w:rPr>
      </w:pPr>
      <w:r w:rsidRPr="00BB79B8">
        <w:rPr>
          <w:rFonts w:cs="Times New Roman"/>
          <w:sz w:val="20"/>
          <w:szCs w:val="20"/>
        </w:rPr>
        <w:t>Evaluation for myocarditis symptoms before returning to activity.</w:t>
      </w:r>
    </w:p>
    <w:p w14:paraId="5CCC2681"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cases may require 3-6 months before sports.</w:t>
      </w:r>
    </w:p>
    <w:p w14:paraId="1EEE04B9" w14:textId="77777777" w:rsidR="004B2954" w:rsidRPr="00BB79B8" w:rsidRDefault="004B2954" w:rsidP="004B2954">
      <w:pPr>
        <w:spacing w:after="20"/>
        <w:ind w:left="216"/>
        <w:rPr>
          <w:rFonts w:cs="Times New Roman"/>
          <w:sz w:val="20"/>
          <w:szCs w:val="20"/>
        </w:rPr>
      </w:pPr>
      <w:r w:rsidRPr="00BB79B8">
        <w:rPr>
          <w:rFonts w:cs="Times New Roman"/>
          <w:sz w:val="20"/>
          <w:szCs w:val="20"/>
        </w:rPr>
        <w:t>So when can a child return to school?</w:t>
      </w:r>
    </w:p>
    <w:p w14:paraId="2C37E93A" w14:textId="77777777" w:rsidR="004B2954" w:rsidRPr="00BB79B8" w:rsidRDefault="004B2954" w:rsidP="004B2954">
      <w:pPr>
        <w:spacing w:after="20"/>
        <w:ind w:left="216"/>
        <w:rPr>
          <w:rFonts w:cs="Times New Roman"/>
          <w:sz w:val="20"/>
          <w:szCs w:val="20"/>
        </w:rPr>
      </w:pPr>
      <w:r w:rsidRPr="00BB79B8">
        <w:rPr>
          <w:rFonts w:cs="Times New Roman"/>
          <w:sz w:val="20"/>
          <w:szCs w:val="20"/>
        </w:rPr>
        <w:t>School attendance is not the same as sports. School is generally acceptable earlier, provided:</w:t>
      </w:r>
    </w:p>
    <w:p w14:paraId="77FB1C80" w14:textId="77777777" w:rsidR="004B2954" w:rsidRPr="00BB79B8" w:rsidRDefault="004B2954" w:rsidP="004B2954">
      <w:pPr>
        <w:spacing w:after="20"/>
        <w:ind w:left="216"/>
        <w:rPr>
          <w:rFonts w:cs="Times New Roman"/>
          <w:sz w:val="20"/>
          <w:szCs w:val="20"/>
        </w:rPr>
      </w:pPr>
      <w:r w:rsidRPr="00BB79B8">
        <w:rPr>
          <w:rFonts w:cs="Times New Roman"/>
          <w:sz w:val="20"/>
          <w:szCs w:val="20"/>
        </w:rPr>
        <w:t>No chest pain</w:t>
      </w:r>
    </w:p>
    <w:p w14:paraId="778150CF" w14:textId="77777777" w:rsidR="004B2954" w:rsidRPr="00BB79B8" w:rsidRDefault="004B2954" w:rsidP="004B2954">
      <w:pPr>
        <w:spacing w:after="20"/>
        <w:ind w:left="216"/>
        <w:rPr>
          <w:rFonts w:cs="Times New Roman"/>
          <w:sz w:val="20"/>
          <w:szCs w:val="20"/>
        </w:rPr>
      </w:pPr>
      <w:r w:rsidRPr="00BB79B8">
        <w:rPr>
          <w:rFonts w:cs="Times New Roman"/>
          <w:sz w:val="20"/>
          <w:szCs w:val="20"/>
        </w:rPr>
        <w:t>No shortness of breath</w:t>
      </w:r>
    </w:p>
    <w:p w14:paraId="37060E36" w14:textId="77777777" w:rsidR="004B2954" w:rsidRPr="00BB79B8" w:rsidRDefault="004B2954" w:rsidP="004B2954">
      <w:pPr>
        <w:spacing w:after="20"/>
        <w:ind w:left="216"/>
        <w:rPr>
          <w:rFonts w:cs="Times New Roman"/>
          <w:sz w:val="20"/>
          <w:szCs w:val="20"/>
        </w:rPr>
      </w:pPr>
      <w:r w:rsidRPr="00BB79B8">
        <w:rPr>
          <w:rFonts w:cs="Times New Roman"/>
          <w:sz w:val="20"/>
          <w:szCs w:val="20"/>
        </w:rPr>
        <w:t>No palpitations</w:t>
      </w:r>
    </w:p>
    <w:p w14:paraId="7E5BEE94"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energy level</w:t>
      </w:r>
    </w:p>
    <w:p w14:paraId="27DC901D" w14:textId="77777777" w:rsidR="004B2954" w:rsidRPr="00BB79B8" w:rsidRDefault="004B2954" w:rsidP="004B2954">
      <w:pPr>
        <w:spacing w:after="20"/>
        <w:ind w:left="216"/>
        <w:rPr>
          <w:rFonts w:cs="Times New Roman"/>
          <w:sz w:val="20"/>
          <w:szCs w:val="20"/>
        </w:rPr>
      </w:pPr>
      <w:r w:rsidRPr="00BB79B8">
        <w:rPr>
          <w:rFonts w:cs="Times New Roman"/>
          <w:sz w:val="20"/>
          <w:szCs w:val="20"/>
        </w:rPr>
        <w:t>No fever</w:t>
      </w:r>
    </w:p>
    <w:p w14:paraId="53917530"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Clinician clearance</w:t>
      </w:r>
    </w:p>
    <w:p w14:paraId="0E498550" w14:textId="77777777" w:rsidR="004B2954" w:rsidRPr="00BB79B8" w:rsidRDefault="004B2954" w:rsidP="004B2954">
      <w:pPr>
        <w:spacing w:after="20"/>
        <w:ind w:left="216"/>
        <w:rPr>
          <w:rFonts w:cs="Times New Roman"/>
          <w:sz w:val="20"/>
          <w:szCs w:val="20"/>
        </w:rPr>
      </w:pPr>
      <w:r w:rsidRPr="00BB79B8">
        <w:rPr>
          <w:rFonts w:cs="Times New Roman"/>
          <w:sz w:val="20"/>
          <w:szCs w:val="20"/>
        </w:rPr>
        <w:t>For mild myocarditis, this may be 2-4 weeks after diagnosis once symptoms resolve.</w:t>
      </w:r>
    </w:p>
    <w:p w14:paraId="358BFD7E" w14:textId="77777777" w:rsidR="004B2954" w:rsidRPr="00BB79B8" w:rsidRDefault="004B2954" w:rsidP="004B2954">
      <w:pPr>
        <w:spacing w:after="20"/>
        <w:ind w:left="216"/>
        <w:rPr>
          <w:rFonts w:cs="Times New Roman"/>
          <w:sz w:val="20"/>
          <w:szCs w:val="20"/>
        </w:rPr>
      </w:pPr>
      <w:r w:rsidRPr="00BB79B8">
        <w:rPr>
          <w:rFonts w:cs="Times New Roman"/>
          <w:sz w:val="20"/>
          <w:szCs w:val="20"/>
        </w:rPr>
        <w:t>For moderate or severe myocarditis, return may be longer, depending on cardiac function and follow-up testing.</w:t>
      </w:r>
    </w:p>
    <w:p w14:paraId="5688A3CA" w14:textId="77777777" w:rsidR="004B2954" w:rsidRPr="00BB79B8" w:rsidRDefault="004B2954" w:rsidP="004B2954">
      <w:pPr>
        <w:spacing w:after="20"/>
        <w:ind w:left="216"/>
        <w:rPr>
          <w:rFonts w:cs="Times New Roman"/>
          <w:sz w:val="20"/>
          <w:szCs w:val="20"/>
        </w:rPr>
      </w:pPr>
      <w:r w:rsidRPr="00BB79B8">
        <w:rPr>
          <w:rFonts w:cs="Times New Roman"/>
          <w:sz w:val="20"/>
          <w:szCs w:val="20"/>
        </w:rPr>
        <w:t>Practical guidance for families</w:t>
      </w:r>
    </w:p>
    <w:p w14:paraId="53004E21" w14:textId="77777777" w:rsidR="004B2954" w:rsidRPr="00BB79B8" w:rsidRDefault="004B2954" w:rsidP="004B2954">
      <w:pPr>
        <w:spacing w:after="20"/>
        <w:ind w:left="216"/>
        <w:rPr>
          <w:rFonts w:cs="Times New Roman"/>
          <w:sz w:val="20"/>
          <w:szCs w:val="20"/>
        </w:rPr>
      </w:pPr>
      <w:r w:rsidRPr="00BB79B8">
        <w:rPr>
          <w:rFonts w:cs="Times New Roman"/>
          <w:sz w:val="20"/>
          <w:szCs w:val="20"/>
        </w:rPr>
        <w:t>School return is allowed once the child is clinically stable and symptom-free.</w:t>
      </w:r>
    </w:p>
    <w:p w14:paraId="4DC22858" w14:textId="77777777" w:rsidR="004B2954" w:rsidRPr="00BB79B8" w:rsidRDefault="004B2954" w:rsidP="004B2954">
      <w:pPr>
        <w:spacing w:after="20"/>
        <w:ind w:left="216"/>
        <w:rPr>
          <w:rFonts w:cs="Times New Roman"/>
          <w:sz w:val="20"/>
          <w:szCs w:val="20"/>
        </w:rPr>
      </w:pPr>
      <w:r w:rsidRPr="00BB79B8">
        <w:rPr>
          <w:rFonts w:cs="Times New Roman"/>
          <w:sz w:val="20"/>
          <w:szCs w:val="20"/>
        </w:rPr>
        <w:t>PE class, recess running, and sports are NOT allowed until cardiology clearance-often 3-6 months.</w:t>
      </w:r>
    </w:p>
    <w:p w14:paraId="2C92A870"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testing (ECG, echocardiogram, sometimes cardiac MRI) may be required before full activity.</w:t>
      </w:r>
    </w:p>
    <w:p w14:paraId="11549CD1" w14:textId="77777777" w:rsidR="004B2954" w:rsidRPr="00BB79B8" w:rsidRDefault="004B2954" w:rsidP="004B2954">
      <w:pPr>
        <w:spacing w:after="0"/>
        <w:rPr>
          <w:rFonts w:cs="Times New Roman"/>
          <w:sz w:val="20"/>
          <w:szCs w:val="20"/>
        </w:rPr>
      </w:pPr>
    </w:p>
    <w:p w14:paraId="7610C66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C9769E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7C5B348" w14:textId="77777777" w:rsidR="004B2954" w:rsidRPr="00BB79B8" w:rsidRDefault="004B2954" w:rsidP="004B2954">
      <w:pPr>
        <w:spacing w:after="20"/>
        <w:ind w:left="216"/>
        <w:rPr>
          <w:rFonts w:cs="Times New Roman"/>
          <w:sz w:val="20"/>
          <w:szCs w:val="20"/>
        </w:rPr>
      </w:pPr>
      <w:r w:rsidRPr="00BB79B8">
        <w:rPr>
          <w:rFonts w:cs="Times New Roman"/>
          <w:sz w:val="20"/>
          <w:szCs w:val="20"/>
        </w:rPr>
        <w:t>The return to school after myocarditis depends on the severity of the illness and the patient's recovery of heart function, but general cardiology guidelines recommend waiting at least 3 to 6 months before returning to full school activities that include physical exertion.</w:t>
      </w:r>
    </w:p>
    <w:p w14:paraId="567BA334"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typical breakdown by activity level:</w:t>
      </w:r>
    </w:p>
    <w:p w14:paraId="6030D7C2"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 to classroom (sedentary activities): Usually allowed sooner, often 1 to 4 weeks after symptom resolution, once the patient has a normal echocardiogram, normal biomarkers (troponin), and no active heart failure or arrhythmias. However, they must avoid all physical education, sports, and even heavy lifting of backpacks.</w:t>
      </w:r>
    </w:p>
    <w:p w14:paraId="4CD20D76"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 to physical education (PE), sports, or heavy exertion: Strongly advised to wait 3 to 6 months after diagnosis. Return is only permitted after documentation of normal cardiac function (ejection fraction), normal cardiac MRI findings (no ongoing inflammation/scarring), and clearance from a cardiologist.</w:t>
      </w:r>
    </w:p>
    <w:p w14:paraId="315B357E"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13200382"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timelines are based on guidelines from the American Heart Association (AHA) and European Society of Cardiology (ESC) to reduce the risk of arrhythmias, sudden cardiac arrest, or progression to dilated cardiomyopathy.</w:t>
      </w:r>
    </w:p>
    <w:p w14:paraId="4E3358CF" w14:textId="77777777" w:rsidR="004B2954" w:rsidRPr="00BB79B8" w:rsidRDefault="004B2954" w:rsidP="004B2954">
      <w:pPr>
        <w:spacing w:after="20"/>
        <w:ind w:left="216"/>
        <w:rPr>
          <w:rFonts w:cs="Times New Roman"/>
          <w:sz w:val="20"/>
          <w:szCs w:val="20"/>
        </w:rPr>
      </w:pPr>
      <w:r w:rsidRPr="00BB79B8">
        <w:rPr>
          <w:rFonts w:cs="Times New Roman"/>
          <w:sz w:val="20"/>
          <w:szCs w:val="20"/>
        </w:rPr>
        <w:t>A cardiac MRI is often required to confirm resolution of inflammation before clearing a return to sports.</w:t>
      </w:r>
    </w:p>
    <w:p w14:paraId="22E2DB16"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myocarditis was severe (e.g., with heart failure or low ejection fraction), return to any activity may be delayed 6 months or longer.</w:t>
      </w:r>
    </w:p>
    <w:p w14:paraId="73FBA551" w14:textId="77777777" w:rsidR="004B2954" w:rsidRPr="00BB79B8" w:rsidRDefault="004B2954" w:rsidP="004B2954">
      <w:pPr>
        <w:spacing w:after="20"/>
        <w:ind w:left="216"/>
        <w:rPr>
          <w:rFonts w:cs="Times New Roman"/>
          <w:sz w:val="20"/>
          <w:szCs w:val="20"/>
        </w:rPr>
      </w:pPr>
      <w:r w:rsidRPr="00BB79B8">
        <w:rPr>
          <w:rFonts w:cs="Times New Roman"/>
          <w:sz w:val="20"/>
          <w:szCs w:val="20"/>
        </w:rPr>
        <w:t>Always require formal cardiology clearance before a patient resumes any physical activity at school, including recess, PE, or walking long distances between classes.</w:t>
      </w:r>
    </w:p>
    <w:p w14:paraId="18021BD3"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For sedentary school attendance to possibly 1-4 weeks with restrictions. For PE, sports, or full school activities to minimum 3 months, and only after cardiology clearance with normal imaging.</w:t>
      </w:r>
    </w:p>
    <w:p w14:paraId="23F229D2" w14:textId="77777777" w:rsidR="004B2954" w:rsidRPr="00BB79B8" w:rsidRDefault="004B2954" w:rsidP="004B2954">
      <w:pPr>
        <w:spacing w:after="0"/>
        <w:rPr>
          <w:rFonts w:cs="Times New Roman"/>
          <w:sz w:val="20"/>
          <w:szCs w:val="20"/>
        </w:rPr>
      </w:pPr>
    </w:p>
    <w:p w14:paraId="1C3B31A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25ECE81A"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C9100C5" w14:textId="77777777" w:rsidR="004B2954" w:rsidRPr="00BB79B8" w:rsidRDefault="004B2954" w:rsidP="004B2954">
      <w:pPr>
        <w:spacing w:after="20"/>
        <w:ind w:left="216"/>
        <w:rPr>
          <w:rFonts w:cs="Times New Roman"/>
          <w:sz w:val="20"/>
          <w:szCs w:val="20"/>
        </w:rPr>
      </w:pPr>
      <w:r w:rsidRPr="00BB79B8">
        <w:rPr>
          <w:rFonts w:cs="Times New Roman"/>
          <w:sz w:val="20"/>
          <w:szCs w:val="20"/>
        </w:rPr>
        <w:t>In general:</w:t>
      </w:r>
    </w:p>
    <w:p w14:paraId="31D73872" w14:textId="77777777" w:rsidR="004B2954" w:rsidRPr="00BB79B8" w:rsidRDefault="004B2954" w:rsidP="004B2954">
      <w:pPr>
        <w:spacing w:after="20"/>
        <w:ind w:left="216"/>
        <w:rPr>
          <w:rFonts w:cs="Times New Roman"/>
          <w:sz w:val="20"/>
          <w:szCs w:val="20"/>
        </w:rPr>
      </w:pPr>
      <w:r w:rsidRPr="00BB79B8">
        <w:rPr>
          <w:rFonts w:cs="Times New Roman"/>
          <w:sz w:val="20"/>
          <w:szCs w:val="20"/>
        </w:rPr>
        <w:t>Mild myocarditis (no severe symptoms, normal cardiac tests):</w:t>
      </w:r>
    </w:p>
    <w:p w14:paraId="289D2DB4"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Return to regular school attendance after 2-4 weeks of full rest, provided there is no chest pain, palpitations, fatigue, or abnormal ECG/cardiac markers.</w:t>
      </w:r>
    </w:p>
    <w:p w14:paraId="30EF2663"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myocarditis:</w:t>
      </w:r>
    </w:p>
    <w:p w14:paraId="61A06F31" w14:textId="77777777" w:rsidR="004B2954" w:rsidRPr="00BB79B8" w:rsidRDefault="004B2954" w:rsidP="004B2954">
      <w:pPr>
        <w:spacing w:after="20"/>
        <w:ind w:left="216"/>
        <w:rPr>
          <w:rFonts w:cs="Times New Roman"/>
          <w:sz w:val="20"/>
          <w:szCs w:val="20"/>
        </w:rPr>
      </w:pPr>
      <w:r w:rsidRPr="00BB79B8">
        <w:rPr>
          <w:rFonts w:cs="Times New Roman"/>
          <w:sz w:val="20"/>
          <w:szCs w:val="20"/>
        </w:rPr>
        <w:t>Require 4-8 weeks of bed rest + gradual activity; return to school usually after 1-3 months, with no sports or strenuous exercise allowed for 3-6 months.</w:t>
      </w:r>
    </w:p>
    <w:p w14:paraId="62D692B9"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myocarditis (with heart enlargement, heart failure, arrhythmia):</w:t>
      </w:r>
    </w:p>
    <w:p w14:paraId="5CC7C0EF" w14:textId="77777777" w:rsidR="004B2954" w:rsidRPr="00BB79B8" w:rsidRDefault="004B2954" w:rsidP="004B2954">
      <w:pPr>
        <w:spacing w:after="20"/>
        <w:ind w:left="216"/>
        <w:rPr>
          <w:rFonts w:cs="Times New Roman"/>
          <w:sz w:val="20"/>
          <w:szCs w:val="20"/>
        </w:rPr>
      </w:pPr>
      <w:r w:rsidRPr="00BB79B8">
        <w:rPr>
          <w:rFonts w:cs="Times New Roman"/>
          <w:sz w:val="20"/>
          <w:szCs w:val="20"/>
        </w:rPr>
        <w:t>Need 3-6 months or longer of cardiac rehabilitation; return to school is decided individually by cardiologists, and long-term exercise restriction is required.</w:t>
      </w:r>
    </w:p>
    <w:p w14:paraId="76418915" w14:textId="77777777" w:rsidR="004B2954" w:rsidRPr="00BB79B8" w:rsidRDefault="004B2954" w:rsidP="004B2954">
      <w:pPr>
        <w:spacing w:after="20"/>
        <w:ind w:left="216"/>
        <w:rPr>
          <w:rFonts w:cs="Times New Roman"/>
          <w:sz w:val="20"/>
          <w:szCs w:val="20"/>
        </w:rPr>
      </w:pPr>
      <w:r w:rsidRPr="00BB79B8">
        <w:rPr>
          <w:rFonts w:cs="Times New Roman"/>
          <w:sz w:val="20"/>
          <w:szCs w:val="20"/>
        </w:rPr>
        <w:t>Key principle:</w:t>
      </w:r>
    </w:p>
    <w:p w14:paraId="4B34D8EC"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 to school only when symptoms disappear, ECG, cardiac enzymes and cardiac ultrasound return to normal; avoid physical education classes and strenuous activity for at least 3-6 months to prevent relapse.</w:t>
      </w:r>
    </w:p>
    <w:p w14:paraId="4572BDF6" w14:textId="77777777" w:rsidR="004B2954" w:rsidRPr="00BB79B8" w:rsidRDefault="004B2954" w:rsidP="004B2954">
      <w:pPr>
        <w:rPr>
          <w:rFonts w:cs="Times New Roman"/>
          <w:sz w:val="20"/>
          <w:szCs w:val="20"/>
        </w:rPr>
      </w:pPr>
    </w:p>
    <w:p w14:paraId="5DEE533E" w14:textId="77777777" w:rsidR="004B2954" w:rsidRPr="00BB79B8" w:rsidRDefault="004B2954" w:rsidP="004B2954">
      <w:pPr>
        <w:keepNext/>
        <w:rPr>
          <w:rFonts w:cs="Times New Roman"/>
          <w:sz w:val="20"/>
          <w:szCs w:val="20"/>
        </w:rPr>
      </w:pPr>
      <w:r w:rsidRPr="00BB79B8">
        <w:rPr>
          <w:rFonts w:cs="Times New Roman"/>
          <w:b/>
          <w:color w:val="1F4E79"/>
          <w:sz w:val="20"/>
          <w:szCs w:val="20"/>
        </w:rPr>
        <w:t>Q44. How long after myocarditis can a patient resume running?</w:t>
      </w:r>
    </w:p>
    <w:p w14:paraId="1AFC594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DFAA86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41B518E" w14:textId="77777777" w:rsidR="004B2954" w:rsidRPr="00BB79B8" w:rsidRDefault="004B2954" w:rsidP="004B2954">
      <w:pPr>
        <w:spacing w:after="20"/>
        <w:ind w:left="216"/>
        <w:rPr>
          <w:rFonts w:cs="Times New Roman"/>
          <w:sz w:val="20"/>
          <w:szCs w:val="20"/>
        </w:rPr>
      </w:pPr>
      <w:r w:rsidRPr="00BB79B8">
        <w:rPr>
          <w:rFonts w:cs="Times New Roman"/>
          <w:sz w:val="20"/>
          <w:szCs w:val="20"/>
        </w:rPr>
        <w:t>For patients recovering from myocarditis, returning to running or other vigorous exercise depends on the severity of the myocarditis, the presence of ongoing symptoms, and the results of follow-up testing. Here's a structured overview:</w:t>
      </w:r>
    </w:p>
    <w:p w14:paraId="5714A221" w14:textId="77777777" w:rsidR="004B2954" w:rsidRPr="00BB79B8" w:rsidRDefault="004B2954" w:rsidP="004B2954">
      <w:pPr>
        <w:spacing w:after="20"/>
        <w:ind w:left="216"/>
        <w:rPr>
          <w:rFonts w:cs="Times New Roman"/>
          <w:sz w:val="20"/>
          <w:szCs w:val="20"/>
        </w:rPr>
      </w:pPr>
      <w:r w:rsidRPr="00BB79B8">
        <w:rPr>
          <w:rFonts w:cs="Times New Roman"/>
          <w:sz w:val="20"/>
          <w:szCs w:val="20"/>
        </w:rPr>
        <w:t>Rest Period:</w:t>
      </w:r>
    </w:p>
    <w:p w14:paraId="4D9CBB68" w14:textId="77777777" w:rsidR="004B2954" w:rsidRPr="00BB79B8" w:rsidRDefault="004B2954" w:rsidP="004B2954">
      <w:pPr>
        <w:spacing w:after="20"/>
        <w:ind w:left="216"/>
        <w:rPr>
          <w:rFonts w:cs="Times New Roman"/>
          <w:sz w:val="20"/>
          <w:szCs w:val="20"/>
        </w:rPr>
      </w:pPr>
      <w:r w:rsidRPr="00BB79B8">
        <w:rPr>
          <w:rFonts w:cs="Times New Roman"/>
          <w:sz w:val="20"/>
          <w:szCs w:val="20"/>
        </w:rPr>
        <w:t>Most guidelines recommend at least 3-6 months of complete avoidance of competitive or strenuous exercise after the diagnosis of myocarditis, even if symptoms resolve.</w:t>
      </w:r>
    </w:p>
    <w:p w14:paraId="10CE6272" w14:textId="77777777" w:rsidR="004B2954" w:rsidRPr="00BB79B8" w:rsidRDefault="004B2954" w:rsidP="004B2954">
      <w:pPr>
        <w:spacing w:after="20"/>
        <w:ind w:left="216"/>
        <w:rPr>
          <w:rFonts w:cs="Times New Roman"/>
          <w:sz w:val="20"/>
          <w:szCs w:val="20"/>
        </w:rPr>
      </w:pPr>
      <w:r w:rsidRPr="00BB79B8">
        <w:rPr>
          <w:rFonts w:cs="Times New Roman"/>
          <w:sz w:val="20"/>
          <w:szCs w:val="20"/>
        </w:rPr>
        <w:t>This allows the heart muscle to heal and reduces the risk of serious complications such as arrhythmias or sudden cardiac arrest.</w:t>
      </w:r>
    </w:p>
    <w:p w14:paraId="58A364D6"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Symptom-Free Requirement:</w:t>
      </w:r>
    </w:p>
    <w:p w14:paraId="0F605324" w14:textId="77777777" w:rsidR="004B2954" w:rsidRPr="00BB79B8" w:rsidRDefault="004B2954" w:rsidP="004B2954">
      <w:pPr>
        <w:spacing w:after="20"/>
        <w:ind w:left="216"/>
        <w:rPr>
          <w:rFonts w:cs="Times New Roman"/>
          <w:sz w:val="20"/>
          <w:szCs w:val="20"/>
        </w:rPr>
      </w:pPr>
      <w:r w:rsidRPr="00BB79B8">
        <w:rPr>
          <w:rFonts w:cs="Times New Roman"/>
          <w:sz w:val="20"/>
          <w:szCs w:val="20"/>
        </w:rPr>
        <w:t>The patient should be completely asymptomatic, with no chest pain, palpitations, unexplained fatigue, or shortness of breath.</w:t>
      </w:r>
    </w:p>
    <w:p w14:paraId="7D62470B"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Testing:</w:t>
      </w:r>
      <w:r w:rsidRPr="00BB79B8">
        <w:rPr>
          <w:rFonts w:cs="Times New Roman"/>
          <w:sz w:val="20"/>
          <w:szCs w:val="20"/>
        </w:rPr>
        <w:br/>
        <w:t>Before resuming running, evaluation should include:</w:t>
      </w:r>
    </w:p>
    <w:p w14:paraId="3E4C6F53"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 to ensure normal heart function.</w:t>
      </w:r>
    </w:p>
    <w:p w14:paraId="1557A696"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(CMR) if indicated - to assess residual inflammation or scarring.</w:t>
      </w:r>
    </w:p>
    <w:p w14:paraId="5E9E7D64"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and/or Holter monitoring - to check for arrhythmias.</w:t>
      </w:r>
    </w:p>
    <w:p w14:paraId="013D4850"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testing - sometimes a graded exercise test is performed to ensure safety during exertion.</w:t>
      </w:r>
    </w:p>
    <w:p w14:paraId="270BD684"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 Return:</w:t>
      </w:r>
    </w:p>
    <w:p w14:paraId="0C315B4D" w14:textId="77777777" w:rsidR="004B2954" w:rsidRPr="00BB79B8" w:rsidRDefault="004B2954" w:rsidP="004B2954">
      <w:pPr>
        <w:spacing w:after="20"/>
        <w:ind w:left="216"/>
        <w:rPr>
          <w:rFonts w:cs="Times New Roman"/>
          <w:sz w:val="20"/>
          <w:szCs w:val="20"/>
        </w:rPr>
      </w:pPr>
      <w:r w:rsidRPr="00BB79B8">
        <w:rPr>
          <w:rFonts w:cs="Times New Roman"/>
          <w:sz w:val="20"/>
          <w:szCs w:val="20"/>
        </w:rPr>
        <w:t>Even after clearance, returning to running should be gradual, starting with light aerobic activity and slowly increasing intensity under medical supervision.</w:t>
      </w:r>
    </w:p>
    <w:p w14:paraId="5C8853AD" w14:textId="77777777" w:rsidR="004B2954" w:rsidRPr="00BB79B8" w:rsidRDefault="004B2954" w:rsidP="004B2954">
      <w:pPr>
        <w:spacing w:after="20"/>
        <w:ind w:left="216"/>
        <w:rPr>
          <w:rFonts w:cs="Times New Roman"/>
          <w:sz w:val="20"/>
          <w:szCs w:val="20"/>
        </w:rPr>
      </w:pPr>
      <w:r w:rsidRPr="00BB79B8">
        <w:rPr>
          <w:rFonts w:cs="Times New Roman"/>
          <w:sz w:val="20"/>
          <w:szCs w:val="20"/>
        </w:rPr>
        <w:t>Individual Factors:</w:t>
      </w:r>
    </w:p>
    <w:p w14:paraId="74FF0CF7" w14:textId="77777777" w:rsidR="004B2954" w:rsidRPr="00BB79B8" w:rsidRDefault="004B2954" w:rsidP="004B2954">
      <w:pPr>
        <w:spacing w:after="20"/>
        <w:ind w:left="216"/>
        <w:rPr>
          <w:rFonts w:cs="Times New Roman"/>
          <w:sz w:val="20"/>
          <w:szCs w:val="20"/>
        </w:rPr>
      </w:pPr>
      <w:r w:rsidRPr="00BB79B8">
        <w:rPr>
          <w:rFonts w:cs="Times New Roman"/>
          <w:sz w:val="20"/>
          <w:szCs w:val="20"/>
        </w:rPr>
        <w:t>Age, baseline fitness, and severity of myocarditis may adjust timing.</w:t>
      </w:r>
    </w:p>
    <w:p w14:paraId="77A164A6" w14:textId="77777777" w:rsidR="004B2954" w:rsidRPr="00BB79B8" w:rsidRDefault="004B2954" w:rsidP="004B2954">
      <w:pPr>
        <w:spacing w:after="20"/>
        <w:ind w:left="216"/>
        <w:rPr>
          <w:rFonts w:cs="Times New Roman"/>
          <w:sz w:val="20"/>
          <w:szCs w:val="20"/>
        </w:rPr>
      </w:pPr>
      <w:r w:rsidRPr="00BB79B8">
        <w:rPr>
          <w:rFonts w:cs="Times New Roman"/>
          <w:sz w:val="20"/>
          <w:szCs w:val="20"/>
        </w:rPr>
        <w:t>Athletes may require more stringent monitoring and possibly a longer rest period.</w:t>
      </w:r>
    </w:p>
    <w:p w14:paraId="059F3D81"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Most patients can resume running after at least 3 months, provided they are symptom-free and receive medical clearance with normal heart tests. Severe cases or those with persistent cardiac abnormalities may require longer rest or restricted activity.</w:t>
      </w:r>
    </w:p>
    <w:p w14:paraId="49072174" w14:textId="77777777" w:rsidR="004B2954" w:rsidRPr="00BB79B8" w:rsidRDefault="004B2954" w:rsidP="004B2954">
      <w:pPr>
        <w:spacing w:after="0"/>
        <w:rPr>
          <w:rFonts w:cs="Times New Roman"/>
          <w:sz w:val="20"/>
          <w:szCs w:val="20"/>
        </w:rPr>
      </w:pPr>
    </w:p>
    <w:p w14:paraId="319B43B2"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C80D45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55FBF50" w14:textId="77777777" w:rsidR="004B2954" w:rsidRPr="00BB79B8" w:rsidRDefault="004B2954" w:rsidP="004B2954">
      <w:pPr>
        <w:spacing w:after="20"/>
        <w:ind w:left="216"/>
        <w:rPr>
          <w:rFonts w:cs="Times New Roman"/>
          <w:sz w:val="20"/>
          <w:szCs w:val="20"/>
        </w:rPr>
      </w:pPr>
      <w:r w:rsidRPr="00BB79B8">
        <w:rPr>
          <w:rFonts w:cs="Times New Roman"/>
          <w:sz w:val="20"/>
          <w:szCs w:val="20"/>
        </w:rPr>
        <w:t>The timeline for returning to running after myocarditis is highly individualized and depends on the severity of the initial episode, the recovery of heart function, and the results of follow-up testing.</w:t>
      </w:r>
    </w:p>
    <w:p w14:paraId="253B3D80"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myocarditis involves inflammation of the heart muscle, rushing back to high-intensity exercise like running can increase the risk of arrhythmias (irregular heartbeats) or further myocardial injury.</w:t>
      </w:r>
    </w:p>
    <w:p w14:paraId="6CB31E61" w14:textId="77777777" w:rsidR="004B2954" w:rsidRPr="00BB79B8" w:rsidRDefault="004B2954" w:rsidP="004B2954">
      <w:pPr>
        <w:spacing w:after="20"/>
        <w:ind w:left="216"/>
        <w:rPr>
          <w:rFonts w:cs="Times New Roman"/>
          <w:sz w:val="20"/>
          <w:szCs w:val="20"/>
        </w:rPr>
      </w:pPr>
      <w:r w:rsidRPr="00BB79B8">
        <w:rPr>
          <w:rFonts w:cs="Times New Roman"/>
          <w:sz w:val="20"/>
          <w:szCs w:val="20"/>
        </w:rPr>
        <w:t>General Recovery Timeline</w:t>
      </w:r>
    </w:p>
    <w:p w14:paraId="2EA16900" w14:textId="77777777" w:rsidR="004B2954" w:rsidRPr="00BB79B8" w:rsidRDefault="004B2954" w:rsidP="004B2954">
      <w:pPr>
        <w:spacing w:after="20"/>
        <w:ind w:left="216"/>
        <w:rPr>
          <w:rFonts w:cs="Times New Roman"/>
          <w:sz w:val="20"/>
          <w:szCs w:val="20"/>
        </w:rPr>
      </w:pPr>
      <w:r w:rsidRPr="00BB79B8">
        <w:rPr>
          <w:rFonts w:cs="Times New Roman"/>
          <w:sz w:val="20"/>
          <w:szCs w:val="20"/>
        </w:rPr>
        <w:t>Current clinical guidelines typically suggest a structured approach:</w:t>
      </w:r>
    </w:p>
    <w:p w14:paraId="0145DEEC"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Rest Phase (3 to 6 Months): Most experts and medical societies (such as the AHA and ESC) recommend a period of complete restriction from competitive sports and strenuous exercise for 3 to 6 months following the acute phase.</w:t>
      </w:r>
    </w:p>
    <w:p w14:paraId="7085C6DE"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Re-evaluation: Before resuming running, patients usually undergo a series of tests to ensure the heart has healed. This often includes:</w:t>
      </w:r>
    </w:p>
    <w:p w14:paraId="572B2943"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To check if the heart's pumping function (Ejection Fraction) has returned to normal.</w:t>
      </w:r>
    </w:p>
    <w:p w14:paraId="2DDAC309" w14:textId="77777777" w:rsidR="004B2954" w:rsidRPr="00BB79B8" w:rsidRDefault="004B2954" w:rsidP="004B2954">
      <w:pPr>
        <w:spacing w:after="20"/>
        <w:ind w:left="216"/>
        <w:rPr>
          <w:rFonts w:cs="Times New Roman"/>
          <w:sz w:val="20"/>
          <w:szCs w:val="20"/>
        </w:rPr>
      </w:pPr>
      <w:r w:rsidRPr="00BB79B8">
        <w:rPr>
          <w:rFonts w:cs="Times New Roman"/>
          <w:sz w:val="20"/>
          <w:szCs w:val="20"/>
        </w:rPr>
        <w:t>24-hour Holter Monitor: To ensure there are no exercise-induced arrhythmias.</w:t>
      </w:r>
    </w:p>
    <w:p w14:paraId="3C7905FD"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Stress Test: To monitor the heart's response to increased physical demand in a controlled environment.</w:t>
      </w:r>
    </w:p>
    <w:p w14:paraId="09E78CF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Blood Tests: To confirm that inflammatory markers (like C-reactive protein) and cardiac enzymes (like Troponin) have normalized.</w:t>
      </w:r>
    </w:p>
    <w:p w14:paraId="131768E0" w14:textId="77777777" w:rsidR="004B2954" w:rsidRPr="00BB79B8" w:rsidRDefault="004B2954" w:rsidP="004B2954">
      <w:pPr>
        <w:spacing w:after="20"/>
        <w:ind w:left="216"/>
        <w:rPr>
          <w:rFonts w:cs="Times New Roman"/>
          <w:sz w:val="20"/>
          <w:szCs w:val="20"/>
        </w:rPr>
      </w:pPr>
      <w:r w:rsidRPr="00BB79B8">
        <w:rPr>
          <w:rFonts w:cs="Times New Roman"/>
          <w:sz w:val="20"/>
          <w:szCs w:val="20"/>
        </w:rPr>
        <w:t>Factors Influencing the Return</w:t>
      </w:r>
    </w:p>
    <w:p w14:paraId="041F1300"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of Inflammation: Patients who experienced heart failure or significant scarring (detected via Cardiac MRI) may require a longer rest period.</w:t>
      </w:r>
    </w:p>
    <w:p w14:paraId="37288E43"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You must be completely free of symptoms-such as chest pain, palpitations, or unusual shortness of breath-before considering a return to running.</w:t>
      </w:r>
    </w:p>
    <w:p w14:paraId="29E68113"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 Progression: Once cleared by a cardiologist, the return should be "low and slow." Start with brisk walking, then progress to a run-walk method, gradually increasing duration and intensity over several weeks.</w:t>
      </w:r>
    </w:p>
    <w:p w14:paraId="0AF27C7D" w14:textId="77777777" w:rsidR="004B2954" w:rsidRPr="00BB79B8" w:rsidRDefault="004B2954" w:rsidP="004B2954">
      <w:pPr>
        <w:spacing w:after="20"/>
        <w:ind w:left="216"/>
        <w:rPr>
          <w:rFonts w:cs="Times New Roman"/>
          <w:sz w:val="20"/>
          <w:szCs w:val="20"/>
        </w:rPr>
      </w:pPr>
      <w:r w:rsidRPr="00BB79B8">
        <w:rPr>
          <w:rFonts w:cs="Times New Roman"/>
          <w:sz w:val="20"/>
          <w:szCs w:val="20"/>
        </w:rPr>
        <w:t>Warning Signs</w:t>
      </w:r>
    </w:p>
    <w:p w14:paraId="139E7EEF"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experience any of the following while attempting to resume activity, you should stop immediately and consult your physician:</w:t>
      </w:r>
    </w:p>
    <w:p w14:paraId="42786127"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lightheadedness.</w:t>
      </w:r>
    </w:p>
    <w:p w14:paraId="1F33F63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tightness or pressure.</w:t>
      </w:r>
    </w:p>
    <w:p w14:paraId="2778E4FC"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racing or "skipping" sensations.</w:t>
      </w:r>
    </w:p>
    <w:p w14:paraId="63F564F2" w14:textId="77777777" w:rsidR="004B2954" w:rsidRPr="00BB79B8" w:rsidRDefault="004B2954" w:rsidP="004B2954">
      <w:pPr>
        <w:spacing w:after="20"/>
        <w:ind w:left="216"/>
        <w:rPr>
          <w:rFonts w:cs="Times New Roman"/>
          <w:sz w:val="20"/>
          <w:szCs w:val="20"/>
        </w:rPr>
      </w:pPr>
      <w:r w:rsidRPr="00BB79B8">
        <w:rPr>
          <w:rFonts w:cs="Times New Roman"/>
          <w:sz w:val="20"/>
          <w:szCs w:val="20"/>
        </w:rPr>
        <w:t>Extreme fatigue that feels out of proportion to the effort.</w:t>
      </w:r>
    </w:p>
    <w:p w14:paraId="582E8A1B" w14:textId="77777777" w:rsidR="004B2954" w:rsidRPr="00BB79B8" w:rsidRDefault="004B2954" w:rsidP="004B2954">
      <w:pPr>
        <w:spacing w:after="20"/>
        <w:ind w:left="216"/>
        <w:rPr>
          <w:rFonts w:cs="Times New Roman"/>
          <w:sz w:val="20"/>
          <w:szCs w:val="20"/>
        </w:rPr>
      </w:pPr>
      <w:r w:rsidRPr="00BB79B8">
        <w:rPr>
          <w:rFonts w:cs="Times New Roman"/>
          <w:sz w:val="20"/>
          <w:szCs w:val="20"/>
        </w:rPr>
        <w:t>Note: This information is for educational purposes. It is essential to have a formal "Return to Play" clearance from a cardiologist before you begin running, as they will base their decision on your specific imaging and test results.</w:t>
      </w:r>
    </w:p>
    <w:p w14:paraId="0C7500C2" w14:textId="77777777" w:rsidR="004B2954" w:rsidRPr="00BB79B8" w:rsidRDefault="004B2954" w:rsidP="004B2954">
      <w:pPr>
        <w:spacing w:after="0"/>
        <w:rPr>
          <w:rFonts w:cs="Times New Roman"/>
          <w:sz w:val="20"/>
          <w:szCs w:val="20"/>
        </w:rPr>
      </w:pPr>
    </w:p>
    <w:p w14:paraId="7FAAC8D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55E90E4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8D53F43" w14:textId="77777777" w:rsidR="004B2954" w:rsidRPr="00BB79B8" w:rsidRDefault="004B2954" w:rsidP="004B2954">
      <w:pPr>
        <w:spacing w:after="20"/>
        <w:ind w:left="216"/>
        <w:rPr>
          <w:rFonts w:cs="Times New Roman"/>
          <w:sz w:val="20"/>
          <w:szCs w:val="20"/>
        </w:rPr>
      </w:pPr>
      <w:r w:rsidRPr="00BB79B8">
        <w:rPr>
          <w:rFonts w:cs="Times New Roman"/>
          <w:sz w:val="20"/>
          <w:szCs w:val="20"/>
        </w:rPr>
        <w:t>A patient can generally resume running no sooner than 3-6 months after myocarditis, depending on symptom resolution and follow-up testing. This range reflects the time needed for myocardial inflammation to subside and for the heart to demonstrate electrical and functional stability.</w:t>
      </w:r>
    </w:p>
    <w:p w14:paraId="57E8D12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evidence shows</w:t>
      </w:r>
    </w:p>
    <w:p w14:paraId="19AC502F" w14:textId="77777777" w:rsidR="004B2954" w:rsidRPr="00BB79B8" w:rsidRDefault="004B2954" w:rsidP="004B2954">
      <w:pPr>
        <w:spacing w:after="20"/>
        <w:ind w:left="216"/>
        <w:rPr>
          <w:rFonts w:cs="Times New Roman"/>
          <w:sz w:val="20"/>
          <w:szCs w:val="20"/>
        </w:rPr>
      </w:pPr>
      <w:r w:rsidRPr="00BB79B8">
        <w:rPr>
          <w:rFonts w:cs="Times New Roman"/>
          <w:sz w:val="20"/>
          <w:szCs w:val="20"/>
        </w:rPr>
        <w:t>Standard restriction period: 3-6 months Multiple cardiology sources recommend avoiding vigorous exercise for at least 3 months, extending to 6 months for athletes or those engaging in high-intensity training.</w:t>
      </w:r>
    </w:p>
    <w:p w14:paraId="028CE974"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 wait? Myocarditis causes inflammation and potential scarring of the heart muscle. Exercise during recovery can worsen inflammation, increase arrhythmia risk, and raise the chance of sudden cardiac death.</w:t>
      </w:r>
    </w:p>
    <w:p w14:paraId="72E4BA77" w14:textId="77777777" w:rsidR="004B2954" w:rsidRPr="00BB79B8" w:rsidRDefault="004B2954" w:rsidP="004B2954">
      <w:pPr>
        <w:spacing w:after="20"/>
        <w:ind w:left="216"/>
        <w:rPr>
          <w:rFonts w:cs="Times New Roman"/>
          <w:sz w:val="20"/>
          <w:szCs w:val="20"/>
        </w:rPr>
      </w:pPr>
      <w:r w:rsidRPr="00BB79B8">
        <w:rPr>
          <w:rFonts w:cs="Times New Roman"/>
          <w:sz w:val="20"/>
          <w:szCs w:val="20"/>
        </w:rPr>
        <w:t>Criteria before returning to running Exercise is typically allowed only after:</w:t>
      </w:r>
    </w:p>
    <w:p w14:paraId="4BD25155"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have fully resolved</w:t>
      </w:r>
    </w:p>
    <w:p w14:paraId="5E86FC39"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Normalization of ECG, biomarkers, and ventricular function</w:t>
      </w:r>
    </w:p>
    <w:p w14:paraId="7B870872" w14:textId="77777777" w:rsidR="004B2954" w:rsidRPr="00BB79B8" w:rsidRDefault="004B2954" w:rsidP="004B2954">
      <w:pPr>
        <w:spacing w:after="20"/>
        <w:ind w:left="216"/>
        <w:rPr>
          <w:rFonts w:cs="Times New Roman"/>
          <w:sz w:val="20"/>
          <w:szCs w:val="20"/>
        </w:rPr>
      </w:pPr>
      <w:r w:rsidRPr="00BB79B8">
        <w:rPr>
          <w:rFonts w:cs="Times New Roman"/>
          <w:sz w:val="20"/>
          <w:szCs w:val="20"/>
        </w:rPr>
        <w:t>No arrhythmias on stress testing or ambulatory monitoring</w:t>
      </w:r>
    </w:p>
    <w:p w14:paraId="065BF348" w14:textId="77777777" w:rsidR="004B2954" w:rsidRPr="00BB79B8" w:rsidRDefault="004B2954" w:rsidP="004B2954">
      <w:pPr>
        <w:spacing w:after="20"/>
        <w:ind w:left="216"/>
        <w:rPr>
          <w:rFonts w:cs="Times New Roman"/>
          <w:sz w:val="20"/>
          <w:szCs w:val="20"/>
        </w:rPr>
      </w:pPr>
      <w:r w:rsidRPr="00BB79B8">
        <w:rPr>
          <w:rFonts w:cs="Times New Roman"/>
          <w:sz w:val="20"/>
          <w:szCs w:val="20"/>
        </w:rPr>
        <w:t>Clearance by a cardiologist</w:t>
      </w:r>
    </w:p>
    <w:p w14:paraId="1090B9FF" w14:textId="77777777" w:rsidR="004B2954" w:rsidRPr="00BB79B8" w:rsidRDefault="004B2954" w:rsidP="004B2954">
      <w:pPr>
        <w:spacing w:after="20"/>
        <w:ind w:left="216"/>
        <w:rPr>
          <w:rFonts w:cs="Times New Roman"/>
          <w:sz w:val="20"/>
          <w:szCs w:val="20"/>
        </w:rPr>
      </w:pPr>
      <w:r w:rsidRPr="00BB79B8">
        <w:rPr>
          <w:rFonts w:cs="Times New Roman"/>
          <w:sz w:val="20"/>
          <w:szCs w:val="20"/>
        </w:rPr>
        <w:t>Practical timeline for return to running</w:t>
      </w:r>
    </w:p>
    <w:p w14:paraId="1B3C1EE4" w14:textId="77777777" w:rsidR="004B2954" w:rsidRPr="00BB79B8" w:rsidRDefault="004B2954" w:rsidP="004B2954">
      <w:pPr>
        <w:spacing w:after="20"/>
        <w:ind w:left="216"/>
        <w:rPr>
          <w:rFonts w:cs="Times New Roman"/>
          <w:sz w:val="20"/>
          <w:szCs w:val="20"/>
        </w:rPr>
      </w:pPr>
      <w:r w:rsidRPr="00BB79B8">
        <w:rPr>
          <w:rFonts w:cs="Times New Roman"/>
          <w:sz w:val="20"/>
          <w:szCs w:val="20"/>
        </w:rPr>
        <w:t>Minimum 3 months for patients with normal follow-up testing (ECG, imaging, no arrhythmias).</w:t>
      </w:r>
    </w:p>
    <w:p w14:paraId="6C79CD98" w14:textId="77777777" w:rsidR="004B2954" w:rsidRPr="00BB79B8" w:rsidRDefault="004B2954" w:rsidP="004B2954">
      <w:pPr>
        <w:spacing w:after="20"/>
        <w:ind w:left="216"/>
        <w:rPr>
          <w:rFonts w:cs="Times New Roman"/>
          <w:sz w:val="20"/>
          <w:szCs w:val="20"/>
        </w:rPr>
      </w:pPr>
      <w:r w:rsidRPr="00BB79B8">
        <w:rPr>
          <w:rFonts w:cs="Times New Roman"/>
          <w:sz w:val="20"/>
          <w:szCs w:val="20"/>
        </w:rPr>
        <w:t>Closer to 6 months for competitive runners or those with more severe initial disease.</w:t>
      </w:r>
    </w:p>
    <w:p w14:paraId="17D125F9"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note</w:t>
      </w:r>
    </w:p>
    <w:p w14:paraId="4DAA8EB5" w14:textId="77777777" w:rsidR="004B2954" w:rsidRPr="00BB79B8" w:rsidRDefault="004B2954" w:rsidP="004B2954">
      <w:pPr>
        <w:spacing w:after="20"/>
        <w:ind w:left="216"/>
        <w:rPr>
          <w:rFonts w:cs="Times New Roman"/>
          <w:sz w:val="20"/>
          <w:szCs w:val="20"/>
        </w:rPr>
      </w:pPr>
      <w:r w:rsidRPr="00BB79B8">
        <w:rPr>
          <w:rFonts w:cs="Times New Roman"/>
          <w:sz w:val="20"/>
          <w:szCs w:val="20"/>
        </w:rPr>
        <w:t>Because myocarditis recovery varies widely, a cardiologist must guide the return-to-exercise plan. If you or someone else is recovering from myocarditis, professional follow-up is essential to avoid serious complications.</w:t>
      </w:r>
    </w:p>
    <w:p w14:paraId="23319A03" w14:textId="77777777" w:rsidR="004B2954" w:rsidRPr="00BB79B8" w:rsidRDefault="004B2954" w:rsidP="004B2954">
      <w:pPr>
        <w:spacing w:after="0"/>
        <w:rPr>
          <w:rFonts w:cs="Times New Roman"/>
          <w:sz w:val="20"/>
          <w:szCs w:val="20"/>
        </w:rPr>
      </w:pPr>
    </w:p>
    <w:p w14:paraId="40EE19E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0965020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30B55C2" w14:textId="77777777" w:rsidR="004B2954" w:rsidRPr="00BB79B8" w:rsidRDefault="004B2954" w:rsidP="004B2954">
      <w:pPr>
        <w:spacing w:after="20"/>
        <w:ind w:left="216"/>
        <w:rPr>
          <w:rFonts w:cs="Times New Roman"/>
          <w:sz w:val="20"/>
          <w:szCs w:val="20"/>
        </w:rPr>
      </w:pPr>
      <w:r w:rsidRPr="00BB79B8">
        <w:rPr>
          <w:rFonts w:cs="Times New Roman"/>
          <w:sz w:val="20"/>
          <w:szCs w:val="20"/>
        </w:rPr>
        <w:t>The timeline for resuming running after myocarditis is highly individualized, but current guidelines generally advise against competitive sports for a period of 3 to 6 months. This extended rest period is critical for the heart to heal from the inflammatory injury and to minimize any risk of dangerous heart rhythms [9L24-L26].</w:t>
      </w:r>
    </w:p>
    <w:p w14:paraId="64E5A214"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a "one-size-fits-all" approach is being replaced by more personalized, step-by-step protocols, especially for non-professional athletes. Much of the most detailed guidance comes from the care of athletes, but the principles can be applied to anyone looking to return to exercise.</w:t>
      </w:r>
    </w:p>
    <w:p w14:paraId="5887D8B8" w14:textId="77777777" w:rsidR="004B2954" w:rsidRPr="00BB79B8" w:rsidRDefault="004B2954" w:rsidP="004B2954">
      <w:pPr>
        <w:spacing w:after="20"/>
        <w:ind w:left="216"/>
        <w:rPr>
          <w:rFonts w:cs="Times New Roman"/>
          <w:sz w:val="20"/>
          <w:szCs w:val="20"/>
        </w:rPr>
      </w:pPr>
      <w:r w:rsidRPr="00BB79B8">
        <w:rPr>
          <w:rFonts w:cs="Times New Roman"/>
          <w:sz w:val="20"/>
          <w:szCs w:val="20"/>
        </w:rPr>
        <w:t>A Step-by-Step Return to Running</w:t>
      </w:r>
    </w:p>
    <w:p w14:paraId="6E91FA8F" w14:textId="77777777" w:rsidR="004B2954" w:rsidRPr="00BB79B8" w:rsidRDefault="004B2954" w:rsidP="004B2954">
      <w:pPr>
        <w:spacing w:after="20"/>
        <w:ind w:left="216"/>
        <w:rPr>
          <w:rFonts w:cs="Times New Roman"/>
          <w:sz w:val="20"/>
          <w:szCs w:val="20"/>
        </w:rPr>
      </w:pPr>
      <w:r w:rsidRPr="00BB79B8">
        <w:rPr>
          <w:rFonts w:cs="Times New Roman"/>
          <w:sz w:val="20"/>
          <w:szCs w:val="20"/>
        </w:rPr>
        <w:t>The process to return to running is gradual and guided by medical evaluations:</w:t>
      </w:r>
    </w:p>
    <w:p w14:paraId="7146397B" w14:textId="77777777" w:rsidR="004B2954" w:rsidRPr="00BB79B8" w:rsidRDefault="004B2954" w:rsidP="004B2954">
      <w:pPr>
        <w:spacing w:after="20"/>
        <w:ind w:left="216"/>
        <w:rPr>
          <w:rFonts w:cs="Times New Roman"/>
          <w:sz w:val="20"/>
          <w:szCs w:val="20"/>
        </w:rPr>
      </w:pPr>
      <w:r w:rsidRPr="00BB79B8">
        <w:rPr>
          <w:rFonts w:cs="Times New Roman"/>
          <w:sz w:val="20"/>
          <w:szCs w:val="20"/>
        </w:rPr>
        <w:t>Complete Rest Period (6-8 weeks): The initial stage involves avoiding any exercise to allow inflammation to subside. One clinical approach is to start the return-to-sport timeline from the day your symptoms resolve. After this period, your doctor may repeat tests like blood work, an ECG, and a cardiac MRI to assess if the inflammation has cleared.</w:t>
      </w:r>
    </w:p>
    <w:p w14:paraId="2E181580"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Medical Clearance Testing: Before you can begin running again, you must be cleared by a cardiologist. This usually involves a stress test to check for abnormal heart rhythms, blood pressure responses, and any return of symptoms during exertion. You may also need to wear an ambulatory heart monitor for 1-2 weeks during light daily activities to ensure no dangerous heart rhythms occur.</w:t>
      </w:r>
    </w:p>
    <w:p w14:paraId="6CFDA60A" w14:textId="77777777" w:rsidR="004B2954" w:rsidRPr="00BB79B8" w:rsidRDefault="004B2954" w:rsidP="004B2954">
      <w:pPr>
        <w:spacing w:after="20"/>
        <w:ind w:left="216"/>
        <w:rPr>
          <w:rFonts w:cs="Times New Roman"/>
          <w:sz w:val="20"/>
          <w:szCs w:val="20"/>
        </w:rPr>
      </w:pPr>
      <w:r w:rsidRPr="00BB79B8">
        <w:rPr>
          <w:rFonts w:cs="Times New Roman"/>
          <w:sz w:val="20"/>
          <w:szCs w:val="20"/>
        </w:rPr>
        <w:t>Phased Exercise Progression: Once cleared, you must gradually increase intensity. While standardized plans vary, the following is a common protocol used for athletes:</w:t>
      </w:r>
    </w:p>
    <w:p w14:paraId="59D7C5F7"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1 (Walking): Start with light walking for short periods.</w:t>
      </w:r>
    </w:p>
    <w:p w14:paraId="45D28A25"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2 (Jogging): After a few days, try light jogging mixed with walking.</w:t>
      </w:r>
    </w:p>
    <w:p w14:paraId="390A791F"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3 (Steady Running): As you feel stronger, attempt sustained, easy-paced runs.</w:t>
      </w:r>
    </w:p>
    <w:p w14:paraId="61D55F45"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4 (Return to Sport): Progress to more intense training and eventual full fitness.</w:t>
      </w:r>
    </w:p>
    <w:p w14:paraId="51B4BF12" w14:textId="77777777" w:rsidR="004B2954" w:rsidRPr="00BB79B8" w:rsidRDefault="004B2954" w:rsidP="004B2954">
      <w:pPr>
        <w:spacing w:after="20"/>
        <w:ind w:left="216"/>
        <w:rPr>
          <w:rFonts w:cs="Times New Roman"/>
          <w:sz w:val="20"/>
          <w:szCs w:val="20"/>
        </w:rPr>
      </w:pPr>
      <w:r w:rsidRPr="00BB79B8">
        <w:rPr>
          <w:rFonts w:cs="Times New Roman"/>
          <w:sz w:val="20"/>
          <w:szCs w:val="20"/>
        </w:rPr>
        <w:t>As a balanced and cautious resource states, many patients "can resume physical exercise after 3 months," and the risk of heart events appears low when following this type of structured, physician-supervised progression.</w:t>
      </w:r>
    </w:p>
    <w:p w14:paraId="1E12E9B0" w14:textId="77777777" w:rsidR="004B2954" w:rsidRPr="00BB79B8" w:rsidRDefault="004B2954" w:rsidP="004B2954">
      <w:pPr>
        <w:spacing w:after="20"/>
        <w:ind w:left="216"/>
        <w:rPr>
          <w:rFonts w:cs="Times New Roman"/>
          <w:sz w:val="20"/>
          <w:szCs w:val="20"/>
        </w:rPr>
      </w:pPr>
      <w:r w:rsidRPr="00BB79B8">
        <w:rPr>
          <w:rFonts w:cs="Times New Roman"/>
          <w:sz w:val="20"/>
          <w:szCs w:val="20"/>
        </w:rPr>
        <w:t>Warning Symptoms to Watch For</w:t>
      </w:r>
    </w:p>
    <w:p w14:paraId="569BB7BD" w14:textId="77777777" w:rsidR="004B2954" w:rsidRPr="00BB79B8" w:rsidRDefault="004B2954" w:rsidP="004B2954">
      <w:pPr>
        <w:spacing w:after="20"/>
        <w:ind w:left="216"/>
        <w:rPr>
          <w:rFonts w:cs="Times New Roman"/>
          <w:sz w:val="20"/>
          <w:szCs w:val="20"/>
        </w:rPr>
      </w:pPr>
      <w:r w:rsidRPr="00BB79B8">
        <w:rPr>
          <w:rFonts w:cs="Times New Roman"/>
          <w:sz w:val="20"/>
          <w:szCs w:val="20"/>
        </w:rPr>
        <w:t>It is vital to stop exercising and seek immediate medical attention if you experience any of the following during or after your recovery progress:</w:t>
      </w:r>
    </w:p>
    <w:p w14:paraId="2EE4AD58"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w:t>
      </w:r>
    </w:p>
    <w:p w14:paraId="15DAE116" w14:textId="77777777" w:rsidR="004B2954" w:rsidRPr="00BB79B8" w:rsidRDefault="004B2954" w:rsidP="004B2954">
      <w:pPr>
        <w:spacing w:after="20"/>
        <w:ind w:left="216"/>
        <w:rPr>
          <w:rFonts w:cs="Times New Roman"/>
          <w:sz w:val="20"/>
          <w:szCs w:val="20"/>
        </w:rPr>
      </w:pPr>
      <w:r w:rsidRPr="00BB79B8">
        <w:rPr>
          <w:rFonts w:cs="Times New Roman"/>
          <w:sz w:val="20"/>
          <w:szCs w:val="20"/>
        </w:rPr>
        <w:t>A newly irregular, rapid, or forceful heartbeat.</w:t>
      </w:r>
    </w:p>
    <w:p w14:paraId="08F9D3D9" w14:textId="77777777" w:rsidR="004B2954" w:rsidRPr="00BB79B8" w:rsidRDefault="004B2954" w:rsidP="004B2954">
      <w:pPr>
        <w:spacing w:after="20"/>
        <w:ind w:left="216"/>
        <w:rPr>
          <w:rFonts w:cs="Times New Roman"/>
          <w:sz w:val="20"/>
          <w:szCs w:val="20"/>
        </w:rPr>
      </w:pPr>
      <w:r w:rsidRPr="00BB79B8">
        <w:rPr>
          <w:rFonts w:cs="Times New Roman"/>
          <w:sz w:val="20"/>
          <w:szCs w:val="20"/>
        </w:rPr>
        <w:t>Unexpected shortness of breath.</w:t>
      </w:r>
    </w:p>
    <w:p w14:paraId="7340F0EA"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lightheadedness, dizziness, or fainting.</w:t>
      </w:r>
    </w:p>
    <w:p w14:paraId="1D672CFB" w14:textId="77777777" w:rsidR="004B2954" w:rsidRPr="00BB79B8" w:rsidRDefault="004B2954" w:rsidP="004B2954">
      <w:pPr>
        <w:spacing w:after="20"/>
        <w:ind w:left="216"/>
        <w:rPr>
          <w:rFonts w:cs="Times New Roman"/>
          <w:sz w:val="20"/>
          <w:szCs w:val="20"/>
        </w:rPr>
      </w:pPr>
      <w:r w:rsidRPr="00BB79B8">
        <w:rPr>
          <w:rFonts w:cs="Times New Roman"/>
          <w:sz w:val="20"/>
          <w:szCs w:val="20"/>
        </w:rPr>
        <w:t>Final Point: This is a Medical Decision</w:t>
      </w:r>
    </w:p>
    <w:p w14:paraId="1A356949" w14:textId="77777777" w:rsidR="004B2954" w:rsidRPr="00BB79B8" w:rsidRDefault="004B2954" w:rsidP="004B2954">
      <w:pPr>
        <w:spacing w:after="20"/>
        <w:ind w:left="216"/>
        <w:rPr>
          <w:rFonts w:cs="Times New Roman"/>
          <w:sz w:val="20"/>
          <w:szCs w:val="20"/>
        </w:rPr>
      </w:pPr>
      <w:r w:rsidRPr="00BB79B8">
        <w:rPr>
          <w:rFonts w:cs="Times New Roman"/>
          <w:sz w:val="20"/>
          <w:szCs w:val="20"/>
        </w:rPr>
        <w:t>Ultimately, the decision on when you can run again must be made by a cardiologist after thoroughly reviewing your case. Because the evidence for clear timelines is still evolving, approaches are becoming more personalized. Always work closely with your healthcare provider to determine the safest plan for your specific situation.</w:t>
      </w:r>
    </w:p>
    <w:p w14:paraId="0E14CFAB"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you're interested, I can provide more details on the specific medical tests used for clearance, such as stress tests or cardiac MRIs. Would that be helpful?</w:t>
      </w:r>
    </w:p>
    <w:p w14:paraId="4F6F84CC" w14:textId="77777777" w:rsidR="004B2954" w:rsidRPr="00BB79B8" w:rsidRDefault="004B2954" w:rsidP="004B2954">
      <w:pPr>
        <w:spacing w:after="0"/>
        <w:rPr>
          <w:rFonts w:cs="Times New Roman"/>
          <w:sz w:val="20"/>
          <w:szCs w:val="20"/>
        </w:rPr>
      </w:pPr>
    </w:p>
    <w:p w14:paraId="0446705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D5142A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175DFB9" w14:textId="77777777" w:rsidR="004B2954" w:rsidRPr="00BB79B8" w:rsidRDefault="004B2954" w:rsidP="004B2954">
      <w:pPr>
        <w:spacing w:after="20"/>
        <w:ind w:left="216"/>
        <w:rPr>
          <w:rFonts w:cs="Times New Roman"/>
          <w:sz w:val="20"/>
          <w:szCs w:val="20"/>
        </w:rPr>
      </w:pPr>
      <w:r w:rsidRPr="00BB79B8">
        <w:rPr>
          <w:rFonts w:cs="Times New Roman"/>
          <w:sz w:val="20"/>
          <w:szCs w:val="20"/>
        </w:rPr>
        <w:t>In general, gradual return to running follows this standard clinical timeline:</w:t>
      </w:r>
    </w:p>
    <w:p w14:paraId="32148FC1" w14:textId="77777777" w:rsidR="004B2954" w:rsidRPr="00BB79B8" w:rsidRDefault="004B2954" w:rsidP="004B2954">
      <w:pPr>
        <w:spacing w:after="20"/>
        <w:ind w:left="216"/>
        <w:rPr>
          <w:rFonts w:cs="Times New Roman"/>
          <w:sz w:val="20"/>
          <w:szCs w:val="20"/>
        </w:rPr>
      </w:pPr>
      <w:r w:rsidRPr="00BB79B8">
        <w:rPr>
          <w:rFonts w:cs="Times New Roman"/>
          <w:sz w:val="20"/>
          <w:szCs w:val="20"/>
        </w:rPr>
        <w:t>Asymptomatic mild myocarditis</w:t>
      </w:r>
    </w:p>
    <w:p w14:paraId="59DBA6E5" w14:textId="77777777" w:rsidR="004B2954" w:rsidRPr="00BB79B8" w:rsidRDefault="004B2954" w:rsidP="004B2954">
      <w:pPr>
        <w:spacing w:after="20"/>
        <w:ind w:left="216"/>
        <w:rPr>
          <w:rFonts w:cs="Times New Roman"/>
          <w:sz w:val="20"/>
          <w:szCs w:val="20"/>
        </w:rPr>
      </w:pPr>
      <w:r w:rsidRPr="00BB79B8">
        <w:rPr>
          <w:rFonts w:cs="Times New Roman"/>
          <w:sz w:val="20"/>
          <w:szCs w:val="20"/>
        </w:rPr>
        <w:t>Wait at least 4-6 weeks after full symptom resolution, with normal ECG, cardiac enzymes and cardiac ultrasound; then start very light jogging, not full running immediately.</w:t>
      </w:r>
    </w:p>
    <w:p w14:paraId="5A9E797B"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myocarditis</w:t>
      </w:r>
    </w:p>
    <w:p w14:paraId="0CA738CE" w14:textId="77777777" w:rsidR="004B2954" w:rsidRPr="00BB79B8" w:rsidRDefault="004B2954" w:rsidP="004B2954">
      <w:pPr>
        <w:spacing w:after="20"/>
        <w:ind w:left="216"/>
        <w:rPr>
          <w:rFonts w:cs="Times New Roman"/>
          <w:sz w:val="20"/>
          <w:szCs w:val="20"/>
        </w:rPr>
      </w:pPr>
      <w:r w:rsidRPr="00BB79B8">
        <w:rPr>
          <w:rFonts w:cs="Times New Roman"/>
          <w:sz w:val="20"/>
          <w:szCs w:val="20"/>
        </w:rPr>
        <w:t>Require 3 months of full rest and cardiac function recovery before attempting low-intensity running.</w:t>
      </w:r>
    </w:p>
    <w:p w14:paraId="063AF781"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myocarditis / with arrhythmia or cardiac dysfunction</w:t>
      </w:r>
    </w:p>
    <w:p w14:paraId="1F35B9FA" w14:textId="77777777" w:rsidR="004B2954" w:rsidRPr="00BB79B8" w:rsidRDefault="004B2954" w:rsidP="004B2954">
      <w:pPr>
        <w:spacing w:after="20"/>
        <w:ind w:left="216"/>
        <w:rPr>
          <w:rFonts w:cs="Times New Roman"/>
          <w:sz w:val="20"/>
          <w:szCs w:val="20"/>
        </w:rPr>
      </w:pPr>
      <w:r w:rsidRPr="00BB79B8">
        <w:rPr>
          <w:rFonts w:cs="Times New Roman"/>
          <w:sz w:val="20"/>
          <w:szCs w:val="20"/>
        </w:rPr>
        <w:t>Need 6 months or longer, and must be cleared by a cardiologist with cardiac MRI and exercise stress test before any running.</w:t>
      </w:r>
    </w:p>
    <w:p w14:paraId="6B2C6271" w14:textId="77777777" w:rsidR="004B2954" w:rsidRPr="00BB79B8" w:rsidRDefault="004B2954" w:rsidP="004B2954">
      <w:pPr>
        <w:spacing w:after="20"/>
        <w:ind w:left="216"/>
        <w:rPr>
          <w:rFonts w:cs="Times New Roman"/>
          <w:sz w:val="20"/>
          <w:szCs w:val="20"/>
        </w:rPr>
      </w:pPr>
      <w:r w:rsidRPr="00BB79B8">
        <w:rPr>
          <w:rFonts w:cs="Times New Roman"/>
          <w:sz w:val="20"/>
          <w:szCs w:val="20"/>
        </w:rPr>
        <w:t>Key rule</w:t>
      </w:r>
    </w:p>
    <w:p w14:paraId="20C972DA" w14:textId="77777777" w:rsidR="004B2954" w:rsidRPr="00BB79B8" w:rsidRDefault="004B2954" w:rsidP="004B2954">
      <w:pPr>
        <w:spacing w:after="20"/>
        <w:ind w:left="216"/>
        <w:rPr>
          <w:rFonts w:cs="Times New Roman"/>
          <w:sz w:val="20"/>
          <w:szCs w:val="20"/>
        </w:rPr>
      </w:pPr>
      <w:r w:rsidRPr="00BB79B8">
        <w:rPr>
          <w:rFonts w:cs="Times New Roman"/>
          <w:sz w:val="20"/>
          <w:szCs w:val="20"/>
        </w:rPr>
        <w:t>Never resume running while having chest pain, palpitations, fatigue, or abnormal test results. Return to running must be gradual, stepwise, not sudden high-intensity exercise.</w:t>
      </w:r>
    </w:p>
    <w:p w14:paraId="6B47DAF4" w14:textId="77777777" w:rsidR="004B2954" w:rsidRPr="00BB79B8" w:rsidRDefault="004B2954" w:rsidP="004B2954">
      <w:pPr>
        <w:rPr>
          <w:rFonts w:cs="Times New Roman"/>
          <w:sz w:val="20"/>
          <w:szCs w:val="20"/>
        </w:rPr>
      </w:pPr>
    </w:p>
    <w:p w14:paraId="3EA7A09A" w14:textId="77777777" w:rsidR="004B2954" w:rsidRPr="00BB79B8" w:rsidRDefault="004B2954" w:rsidP="004B2954">
      <w:pPr>
        <w:keepNext/>
        <w:rPr>
          <w:rFonts w:cs="Times New Roman"/>
          <w:sz w:val="20"/>
          <w:szCs w:val="20"/>
        </w:rPr>
      </w:pPr>
      <w:r w:rsidRPr="00BB79B8">
        <w:rPr>
          <w:rFonts w:cs="Times New Roman"/>
          <w:b/>
          <w:color w:val="1F4E79"/>
          <w:sz w:val="20"/>
          <w:szCs w:val="20"/>
        </w:rPr>
        <w:t>Q45. How should exercise be gradually resumed during myocarditis recovery?</w:t>
      </w:r>
    </w:p>
    <w:p w14:paraId="3FC9056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1DE0B82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10670EF" w14:textId="77777777" w:rsidR="004B2954" w:rsidRPr="00BB79B8" w:rsidRDefault="004B2954" w:rsidP="004B2954">
      <w:pPr>
        <w:spacing w:after="20"/>
        <w:ind w:left="216"/>
        <w:rPr>
          <w:rFonts w:cs="Times New Roman"/>
          <w:sz w:val="20"/>
          <w:szCs w:val="20"/>
        </w:rPr>
      </w:pPr>
      <w:r w:rsidRPr="00BB79B8">
        <w:rPr>
          <w:rFonts w:cs="Times New Roman"/>
          <w:sz w:val="20"/>
          <w:szCs w:val="20"/>
        </w:rPr>
        <w:t>After myocarditis, exercise must be resumed very gradually and under medical supervision because the heart is vulnerable to arrhythmias, inflammation, and sudden cardiac events. Here's a structured approach generally recommended:</w:t>
      </w:r>
    </w:p>
    <w:p w14:paraId="7F2771D0" w14:textId="77777777" w:rsidR="004B2954" w:rsidRPr="00BB79B8" w:rsidRDefault="004B2954" w:rsidP="004B2954">
      <w:pPr>
        <w:spacing w:after="20"/>
        <w:ind w:left="216"/>
        <w:rPr>
          <w:rFonts w:cs="Times New Roman"/>
          <w:sz w:val="20"/>
          <w:szCs w:val="20"/>
        </w:rPr>
      </w:pPr>
      <w:r w:rsidRPr="00BB79B8">
        <w:rPr>
          <w:rFonts w:cs="Times New Roman"/>
          <w:sz w:val="20"/>
          <w:szCs w:val="20"/>
        </w:rPr>
        <w:t>1. Medical Clearance First</w:t>
      </w:r>
    </w:p>
    <w:p w14:paraId="27463578" w14:textId="77777777" w:rsidR="004B2954" w:rsidRPr="00BB79B8" w:rsidRDefault="004B2954" w:rsidP="004B2954">
      <w:pPr>
        <w:spacing w:after="20"/>
        <w:ind w:left="216"/>
        <w:rPr>
          <w:rFonts w:cs="Times New Roman"/>
          <w:sz w:val="20"/>
          <w:szCs w:val="20"/>
        </w:rPr>
      </w:pPr>
      <w:r w:rsidRPr="00BB79B8">
        <w:rPr>
          <w:rFonts w:cs="Times New Roman"/>
          <w:sz w:val="20"/>
          <w:szCs w:val="20"/>
        </w:rPr>
        <w:t>Before any physical activity, patients should have:</w:t>
      </w:r>
    </w:p>
    <w:p w14:paraId="4B7E0EA4"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Normalized cardiac biomarkers (e.g., troponin)</w:t>
      </w:r>
    </w:p>
    <w:p w14:paraId="3E047F72" w14:textId="77777777" w:rsidR="004B2954" w:rsidRPr="00BB79B8" w:rsidRDefault="004B2954" w:rsidP="004B2954">
      <w:pPr>
        <w:spacing w:after="20"/>
        <w:ind w:left="216"/>
        <w:rPr>
          <w:rFonts w:cs="Times New Roman"/>
          <w:sz w:val="20"/>
          <w:szCs w:val="20"/>
        </w:rPr>
      </w:pPr>
      <w:r w:rsidRPr="00BB79B8">
        <w:rPr>
          <w:rFonts w:cs="Times New Roman"/>
          <w:sz w:val="20"/>
          <w:szCs w:val="20"/>
        </w:rPr>
        <w:t>Stable or improved echocardiography / CMR findings</w:t>
      </w:r>
    </w:p>
    <w:p w14:paraId="4D9A1866"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Normalized electrocardiogram (ECG)</w:t>
      </w:r>
    </w:p>
    <w:p w14:paraId="2BA6CEAF" w14:textId="77777777" w:rsidR="004B2954" w:rsidRPr="00BB79B8" w:rsidRDefault="004B2954" w:rsidP="004B2954">
      <w:pPr>
        <w:spacing w:after="20"/>
        <w:ind w:left="216"/>
        <w:rPr>
          <w:rFonts w:cs="Times New Roman"/>
          <w:sz w:val="20"/>
          <w:szCs w:val="20"/>
        </w:rPr>
      </w:pPr>
      <w:r w:rsidRPr="00BB79B8">
        <w:rPr>
          <w:rFonts w:cs="Times New Roman"/>
          <w:sz w:val="20"/>
          <w:szCs w:val="20"/>
        </w:rPr>
        <w:t>No active symptoms (chest pain, palpitations, shortness of breath, syncope)</w:t>
      </w:r>
    </w:p>
    <w:p w14:paraId="3953C9F2" w14:textId="77777777" w:rsidR="004B2954" w:rsidRPr="00BB79B8" w:rsidRDefault="004B2954" w:rsidP="004B2954">
      <w:pPr>
        <w:spacing w:after="20"/>
        <w:ind w:left="216"/>
        <w:rPr>
          <w:rFonts w:cs="Times New Roman"/>
          <w:sz w:val="20"/>
          <w:szCs w:val="20"/>
        </w:rPr>
      </w:pPr>
      <w:r w:rsidRPr="00BB79B8">
        <w:rPr>
          <w:rFonts w:cs="Times New Roman"/>
          <w:sz w:val="20"/>
          <w:szCs w:val="20"/>
        </w:rPr>
        <w:t>Clearance is usually given by a cardiologist experienced in myocarditis.</w:t>
      </w:r>
    </w:p>
    <w:p w14:paraId="5E770F7F" w14:textId="77777777" w:rsidR="004B2954" w:rsidRPr="00BB79B8" w:rsidRDefault="004B2954" w:rsidP="004B2954">
      <w:pPr>
        <w:spacing w:after="20"/>
        <w:ind w:left="216"/>
        <w:rPr>
          <w:rFonts w:cs="Times New Roman"/>
          <w:sz w:val="20"/>
          <w:szCs w:val="20"/>
        </w:rPr>
      </w:pPr>
      <w:r w:rsidRPr="00BB79B8">
        <w:rPr>
          <w:rFonts w:cs="Times New Roman"/>
          <w:sz w:val="20"/>
          <w:szCs w:val="20"/>
        </w:rPr>
        <w:t>2. Initial Phase - Complete Rest</w:t>
      </w:r>
    </w:p>
    <w:p w14:paraId="189A5906"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Typically at least 3-6 months of rest from competitive or moderate-to-intense exercise for most patients, depending on severity.</w:t>
      </w:r>
    </w:p>
    <w:p w14:paraId="7456058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Avoid activities that raise heart rate substantially.</w:t>
      </w:r>
    </w:p>
    <w:p w14:paraId="231E2D43" w14:textId="77777777" w:rsidR="004B2954" w:rsidRPr="00BB79B8" w:rsidRDefault="004B2954" w:rsidP="004B2954">
      <w:pPr>
        <w:spacing w:after="20"/>
        <w:ind w:left="216"/>
        <w:rPr>
          <w:rFonts w:cs="Times New Roman"/>
          <w:sz w:val="20"/>
          <w:szCs w:val="20"/>
        </w:rPr>
      </w:pPr>
      <w:r w:rsidRPr="00BB79B8">
        <w:rPr>
          <w:rFonts w:cs="Times New Roman"/>
          <w:sz w:val="20"/>
          <w:szCs w:val="20"/>
        </w:rPr>
        <w:t>Focus on daily light activity (e.g., slow walking, household tasks) only if asymptomatic.</w:t>
      </w:r>
    </w:p>
    <w:p w14:paraId="57BB1F82" w14:textId="77777777" w:rsidR="004B2954" w:rsidRPr="00BB79B8" w:rsidRDefault="004B2954" w:rsidP="004B2954">
      <w:pPr>
        <w:spacing w:after="20"/>
        <w:ind w:left="216"/>
        <w:rPr>
          <w:rFonts w:cs="Times New Roman"/>
          <w:sz w:val="20"/>
          <w:szCs w:val="20"/>
        </w:rPr>
      </w:pPr>
      <w:r w:rsidRPr="00BB79B8">
        <w:rPr>
          <w:rFonts w:cs="Times New Roman"/>
          <w:sz w:val="20"/>
          <w:szCs w:val="20"/>
        </w:rPr>
        <w:t>3. Phase 1 - Light, Low-Intensity Exercise</w:t>
      </w:r>
    </w:p>
    <w:p w14:paraId="40B49299" w14:textId="77777777" w:rsidR="004B2954" w:rsidRPr="00BB79B8" w:rsidRDefault="004B2954" w:rsidP="004B2954">
      <w:pPr>
        <w:spacing w:after="20"/>
        <w:ind w:left="216"/>
        <w:rPr>
          <w:rFonts w:cs="Times New Roman"/>
          <w:sz w:val="20"/>
          <w:szCs w:val="20"/>
        </w:rPr>
      </w:pPr>
      <w:r w:rsidRPr="00BB79B8">
        <w:rPr>
          <w:rFonts w:cs="Times New Roman"/>
          <w:sz w:val="20"/>
          <w:szCs w:val="20"/>
        </w:rPr>
        <w:t>Begin with very light aerobic activities: walking, gentle cycling, stretching.</w:t>
      </w:r>
    </w:p>
    <w:p w14:paraId="6A68BF49" w14:textId="77777777" w:rsidR="004B2954" w:rsidRPr="00BB79B8" w:rsidRDefault="004B2954" w:rsidP="004B2954">
      <w:pPr>
        <w:spacing w:after="20"/>
        <w:ind w:left="216"/>
        <w:rPr>
          <w:rFonts w:cs="Times New Roman"/>
          <w:sz w:val="20"/>
          <w:szCs w:val="20"/>
        </w:rPr>
      </w:pPr>
      <w:r w:rsidRPr="00BB79B8">
        <w:rPr>
          <w:rFonts w:cs="Times New Roman"/>
          <w:sz w:val="20"/>
          <w:szCs w:val="20"/>
        </w:rPr>
        <w:t>Duration: 5-10 minutes initially, 1-2 times per day.</w:t>
      </w:r>
    </w:p>
    <w:p w14:paraId="4F7F4D34"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 for symptoms: chest discomfort, palpitations, dizziness, unusual shortness of breath.</w:t>
      </w:r>
    </w:p>
    <w:p w14:paraId="61C19D21" w14:textId="77777777" w:rsidR="004B2954" w:rsidRPr="00BB79B8" w:rsidRDefault="004B2954" w:rsidP="004B2954">
      <w:pPr>
        <w:spacing w:after="20"/>
        <w:ind w:left="216"/>
        <w:rPr>
          <w:rFonts w:cs="Times New Roman"/>
          <w:sz w:val="20"/>
          <w:szCs w:val="20"/>
        </w:rPr>
      </w:pPr>
      <w:r w:rsidRPr="00BB79B8">
        <w:rPr>
          <w:rFonts w:cs="Times New Roman"/>
          <w:sz w:val="20"/>
          <w:szCs w:val="20"/>
        </w:rPr>
        <w:t>Stop immediately if symptoms occur.</w:t>
      </w:r>
    </w:p>
    <w:p w14:paraId="5BB5E1A4" w14:textId="77777777" w:rsidR="004B2954" w:rsidRPr="00BB79B8" w:rsidRDefault="004B2954" w:rsidP="004B2954">
      <w:pPr>
        <w:spacing w:after="20"/>
        <w:ind w:left="216"/>
        <w:rPr>
          <w:rFonts w:cs="Times New Roman"/>
          <w:sz w:val="20"/>
          <w:szCs w:val="20"/>
        </w:rPr>
      </w:pPr>
      <w:r w:rsidRPr="00BB79B8">
        <w:rPr>
          <w:rFonts w:cs="Times New Roman"/>
          <w:sz w:val="20"/>
          <w:szCs w:val="20"/>
        </w:rPr>
        <w:t>4. Phase 2 - Gradual Increase</w:t>
      </w:r>
    </w:p>
    <w:p w14:paraId="6B9E2492" w14:textId="77777777" w:rsidR="004B2954" w:rsidRPr="00BB79B8" w:rsidRDefault="004B2954" w:rsidP="004B2954">
      <w:pPr>
        <w:spacing w:after="20"/>
        <w:ind w:left="216"/>
        <w:rPr>
          <w:rFonts w:cs="Times New Roman"/>
          <w:sz w:val="20"/>
          <w:szCs w:val="20"/>
        </w:rPr>
      </w:pPr>
      <w:r w:rsidRPr="00BB79B8">
        <w:rPr>
          <w:rFonts w:cs="Times New Roman"/>
          <w:sz w:val="20"/>
          <w:szCs w:val="20"/>
        </w:rPr>
        <w:t>Increase duration first, then intensity.</w:t>
      </w:r>
    </w:p>
    <w:p w14:paraId="2CEDE6A2" w14:textId="77777777" w:rsidR="004B2954" w:rsidRPr="00BB79B8" w:rsidRDefault="004B2954" w:rsidP="004B2954">
      <w:pPr>
        <w:spacing w:after="20"/>
        <w:ind w:left="216"/>
        <w:rPr>
          <w:rFonts w:cs="Times New Roman"/>
          <w:sz w:val="20"/>
          <w:szCs w:val="20"/>
        </w:rPr>
      </w:pPr>
      <w:r w:rsidRPr="00BB79B8">
        <w:rPr>
          <w:rFonts w:cs="Times New Roman"/>
          <w:sz w:val="20"/>
          <w:szCs w:val="20"/>
        </w:rPr>
        <w:t>Add light jogging or low-resistance cycling after 1-2 weeks of symptom-free light activity.</w:t>
      </w:r>
    </w:p>
    <w:p w14:paraId="3DB5966A" w14:textId="77777777" w:rsidR="004B2954" w:rsidRPr="00BB79B8" w:rsidRDefault="004B2954" w:rsidP="004B2954">
      <w:pPr>
        <w:spacing w:after="20"/>
        <w:ind w:left="216"/>
        <w:rPr>
          <w:rFonts w:cs="Times New Roman"/>
          <w:sz w:val="20"/>
          <w:szCs w:val="20"/>
        </w:rPr>
      </w:pPr>
      <w:r w:rsidRPr="00BB79B8">
        <w:rPr>
          <w:rFonts w:cs="Times New Roman"/>
          <w:sz w:val="20"/>
          <w:szCs w:val="20"/>
        </w:rPr>
        <w:t>Target heart rate &lt; 50-60% of maximum initially.</w:t>
      </w:r>
    </w:p>
    <w:p w14:paraId="7A5837DF" w14:textId="77777777" w:rsidR="004B2954" w:rsidRPr="00BB79B8" w:rsidRDefault="004B2954" w:rsidP="004B2954">
      <w:pPr>
        <w:spacing w:after="20"/>
        <w:ind w:left="216"/>
        <w:rPr>
          <w:rFonts w:cs="Times New Roman"/>
          <w:sz w:val="20"/>
          <w:szCs w:val="20"/>
        </w:rPr>
      </w:pPr>
      <w:r w:rsidRPr="00BB79B8">
        <w:rPr>
          <w:rFonts w:cs="Times New Roman"/>
          <w:sz w:val="20"/>
          <w:szCs w:val="20"/>
        </w:rPr>
        <w:t>5. Phase 3 - Moderate Exercise</w:t>
      </w:r>
    </w:p>
    <w:p w14:paraId="25645E46" w14:textId="77777777" w:rsidR="004B2954" w:rsidRPr="00BB79B8" w:rsidRDefault="004B2954" w:rsidP="004B2954">
      <w:pPr>
        <w:spacing w:after="20"/>
        <w:ind w:left="216"/>
        <w:rPr>
          <w:rFonts w:cs="Times New Roman"/>
          <w:sz w:val="20"/>
          <w:szCs w:val="20"/>
        </w:rPr>
      </w:pPr>
      <w:r w:rsidRPr="00BB79B8">
        <w:rPr>
          <w:rFonts w:cs="Times New Roman"/>
          <w:sz w:val="20"/>
          <w:szCs w:val="20"/>
        </w:rPr>
        <w:t>After at least 4-6 weeks of symptom-free light-to-moderate activity:</w:t>
      </w:r>
    </w:p>
    <w:p w14:paraId="16816B70" w14:textId="77777777" w:rsidR="004B2954" w:rsidRPr="00BB79B8" w:rsidRDefault="004B2954" w:rsidP="004B2954">
      <w:pPr>
        <w:spacing w:after="20"/>
        <w:ind w:left="216"/>
        <w:rPr>
          <w:rFonts w:cs="Times New Roman"/>
          <w:sz w:val="20"/>
          <w:szCs w:val="20"/>
        </w:rPr>
      </w:pPr>
      <w:r w:rsidRPr="00BB79B8">
        <w:rPr>
          <w:rFonts w:cs="Times New Roman"/>
          <w:sz w:val="20"/>
          <w:szCs w:val="20"/>
        </w:rPr>
        <w:t>Progress to moderate-intensity aerobic exercise.</w:t>
      </w:r>
    </w:p>
    <w:p w14:paraId="7E037084" w14:textId="77777777" w:rsidR="004B2954" w:rsidRPr="00BB79B8" w:rsidRDefault="004B2954" w:rsidP="004B2954">
      <w:pPr>
        <w:spacing w:after="20"/>
        <w:ind w:left="216"/>
        <w:rPr>
          <w:rFonts w:cs="Times New Roman"/>
          <w:sz w:val="20"/>
          <w:szCs w:val="20"/>
        </w:rPr>
      </w:pPr>
      <w:r w:rsidRPr="00BB79B8">
        <w:rPr>
          <w:rFonts w:cs="Times New Roman"/>
          <w:sz w:val="20"/>
          <w:szCs w:val="20"/>
        </w:rPr>
        <w:t>Include short intervals of slightly higher intensity.</w:t>
      </w:r>
    </w:p>
    <w:p w14:paraId="65006712"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Continue careful symptom monitoring.</w:t>
      </w:r>
    </w:p>
    <w:p w14:paraId="5B7F05C3"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competitive or strenuous exercise until full cardiac evaluation confirms safety.</w:t>
      </w:r>
    </w:p>
    <w:p w14:paraId="330CFD15" w14:textId="77777777" w:rsidR="004B2954" w:rsidRPr="00BB79B8" w:rsidRDefault="004B2954" w:rsidP="004B2954">
      <w:pPr>
        <w:spacing w:after="20"/>
        <w:ind w:left="216"/>
        <w:rPr>
          <w:rFonts w:cs="Times New Roman"/>
          <w:sz w:val="20"/>
          <w:szCs w:val="20"/>
        </w:rPr>
      </w:pPr>
      <w:r w:rsidRPr="00BB79B8">
        <w:rPr>
          <w:rFonts w:cs="Times New Roman"/>
          <w:sz w:val="20"/>
          <w:szCs w:val="20"/>
        </w:rPr>
        <w:t>6. Phase 4 - Return to Full Activity / Sports</w:t>
      </w:r>
    </w:p>
    <w:p w14:paraId="1455D00B" w14:textId="77777777" w:rsidR="004B2954" w:rsidRPr="00BB79B8" w:rsidRDefault="004B2954" w:rsidP="004B2954">
      <w:pPr>
        <w:spacing w:after="20"/>
        <w:ind w:left="216"/>
        <w:rPr>
          <w:rFonts w:cs="Times New Roman"/>
          <w:sz w:val="20"/>
          <w:szCs w:val="20"/>
        </w:rPr>
      </w:pPr>
      <w:r w:rsidRPr="00BB79B8">
        <w:rPr>
          <w:rFonts w:cs="Times New Roman"/>
          <w:sz w:val="20"/>
          <w:szCs w:val="20"/>
        </w:rPr>
        <w:t>Only after:</w:t>
      </w:r>
    </w:p>
    <w:p w14:paraId="3B1AFF6D"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ventricular function on imaging</w:t>
      </w:r>
    </w:p>
    <w:p w14:paraId="15C5D2BD" w14:textId="77777777" w:rsidR="004B2954" w:rsidRPr="00BB79B8" w:rsidRDefault="004B2954" w:rsidP="004B2954">
      <w:pPr>
        <w:spacing w:after="20"/>
        <w:ind w:left="216"/>
        <w:rPr>
          <w:rFonts w:cs="Times New Roman"/>
          <w:sz w:val="20"/>
          <w:szCs w:val="20"/>
        </w:rPr>
      </w:pPr>
      <w:r w:rsidRPr="00BB79B8">
        <w:rPr>
          <w:rFonts w:cs="Times New Roman"/>
          <w:sz w:val="20"/>
          <w:szCs w:val="20"/>
        </w:rPr>
        <w:t>No arrhythmias on Holter or stress testing</w:t>
      </w:r>
    </w:p>
    <w:p w14:paraId="613263D7"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cardiac biomarkers and inflammatory markers</w:t>
      </w:r>
    </w:p>
    <w:p w14:paraId="652D1E5F"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Gradually reintroduce sports or high-intensity training under cardiologist supervision.</w:t>
      </w:r>
    </w:p>
    <w:p w14:paraId="0EF3189A" w14:textId="77777777" w:rsidR="004B2954" w:rsidRPr="00BB79B8" w:rsidRDefault="004B2954" w:rsidP="004B2954">
      <w:pPr>
        <w:spacing w:after="20"/>
        <w:ind w:left="216"/>
        <w:rPr>
          <w:rFonts w:cs="Times New Roman"/>
          <w:sz w:val="20"/>
          <w:szCs w:val="20"/>
        </w:rPr>
      </w:pPr>
      <w:r w:rsidRPr="00BB79B8">
        <w:rPr>
          <w:rFonts w:cs="Times New Roman"/>
          <w:sz w:val="20"/>
          <w:szCs w:val="20"/>
        </w:rPr>
        <w:t>7. Ongoing Monitoring</w:t>
      </w:r>
    </w:p>
    <w:p w14:paraId="1F03899D" w14:textId="77777777" w:rsidR="004B2954" w:rsidRPr="00BB79B8" w:rsidRDefault="004B2954" w:rsidP="004B2954">
      <w:pPr>
        <w:spacing w:after="20"/>
        <w:ind w:left="216"/>
        <w:rPr>
          <w:rFonts w:cs="Times New Roman"/>
          <w:sz w:val="20"/>
          <w:szCs w:val="20"/>
        </w:rPr>
      </w:pPr>
      <w:r w:rsidRPr="00BB79B8">
        <w:rPr>
          <w:rFonts w:cs="Times New Roman"/>
          <w:sz w:val="20"/>
          <w:szCs w:val="20"/>
        </w:rPr>
        <w:t>Regular follow-up with ECG, echocardiography, or CMR.</w:t>
      </w:r>
    </w:p>
    <w:p w14:paraId="65C31251" w14:textId="77777777" w:rsidR="004B2954" w:rsidRPr="00BB79B8" w:rsidRDefault="004B2954" w:rsidP="004B2954">
      <w:pPr>
        <w:spacing w:after="20"/>
        <w:ind w:left="216"/>
        <w:rPr>
          <w:rFonts w:cs="Times New Roman"/>
          <w:sz w:val="20"/>
          <w:szCs w:val="20"/>
        </w:rPr>
      </w:pPr>
      <w:r w:rsidRPr="00BB79B8">
        <w:rPr>
          <w:rFonts w:cs="Times New Roman"/>
          <w:sz w:val="20"/>
          <w:szCs w:val="20"/>
        </w:rPr>
        <w:t>Track heart rate, blood pressure, and symptom diary.</w:t>
      </w:r>
    </w:p>
    <w:p w14:paraId="07A295CE"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overexertion and rapid jumps in intensity.</w:t>
      </w:r>
    </w:p>
    <w:p w14:paraId="0359B44A" w14:textId="77777777" w:rsidR="004B2954" w:rsidRPr="00BB79B8" w:rsidRDefault="004B2954" w:rsidP="004B2954">
      <w:pPr>
        <w:spacing w:after="20"/>
        <w:ind w:left="216"/>
        <w:rPr>
          <w:rFonts w:cs="Times New Roman"/>
          <w:sz w:val="20"/>
          <w:szCs w:val="20"/>
        </w:rPr>
      </w:pPr>
      <w:r w:rsidRPr="00BB79B8">
        <w:rPr>
          <w:rFonts w:cs="Times New Roman"/>
          <w:sz w:val="20"/>
          <w:szCs w:val="20"/>
        </w:rPr>
        <w:t>Key Principle: "Start low, go slow, and monitor closely." Even minor symptoms during the recovery phase warrant pausing exercise and consulting a cardiologist.</w:t>
      </w:r>
    </w:p>
    <w:p w14:paraId="2366340E" w14:textId="77777777" w:rsidR="004B2954" w:rsidRPr="00BB79B8" w:rsidRDefault="004B2954" w:rsidP="004B2954">
      <w:pPr>
        <w:spacing w:after="0"/>
        <w:rPr>
          <w:rFonts w:cs="Times New Roman"/>
          <w:sz w:val="20"/>
          <w:szCs w:val="20"/>
        </w:rPr>
      </w:pPr>
    </w:p>
    <w:p w14:paraId="22E7C74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30D44EC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BDFD2CE" w14:textId="77777777" w:rsidR="004B2954" w:rsidRPr="00BB79B8" w:rsidRDefault="004B2954" w:rsidP="004B2954">
      <w:pPr>
        <w:spacing w:after="20"/>
        <w:ind w:left="216"/>
        <w:rPr>
          <w:rFonts w:cs="Times New Roman"/>
          <w:sz w:val="20"/>
          <w:szCs w:val="20"/>
        </w:rPr>
      </w:pPr>
      <w:r w:rsidRPr="00BB79B8">
        <w:rPr>
          <w:rFonts w:cs="Times New Roman"/>
          <w:sz w:val="20"/>
          <w:szCs w:val="20"/>
        </w:rPr>
        <w:t>Resuming physical activity after myocarditis requires a cautious, tiered approach to ensure the heart muscle has sufficiently healed. Generally, a period of complete rest for 3 to 6 months is recommended before returning to competitive sports or vigorous exercise, depending on the severity of the inflammation and follow-up testing (such as Cardiac MRI or Holter monitoring).</w:t>
      </w:r>
    </w:p>
    <w:p w14:paraId="34A71BDA" w14:textId="77777777" w:rsidR="004B2954" w:rsidRPr="00BB79B8" w:rsidRDefault="004B2954" w:rsidP="004B2954">
      <w:pPr>
        <w:spacing w:after="20"/>
        <w:ind w:left="216"/>
        <w:rPr>
          <w:rFonts w:cs="Times New Roman"/>
          <w:sz w:val="20"/>
          <w:szCs w:val="20"/>
        </w:rPr>
      </w:pPr>
      <w:r w:rsidRPr="00BB79B8">
        <w:rPr>
          <w:rFonts w:cs="Times New Roman"/>
          <w:sz w:val="20"/>
          <w:szCs w:val="20"/>
        </w:rPr>
        <w:t>Once cleared by a cardiologist, exercise can typically be resumed using the following gradual framework:</w:t>
      </w:r>
    </w:p>
    <w:p w14:paraId="09E44D12"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1: Low-Intensity Functional Activity</w:t>
      </w:r>
    </w:p>
    <w:p w14:paraId="166D5AF9" w14:textId="77777777" w:rsidR="004B2954" w:rsidRPr="00BB79B8" w:rsidRDefault="004B2954" w:rsidP="004B2954">
      <w:pPr>
        <w:spacing w:after="20"/>
        <w:ind w:left="216"/>
        <w:rPr>
          <w:rFonts w:cs="Times New Roman"/>
          <w:sz w:val="20"/>
          <w:szCs w:val="20"/>
        </w:rPr>
      </w:pPr>
      <w:r w:rsidRPr="00BB79B8">
        <w:rPr>
          <w:rFonts w:cs="Times New Roman"/>
          <w:sz w:val="20"/>
          <w:szCs w:val="20"/>
        </w:rPr>
        <w:t>Focus: Activities of daily living and very light movement.</w:t>
      </w:r>
    </w:p>
    <w:p w14:paraId="7C47B51B"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Activities: Slow walking around the house or yard, gentle stretching, and light domestic tasks.</w:t>
      </w:r>
    </w:p>
    <w:p w14:paraId="65FBC4EB" w14:textId="77777777" w:rsidR="004B2954" w:rsidRPr="00BB79B8" w:rsidRDefault="004B2954" w:rsidP="004B2954">
      <w:pPr>
        <w:spacing w:after="20"/>
        <w:ind w:left="216"/>
        <w:rPr>
          <w:rFonts w:cs="Times New Roman"/>
          <w:sz w:val="20"/>
          <w:szCs w:val="20"/>
        </w:rPr>
      </w:pPr>
      <w:r w:rsidRPr="00BB79B8">
        <w:rPr>
          <w:rFonts w:cs="Times New Roman"/>
          <w:sz w:val="20"/>
          <w:szCs w:val="20"/>
        </w:rPr>
        <w:t>Goal: Ensure these activities do not trigger chest pain, palpitations, or unusual shortness of breath.</w:t>
      </w:r>
    </w:p>
    <w:p w14:paraId="06BE4BCF"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2: Controlled Aerobic Initiation</w:t>
      </w:r>
    </w:p>
    <w:p w14:paraId="4D6EEEE8" w14:textId="77777777" w:rsidR="004B2954" w:rsidRPr="00BB79B8" w:rsidRDefault="004B2954" w:rsidP="004B2954">
      <w:pPr>
        <w:spacing w:after="20"/>
        <w:ind w:left="216"/>
        <w:rPr>
          <w:rFonts w:cs="Times New Roman"/>
          <w:sz w:val="20"/>
          <w:szCs w:val="20"/>
        </w:rPr>
      </w:pPr>
      <w:r w:rsidRPr="00BB79B8">
        <w:rPr>
          <w:rFonts w:cs="Times New Roman"/>
          <w:sz w:val="20"/>
          <w:szCs w:val="20"/>
        </w:rPr>
        <w:t>Focus: Increasing heart rate slightly without strain.</w:t>
      </w:r>
    </w:p>
    <w:p w14:paraId="33D028A7"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Activities: Steady walking on flat ground for 10-15 minutes.</w:t>
      </w:r>
    </w:p>
    <w:p w14:paraId="53B4577F" w14:textId="77777777" w:rsidR="004B2954" w:rsidRPr="00BB79B8" w:rsidRDefault="004B2954" w:rsidP="004B2954">
      <w:pPr>
        <w:spacing w:after="20"/>
        <w:ind w:left="216"/>
        <w:rPr>
          <w:rFonts w:cs="Times New Roman"/>
          <w:sz w:val="20"/>
          <w:szCs w:val="20"/>
        </w:rPr>
      </w:pPr>
      <w:r w:rsidRPr="00BB79B8">
        <w:rPr>
          <w:rFonts w:cs="Times New Roman"/>
          <w:sz w:val="20"/>
          <w:szCs w:val="20"/>
        </w:rPr>
        <w:t>Intensity: You should be able to maintain a full conversation comfortably (the "talk test").</w:t>
      </w:r>
    </w:p>
    <w:p w14:paraId="488D9241" w14:textId="77777777" w:rsidR="004B2954" w:rsidRPr="00BB79B8" w:rsidRDefault="004B2954" w:rsidP="004B2954">
      <w:pPr>
        <w:spacing w:after="20"/>
        <w:ind w:left="216"/>
        <w:rPr>
          <w:rFonts w:cs="Times New Roman"/>
          <w:sz w:val="20"/>
          <w:szCs w:val="20"/>
        </w:rPr>
      </w:pPr>
      <w:r w:rsidRPr="00BB79B8">
        <w:rPr>
          <w:rFonts w:cs="Times New Roman"/>
          <w:sz w:val="20"/>
          <w:szCs w:val="20"/>
        </w:rPr>
        <w:t>Duration: Slowly increase the time by 5 minutes every few sessions if no symptoms occur.</w:t>
      </w:r>
    </w:p>
    <w:p w14:paraId="7A30AFC3"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3: Moderate Aerobic Exercise</w:t>
      </w:r>
    </w:p>
    <w:p w14:paraId="38D3B81D" w14:textId="77777777" w:rsidR="004B2954" w:rsidRPr="00BB79B8" w:rsidRDefault="004B2954" w:rsidP="004B2954">
      <w:pPr>
        <w:spacing w:after="20"/>
        <w:ind w:left="216"/>
        <w:rPr>
          <w:rFonts w:cs="Times New Roman"/>
          <w:sz w:val="20"/>
          <w:szCs w:val="20"/>
        </w:rPr>
      </w:pPr>
      <w:r w:rsidRPr="00BB79B8">
        <w:rPr>
          <w:rFonts w:cs="Times New Roman"/>
          <w:sz w:val="20"/>
          <w:szCs w:val="20"/>
        </w:rPr>
        <w:t>Focus: Building endurance.</w:t>
      </w:r>
    </w:p>
    <w:p w14:paraId="2D4AF625"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Activities: Power walking, light cycling on a stationary bike, or slow swimming.</w:t>
      </w:r>
    </w:p>
    <w:p w14:paraId="2FD1B977" w14:textId="77777777" w:rsidR="004B2954" w:rsidRPr="00BB79B8" w:rsidRDefault="004B2954" w:rsidP="004B2954">
      <w:pPr>
        <w:spacing w:after="20"/>
        <w:ind w:left="216"/>
        <w:rPr>
          <w:rFonts w:cs="Times New Roman"/>
          <w:sz w:val="20"/>
          <w:szCs w:val="20"/>
        </w:rPr>
      </w:pPr>
      <w:r w:rsidRPr="00BB79B8">
        <w:rPr>
          <w:rFonts w:cs="Times New Roman"/>
          <w:sz w:val="20"/>
          <w:szCs w:val="20"/>
        </w:rPr>
        <w:t>Frequency: 3-4 times per week.</w:t>
      </w:r>
    </w:p>
    <w:p w14:paraId="1BC4E3C6" w14:textId="77777777" w:rsidR="004B2954" w:rsidRPr="00BB79B8" w:rsidRDefault="004B2954" w:rsidP="004B2954">
      <w:pPr>
        <w:spacing w:after="20"/>
        <w:ind w:left="216"/>
        <w:rPr>
          <w:rFonts w:cs="Times New Roman"/>
          <w:sz w:val="20"/>
          <w:szCs w:val="20"/>
        </w:rPr>
      </w:pPr>
      <w:r w:rsidRPr="00BB79B8">
        <w:rPr>
          <w:rFonts w:cs="Times New Roman"/>
          <w:sz w:val="20"/>
          <w:szCs w:val="20"/>
        </w:rPr>
        <w:t>Precaution: Avoid high-intensity interval training (HIIT) or heavy lifting during this stage.</w:t>
      </w:r>
    </w:p>
    <w:p w14:paraId="6B62D8BA"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4: Return to Previous Levels</w:t>
      </w:r>
    </w:p>
    <w:p w14:paraId="4A214172" w14:textId="77777777" w:rsidR="004B2954" w:rsidRPr="00BB79B8" w:rsidRDefault="004B2954" w:rsidP="004B2954">
      <w:pPr>
        <w:spacing w:after="20"/>
        <w:ind w:left="216"/>
        <w:rPr>
          <w:rFonts w:cs="Times New Roman"/>
          <w:sz w:val="20"/>
          <w:szCs w:val="20"/>
        </w:rPr>
      </w:pPr>
      <w:r w:rsidRPr="00BB79B8">
        <w:rPr>
          <w:rFonts w:cs="Times New Roman"/>
          <w:sz w:val="20"/>
          <w:szCs w:val="20"/>
        </w:rPr>
        <w:t>Focus: Reintroducing sport-specific or higher-intensity training.</w:t>
      </w:r>
    </w:p>
    <w:p w14:paraId="78D87F3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Requirement: This phase should only begin after a follow-up evaluation shows normalized ECG, exercise stress tests, and cardiac biomarkers.</w:t>
      </w:r>
    </w:p>
    <w:p w14:paraId="249541CA" w14:textId="77777777" w:rsidR="004B2954" w:rsidRPr="00BB79B8" w:rsidRDefault="004B2954" w:rsidP="004B2954">
      <w:pPr>
        <w:spacing w:after="20"/>
        <w:ind w:left="216"/>
        <w:rPr>
          <w:rFonts w:cs="Times New Roman"/>
          <w:sz w:val="20"/>
          <w:szCs w:val="20"/>
        </w:rPr>
      </w:pPr>
      <w:r w:rsidRPr="00BB79B8">
        <w:rPr>
          <w:rFonts w:cs="Times New Roman"/>
          <w:sz w:val="20"/>
          <w:szCs w:val="20"/>
        </w:rPr>
        <w:t>Protocol: Gradually reintroduce resistance training or jogging, monitoring recovery time between sessions.</w:t>
      </w:r>
    </w:p>
    <w:p w14:paraId="0D09AFF0" w14:textId="77777777" w:rsidR="004B2954" w:rsidRPr="00BB79B8" w:rsidRDefault="004B2954" w:rsidP="004B2954">
      <w:pPr>
        <w:spacing w:after="20"/>
        <w:ind w:left="216"/>
        <w:rPr>
          <w:rFonts w:cs="Times New Roman"/>
          <w:sz w:val="20"/>
          <w:szCs w:val="20"/>
        </w:rPr>
      </w:pPr>
      <w:r w:rsidRPr="00BB79B8">
        <w:rPr>
          <w:rFonts w:cs="Times New Roman"/>
          <w:sz w:val="20"/>
          <w:szCs w:val="20"/>
        </w:rPr>
        <w:t>Key Safety Indicators</w:t>
      </w:r>
    </w:p>
    <w:p w14:paraId="47AF3D97" w14:textId="77777777" w:rsidR="004B2954" w:rsidRPr="00BB79B8" w:rsidRDefault="004B2954" w:rsidP="004B2954">
      <w:pPr>
        <w:spacing w:after="20"/>
        <w:ind w:left="216"/>
        <w:rPr>
          <w:rFonts w:cs="Times New Roman"/>
          <w:sz w:val="20"/>
          <w:szCs w:val="20"/>
        </w:rPr>
      </w:pPr>
      <w:r w:rsidRPr="00BB79B8">
        <w:rPr>
          <w:rFonts w:cs="Times New Roman"/>
          <w:sz w:val="20"/>
          <w:szCs w:val="20"/>
        </w:rPr>
        <w:t>During recovery, you should immediately stop exercising and consult a physician if you experience:</w:t>
      </w:r>
    </w:p>
    <w:p w14:paraId="28DA9490" w14:textId="77777777" w:rsidR="004B2954" w:rsidRPr="00BB79B8" w:rsidRDefault="004B2954" w:rsidP="004B2954">
      <w:pPr>
        <w:spacing w:after="20"/>
        <w:ind w:left="216"/>
        <w:rPr>
          <w:rFonts w:cs="Times New Roman"/>
          <w:sz w:val="20"/>
          <w:szCs w:val="20"/>
        </w:rPr>
      </w:pPr>
      <w:r w:rsidRPr="00BB79B8">
        <w:rPr>
          <w:rFonts w:cs="Times New Roman"/>
          <w:sz w:val="20"/>
          <w:szCs w:val="20"/>
        </w:rPr>
        <w:t>Unusual or sudden chest tightness or pain.</w:t>
      </w:r>
    </w:p>
    <w:p w14:paraId="64820F75"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palpitations (feeling like the heart is skipping beats or racing).</w:t>
      </w:r>
    </w:p>
    <w:p w14:paraId="6C97EFB7"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severe dizziness.</w:t>
      </w:r>
    </w:p>
    <w:p w14:paraId="1BD4351F"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that is disproportionate to the level of exertion.</w:t>
      </w:r>
    </w:p>
    <w:p w14:paraId="3706A0A2" w14:textId="77777777" w:rsidR="004B2954" w:rsidRPr="00BB79B8" w:rsidRDefault="004B2954" w:rsidP="004B2954">
      <w:pPr>
        <w:spacing w:after="20"/>
        <w:ind w:left="216"/>
        <w:rPr>
          <w:rFonts w:cs="Times New Roman"/>
          <w:sz w:val="20"/>
          <w:szCs w:val="20"/>
        </w:rPr>
      </w:pPr>
      <w:r w:rsidRPr="00BB79B8">
        <w:rPr>
          <w:rFonts w:cs="Times New Roman"/>
          <w:sz w:val="20"/>
          <w:szCs w:val="20"/>
        </w:rPr>
        <w:t>Note: Because myocarditis recovery is highly individual, the "Return to Play" timeline must be tailored to the clinical resolution of the inflammation as confirmed by a medical professional.</w:t>
      </w:r>
    </w:p>
    <w:p w14:paraId="144D2D70" w14:textId="77777777" w:rsidR="004B2954" w:rsidRPr="00BB79B8" w:rsidRDefault="004B2954" w:rsidP="004B2954">
      <w:pPr>
        <w:spacing w:after="0"/>
        <w:rPr>
          <w:rFonts w:cs="Times New Roman"/>
          <w:sz w:val="20"/>
          <w:szCs w:val="20"/>
        </w:rPr>
      </w:pPr>
    </w:p>
    <w:p w14:paraId="6FD4D93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539DB6F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48042F2"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should only be resumed very gradually after myocarditis - and only once a cardiologist confirms that heart inflammation has resolved. Guidelines emphasize 3-6 months of complete exercise restriction, followed by a stepwise return once cardiac tests normalize. This protects against dangerous arrhythmias and recurrence.</w:t>
      </w:r>
    </w:p>
    <w:p w14:paraId="2795205F" w14:textId="77777777" w:rsidR="004B2954" w:rsidRPr="00BB79B8" w:rsidRDefault="004B2954" w:rsidP="004B2954">
      <w:pPr>
        <w:spacing w:after="20"/>
        <w:ind w:left="216"/>
        <w:rPr>
          <w:rFonts w:cs="Times New Roman"/>
          <w:sz w:val="20"/>
          <w:szCs w:val="20"/>
        </w:rPr>
      </w:pPr>
      <w:r w:rsidRPr="00BB79B8">
        <w:rPr>
          <w:rFonts w:cs="Times New Roman"/>
          <w:sz w:val="20"/>
          <w:szCs w:val="20"/>
        </w:rPr>
        <w:t>Below is a structured, evidence-based progression grounded in current expert guidance, including the European Association of Preventive Cardiology and sports-cardiology consensus statements.</w:t>
      </w:r>
    </w:p>
    <w:p w14:paraId="1F07A9EA" w14:textId="77777777" w:rsidR="004B2954" w:rsidRPr="00BB79B8" w:rsidRDefault="004B2954" w:rsidP="004B2954">
      <w:pPr>
        <w:spacing w:after="20"/>
        <w:ind w:left="216"/>
        <w:rPr>
          <w:rFonts w:cs="Times New Roman"/>
          <w:sz w:val="20"/>
          <w:szCs w:val="20"/>
        </w:rPr>
      </w:pPr>
      <w:r w:rsidRPr="00BB79B8">
        <w:rPr>
          <w:rFonts w:cs="Times New Roman"/>
          <w:sz w:val="20"/>
          <w:szCs w:val="20"/>
        </w:rPr>
        <w:t>Core criteria before restarting any exercise</w:t>
      </w:r>
    </w:p>
    <w:p w14:paraId="040E41D7" w14:textId="77777777" w:rsidR="004B2954" w:rsidRPr="00BB79B8" w:rsidRDefault="004B2954" w:rsidP="004B2954">
      <w:pPr>
        <w:spacing w:after="20"/>
        <w:ind w:left="216"/>
        <w:rPr>
          <w:rFonts w:cs="Times New Roman"/>
          <w:sz w:val="20"/>
          <w:szCs w:val="20"/>
        </w:rPr>
      </w:pPr>
      <w:r w:rsidRPr="00BB79B8">
        <w:rPr>
          <w:rFonts w:cs="Times New Roman"/>
          <w:sz w:val="20"/>
          <w:szCs w:val="20"/>
        </w:rPr>
        <w:t>You should not resume training until all of the following are normal:</w:t>
      </w:r>
    </w:p>
    <w:p w14:paraId="320081B0" w14:textId="77777777" w:rsidR="004B2954" w:rsidRPr="00BB79B8" w:rsidRDefault="004B2954" w:rsidP="004B2954">
      <w:pPr>
        <w:spacing w:after="20"/>
        <w:ind w:left="216"/>
        <w:rPr>
          <w:rFonts w:cs="Times New Roman"/>
          <w:sz w:val="20"/>
          <w:szCs w:val="20"/>
        </w:rPr>
      </w:pPr>
      <w:r w:rsidRPr="00BB79B8">
        <w:rPr>
          <w:rFonts w:cs="Times New Roman"/>
          <w:sz w:val="20"/>
          <w:szCs w:val="20"/>
        </w:rPr>
        <w:t>Left ventricular function (echo or MRI)</w:t>
      </w:r>
    </w:p>
    <w:p w14:paraId="587C19B3"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(e.g., troponin)</w:t>
      </w:r>
    </w:p>
    <w:p w14:paraId="2BF2BCEC" w14:textId="77777777" w:rsidR="004B2954" w:rsidRPr="00BB79B8" w:rsidRDefault="004B2954" w:rsidP="004B2954">
      <w:pPr>
        <w:spacing w:after="20"/>
        <w:ind w:left="216"/>
        <w:rPr>
          <w:rFonts w:cs="Times New Roman"/>
          <w:sz w:val="20"/>
          <w:szCs w:val="20"/>
        </w:rPr>
      </w:pPr>
      <w:r w:rsidRPr="00BB79B8">
        <w:rPr>
          <w:rFonts w:cs="Times New Roman"/>
          <w:sz w:val="20"/>
          <w:szCs w:val="20"/>
        </w:rPr>
        <w:t>Rhythm monitoring showing no clinically relevant arrhythmias</w:t>
      </w:r>
    </w:p>
    <w:p w14:paraId="1A467BDC"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stress testing without arrhythmias</w:t>
      </w:r>
    </w:p>
    <w:p w14:paraId="1D0A5D66"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criteria are explicitly recommended for safe return to training.</w:t>
      </w:r>
    </w:p>
    <w:p w14:paraId="31ADC78E"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 return-to-exercise progression</w:t>
      </w:r>
    </w:p>
    <w:p w14:paraId="72CD6095"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general educational guidance, not a personalized plan. A cardiologist should approve each stage.</w:t>
      </w:r>
    </w:p>
    <w:p w14:paraId="4BFF37B4" w14:textId="77777777" w:rsidR="004B2954" w:rsidRPr="00BB79B8" w:rsidRDefault="004B2954" w:rsidP="004B2954">
      <w:pPr>
        <w:spacing w:after="20"/>
        <w:ind w:left="216"/>
        <w:rPr>
          <w:rFonts w:cs="Times New Roman"/>
          <w:sz w:val="20"/>
          <w:szCs w:val="20"/>
        </w:rPr>
      </w:pPr>
      <w:r w:rsidRPr="00BB79B8">
        <w:rPr>
          <w:rFonts w:cs="Times New Roman"/>
          <w:sz w:val="20"/>
          <w:szCs w:val="20"/>
        </w:rPr>
        <w:t>Stage 1 - Light daily activity (1-2 weeks)</w:t>
      </w:r>
    </w:p>
    <w:p w14:paraId="1908CCBC" w14:textId="77777777" w:rsidR="004B2954" w:rsidRPr="00BB79B8" w:rsidRDefault="004B2954" w:rsidP="004B2954">
      <w:pPr>
        <w:spacing w:after="20"/>
        <w:ind w:left="216"/>
        <w:rPr>
          <w:rFonts w:cs="Times New Roman"/>
          <w:sz w:val="20"/>
          <w:szCs w:val="20"/>
        </w:rPr>
      </w:pPr>
      <w:r w:rsidRPr="00BB79B8">
        <w:rPr>
          <w:rFonts w:cs="Times New Roman"/>
          <w:sz w:val="20"/>
          <w:szCs w:val="20"/>
        </w:rPr>
        <w:t>Light walking 10-20 minutes</w:t>
      </w:r>
    </w:p>
    <w:p w14:paraId="01A301B2" w14:textId="77777777" w:rsidR="004B2954" w:rsidRPr="00BB79B8" w:rsidRDefault="004B2954" w:rsidP="004B2954">
      <w:pPr>
        <w:spacing w:after="20"/>
        <w:ind w:left="216"/>
        <w:rPr>
          <w:rFonts w:cs="Times New Roman"/>
          <w:sz w:val="20"/>
          <w:szCs w:val="20"/>
        </w:rPr>
      </w:pPr>
      <w:r w:rsidRPr="00BB79B8">
        <w:rPr>
          <w:rFonts w:cs="Times New Roman"/>
          <w:sz w:val="20"/>
          <w:szCs w:val="20"/>
        </w:rPr>
        <w:t>Gentle stretching</w:t>
      </w:r>
    </w:p>
    <w:p w14:paraId="6584C262" w14:textId="77777777" w:rsidR="004B2954" w:rsidRPr="00BB79B8" w:rsidRDefault="004B2954" w:rsidP="004B2954">
      <w:pPr>
        <w:spacing w:after="20"/>
        <w:ind w:left="216"/>
        <w:rPr>
          <w:rFonts w:cs="Times New Roman"/>
          <w:sz w:val="20"/>
          <w:szCs w:val="20"/>
        </w:rPr>
      </w:pPr>
      <w:r w:rsidRPr="00BB79B8">
        <w:rPr>
          <w:rFonts w:cs="Times New Roman"/>
          <w:sz w:val="20"/>
          <w:szCs w:val="20"/>
        </w:rPr>
        <w:t>No elevated heart rate, no breathlessness</w:t>
      </w:r>
    </w:p>
    <w:p w14:paraId="312216B3" w14:textId="77777777" w:rsidR="004B2954" w:rsidRPr="00BB79B8" w:rsidRDefault="004B2954" w:rsidP="004B2954">
      <w:pPr>
        <w:spacing w:after="20"/>
        <w:ind w:left="216"/>
        <w:rPr>
          <w:rFonts w:cs="Times New Roman"/>
          <w:sz w:val="20"/>
          <w:szCs w:val="20"/>
        </w:rPr>
      </w:pPr>
      <w:r w:rsidRPr="00BB79B8">
        <w:rPr>
          <w:rFonts w:cs="Times New Roman"/>
          <w:sz w:val="20"/>
          <w:szCs w:val="20"/>
        </w:rPr>
        <w:t>Stop immediately if palpitations, chest discomfort, or unusual fatigue occur</w:t>
      </w:r>
    </w:p>
    <w:p w14:paraId="03CDA1F4" w14:textId="77777777" w:rsidR="004B2954" w:rsidRPr="00BB79B8" w:rsidRDefault="004B2954" w:rsidP="004B2954">
      <w:pPr>
        <w:spacing w:after="20"/>
        <w:ind w:left="216"/>
        <w:rPr>
          <w:rFonts w:cs="Times New Roman"/>
          <w:sz w:val="20"/>
          <w:szCs w:val="20"/>
        </w:rPr>
      </w:pPr>
      <w:r w:rsidRPr="00BB79B8">
        <w:rPr>
          <w:rFonts w:cs="Times New Roman"/>
          <w:sz w:val="20"/>
          <w:szCs w:val="20"/>
        </w:rPr>
        <w:t>Stage 2 - Low-intensity aerobic activity (1-2 weeks)</w:t>
      </w:r>
    </w:p>
    <w:p w14:paraId="02CAC7B7" w14:textId="77777777" w:rsidR="004B2954" w:rsidRPr="00BB79B8" w:rsidRDefault="004B2954" w:rsidP="004B2954">
      <w:pPr>
        <w:spacing w:after="20"/>
        <w:ind w:left="216"/>
        <w:rPr>
          <w:rFonts w:cs="Times New Roman"/>
          <w:sz w:val="20"/>
          <w:szCs w:val="20"/>
        </w:rPr>
      </w:pPr>
      <w:r w:rsidRPr="00BB79B8">
        <w:rPr>
          <w:rFonts w:cs="Times New Roman"/>
          <w:sz w:val="20"/>
          <w:szCs w:val="20"/>
        </w:rPr>
        <w:t>Stationary cycling or slow walking</w:t>
      </w:r>
    </w:p>
    <w:p w14:paraId="385C6231" w14:textId="77777777" w:rsidR="004B2954" w:rsidRPr="00BB79B8" w:rsidRDefault="004B2954" w:rsidP="004B2954">
      <w:pPr>
        <w:spacing w:after="20"/>
        <w:ind w:left="216"/>
        <w:rPr>
          <w:rFonts w:cs="Times New Roman"/>
          <w:sz w:val="20"/>
          <w:szCs w:val="20"/>
        </w:rPr>
      </w:pPr>
      <w:r w:rsidRPr="00BB79B8">
        <w:rPr>
          <w:rFonts w:cs="Times New Roman"/>
          <w:sz w:val="20"/>
          <w:szCs w:val="20"/>
        </w:rPr>
        <w:t>Keep intensity below 60% of pre-illness effort</w:t>
      </w:r>
    </w:p>
    <w:p w14:paraId="4B2FB9CF" w14:textId="77777777" w:rsidR="004B2954" w:rsidRPr="00BB79B8" w:rsidRDefault="004B2954" w:rsidP="004B2954">
      <w:pPr>
        <w:spacing w:after="20"/>
        <w:ind w:left="216"/>
        <w:rPr>
          <w:rFonts w:cs="Times New Roman"/>
          <w:sz w:val="20"/>
          <w:szCs w:val="20"/>
        </w:rPr>
      </w:pPr>
      <w:r w:rsidRPr="00BB79B8">
        <w:rPr>
          <w:rFonts w:cs="Times New Roman"/>
          <w:sz w:val="20"/>
          <w:szCs w:val="20"/>
        </w:rPr>
        <w:t>Sessions 20-30 minutes, every other day</w:t>
      </w:r>
    </w:p>
    <w:p w14:paraId="00F81A09" w14:textId="77777777" w:rsidR="004B2954" w:rsidRPr="00BB79B8" w:rsidRDefault="004B2954" w:rsidP="004B2954">
      <w:pPr>
        <w:spacing w:after="20"/>
        <w:ind w:left="216"/>
        <w:rPr>
          <w:rFonts w:cs="Times New Roman"/>
          <w:sz w:val="20"/>
          <w:szCs w:val="20"/>
        </w:rPr>
      </w:pPr>
      <w:r w:rsidRPr="00BB79B8">
        <w:rPr>
          <w:rFonts w:cs="Times New Roman"/>
          <w:sz w:val="20"/>
          <w:szCs w:val="20"/>
        </w:rPr>
        <w:t>Stage 3 - Moderate aerobic training (2-3 weeks)</w:t>
      </w:r>
    </w:p>
    <w:p w14:paraId="490B8AF5" w14:textId="77777777" w:rsidR="004B2954" w:rsidRPr="00BB79B8" w:rsidRDefault="004B2954" w:rsidP="004B2954">
      <w:pPr>
        <w:spacing w:after="20"/>
        <w:ind w:left="216"/>
        <w:rPr>
          <w:rFonts w:cs="Times New Roman"/>
          <w:sz w:val="20"/>
          <w:szCs w:val="20"/>
        </w:rPr>
      </w:pPr>
      <w:r w:rsidRPr="00BB79B8">
        <w:rPr>
          <w:rFonts w:cs="Times New Roman"/>
          <w:sz w:val="20"/>
          <w:szCs w:val="20"/>
        </w:rPr>
        <w:t>Brisk walking, light jogging, easy swimming</w:t>
      </w:r>
    </w:p>
    <w:p w14:paraId="5ADEC1FA"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Gradually increase duration to 30-45 minutes</w:t>
      </w:r>
    </w:p>
    <w:p w14:paraId="2EC48B7B" w14:textId="77777777" w:rsidR="004B2954" w:rsidRPr="00BB79B8" w:rsidRDefault="004B2954" w:rsidP="004B2954">
      <w:pPr>
        <w:spacing w:after="20"/>
        <w:ind w:left="216"/>
        <w:rPr>
          <w:rFonts w:cs="Times New Roman"/>
          <w:sz w:val="20"/>
          <w:szCs w:val="20"/>
        </w:rPr>
      </w:pPr>
      <w:r w:rsidRPr="00BB79B8">
        <w:rPr>
          <w:rFonts w:cs="Times New Roman"/>
          <w:sz w:val="20"/>
          <w:szCs w:val="20"/>
        </w:rPr>
        <w:t>Avoid interval training or hills</w:t>
      </w:r>
    </w:p>
    <w:p w14:paraId="4527CA98" w14:textId="77777777" w:rsidR="004B2954" w:rsidRPr="00BB79B8" w:rsidRDefault="004B2954" w:rsidP="004B2954">
      <w:pPr>
        <w:spacing w:after="20"/>
        <w:ind w:left="216"/>
        <w:rPr>
          <w:rFonts w:cs="Times New Roman"/>
          <w:sz w:val="20"/>
          <w:szCs w:val="20"/>
        </w:rPr>
      </w:pPr>
      <w:r w:rsidRPr="00BB79B8">
        <w:rPr>
          <w:rFonts w:cs="Times New Roman"/>
          <w:sz w:val="20"/>
          <w:szCs w:val="20"/>
        </w:rPr>
        <w:t>Stage 4 - Controlled higher-intensity training (2-3 weeks)</w:t>
      </w:r>
    </w:p>
    <w:p w14:paraId="22940C0D"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running, cycling, or sport-specific drills</w:t>
      </w:r>
    </w:p>
    <w:p w14:paraId="249F189B" w14:textId="77777777" w:rsidR="004B2954" w:rsidRPr="00BB79B8" w:rsidRDefault="004B2954" w:rsidP="004B2954">
      <w:pPr>
        <w:spacing w:after="20"/>
        <w:ind w:left="216"/>
        <w:rPr>
          <w:rFonts w:cs="Times New Roman"/>
          <w:sz w:val="20"/>
          <w:szCs w:val="20"/>
        </w:rPr>
      </w:pPr>
      <w:r w:rsidRPr="00BB79B8">
        <w:rPr>
          <w:rFonts w:cs="Times New Roman"/>
          <w:sz w:val="20"/>
          <w:szCs w:val="20"/>
        </w:rPr>
        <w:t>Introduce short intervals but avoid maximal effort</w:t>
      </w:r>
    </w:p>
    <w:p w14:paraId="067FA989"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Continue rhythm monitoring if recommended</w:t>
      </w:r>
    </w:p>
    <w:p w14:paraId="6A979B39" w14:textId="77777777" w:rsidR="004B2954" w:rsidRPr="00BB79B8" w:rsidRDefault="004B2954" w:rsidP="004B2954">
      <w:pPr>
        <w:spacing w:after="20"/>
        <w:ind w:left="216"/>
        <w:rPr>
          <w:rFonts w:cs="Times New Roman"/>
          <w:sz w:val="20"/>
          <w:szCs w:val="20"/>
        </w:rPr>
      </w:pPr>
      <w:r w:rsidRPr="00BB79B8">
        <w:rPr>
          <w:rFonts w:cs="Times New Roman"/>
          <w:sz w:val="20"/>
          <w:szCs w:val="20"/>
        </w:rPr>
        <w:t>Stage 5 - Full training and competition</w:t>
      </w:r>
    </w:p>
    <w:p w14:paraId="552ACB39" w14:textId="77777777" w:rsidR="004B2954" w:rsidRPr="00BB79B8" w:rsidRDefault="004B2954" w:rsidP="004B2954">
      <w:pPr>
        <w:spacing w:after="20"/>
        <w:ind w:left="216"/>
        <w:rPr>
          <w:rFonts w:cs="Times New Roman"/>
          <w:sz w:val="20"/>
          <w:szCs w:val="20"/>
        </w:rPr>
      </w:pPr>
      <w:r w:rsidRPr="00BB79B8">
        <w:rPr>
          <w:rFonts w:cs="Times New Roman"/>
          <w:sz w:val="20"/>
          <w:szCs w:val="20"/>
        </w:rPr>
        <w:t>Only when cleared by cardiology</w:t>
      </w:r>
    </w:p>
    <w:p w14:paraId="65C32AAA" w14:textId="77777777" w:rsidR="004B2954" w:rsidRPr="00BB79B8" w:rsidRDefault="004B2954" w:rsidP="004B2954">
      <w:pPr>
        <w:spacing w:after="20"/>
        <w:ind w:left="216"/>
        <w:rPr>
          <w:rFonts w:cs="Times New Roman"/>
          <w:sz w:val="20"/>
          <w:szCs w:val="20"/>
        </w:rPr>
      </w:pPr>
      <w:r w:rsidRPr="00BB79B8">
        <w:rPr>
          <w:rFonts w:cs="Times New Roman"/>
          <w:sz w:val="20"/>
          <w:szCs w:val="20"/>
        </w:rPr>
        <w:t>No symptoms, no arrhythmias, normal imaging and biomarkers</w:t>
      </w:r>
    </w:p>
    <w:p w14:paraId="0B489740" w14:textId="77777777" w:rsidR="004B2954" w:rsidRPr="00BB79B8" w:rsidRDefault="004B2954" w:rsidP="004B2954">
      <w:pPr>
        <w:spacing w:after="20"/>
        <w:ind w:left="216"/>
        <w:rPr>
          <w:rFonts w:cs="Times New Roman"/>
          <w:sz w:val="20"/>
          <w:szCs w:val="20"/>
        </w:rPr>
      </w:pPr>
      <w:r w:rsidRPr="00BB79B8">
        <w:rPr>
          <w:rFonts w:cs="Times New Roman"/>
          <w:sz w:val="20"/>
          <w:szCs w:val="20"/>
        </w:rPr>
        <w:t>Annual reassessment is recommended because recurrence risk is higher in the first 2 years.</w:t>
      </w:r>
    </w:p>
    <w:p w14:paraId="7ADF1D68" w14:textId="77777777" w:rsidR="004B2954" w:rsidRPr="00BB79B8" w:rsidRDefault="004B2954" w:rsidP="004B2954">
      <w:pPr>
        <w:spacing w:after="20"/>
        <w:ind w:left="216"/>
        <w:rPr>
          <w:rFonts w:cs="Times New Roman"/>
          <w:sz w:val="20"/>
          <w:szCs w:val="20"/>
        </w:rPr>
      </w:pPr>
      <w:r w:rsidRPr="00BB79B8">
        <w:rPr>
          <w:rFonts w:cs="Times New Roman"/>
          <w:sz w:val="20"/>
          <w:szCs w:val="20"/>
        </w:rPr>
        <w:t>Warning signs that require stopping exercise</w:t>
      </w:r>
    </w:p>
    <w:p w14:paraId="5C781099"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05219421"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skipped beats</w:t>
      </w:r>
    </w:p>
    <w:p w14:paraId="743C6198"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out of proportion to effort</w:t>
      </w:r>
    </w:p>
    <w:p w14:paraId="4B78F97B" w14:textId="77777777" w:rsidR="004B2954" w:rsidRPr="00BB79B8" w:rsidRDefault="004B2954" w:rsidP="004B2954">
      <w:pPr>
        <w:spacing w:after="20"/>
        <w:ind w:left="216"/>
        <w:rPr>
          <w:rFonts w:cs="Times New Roman"/>
          <w:sz w:val="20"/>
          <w:szCs w:val="20"/>
        </w:rPr>
      </w:pPr>
      <w:r w:rsidRPr="00BB79B8">
        <w:rPr>
          <w:rFonts w:cs="Times New Roman"/>
          <w:sz w:val="20"/>
          <w:szCs w:val="20"/>
        </w:rPr>
        <w:t>Dizziness or faintness</w:t>
      </w:r>
    </w:p>
    <w:p w14:paraId="7B07C7DC"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Unusual fatigue lasting &gt;24 hours</w:t>
      </w:r>
    </w:p>
    <w:p w14:paraId="748B3D80" w14:textId="77777777" w:rsidR="004B2954" w:rsidRPr="00BB79B8" w:rsidRDefault="004B2954" w:rsidP="004B2954">
      <w:pPr>
        <w:spacing w:after="20"/>
        <w:ind w:left="216"/>
        <w:rPr>
          <w:rFonts w:cs="Times New Roman"/>
          <w:sz w:val="20"/>
          <w:szCs w:val="20"/>
        </w:rPr>
      </w:pPr>
      <w:r w:rsidRPr="00BB79B8">
        <w:rPr>
          <w:rFonts w:cs="Times New Roman"/>
          <w:sz w:val="20"/>
          <w:szCs w:val="20"/>
        </w:rPr>
        <w:t>Any of these require immediate medical review.</w:t>
      </w:r>
    </w:p>
    <w:p w14:paraId="1CC35E00" w14:textId="77777777" w:rsidR="004B2954" w:rsidRPr="00BB79B8" w:rsidRDefault="004B2954" w:rsidP="004B2954">
      <w:pPr>
        <w:spacing w:after="20"/>
        <w:ind w:left="216"/>
        <w:rPr>
          <w:rFonts w:cs="Times New Roman"/>
          <w:sz w:val="20"/>
          <w:szCs w:val="20"/>
        </w:rPr>
      </w:pPr>
      <w:r w:rsidRPr="00BB79B8">
        <w:rPr>
          <w:rFonts w:cs="Times New Roman"/>
          <w:sz w:val="20"/>
          <w:szCs w:val="20"/>
        </w:rPr>
        <w:t>Why the progression must be slow</w:t>
      </w:r>
    </w:p>
    <w:p w14:paraId="0DF9DB47"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increases myocardial workload, which can worsen inflammation.</w:t>
      </w:r>
    </w:p>
    <w:p w14:paraId="455DEBE3"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increases risk of ventricular arrhythmias, especially with exertion.</w:t>
      </w:r>
    </w:p>
    <w:p w14:paraId="3F2F4D0A" w14:textId="77777777" w:rsidR="004B2954" w:rsidRPr="00BB79B8" w:rsidRDefault="004B2954" w:rsidP="004B2954">
      <w:pPr>
        <w:spacing w:after="20"/>
        <w:ind w:left="216"/>
        <w:rPr>
          <w:rFonts w:cs="Times New Roman"/>
          <w:sz w:val="20"/>
          <w:szCs w:val="20"/>
        </w:rPr>
      </w:pPr>
      <w:r w:rsidRPr="00BB79B8">
        <w:rPr>
          <w:rFonts w:cs="Times New Roman"/>
          <w:sz w:val="20"/>
          <w:szCs w:val="20"/>
        </w:rPr>
        <w:t>Even after symptoms resolve, MRI may show lingering inflammation, which correlates with risk.</w:t>
      </w:r>
    </w:p>
    <w:p w14:paraId="14AB4FDA" w14:textId="77777777" w:rsidR="004B2954" w:rsidRPr="00BB79B8" w:rsidRDefault="004B2954" w:rsidP="004B2954">
      <w:pPr>
        <w:spacing w:after="0"/>
        <w:rPr>
          <w:rFonts w:cs="Times New Roman"/>
          <w:sz w:val="20"/>
          <w:szCs w:val="20"/>
        </w:rPr>
      </w:pPr>
    </w:p>
    <w:p w14:paraId="0B23222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5DE228B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84068DE"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recovery requires a cautious, personalized, and well-monitored approach to resuming exercise. The goal is to balance the considerable benefits of physical activity with the critical need to protect your heart during the healing process. Resuming exercise too soon or too vigorously can worsen inflammation and increase the risk of dangerous heart rhythms.</w:t>
      </w:r>
    </w:p>
    <w:p w14:paraId="6A03E091" w14:textId="77777777" w:rsidR="004B2954" w:rsidRPr="00BB79B8" w:rsidRDefault="004B2954" w:rsidP="004B2954">
      <w:pPr>
        <w:spacing w:after="20"/>
        <w:ind w:left="216"/>
        <w:rPr>
          <w:rFonts w:cs="Times New Roman"/>
          <w:sz w:val="20"/>
          <w:szCs w:val="20"/>
        </w:rPr>
      </w:pPr>
      <w:r w:rsidRPr="00BB79B8">
        <w:rPr>
          <w:rFonts w:cs="Times New Roman"/>
          <w:sz w:val="20"/>
          <w:szCs w:val="20"/>
        </w:rPr>
        <w:t>Pre-requisites: The "Green Light" to Start</w:t>
      </w:r>
    </w:p>
    <w:p w14:paraId="31CB054D" w14:textId="77777777" w:rsidR="004B2954" w:rsidRPr="00BB79B8" w:rsidRDefault="004B2954" w:rsidP="004B2954">
      <w:pPr>
        <w:spacing w:after="20"/>
        <w:ind w:left="216"/>
        <w:rPr>
          <w:rFonts w:cs="Times New Roman"/>
          <w:sz w:val="20"/>
          <w:szCs w:val="20"/>
        </w:rPr>
      </w:pPr>
      <w:r w:rsidRPr="00BB79B8">
        <w:rPr>
          <w:rFonts w:cs="Times New Roman"/>
          <w:sz w:val="20"/>
          <w:szCs w:val="20"/>
        </w:rPr>
        <w:t>Before considering any return to exercise, you must be fully cleared by your medical team. This typically requires:</w:t>
      </w:r>
    </w:p>
    <w:p w14:paraId="549720A8" w14:textId="77777777" w:rsidR="004B2954" w:rsidRPr="00BB79B8" w:rsidRDefault="004B2954" w:rsidP="004B2954">
      <w:pPr>
        <w:spacing w:after="20"/>
        <w:ind w:left="216"/>
        <w:rPr>
          <w:rFonts w:cs="Times New Roman"/>
          <w:sz w:val="20"/>
          <w:szCs w:val="20"/>
        </w:rPr>
      </w:pPr>
      <w:r w:rsidRPr="00BB79B8">
        <w:rPr>
          <w:rFonts w:cs="Times New Roman"/>
          <w:sz w:val="20"/>
          <w:szCs w:val="20"/>
        </w:rPr>
        <w:t>Being completely symptom-free: This means no chest pain, palpitations, shortness of breath, or excessive fatigue during normal daily activities, and blood biomarkers of inflammation (such as troponin) have returned to normal.</w:t>
      </w:r>
    </w:p>
    <w:p w14:paraId="44CCA406" w14:textId="77777777" w:rsidR="004B2954" w:rsidRPr="00BB79B8" w:rsidRDefault="004B2954" w:rsidP="004B2954">
      <w:pPr>
        <w:spacing w:after="20"/>
        <w:ind w:left="216"/>
        <w:rPr>
          <w:rFonts w:cs="Times New Roman"/>
          <w:sz w:val="20"/>
          <w:szCs w:val="20"/>
        </w:rPr>
      </w:pPr>
      <w:r w:rsidRPr="00BB79B8">
        <w:rPr>
          <w:rFonts w:cs="Times New Roman"/>
          <w:sz w:val="20"/>
          <w:szCs w:val="20"/>
        </w:rPr>
        <w:t>Having normal cardiac test results: This includes a normal electrocardiogram (ECG/EKG), no significant arrhythmias on a 24-hour Holter monitor, and normal or stabilized left ventricular function (LVEF) on an echocardiogram (echo).</w:t>
      </w:r>
    </w:p>
    <w:p w14:paraId="79BD4F98" w14:textId="77777777" w:rsidR="004B2954" w:rsidRPr="00BB79B8" w:rsidRDefault="004B2954" w:rsidP="004B2954">
      <w:pPr>
        <w:spacing w:after="20"/>
        <w:ind w:left="216"/>
        <w:rPr>
          <w:rFonts w:cs="Times New Roman"/>
          <w:sz w:val="20"/>
          <w:szCs w:val="20"/>
        </w:rPr>
      </w:pPr>
      <w:r w:rsidRPr="00BB79B8">
        <w:rPr>
          <w:rFonts w:cs="Times New Roman"/>
          <w:sz w:val="20"/>
          <w:szCs w:val="20"/>
        </w:rPr>
        <w:t>Undergoing a cardiac MRI (CMR): CMR is a advanced imaging test that can detect ongoing heart muscle inflammation (edema) and scarring. It is crucial to confirm that the inflammation has fully resolved before you begin exercising, especially for high-risk individuals. Your doctor may also use a symptom-limited treadmill exercise test to check for any exercise-induced arrhythmias or other issues.</w:t>
      </w:r>
    </w:p>
    <w:p w14:paraId="6EA37D1E" w14:textId="77777777" w:rsidR="004B2954" w:rsidRPr="00BB79B8" w:rsidRDefault="004B2954" w:rsidP="004B2954">
      <w:pPr>
        <w:spacing w:after="20"/>
        <w:ind w:left="216"/>
        <w:rPr>
          <w:rFonts w:cs="Times New Roman"/>
          <w:sz w:val="20"/>
          <w:szCs w:val="20"/>
        </w:rPr>
      </w:pPr>
      <w:r w:rsidRPr="00BB79B8">
        <w:rPr>
          <w:rFonts w:cs="Times New Roman"/>
          <w:sz w:val="20"/>
          <w:szCs w:val="20"/>
        </w:rPr>
        <w:t>The General Timeline: A Roadmap for Recovery</w:t>
      </w:r>
    </w:p>
    <w:p w14:paraId="1103CE54" w14:textId="77777777" w:rsidR="004B2954" w:rsidRPr="00BB79B8" w:rsidRDefault="004B2954" w:rsidP="004B2954">
      <w:pPr>
        <w:spacing w:after="20"/>
        <w:ind w:left="216"/>
        <w:rPr>
          <w:rFonts w:cs="Times New Roman"/>
          <w:sz w:val="20"/>
          <w:szCs w:val="20"/>
        </w:rPr>
      </w:pPr>
      <w:r w:rsidRPr="00BB79B8">
        <w:rPr>
          <w:rFonts w:cs="Times New Roman"/>
          <w:sz w:val="20"/>
          <w:szCs w:val="20"/>
        </w:rPr>
        <w:t>The standard guideline, based on expert consensus from the American College of Cardiology (ACC) and European Society of Cardiology (ESC), is to wait 3 to 6 months after diagnosis before attempting to return to high-intensity activities or competitive sports. The timeline is not one-size-fits-all and depends on the severity of your case:</w:t>
      </w:r>
    </w:p>
    <w:p w14:paraId="5A0F2BAE" w14:textId="77777777" w:rsidR="004B2954" w:rsidRPr="00BB79B8" w:rsidRDefault="004B2954" w:rsidP="004B2954">
      <w:pPr>
        <w:spacing w:after="20"/>
        <w:ind w:left="216"/>
        <w:rPr>
          <w:rFonts w:cs="Times New Roman"/>
          <w:sz w:val="20"/>
          <w:szCs w:val="20"/>
        </w:rPr>
      </w:pPr>
      <w:r w:rsidRPr="00BB79B8">
        <w:rPr>
          <w:rFonts w:cs="Times New Roman"/>
          <w:sz w:val="20"/>
          <w:szCs w:val="20"/>
        </w:rPr>
        <w:t>Mild Cases: For individuals who have recovered completely, with no evidence of active disease, guidelines suggest a gradual return to all forms of exercise, including competitive sports, may be considered as early as 30 days after diagnosis. However, current guidelines have shortened the absolute abstinence period to about a month for some patients.</w:t>
      </w:r>
    </w:p>
    <w:p w14:paraId="130B90C6"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to Severe Cases: For most individuals with a clinical diagnosis, a more conservative 3 to 6 month waiting period is standard. Those with a severe disease course, such as those needing intensive care, require an even longer period of rest before any exertion.</w:t>
      </w:r>
    </w:p>
    <w:p w14:paraId="3DBDB83F" w14:textId="77777777" w:rsidR="004B2954" w:rsidRPr="00BB79B8" w:rsidRDefault="004B2954" w:rsidP="004B2954">
      <w:pPr>
        <w:spacing w:after="20"/>
        <w:ind w:left="216"/>
        <w:rPr>
          <w:rFonts w:cs="Times New Roman"/>
          <w:sz w:val="20"/>
          <w:szCs w:val="20"/>
        </w:rPr>
      </w:pPr>
      <w:r w:rsidRPr="00BB79B8">
        <w:rPr>
          <w:rFonts w:cs="Times New Roman"/>
          <w:sz w:val="20"/>
          <w:szCs w:val="20"/>
        </w:rPr>
        <w:t>A Gradual, Phased Return Strategy</w:t>
      </w:r>
    </w:p>
    <w:p w14:paraId="32522B32" w14:textId="77777777" w:rsidR="004B2954" w:rsidRPr="00BB79B8" w:rsidRDefault="004B2954" w:rsidP="004B2954">
      <w:pPr>
        <w:spacing w:after="20"/>
        <w:ind w:left="216"/>
        <w:rPr>
          <w:rFonts w:cs="Times New Roman"/>
          <w:sz w:val="20"/>
          <w:szCs w:val="20"/>
        </w:rPr>
      </w:pPr>
      <w:r w:rsidRPr="00BB79B8">
        <w:rPr>
          <w:rFonts w:cs="Times New Roman"/>
          <w:sz w:val="20"/>
          <w:szCs w:val="20"/>
        </w:rPr>
        <w:t>The resumption process is a gradual, multi-stage protocol. It is vital to progress slowly and listen to your body at every step.</w:t>
      </w:r>
    </w:p>
    <w:p w14:paraId="154FDCA2"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1: The Initial Weeks of Healing</w:t>
      </w:r>
    </w:p>
    <w:p w14:paraId="33CFE08F" w14:textId="77777777" w:rsidR="004B2954" w:rsidRPr="00BB79B8" w:rsidRDefault="004B2954" w:rsidP="004B2954">
      <w:pPr>
        <w:spacing w:after="20"/>
        <w:ind w:left="216"/>
        <w:rPr>
          <w:rFonts w:cs="Times New Roman"/>
          <w:sz w:val="20"/>
          <w:szCs w:val="20"/>
        </w:rPr>
      </w:pPr>
      <w:r w:rsidRPr="00BB79B8">
        <w:rPr>
          <w:rFonts w:cs="Times New Roman"/>
          <w:sz w:val="20"/>
          <w:szCs w:val="20"/>
        </w:rPr>
        <w:t>Absolute Rest: During the acute inflammatory phase (and for the initial weeks afterward), all forms of moderate to high-intensity physical activity are strictly prohibited.</w:t>
      </w:r>
    </w:p>
    <w:p w14:paraId="48E6A025" w14:textId="77777777" w:rsidR="004B2954" w:rsidRPr="00BB79B8" w:rsidRDefault="004B2954" w:rsidP="004B2954">
      <w:pPr>
        <w:spacing w:after="20"/>
        <w:ind w:left="216"/>
        <w:rPr>
          <w:rFonts w:cs="Times New Roman"/>
          <w:sz w:val="20"/>
          <w:szCs w:val="20"/>
        </w:rPr>
      </w:pPr>
      <w:r w:rsidRPr="00BB79B8">
        <w:rPr>
          <w:rFonts w:cs="Times New Roman"/>
          <w:sz w:val="20"/>
          <w:szCs w:val="20"/>
        </w:rPr>
        <w:t>Gentle Daily Living: Only perform light daily activities as tolerated, such as walking short distances at a leisurely pace. Avoid any activity that significantly raises your heart rate or causes breathlessness.</w:t>
      </w:r>
    </w:p>
    <w:p w14:paraId="529A8F3F"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2: The 3-6 Month Waiting Period - Healing Foundations</w:t>
      </w:r>
    </w:p>
    <w:p w14:paraId="0E763BA2" w14:textId="77777777" w:rsidR="004B2954" w:rsidRPr="00BB79B8" w:rsidRDefault="004B2954" w:rsidP="004B2954">
      <w:pPr>
        <w:spacing w:after="20"/>
        <w:ind w:left="216"/>
        <w:rPr>
          <w:rFonts w:cs="Times New Roman"/>
          <w:sz w:val="20"/>
          <w:szCs w:val="20"/>
        </w:rPr>
      </w:pPr>
      <w:r w:rsidRPr="00BB79B8">
        <w:rPr>
          <w:rFonts w:cs="Times New Roman"/>
          <w:sz w:val="20"/>
          <w:szCs w:val="20"/>
        </w:rPr>
        <w:t>Purpose: This is the most critical time for your heart muscle to heal. During this period, you should generally refrain from structured exercise beyond the activities of daily living.</w:t>
      </w:r>
    </w:p>
    <w:p w14:paraId="68DA5DDC"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Clearance: The end of this period is typically when your cardiologist will perform the necessary follow-up tests (echocardiogram, CMR, Holter monitor) to determine if you are ready to safely consider exercise.</w:t>
      </w:r>
    </w:p>
    <w:p w14:paraId="1C4FC0FA"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3: Controlled Reassessment and First Steps</w:t>
      </w:r>
    </w:p>
    <w:p w14:paraId="3AAAFA8E"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Re-evaluation: After the 3-6 month waiting period, your medical team will conduct a thorough assessment. This includes a symptom-limited exercise treadmill test to check for effort intolerance, arrhythmias, or reproduction of symptoms.</w:t>
      </w:r>
    </w:p>
    <w:p w14:paraId="4C5AFB38" w14:textId="77777777" w:rsidR="004B2954" w:rsidRPr="00BB79B8" w:rsidRDefault="004B2954" w:rsidP="004B2954">
      <w:pPr>
        <w:spacing w:after="20"/>
        <w:ind w:left="216"/>
        <w:rPr>
          <w:rFonts w:cs="Times New Roman"/>
          <w:sz w:val="20"/>
          <w:szCs w:val="20"/>
        </w:rPr>
      </w:pPr>
      <w:r w:rsidRPr="00BB79B8">
        <w:rPr>
          <w:rFonts w:cs="Times New Roman"/>
          <w:sz w:val="20"/>
          <w:szCs w:val="20"/>
        </w:rPr>
        <w:t>Ambulatory Monitoring: If the stress test is normal, you may be asked to wear a portable ECG monitor (Holter monitor) for a week as you begin to return to low-level exercise. This ensures no dangerous heart rhythms develop during physical activity.</w:t>
      </w:r>
    </w:p>
    <w:p w14:paraId="596460D2" w14:textId="77777777" w:rsidR="004B2954" w:rsidRPr="00BB79B8" w:rsidRDefault="004B2954" w:rsidP="004B2954">
      <w:pPr>
        <w:spacing w:after="20"/>
        <w:ind w:left="216"/>
        <w:rPr>
          <w:rFonts w:cs="Times New Roman"/>
          <w:sz w:val="20"/>
          <w:szCs w:val="20"/>
        </w:rPr>
      </w:pPr>
      <w:r w:rsidRPr="00BB79B8">
        <w:rPr>
          <w:rFonts w:cs="Times New Roman"/>
          <w:sz w:val="20"/>
          <w:szCs w:val="20"/>
        </w:rPr>
        <w:t>Phase 4: The Gradual Return - Step-Wise Progression</w:t>
      </w:r>
    </w:p>
    <w:p w14:paraId="7AE32B15" w14:textId="77777777" w:rsidR="004B2954" w:rsidRPr="00BB79B8" w:rsidRDefault="004B2954" w:rsidP="004B2954">
      <w:pPr>
        <w:spacing w:after="20"/>
        <w:ind w:left="216"/>
        <w:rPr>
          <w:rFonts w:cs="Times New Roman"/>
          <w:sz w:val="20"/>
          <w:szCs w:val="20"/>
        </w:rPr>
      </w:pPr>
      <w:r w:rsidRPr="00BB79B8">
        <w:rPr>
          <w:rFonts w:cs="Times New Roman"/>
          <w:sz w:val="20"/>
          <w:szCs w:val="20"/>
        </w:rPr>
        <w:t>Once fully cleared, the return to exercise follows a structured, symptom-driven progression. Always stop and consult your doctor if any concerning symptoms return.</w:t>
      </w:r>
    </w:p>
    <w:p w14:paraId="77F8B9D0" w14:textId="77777777" w:rsidR="004B2954" w:rsidRPr="00BB79B8" w:rsidRDefault="004B2954" w:rsidP="004B2954">
      <w:pPr>
        <w:spacing w:after="20"/>
        <w:ind w:left="216"/>
        <w:rPr>
          <w:rFonts w:cs="Times New Roman"/>
          <w:sz w:val="20"/>
          <w:szCs w:val="20"/>
        </w:rPr>
      </w:pPr>
      <w:r w:rsidRPr="00BB79B8">
        <w:rPr>
          <w:rFonts w:cs="Times New Roman"/>
          <w:sz w:val="20"/>
          <w:szCs w:val="20"/>
        </w:rPr>
        <w:t>Start Low and Go Slow: Begin with low-intensity activities such as brisk walking, stationary cycling, or gentle stretching. A simple rule for safe intensity is to keep your heart rate around 50-60% of your maximum (e.g., 220 minus your age).</w:t>
      </w:r>
    </w:p>
    <w:p w14:paraId="1BFD6410"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Progression by Duration First, Then Intensity: Do not increase both the length and intensity of your workouts at the same time. Start by extending the duration of your low-intensity activity (e.g., walk for 10 minutes, then 15 minutes, then 20 minutes).</w:t>
      </w:r>
    </w:p>
    <w:p w14:paraId="62F48B42" w14:textId="77777777" w:rsidR="004B2954" w:rsidRPr="00BB79B8" w:rsidRDefault="004B2954" w:rsidP="004B2954">
      <w:pPr>
        <w:spacing w:after="20"/>
        <w:ind w:left="216"/>
        <w:rPr>
          <w:rFonts w:cs="Times New Roman"/>
          <w:sz w:val="20"/>
          <w:szCs w:val="20"/>
        </w:rPr>
      </w:pPr>
      <w:r w:rsidRPr="00BB79B8">
        <w:rPr>
          <w:rFonts w:cs="Times New Roman"/>
          <w:sz w:val="20"/>
          <w:szCs w:val="20"/>
        </w:rPr>
        <w:t>The "10% Rule": A conservative guideline is to increase your total weekly exercise time by no more than 10%. This allows for a slow, manageable adaptation.</w:t>
      </w:r>
    </w:p>
    <w:p w14:paraId="5A8F4DD3"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for Symptoms: The most important rule is to watch for any adverse symptoms: chest pain, unusual shortness of breath, a pounding or irregular heartbeat (palpitations), dizziness, or fainting. If you experience any of these, stop exercising immediately and contact your doctor.</w:t>
      </w:r>
    </w:p>
    <w:p w14:paraId="46A9723E" w14:textId="77777777" w:rsidR="004B2954" w:rsidRPr="00BB79B8" w:rsidRDefault="004B2954" w:rsidP="004B2954">
      <w:pPr>
        <w:spacing w:after="20"/>
        <w:ind w:left="216"/>
        <w:rPr>
          <w:rFonts w:cs="Times New Roman"/>
          <w:sz w:val="20"/>
          <w:szCs w:val="20"/>
        </w:rPr>
      </w:pPr>
      <w:r w:rsidRPr="00BB79B8">
        <w:rPr>
          <w:rFonts w:cs="Times New Roman"/>
          <w:sz w:val="20"/>
          <w:szCs w:val="20"/>
        </w:rPr>
        <w:t>Conclusion: A Personalized Journey Back to Exercise</w:t>
      </w:r>
    </w:p>
    <w:p w14:paraId="6D907F26"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Returning to exercise after myocarditis is a highly personalized process. Any plan must be carefully tailored to your specific condition, severity, and recovery status.</w:t>
      </w:r>
    </w:p>
    <w:p w14:paraId="5B6AD1B5" w14:textId="77777777" w:rsidR="004B2954" w:rsidRPr="00BB79B8" w:rsidRDefault="004B2954" w:rsidP="004B2954">
      <w:pPr>
        <w:spacing w:after="20"/>
        <w:ind w:left="216"/>
        <w:rPr>
          <w:rFonts w:cs="Times New Roman"/>
          <w:sz w:val="20"/>
          <w:szCs w:val="20"/>
        </w:rPr>
      </w:pPr>
      <w:r w:rsidRPr="00BB79B8">
        <w:rPr>
          <w:rFonts w:cs="Times New Roman"/>
          <w:sz w:val="20"/>
          <w:szCs w:val="20"/>
        </w:rPr>
        <w:t>Shared Decision-Making: The decision to resume exercise should be a collaborative one between you and your cardiologist, balancing the benefits of activity against the potential risks. A stepwise strategy based on your symptoms, test results, and stress testing is key.</w:t>
      </w:r>
    </w:p>
    <w:p w14:paraId="2BFC052A" w14:textId="77777777" w:rsidR="004B2954" w:rsidRPr="00BB79B8" w:rsidRDefault="004B2954" w:rsidP="004B2954">
      <w:pPr>
        <w:spacing w:after="20"/>
        <w:ind w:left="216"/>
        <w:rPr>
          <w:rFonts w:cs="Times New Roman"/>
          <w:sz w:val="20"/>
          <w:szCs w:val="20"/>
        </w:rPr>
      </w:pPr>
      <w:r w:rsidRPr="00BB79B8">
        <w:rPr>
          <w:rFonts w:cs="Times New Roman"/>
          <w:sz w:val="20"/>
          <w:szCs w:val="20"/>
        </w:rPr>
        <w:t>Key Milestones for "Green Light": You are generally ready to begin this process when: your symptoms have resolved, your ECG shows no significant arrhythmias, and your cardiac function has normalized or is stable.</w:t>
      </w:r>
    </w:p>
    <w:p w14:paraId="7E5EF21F" w14:textId="77777777" w:rsidR="004B2954" w:rsidRPr="00BB79B8" w:rsidRDefault="004B2954" w:rsidP="004B2954">
      <w:pPr>
        <w:spacing w:after="20"/>
        <w:ind w:left="216"/>
        <w:rPr>
          <w:rFonts w:cs="Times New Roman"/>
          <w:sz w:val="20"/>
          <w:szCs w:val="20"/>
        </w:rPr>
      </w:pPr>
      <w:r w:rsidRPr="00BB79B8">
        <w:rPr>
          <w:rFonts w:cs="Times New Roman"/>
          <w:sz w:val="20"/>
          <w:szCs w:val="20"/>
        </w:rPr>
        <w:t>The Importance of Follow-Up: Even after restarting activity, long-term surveillance is crucial. The ACC recommends ongoing monitoring, including repeat echocardiograms or CMRs during follow-up, to ensure continued healing and early detection of any long-term issues.</w:t>
      </w:r>
    </w:p>
    <w:p w14:paraId="1B7B959C" w14:textId="77777777" w:rsidR="004B2954" w:rsidRPr="00BB79B8" w:rsidRDefault="004B2954" w:rsidP="004B2954">
      <w:pPr>
        <w:spacing w:after="20"/>
        <w:ind w:left="216"/>
        <w:rPr>
          <w:rFonts w:cs="Times New Roman"/>
          <w:sz w:val="20"/>
          <w:szCs w:val="20"/>
        </w:rPr>
      </w:pPr>
      <w:r w:rsidRPr="00BB79B8">
        <w:rPr>
          <w:rFonts w:cs="Times New Roman"/>
          <w:sz w:val="20"/>
          <w:szCs w:val="20"/>
        </w:rPr>
        <w:t>I hope this detailed roadmap provides a clear and helpful guide for navigating your recovery.</w:t>
      </w:r>
    </w:p>
    <w:p w14:paraId="6F274F5F" w14:textId="77777777" w:rsidR="004B2954" w:rsidRPr="00BB79B8" w:rsidRDefault="004B2954" w:rsidP="004B2954">
      <w:pPr>
        <w:spacing w:after="0"/>
        <w:rPr>
          <w:rFonts w:cs="Times New Roman"/>
          <w:sz w:val="20"/>
          <w:szCs w:val="20"/>
        </w:rPr>
      </w:pPr>
    </w:p>
    <w:p w14:paraId="521CD73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37791B7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C1E9C50" w14:textId="77777777" w:rsidR="004B2954" w:rsidRPr="00BB79B8" w:rsidRDefault="004B2954" w:rsidP="004B2954">
      <w:pPr>
        <w:spacing w:after="20"/>
        <w:ind w:left="216"/>
        <w:rPr>
          <w:rFonts w:cs="Times New Roman"/>
          <w:sz w:val="20"/>
          <w:szCs w:val="20"/>
        </w:rPr>
      </w:pPr>
      <w:r w:rsidRPr="00BB79B8">
        <w:rPr>
          <w:rFonts w:cs="Times New Roman"/>
          <w:sz w:val="20"/>
          <w:szCs w:val="20"/>
        </w:rPr>
        <w:t>Answer: How to gradually resume exercise during myocarditis recovery</w:t>
      </w:r>
    </w:p>
    <w:p w14:paraId="7D5F6FDE" w14:textId="77777777" w:rsidR="004B2954" w:rsidRPr="00BB79B8" w:rsidRDefault="004B2954" w:rsidP="004B2954">
      <w:pPr>
        <w:spacing w:after="20"/>
        <w:ind w:left="216"/>
        <w:rPr>
          <w:rFonts w:cs="Times New Roman"/>
          <w:sz w:val="20"/>
          <w:szCs w:val="20"/>
        </w:rPr>
      </w:pPr>
      <w:r w:rsidRPr="00BB79B8">
        <w:rPr>
          <w:rFonts w:cs="Times New Roman"/>
          <w:sz w:val="20"/>
          <w:szCs w:val="20"/>
        </w:rPr>
        <w:t>Strictly follow medical guidance first</w:t>
      </w:r>
    </w:p>
    <w:p w14:paraId="51538A70" w14:textId="77777777" w:rsidR="004B2954" w:rsidRPr="00BB79B8" w:rsidRDefault="004B2954" w:rsidP="004B2954">
      <w:pPr>
        <w:spacing w:after="20"/>
        <w:ind w:left="216"/>
        <w:rPr>
          <w:rFonts w:cs="Times New Roman"/>
          <w:sz w:val="20"/>
          <w:szCs w:val="20"/>
        </w:rPr>
      </w:pPr>
      <w:r w:rsidRPr="00BB79B8">
        <w:rPr>
          <w:rFonts w:cs="Times New Roman"/>
          <w:sz w:val="20"/>
          <w:szCs w:val="20"/>
        </w:rPr>
        <w:t>Stop all intense exercise in the acute phase; only complete bed rest is allowed until symptoms (chest pain, palpitations, fatigue) disappear and cardiac markers, ECG and cardiac ultrasound return to normal.</w:t>
      </w:r>
    </w:p>
    <w:p w14:paraId="0CF2CF05" w14:textId="77777777" w:rsidR="004B2954" w:rsidRPr="00BB79B8" w:rsidRDefault="004B2954" w:rsidP="004B2954">
      <w:pPr>
        <w:spacing w:after="20"/>
        <w:ind w:left="216"/>
        <w:rPr>
          <w:rFonts w:cs="Times New Roman"/>
          <w:sz w:val="20"/>
          <w:szCs w:val="20"/>
        </w:rPr>
      </w:pPr>
      <w:r w:rsidRPr="00BB79B8">
        <w:rPr>
          <w:rFonts w:cs="Times New Roman"/>
          <w:sz w:val="20"/>
          <w:szCs w:val="20"/>
        </w:rPr>
        <w:t>Start with ultra-light inactive activity</w:t>
      </w:r>
    </w:p>
    <w:p w14:paraId="59FCAE9C" w14:textId="77777777" w:rsidR="004B2954" w:rsidRPr="00BB79B8" w:rsidRDefault="004B2954" w:rsidP="004B2954">
      <w:pPr>
        <w:spacing w:after="20"/>
        <w:ind w:left="216"/>
        <w:rPr>
          <w:rFonts w:cs="Times New Roman"/>
          <w:sz w:val="20"/>
          <w:szCs w:val="20"/>
        </w:rPr>
      </w:pPr>
      <w:r w:rsidRPr="00BB79B8">
        <w:rPr>
          <w:rFonts w:cs="Times New Roman"/>
          <w:sz w:val="20"/>
          <w:szCs w:val="20"/>
        </w:rPr>
        <w:t>After the acute period, begin with slow walking indoors or short-distance flat walking, keeping the heart rate stable without chest tightness, shortness of breath or palpitations; avoid climbing stairs and fast walking.</w:t>
      </w:r>
    </w:p>
    <w:p w14:paraId="4DC36E90"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Gradually increase duration and intensity slowly</w:t>
      </w:r>
    </w:p>
    <w:p w14:paraId="5D75669F" w14:textId="77777777" w:rsidR="004B2954" w:rsidRPr="00BB79B8" w:rsidRDefault="004B2954" w:rsidP="004B2954">
      <w:pPr>
        <w:spacing w:after="20"/>
        <w:ind w:left="216"/>
        <w:rPr>
          <w:rFonts w:cs="Times New Roman"/>
          <w:sz w:val="20"/>
          <w:szCs w:val="20"/>
        </w:rPr>
      </w:pPr>
      <w:r w:rsidRPr="00BB79B8">
        <w:rPr>
          <w:rFonts w:cs="Times New Roman"/>
          <w:sz w:val="20"/>
          <w:szCs w:val="20"/>
        </w:rPr>
        <w:t>Extend walking time step by step, then transition to gentle aerobic exercise such as slow jogging, tai chi and yoga. No strenuous exercise, competitive sports, endurance training are allowed in the first 3-6 months of recovery.</w:t>
      </w:r>
    </w:p>
    <w:p w14:paraId="7BEED992"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 body response in real time</w:t>
      </w:r>
    </w:p>
    <w:p w14:paraId="151DA0E4" w14:textId="77777777" w:rsidR="004B2954" w:rsidRPr="00BB79B8" w:rsidRDefault="004B2954" w:rsidP="004B2954">
      <w:pPr>
        <w:spacing w:after="20"/>
        <w:ind w:left="216"/>
        <w:rPr>
          <w:rFonts w:cs="Times New Roman"/>
          <w:sz w:val="20"/>
          <w:szCs w:val="20"/>
        </w:rPr>
      </w:pPr>
      <w:r w:rsidRPr="00BB79B8">
        <w:rPr>
          <w:rFonts w:cs="Times New Roman"/>
          <w:sz w:val="20"/>
          <w:szCs w:val="20"/>
        </w:rPr>
        <w:t>Stop exercise immediately if symptoms like fatigue, palpitations, dizziness, chest tightness occur. Do not rush to increase exercise load; progress only when you feel fully comfortable.</w:t>
      </w:r>
    </w:p>
    <w:p w14:paraId="2CB1FF34"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graded return to normal exercise</w:t>
      </w:r>
    </w:p>
    <w:p w14:paraId="43984675" w14:textId="77777777" w:rsidR="004B2954" w:rsidRPr="00BB79B8" w:rsidRDefault="004B2954" w:rsidP="004B2954">
      <w:pPr>
        <w:spacing w:after="20"/>
        <w:ind w:left="216"/>
        <w:rPr>
          <w:rFonts w:cs="Times New Roman"/>
          <w:sz w:val="20"/>
          <w:szCs w:val="20"/>
        </w:rPr>
      </w:pPr>
      <w:r w:rsidRPr="00BB79B8">
        <w:rPr>
          <w:rFonts w:cs="Times New Roman"/>
          <w:sz w:val="20"/>
          <w:szCs w:val="20"/>
        </w:rPr>
        <w:t>A full return to regular sports and high-intensity training can only be considered after a comprehensive cardiac re-evaluation by a cardiologist, usually after 6-12 months of stable recovery.</w:t>
      </w:r>
    </w:p>
    <w:p w14:paraId="43D3C4CE" w14:textId="77777777" w:rsidR="004B2954" w:rsidRPr="00BB79B8" w:rsidRDefault="004B2954" w:rsidP="004B2954">
      <w:pPr>
        <w:rPr>
          <w:rFonts w:cs="Times New Roman"/>
          <w:sz w:val="20"/>
          <w:szCs w:val="20"/>
        </w:rPr>
      </w:pPr>
    </w:p>
    <w:p w14:paraId="2E31E58F" w14:textId="77777777" w:rsidR="004B2954" w:rsidRPr="00BB79B8" w:rsidRDefault="004B2954" w:rsidP="004B2954">
      <w:pPr>
        <w:keepNext/>
        <w:rPr>
          <w:rFonts w:cs="Times New Roman"/>
          <w:sz w:val="20"/>
          <w:szCs w:val="20"/>
        </w:rPr>
      </w:pPr>
      <w:r w:rsidRPr="00BB79B8">
        <w:rPr>
          <w:rFonts w:cs="Times New Roman"/>
          <w:b/>
          <w:color w:val="1F4E79"/>
          <w:sz w:val="20"/>
          <w:szCs w:val="20"/>
        </w:rPr>
        <w:t>Q46. Can myocarditis fully recover?</w:t>
      </w:r>
    </w:p>
    <w:p w14:paraId="4B4066C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00B4CE19"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3533FB8"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fully recover, but recovery depends on several factors including the cause, severity, and timely treatment. Here's a breakdown:</w:t>
      </w:r>
    </w:p>
    <w:p w14:paraId="1BC036E3" w14:textId="77777777" w:rsidR="004B2954" w:rsidRPr="00BB79B8" w:rsidRDefault="004B2954" w:rsidP="004B2954">
      <w:pPr>
        <w:spacing w:after="20"/>
        <w:ind w:left="216"/>
        <w:rPr>
          <w:rFonts w:cs="Times New Roman"/>
          <w:sz w:val="20"/>
          <w:szCs w:val="20"/>
        </w:rPr>
      </w:pPr>
      <w:r w:rsidRPr="00BB79B8">
        <w:rPr>
          <w:rFonts w:cs="Times New Roman"/>
          <w:sz w:val="20"/>
          <w:szCs w:val="20"/>
        </w:rPr>
        <w:t>Mild or acute myocarditis</w:t>
      </w:r>
    </w:p>
    <w:p w14:paraId="3806548E" w14:textId="77777777" w:rsidR="004B2954" w:rsidRPr="00BB79B8" w:rsidRDefault="004B2954" w:rsidP="004B2954">
      <w:pPr>
        <w:spacing w:after="20"/>
        <w:ind w:left="216"/>
        <w:rPr>
          <w:rFonts w:cs="Times New Roman"/>
          <w:sz w:val="20"/>
          <w:szCs w:val="20"/>
        </w:rPr>
      </w:pPr>
      <w:r w:rsidRPr="00BB79B8">
        <w:rPr>
          <w:rFonts w:cs="Times New Roman"/>
          <w:sz w:val="20"/>
          <w:szCs w:val="20"/>
        </w:rPr>
        <w:t>Many patients, especially children and young adults with mild viral myocarditis, recover completely without lasting heart damage.</w:t>
      </w:r>
    </w:p>
    <w:p w14:paraId="65E6A29D"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like chest pain, fatigue, or palpitations usually resolve over weeks to a few months.</w:t>
      </w:r>
    </w:p>
    <w:p w14:paraId="5BF94D15"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function often returns to normal, as confirmed by echocardiography or cardiac MRI.</w:t>
      </w:r>
    </w:p>
    <w:p w14:paraId="060EF5A0"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to severe myocarditis</w:t>
      </w:r>
    </w:p>
    <w:p w14:paraId="06F1AA2F"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may be partial, and some patients can develop chronic heart problems such as reduced heart function (dilated cardiomyopathy) or arrhythmias.</w:t>
      </w:r>
    </w:p>
    <w:p w14:paraId="001A8340"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is more likely if early medical care, rest, and adherence to therapy are followed.</w:t>
      </w:r>
    </w:p>
    <w:p w14:paraId="1429EE3E"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w:t>
      </w:r>
    </w:p>
    <w:p w14:paraId="27A578A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This is a rare, rapidly progressive form requiring intensive care.</w:t>
      </w:r>
    </w:p>
    <w:p w14:paraId="12123C06" w14:textId="77777777" w:rsidR="004B2954" w:rsidRPr="00BB79B8" w:rsidRDefault="004B2954" w:rsidP="004B2954">
      <w:pPr>
        <w:spacing w:after="20"/>
        <w:ind w:left="216"/>
        <w:rPr>
          <w:rFonts w:cs="Times New Roman"/>
          <w:sz w:val="20"/>
          <w:szCs w:val="20"/>
        </w:rPr>
      </w:pPr>
      <w:r w:rsidRPr="00BB79B8">
        <w:rPr>
          <w:rFonts w:cs="Times New Roman"/>
          <w:sz w:val="20"/>
          <w:szCs w:val="20"/>
        </w:rPr>
        <w:t>With aggressive treatment (ventricular support, medications, sometimes immunotherapy), patients can survive and sometimes fully recover, but long-term follow-up is essential.</w:t>
      </w:r>
    </w:p>
    <w:p w14:paraId="60957550"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w:t>
      </w:r>
    </w:p>
    <w:p w14:paraId="60C274AC" w14:textId="77777777" w:rsidR="004B2954" w:rsidRPr="00BB79B8" w:rsidRDefault="004B2954" w:rsidP="004B2954">
      <w:pPr>
        <w:spacing w:after="20"/>
        <w:ind w:left="216"/>
        <w:rPr>
          <w:rFonts w:cs="Times New Roman"/>
          <w:sz w:val="20"/>
          <w:szCs w:val="20"/>
        </w:rPr>
      </w:pPr>
      <w:r w:rsidRPr="00BB79B8">
        <w:rPr>
          <w:rFonts w:cs="Times New Roman"/>
          <w:sz w:val="20"/>
          <w:szCs w:val="20"/>
        </w:rPr>
        <w:t>Doctors usually monitor heart function and rhythm for months after myocarditis.</w:t>
      </w:r>
    </w:p>
    <w:p w14:paraId="1F02D8EE" w14:textId="77777777" w:rsidR="004B2954" w:rsidRPr="00BB79B8" w:rsidRDefault="004B2954" w:rsidP="004B2954">
      <w:pPr>
        <w:spacing w:after="20"/>
        <w:ind w:left="216"/>
        <w:rPr>
          <w:rFonts w:cs="Times New Roman"/>
          <w:sz w:val="20"/>
          <w:szCs w:val="20"/>
        </w:rPr>
      </w:pPr>
      <w:r w:rsidRPr="00BB79B8">
        <w:rPr>
          <w:rFonts w:cs="Times New Roman"/>
          <w:sz w:val="20"/>
          <w:szCs w:val="20"/>
        </w:rPr>
        <w:t>Some people may need lifestyle modifications (avoiding intense exercise) until full recovery is confirmed.</w:t>
      </w:r>
    </w:p>
    <w:p w14:paraId="4B48F242"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 Most mild myocarditis cases recover fully, but severe or delayed-treated cases may have lasting effects. Early recognition, rest, and medical follow-up greatly improve outcomes.</w:t>
      </w:r>
    </w:p>
    <w:p w14:paraId="4882B8F9" w14:textId="77777777" w:rsidR="004B2954" w:rsidRPr="00BB79B8" w:rsidRDefault="004B2954" w:rsidP="004B2954">
      <w:pPr>
        <w:spacing w:after="0"/>
        <w:rPr>
          <w:rFonts w:cs="Times New Roman"/>
          <w:sz w:val="20"/>
          <w:szCs w:val="20"/>
        </w:rPr>
      </w:pPr>
    </w:p>
    <w:p w14:paraId="59FF10FB"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293B55E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45C891D" w14:textId="77777777" w:rsidR="004B2954" w:rsidRPr="00BB79B8" w:rsidRDefault="004B2954" w:rsidP="004B2954">
      <w:pPr>
        <w:spacing w:after="20"/>
        <w:ind w:left="216"/>
        <w:rPr>
          <w:rFonts w:cs="Times New Roman"/>
          <w:sz w:val="20"/>
          <w:szCs w:val="20"/>
        </w:rPr>
      </w:pPr>
      <w:r w:rsidRPr="00BB79B8">
        <w:rPr>
          <w:rFonts w:cs="Times New Roman"/>
          <w:sz w:val="20"/>
          <w:szCs w:val="20"/>
        </w:rPr>
        <w:t>The recovery from myocarditis varies significantly depending on the severity of the inflammation and the patient's overall health, but full recovery is possible and even common in many cases.</w:t>
      </w:r>
    </w:p>
    <w:p w14:paraId="4D050ED4"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Outcomes and Recovery</w:t>
      </w:r>
    </w:p>
    <w:p w14:paraId="5616A711"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Phase Recovery: Most patients with mild or moderate acute myocarditis see a full recovery of heart function within several weeks to months. In these cases, the heart muscle heals without permanent scarring, and patients can eventually return to their normal activity levels.</w:t>
      </w:r>
    </w:p>
    <w:p w14:paraId="3E141F07"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Monitoring: Even if symptoms resolve, follow-up care (including echocardiograms or cardiac MRIs) is often necessary to ensure that the heart's size and pumping function have returned to baseline and that no residual arrhythmias exist.</w:t>
      </w:r>
    </w:p>
    <w:p w14:paraId="24F71FF1"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Damage: In a smaller percentage of cases, the inflammation may cause permanent scarring (fibrosis) or lead to dilated cardiomyopathy, where the heart becomes enlarged and weakened. In these instances, long-term medication and management are required.</w:t>
      </w:r>
    </w:p>
    <w:p w14:paraId="37913692" w14:textId="77777777" w:rsidR="004B2954" w:rsidRPr="00BB79B8" w:rsidRDefault="004B2954" w:rsidP="004B2954">
      <w:pPr>
        <w:spacing w:after="20"/>
        <w:ind w:left="216"/>
        <w:rPr>
          <w:rFonts w:cs="Times New Roman"/>
          <w:sz w:val="20"/>
          <w:szCs w:val="20"/>
        </w:rPr>
      </w:pPr>
      <w:r w:rsidRPr="00BB79B8">
        <w:rPr>
          <w:rFonts w:cs="Times New Roman"/>
          <w:sz w:val="20"/>
          <w:szCs w:val="20"/>
        </w:rPr>
        <w:t>Key Factors for a Successful Recovery</w:t>
      </w:r>
    </w:p>
    <w:p w14:paraId="58E74698" w14:textId="77777777" w:rsidR="004B2954" w:rsidRPr="00BB79B8" w:rsidRDefault="004B2954" w:rsidP="004B2954">
      <w:pPr>
        <w:spacing w:after="20"/>
        <w:ind w:left="216"/>
        <w:rPr>
          <w:rFonts w:cs="Times New Roman"/>
          <w:sz w:val="20"/>
          <w:szCs w:val="20"/>
        </w:rPr>
      </w:pPr>
      <w:r w:rsidRPr="00BB79B8">
        <w:rPr>
          <w:rFonts w:cs="Times New Roman"/>
          <w:sz w:val="20"/>
          <w:szCs w:val="20"/>
        </w:rPr>
        <w:t>Strict Physical Rest: This is perhaps the most critical factor. Engaging in strenuous exercise while the heart is still inflamed can exacerbate the condition and lead to dangerous heart rhythms. Patients are typically advised to avoid competitive sports or intense workouts for 3 to 6 months.</w:t>
      </w:r>
    </w:p>
    <w:p w14:paraId="3B8C20F7"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Adherence: Following the prescribed treatment plan-which may include beta-blockers, ACE inhibitors, or anti-inflammatory medications-is essential for reducing the workload on the heart during the healing process.</w:t>
      </w:r>
    </w:p>
    <w:p w14:paraId="09D98537" w14:textId="77777777" w:rsidR="004B2954" w:rsidRPr="00BB79B8" w:rsidRDefault="004B2954" w:rsidP="004B2954">
      <w:pPr>
        <w:spacing w:after="20"/>
        <w:ind w:left="216"/>
        <w:rPr>
          <w:rFonts w:cs="Times New Roman"/>
          <w:sz w:val="20"/>
          <w:szCs w:val="20"/>
        </w:rPr>
      </w:pPr>
      <w:r w:rsidRPr="00BB79B8">
        <w:rPr>
          <w:rFonts w:cs="Times New Roman"/>
          <w:sz w:val="20"/>
          <w:szCs w:val="20"/>
        </w:rPr>
        <w:t>Ongoing Surveillance: Regular check-ups with a cardiologist help catch any potential complications early, ensuring that the recovery remains on track.</w:t>
      </w:r>
    </w:p>
    <w:p w14:paraId="78D84E84"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the word "myocarditis" sounds daunting, the majority of clinical cases result in a positive prognosis provided the heart is given the necessary time and medical support to heal.</w:t>
      </w:r>
    </w:p>
    <w:p w14:paraId="1D491F5B" w14:textId="77777777" w:rsidR="004B2954" w:rsidRPr="00BB79B8" w:rsidRDefault="004B2954" w:rsidP="004B2954">
      <w:pPr>
        <w:spacing w:after="0"/>
        <w:rPr>
          <w:rFonts w:cs="Times New Roman"/>
          <w:sz w:val="20"/>
          <w:szCs w:val="20"/>
        </w:rPr>
      </w:pPr>
    </w:p>
    <w:p w14:paraId="1944B43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7BC2406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62D7F84"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many people with myocarditis can fully recover, but recovery depends on the cause, severity, and how quickly treatment begins. Most mild or moderate cases heal completely, while severe cases may lead to lasting heart damage.</w:t>
      </w:r>
    </w:p>
    <w:p w14:paraId="7A81CB88" w14:textId="77777777" w:rsidR="004B2954" w:rsidRPr="00BB79B8" w:rsidRDefault="004B2954" w:rsidP="004B2954">
      <w:pPr>
        <w:spacing w:after="20"/>
        <w:ind w:left="216"/>
        <w:rPr>
          <w:rFonts w:cs="Times New Roman"/>
          <w:sz w:val="20"/>
          <w:szCs w:val="20"/>
        </w:rPr>
      </w:pPr>
      <w:r w:rsidRPr="00BB79B8">
        <w:rPr>
          <w:rFonts w:cs="Times New Roman"/>
          <w:sz w:val="20"/>
          <w:szCs w:val="20"/>
        </w:rPr>
        <w:t>Can myocarditis fully recover?</w:t>
      </w:r>
    </w:p>
    <w:p w14:paraId="606A25C7" w14:textId="77777777" w:rsidR="004B2954" w:rsidRPr="00BB79B8" w:rsidRDefault="004B2954" w:rsidP="004B2954">
      <w:pPr>
        <w:spacing w:after="20"/>
        <w:ind w:left="216"/>
        <w:rPr>
          <w:rFonts w:cs="Times New Roman"/>
          <w:sz w:val="20"/>
          <w:szCs w:val="20"/>
        </w:rPr>
      </w:pPr>
      <w:r w:rsidRPr="00BB79B8">
        <w:rPr>
          <w:rFonts w:cs="Times New Roman"/>
          <w:sz w:val="20"/>
          <w:szCs w:val="20"/>
        </w:rPr>
        <w:t>Most cases do recover.</w:t>
      </w:r>
    </w:p>
    <w:p w14:paraId="6338296B" w14:textId="77777777" w:rsidR="004B2954" w:rsidRPr="00BB79B8" w:rsidRDefault="004B2954" w:rsidP="004B2954">
      <w:pPr>
        <w:spacing w:after="20"/>
        <w:ind w:left="216"/>
        <w:rPr>
          <w:rFonts w:cs="Times New Roman"/>
          <w:sz w:val="20"/>
          <w:szCs w:val="20"/>
        </w:rPr>
      </w:pPr>
      <w:r w:rsidRPr="00BB79B8">
        <w:rPr>
          <w:rFonts w:cs="Times New Roman"/>
          <w:sz w:val="20"/>
          <w:szCs w:val="20"/>
        </w:rPr>
        <w:t>Johns Hopkins notes that most myocarditis cases are self-resolving, with recovery occurring over weeks to months.</w:t>
      </w:r>
    </w:p>
    <w:p w14:paraId="7C99DDD0" w14:textId="77777777" w:rsidR="004B2954" w:rsidRPr="00BB79B8" w:rsidRDefault="004B2954" w:rsidP="004B2954">
      <w:pPr>
        <w:spacing w:after="20"/>
        <w:ind w:left="216"/>
        <w:rPr>
          <w:rFonts w:cs="Times New Roman"/>
          <w:sz w:val="20"/>
          <w:szCs w:val="20"/>
        </w:rPr>
      </w:pPr>
      <w:r w:rsidRPr="00BB79B8">
        <w:rPr>
          <w:rFonts w:cs="Times New Roman"/>
          <w:sz w:val="20"/>
          <w:szCs w:val="20"/>
        </w:rPr>
        <w:t>AMA cardiology experts report that about 50% of biopsy-confirmed myocarditis patients recover within 2-4 weeks.</w:t>
      </w:r>
    </w:p>
    <w:p w14:paraId="35DF5CA4" w14:textId="77777777" w:rsidR="004B2954" w:rsidRPr="00BB79B8" w:rsidRDefault="004B2954" w:rsidP="004B2954">
      <w:pPr>
        <w:spacing w:after="20"/>
        <w:ind w:left="216"/>
        <w:rPr>
          <w:rFonts w:cs="Times New Roman"/>
          <w:sz w:val="20"/>
          <w:szCs w:val="20"/>
        </w:rPr>
      </w:pPr>
      <w:r w:rsidRPr="00BB79B8">
        <w:rPr>
          <w:rFonts w:cs="Times New Roman"/>
          <w:sz w:val="20"/>
          <w:szCs w:val="20"/>
        </w:rPr>
        <w:t>Mayo Clinic states that usually myocarditis goes away without complications, though severe cases can cause permanent damage.</w:t>
      </w:r>
    </w:p>
    <w:p w14:paraId="54F1BE98" w14:textId="77777777" w:rsidR="004B2954" w:rsidRPr="00BB79B8" w:rsidRDefault="004B2954" w:rsidP="004B2954">
      <w:pPr>
        <w:spacing w:after="20"/>
        <w:ind w:left="216"/>
        <w:rPr>
          <w:rFonts w:cs="Times New Roman"/>
          <w:sz w:val="20"/>
          <w:szCs w:val="20"/>
        </w:rPr>
      </w:pPr>
      <w:r w:rsidRPr="00BB79B8">
        <w:rPr>
          <w:rFonts w:cs="Times New Roman"/>
          <w:sz w:val="20"/>
          <w:szCs w:val="20"/>
        </w:rPr>
        <w:t>What affects whether recovery is complete?</w:t>
      </w:r>
    </w:p>
    <w:p w14:paraId="59299DD7"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of inflammation - mild viral myocarditis often heals fully; severe cases may weaken the heart muscle long-term.</w:t>
      </w:r>
    </w:p>
    <w:p w14:paraId="2C992C08" w14:textId="77777777" w:rsidR="004B2954" w:rsidRPr="00BB79B8" w:rsidRDefault="004B2954" w:rsidP="004B2954">
      <w:pPr>
        <w:spacing w:after="20"/>
        <w:ind w:left="216"/>
        <w:rPr>
          <w:rFonts w:cs="Times New Roman"/>
          <w:sz w:val="20"/>
          <w:szCs w:val="20"/>
        </w:rPr>
      </w:pPr>
      <w:r w:rsidRPr="00BB79B8">
        <w:rPr>
          <w:rFonts w:cs="Times New Roman"/>
          <w:sz w:val="20"/>
          <w:szCs w:val="20"/>
        </w:rPr>
        <w:t>Cause - viral cases tend to recover better; autoimmune or toxin-induced cases may be more persistent.</w:t>
      </w:r>
    </w:p>
    <w:p w14:paraId="0B3AEA1A"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function at diagnosis - if the left ventricular ejection fraction (LVEF) is normal, full recovery is more likely.</w:t>
      </w:r>
    </w:p>
    <w:p w14:paraId="6E33ADF3"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timing - early diagnosis and management improve outcomes.</w:t>
      </w:r>
    </w:p>
    <w:p w14:paraId="4FA5408F" w14:textId="77777777" w:rsidR="004B2954" w:rsidRPr="00BB79B8" w:rsidRDefault="004B2954" w:rsidP="004B2954">
      <w:pPr>
        <w:spacing w:after="20"/>
        <w:ind w:left="216"/>
        <w:rPr>
          <w:rFonts w:cs="Times New Roman"/>
          <w:sz w:val="20"/>
          <w:szCs w:val="20"/>
        </w:rPr>
      </w:pPr>
      <w:r w:rsidRPr="00BB79B8">
        <w:rPr>
          <w:rFonts w:cs="Times New Roman"/>
          <w:sz w:val="20"/>
          <w:szCs w:val="20"/>
        </w:rPr>
        <w:t>Complications - arrhythmias or heart failure reduce the chance of full recovery.</w:t>
      </w:r>
    </w:p>
    <w:p w14:paraId="11AA7C67" w14:textId="77777777" w:rsidR="004B2954" w:rsidRPr="00BB79B8" w:rsidRDefault="004B2954" w:rsidP="004B2954">
      <w:pPr>
        <w:spacing w:after="20"/>
        <w:ind w:left="216"/>
        <w:rPr>
          <w:rFonts w:cs="Times New Roman"/>
          <w:sz w:val="20"/>
          <w:szCs w:val="20"/>
        </w:rPr>
      </w:pPr>
      <w:r w:rsidRPr="00BB79B8">
        <w:rPr>
          <w:rFonts w:cs="Times New Roman"/>
          <w:sz w:val="20"/>
          <w:szCs w:val="20"/>
        </w:rPr>
        <w:t>How long does recovery take?</w:t>
      </w:r>
    </w:p>
    <w:p w14:paraId="547335B6" w14:textId="77777777" w:rsidR="004B2954" w:rsidRPr="00BB79B8" w:rsidRDefault="004B2954" w:rsidP="004B2954">
      <w:pPr>
        <w:spacing w:after="20"/>
        <w:ind w:left="216"/>
        <w:rPr>
          <w:rFonts w:cs="Times New Roman"/>
          <w:sz w:val="20"/>
          <w:szCs w:val="20"/>
        </w:rPr>
      </w:pPr>
      <w:r w:rsidRPr="00BB79B8">
        <w:rPr>
          <w:rFonts w:cs="Times New Roman"/>
          <w:sz w:val="20"/>
          <w:szCs w:val="20"/>
        </w:rPr>
        <w:t>2-4 weeks for about half of confirmed cases.</w:t>
      </w:r>
    </w:p>
    <w:p w14:paraId="62E06D18" w14:textId="77777777" w:rsidR="004B2954" w:rsidRPr="00BB79B8" w:rsidRDefault="004B2954" w:rsidP="004B2954">
      <w:pPr>
        <w:spacing w:after="20"/>
        <w:ind w:left="216"/>
        <w:rPr>
          <w:rFonts w:cs="Times New Roman"/>
          <w:sz w:val="20"/>
          <w:szCs w:val="20"/>
        </w:rPr>
      </w:pPr>
      <w:r w:rsidRPr="00BB79B8">
        <w:rPr>
          <w:rFonts w:cs="Times New Roman"/>
          <w:sz w:val="20"/>
          <w:szCs w:val="20"/>
        </w:rPr>
        <w:t>Several months for others, especially if heart function was reduced.</w:t>
      </w:r>
    </w:p>
    <w:p w14:paraId="56C613B9"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restriction for 3-6 months is recommended to allow the heart to heal.</w:t>
      </w:r>
    </w:p>
    <w:p w14:paraId="07EF9087" w14:textId="77777777" w:rsidR="004B2954" w:rsidRPr="00BB79B8" w:rsidRDefault="004B2954" w:rsidP="004B2954">
      <w:pPr>
        <w:spacing w:after="20"/>
        <w:ind w:left="216"/>
        <w:rPr>
          <w:rFonts w:cs="Times New Roman"/>
          <w:sz w:val="20"/>
          <w:szCs w:val="20"/>
        </w:rPr>
      </w:pPr>
      <w:r w:rsidRPr="00BB79B8">
        <w:rPr>
          <w:rFonts w:cs="Times New Roman"/>
          <w:sz w:val="20"/>
          <w:szCs w:val="20"/>
        </w:rPr>
        <w:t>When recovery may not be complete</w:t>
      </w:r>
    </w:p>
    <w:p w14:paraId="0C88493D"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Some patients develop:</w:t>
      </w:r>
    </w:p>
    <w:p w14:paraId="636E537E"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myocarditis</w:t>
      </w:r>
    </w:p>
    <w:p w14:paraId="1A85FAAB" w14:textId="77777777" w:rsidR="004B2954" w:rsidRPr="00BB79B8" w:rsidRDefault="004B2954" w:rsidP="004B2954">
      <w:pPr>
        <w:spacing w:after="20"/>
        <w:ind w:left="216"/>
        <w:rPr>
          <w:rFonts w:cs="Times New Roman"/>
          <w:sz w:val="20"/>
          <w:szCs w:val="20"/>
        </w:rPr>
      </w:pPr>
      <w:r w:rsidRPr="00BB79B8">
        <w:rPr>
          <w:rFonts w:cs="Times New Roman"/>
          <w:sz w:val="20"/>
          <w:szCs w:val="20"/>
        </w:rPr>
        <w:t>Dilated cardiomyopathy (weakened, enlarged heart)</w:t>
      </w:r>
    </w:p>
    <w:p w14:paraId="20EE2932"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arrhythmias</w:t>
      </w:r>
    </w:p>
    <w:p w14:paraId="6BAF2A0B"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w:t>
      </w:r>
    </w:p>
    <w:p w14:paraId="39ECE1C1"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myocarditis can have a mortality rate of 27-35% in critically ill patients.</w:t>
      </w:r>
    </w:p>
    <w:p w14:paraId="4F9D8965" w14:textId="77777777" w:rsidR="004B2954" w:rsidRPr="00BB79B8" w:rsidRDefault="004B2954" w:rsidP="004B2954">
      <w:pPr>
        <w:spacing w:after="20"/>
        <w:ind w:left="216"/>
        <w:rPr>
          <w:rFonts w:cs="Times New Roman"/>
          <w:sz w:val="20"/>
          <w:szCs w:val="20"/>
        </w:rPr>
      </w:pPr>
      <w:r w:rsidRPr="00BB79B8">
        <w:rPr>
          <w:rFonts w:cs="Times New Roman"/>
          <w:sz w:val="20"/>
          <w:szCs w:val="20"/>
        </w:rPr>
        <w:t>Can myocarditis come back?</w:t>
      </w:r>
    </w:p>
    <w:p w14:paraId="69ACD130" w14:textId="77777777" w:rsidR="004B2954" w:rsidRPr="00BB79B8" w:rsidRDefault="004B2954" w:rsidP="004B2954">
      <w:pPr>
        <w:spacing w:after="20"/>
        <w:ind w:left="216"/>
        <w:rPr>
          <w:rFonts w:cs="Times New Roman"/>
          <w:sz w:val="20"/>
          <w:szCs w:val="20"/>
        </w:rPr>
      </w:pPr>
      <w:r w:rsidRPr="00BB79B8">
        <w:rPr>
          <w:rFonts w:cs="Times New Roman"/>
          <w:sz w:val="20"/>
          <w:szCs w:val="20"/>
        </w:rPr>
        <w:t>Yes. Recurrence rates for certain stages of myocarditis are 3-10% per year.</w:t>
      </w:r>
    </w:p>
    <w:p w14:paraId="25E2150D" w14:textId="77777777" w:rsidR="004B2954" w:rsidRPr="00BB79B8" w:rsidRDefault="004B2954" w:rsidP="004B2954">
      <w:pPr>
        <w:spacing w:after="0"/>
        <w:rPr>
          <w:rFonts w:cs="Times New Roman"/>
          <w:sz w:val="20"/>
          <w:szCs w:val="20"/>
        </w:rPr>
      </w:pPr>
    </w:p>
    <w:p w14:paraId="6D4E5BCD"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7224BDA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68BDAEE"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an excellent question, as the answer is nuanced and depends heavily on the individual case.</w:t>
      </w:r>
    </w:p>
    <w:p w14:paraId="3E5A7F4E" w14:textId="77777777" w:rsidR="004B2954" w:rsidRPr="00BB79B8" w:rsidRDefault="004B2954" w:rsidP="004B2954">
      <w:pPr>
        <w:spacing w:after="20"/>
        <w:ind w:left="216"/>
        <w:rPr>
          <w:rFonts w:cs="Times New Roman"/>
          <w:sz w:val="20"/>
          <w:szCs w:val="20"/>
        </w:rPr>
      </w:pPr>
      <w:r w:rsidRPr="00BB79B8">
        <w:rPr>
          <w:rFonts w:cs="Times New Roman"/>
          <w:sz w:val="20"/>
          <w:szCs w:val="20"/>
        </w:rPr>
        <w:t>The short answer is: Yes, a significant number of people with myocarditis make a full recovery.</w:t>
      </w:r>
    </w:p>
    <w:p w14:paraId="30D29892" w14:textId="77777777" w:rsidR="004B2954" w:rsidRPr="00BB79B8" w:rsidRDefault="004B2954" w:rsidP="004B2954">
      <w:pPr>
        <w:spacing w:after="20"/>
        <w:ind w:left="216"/>
        <w:rPr>
          <w:rFonts w:cs="Times New Roman"/>
          <w:sz w:val="20"/>
          <w:szCs w:val="20"/>
        </w:rPr>
      </w:pPr>
      <w:r w:rsidRPr="00BB79B8">
        <w:rPr>
          <w:rFonts w:cs="Times New Roman"/>
          <w:sz w:val="20"/>
          <w:szCs w:val="20"/>
        </w:rPr>
        <w:t>However, it's not guaranteed for everyone. The outcome depends on several key factors, including the cause, the severity of the initial illness, and the patient's overall health.</w:t>
      </w:r>
    </w:p>
    <w:p w14:paraId="1A33EC96" w14:textId="77777777" w:rsidR="004B2954" w:rsidRPr="00BB79B8" w:rsidRDefault="004B2954" w:rsidP="004B2954">
      <w:pPr>
        <w:spacing w:after="20"/>
        <w:ind w:left="216"/>
        <w:rPr>
          <w:rFonts w:cs="Times New Roman"/>
          <w:sz w:val="20"/>
          <w:szCs w:val="20"/>
        </w:rPr>
      </w:pPr>
      <w:r w:rsidRPr="00BB79B8">
        <w:rPr>
          <w:rFonts w:cs="Times New Roman"/>
          <w:sz w:val="20"/>
          <w:szCs w:val="20"/>
        </w:rPr>
        <w:t>Let's break down the recovery landscape.</w:t>
      </w:r>
    </w:p>
    <w:p w14:paraId="5507FE46" w14:textId="77777777" w:rsidR="004B2954" w:rsidRPr="00BB79B8" w:rsidRDefault="004B2954" w:rsidP="004B2954">
      <w:pPr>
        <w:spacing w:after="20"/>
        <w:ind w:left="216"/>
        <w:rPr>
          <w:rFonts w:cs="Times New Roman"/>
          <w:sz w:val="20"/>
          <w:szCs w:val="20"/>
        </w:rPr>
      </w:pPr>
      <w:r w:rsidRPr="00BB79B8">
        <w:rPr>
          <w:rFonts w:cs="Times New Roman"/>
          <w:sz w:val="20"/>
          <w:szCs w:val="20"/>
        </w:rPr>
        <w:t>When Full Recovery is Likely</w:t>
      </w:r>
    </w:p>
    <w:p w14:paraId="2EB29DB8" w14:textId="77777777" w:rsidR="004B2954" w:rsidRPr="00BB79B8" w:rsidRDefault="004B2954" w:rsidP="004B2954">
      <w:pPr>
        <w:spacing w:after="20"/>
        <w:ind w:left="216"/>
        <w:rPr>
          <w:rFonts w:cs="Times New Roman"/>
          <w:sz w:val="20"/>
          <w:szCs w:val="20"/>
        </w:rPr>
      </w:pPr>
      <w:r w:rsidRPr="00BB79B8">
        <w:rPr>
          <w:rFonts w:cs="Times New Roman"/>
          <w:sz w:val="20"/>
          <w:szCs w:val="20"/>
        </w:rPr>
        <w:t>Full recovery is most common in:</w:t>
      </w:r>
    </w:p>
    <w:p w14:paraId="155970F7" w14:textId="77777777" w:rsidR="004B2954" w:rsidRPr="00BB79B8" w:rsidRDefault="004B2954" w:rsidP="004B2954">
      <w:pPr>
        <w:spacing w:after="20"/>
        <w:ind w:left="216"/>
        <w:rPr>
          <w:rFonts w:cs="Times New Roman"/>
          <w:sz w:val="20"/>
          <w:szCs w:val="20"/>
        </w:rPr>
      </w:pPr>
      <w:r w:rsidRPr="00BB79B8">
        <w:rPr>
          <w:rFonts w:cs="Times New Roman"/>
          <w:sz w:val="20"/>
          <w:szCs w:val="20"/>
        </w:rPr>
        <w:t>Mild to moderate cases</w:t>
      </w:r>
    </w:p>
    <w:p w14:paraId="234F7465"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causes (like a common cold virus, COVID-19, or parvovirus)</w:t>
      </w:r>
    </w:p>
    <w:p w14:paraId="3A31172A" w14:textId="77777777" w:rsidR="004B2954" w:rsidRPr="00BB79B8" w:rsidRDefault="004B2954" w:rsidP="004B2954">
      <w:pPr>
        <w:spacing w:after="20"/>
        <w:ind w:left="216"/>
        <w:rPr>
          <w:rFonts w:cs="Times New Roman"/>
          <w:sz w:val="20"/>
          <w:szCs w:val="20"/>
        </w:rPr>
      </w:pPr>
      <w:r w:rsidRPr="00BB79B8">
        <w:rPr>
          <w:rFonts w:cs="Times New Roman"/>
          <w:sz w:val="20"/>
          <w:szCs w:val="20"/>
        </w:rPr>
        <w:t>Younger, otherwise healthy individuals</w:t>
      </w:r>
    </w:p>
    <w:p w14:paraId="0852833F"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these scenarios, the inflammation is often temporary. With proper treatment (mainly rest and medication to manage symptoms like heart failure or arrhythmias), the heart muscle heals over a period of weeks to months. The heart's pumping function returns to normal, and patients can eventually resume all normal activities, including exercise.</w:t>
      </w:r>
    </w:p>
    <w:p w14:paraId="6081CB52" w14:textId="77777777" w:rsidR="004B2954" w:rsidRPr="00BB79B8" w:rsidRDefault="004B2954" w:rsidP="004B2954">
      <w:pPr>
        <w:spacing w:after="20"/>
        <w:ind w:left="216"/>
        <w:rPr>
          <w:rFonts w:cs="Times New Roman"/>
          <w:sz w:val="20"/>
          <w:szCs w:val="20"/>
        </w:rPr>
      </w:pPr>
      <w:r w:rsidRPr="00BB79B8">
        <w:rPr>
          <w:rFonts w:cs="Times New Roman"/>
          <w:sz w:val="20"/>
          <w:szCs w:val="20"/>
        </w:rPr>
        <w:t>What "Full Recovery" Means Clinically</w:t>
      </w:r>
    </w:p>
    <w:p w14:paraId="6E61F4E8"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Cardiologists typically define full recovery by:</w:t>
      </w:r>
    </w:p>
    <w:p w14:paraId="3EFD6C9B" w14:textId="77777777" w:rsidR="004B2954" w:rsidRPr="00BB79B8" w:rsidRDefault="004B2954" w:rsidP="004B2954">
      <w:pPr>
        <w:spacing w:after="20"/>
        <w:ind w:left="216"/>
        <w:rPr>
          <w:rFonts w:cs="Times New Roman"/>
          <w:sz w:val="20"/>
          <w:szCs w:val="20"/>
        </w:rPr>
      </w:pPr>
      <w:r w:rsidRPr="00BB79B8">
        <w:rPr>
          <w:rFonts w:cs="Times New Roman"/>
          <w:sz w:val="20"/>
          <w:szCs w:val="20"/>
        </w:rPr>
        <w:t>Resolution of symptoms (no more chest pain, shortness of breath, or palpitations).</w:t>
      </w:r>
    </w:p>
    <w:p w14:paraId="1B3C47C2"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Normalization of heart function on an echocardiogram (the ejection fraction, or EF, returns to a normal range of 50-70%).</w:t>
      </w:r>
    </w:p>
    <w:p w14:paraId="7299A1F5" w14:textId="77777777" w:rsidR="004B2954" w:rsidRPr="00BB79B8" w:rsidRDefault="004B2954" w:rsidP="004B2954">
      <w:pPr>
        <w:spacing w:after="20"/>
        <w:ind w:left="216"/>
        <w:rPr>
          <w:rFonts w:cs="Times New Roman"/>
          <w:sz w:val="20"/>
          <w:szCs w:val="20"/>
        </w:rPr>
      </w:pPr>
      <w:r w:rsidRPr="00BB79B8">
        <w:rPr>
          <w:rFonts w:cs="Times New Roman"/>
          <w:sz w:val="20"/>
          <w:szCs w:val="20"/>
        </w:rPr>
        <w:t>Resolution of inflammation and scarring on cardiac MRI (CMR). It's important to note that very small amounts of residual scarring can sometimes remain without causing any symptoms or limitations.</w:t>
      </w:r>
    </w:p>
    <w:p w14:paraId="0AE734F6" w14:textId="77777777" w:rsidR="004B2954" w:rsidRPr="00BB79B8" w:rsidRDefault="004B2954" w:rsidP="004B2954">
      <w:pPr>
        <w:spacing w:after="20"/>
        <w:ind w:left="216"/>
        <w:rPr>
          <w:rFonts w:cs="Times New Roman"/>
          <w:sz w:val="20"/>
          <w:szCs w:val="20"/>
        </w:rPr>
      </w:pPr>
      <w:r w:rsidRPr="00BB79B8">
        <w:rPr>
          <w:rFonts w:cs="Times New Roman"/>
          <w:sz w:val="20"/>
          <w:szCs w:val="20"/>
        </w:rPr>
        <w:t>When Recovery is Incomplete or Poor</w:t>
      </w:r>
    </w:p>
    <w:p w14:paraId="62E765B5" w14:textId="77777777" w:rsidR="004B2954" w:rsidRPr="00BB79B8" w:rsidRDefault="004B2954" w:rsidP="004B2954">
      <w:pPr>
        <w:spacing w:after="20"/>
        <w:ind w:left="216"/>
        <w:rPr>
          <w:rFonts w:cs="Times New Roman"/>
          <w:sz w:val="20"/>
          <w:szCs w:val="20"/>
        </w:rPr>
      </w:pPr>
      <w:r w:rsidRPr="00BB79B8">
        <w:rPr>
          <w:rFonts w:cs="Times New Roman"/>
          <w:sz w:val="20"/>
          <w:szCs w:val="20"/>
        </w:rPr>
        <w:t>Unfortunately, not everyone is so lucky. Poor outcomes are more likely in:</w:t>
      </w:r>
    </w:p>
    <w:p w14:paraId="6235AE43"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(sudden and severe) myocarditis that requires intensive care or a heart pump.</w:t>
      </w:r>
    </w:p>
    <w:p w14:paraId="406B348E"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persistent myocarditis where inflammation doesn't resolve.</w:t>
      </w:r>
    </w:p>
    <w:p w14:paraId="6BCBFADC"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causes (like lupus) or eosinophilic myocarditis (a rare type).</w:t>
      </w:r>
    </w:p>
    <w:p w14:paraId="0B63AA82"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(a very rare and aggressive type).</w:t>
      </w:r>
    </w:p>
    <w:p w14:paraId="0990F5F3" w14:textId="77777777" w:rsidR="004B2954" w:rsidRPr="00BB79B8" w:rsidRDefault="004B2954" w:rsidP="004B2954">
      <w:pPr>
        <w:spacing w:after="20"/>
        <w:ind w:left="216"/>
        <w:rPr>
          <w:rFonts w:cs="Times New Roman"/>
          <w:sz w:val="20"/>
          <w:szCs w:val="20"/>
        </w:rPr>
      </w:pPr>
      <w:r w:rsidRPr="00BB79B8">
        <w:rPr>
          <w:rFonts w:cs="Times New Roman"/>
          <w:sz w:val="20"/>
          <w:szCs w:val="20"/>
        </w:rPr>
        <w:t>Very young patients (infants) and older adults.</w:t>
      </w:r>
    </w:p>
    <w:p w14:paraId="19383203"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these cases, potential long-term consequences include:</w:t>
      </w:r>
    </w:p>
    <w:p w14:paraId="1BE3628D"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heart failure: The heart remains weak, leading to fatigue, fluid retention, and shortness of breath.</w:t>
      </w:r>
    </w:p>
    <w:p w14:paraId="7D487D4E" w14:textId="77777777" w:rsidR="004B2954" w:rsidRPr="00BB79B8" w:rsidRDefault="004B2954" w:rsidP="004B2954">
      <w:pPr>
        <w:spacing w:after="20"/>
        <w:ind w:left="216"/>
        <w:rPr>
          <w:rFonts w:cs="Times New Roman"/>
          <w:sz w:val="20"/>
          <w:szCs w:val="20"/>
        </w:rPr>
      </w:pPr>
      <w:r w:rsidRPr="00BB79B8">
        <w:rPr>
          <w:rFonts w:cs="Times New Roman"/>
          <w:sz w:val="20"/>
          <w:szCs w:val="20"/>
        </w:rPr>
        <w:t>Dilated cardiomyopathy (DCM): The heart chambers become enlarged and weak, a common long-term complication.</w:t>
      </w:r>
    </w:p>
    <w:p w14:paraId="60FC217B"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arrhythmias: Scarring can disrupt the heart's electrical system, leading to dangerous rhythms like ventricular tachycardia.</w:t>
      </w:r>
    </w:p>
    <w:p w14:paraId="439D472C"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cardiac death (rare, but a risk in severe cases).</w:t>
      </w:r>
    </w:p>
    <w:p w14:paraId="03C03483" w14:textId="77777777" w:rsidR="004B2954" w:rsidRPr="00BB79B8" w:rsidRDefault="004B2954" w:rsidP="004B2954">
      <w:pPr>
        <w:spacing w:after="20"/>
        <w:ind w:left="216"/>
        <w:rPr>
          <w:rFonts w:cs="Times New Roman"/>
          <w:sz w:val="20"/>
          <w:szCs w:val="20"/>
        </w:rPr>
      </w:pPr>
      <w:r w:rsidRPr="00BB79B8">
        <w:rPr>
          <w:rFonts w:cs="Times New Roman"/>
          <w:sz w:val="20"/>
          <w:szCs w:val="20"/>
        </w:rPr>
        <w:t>The Critical Role of Recovery Time</w:t>
      </w:r>
    </w:p>
    <w:p w14:paraId="7FAB2AAD"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doesn't happen overnight. Strict rest during the acute phase is essential to give the heart a chance to heal.</w:t>
      </w:r>
    </w:p>
    <w:p w14:paraId="64912BAD"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Phase (2-4 weeks): Absolute rest is often recommended. No exercise, no heavy lifting, minimal stress on the heart.</w:t>
      </w:r>
    </w:p>
    <w:p w14:paraId="30457D5E"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Phase (3-6 months): Gradual return to light activities under a doctor's guidance. Follow-up imaging (echo, MRI) is done to track healing.</w:t>
      </w:r>
    </w:p>
    <w:p w14:paraId="74E739BD" w14:textId="77777777" w:rsidR="004B2954" w:rsidRPr="00BB79B8" w:rsidRDefault="004B2954" w:rsidP="004B2954">
      <w:pPr>
        <w:spacing w:after="20"/>
        <w:ind w:left="216"/>
        <w:rPr>
          <w:rFonts w:cs="Times New Roman"/>
          <w:sz w:val="20"/>
          <w:szCs w:val="20"/>
        </w:rPr>
      </w:pPr>
      <w:r w:rsidRPr="00BB79B8">
        <w:rPr>
          <w:rFonts w:cs="Times New Roman"/>
          <w:sz w:val="20"/>
          <w:szCs w:val="20"/>
        </w:rPr>
        <w:t>Return to Sports: Patients with confirmed full recovery are typically cleared for all activities. Those with any residual scarring or mild dysfunction may be restricted from high-intensity or competitive sports to reduce the risk of arrhythmias.</w:t>
      </w:r>
    </w:p>
    <w:p w14:paraId="659F0982"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Takeaways</w:t>
      </w:r>
    </w:p>
    <w:p w14:paraId="213CB830" w14:textId="77777777" w:rsidR="004B2954" w:rsidRPr="00BB79B8" w:rsidRDefault="004B2954" w:rsidP="004B2954">
      <w:pPr>
        <w:spacing w:after="20"/>
        <w:ind w:left="216"/>
        <w:rPr>
          <w:rFonts w:cs="Times New Roman"/>
          <w:sz w:val="20"/>
          <w:szCs w:val="20"/>
        </w:rPr>
      </w:pPr>
      <w:r w:rsidRPr="00BB79B8">
        <w:rPr>
          <w:rFonts w:cs="Times New Roman"/>
          <w:sz w:val="20"/>
          <w:szCs w:val="20"/>
        </w:rPr>
        <w:t>Outcome; Likelihood &amp; Description</w:t>
      </w:r>
    </w:p>
    <w:p w14:paraId="3172DBDC" w14:textId="77777777" w:rsidR="004B2954" w:rsidRPr="00BB79B8" w:rsidRDefault="004B2954" w:rsidP="004B2954">
      <w:pPr>
        <w:spacing w:after="20"/>
        <w:ind w:left="216"/>
        <w:rPr>
          <w:rFonts w:cs="Times New Roman"/>
          <w:sz w:val="20"/>
          <w:szCs w:val="20"/>
        </w:rPr>
      </w:pPr>
      <w:r w:rsidRPr="00BB79B8">
        <w:rPr>
          <w:rFonts w:cs="Times New Roman"/>
          <w:sz w:val="20"/>
          <w:szCs w:val="20"/>
        </w:rPr>
        <w:t>Full Recovery; Most common in mild, viral cases. Normal heart function and no symptoms after rest.</w:t>
      </w:r>
    </w:p>
    <w:p w14:paraId="1E695945"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Functional Recovery with Minor Scarring; Common. The heart pumps normally, but an MRI shows a small scar. Usually no symptoms or activity restrictions.</w:t>
      </w:r>
    </w:p>
    <w:p w14:paraId="4A927772"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Heart Failure/DCM; Less common, but serious. The heart remains weak and requires lifelong medication (e.g., ACE inhibitors, beta-blockers).</w:t>
      </w:r>
    </w:p>
    <w:p w14:paraId="6FFD1FE9"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Arrhythmias; Variable. May require medication, lifestyle changes, or a defibrillator (ICD).</w:t>
      </w:r>
    </w:p>
    <w:p w14:paraId="5CBE2321" w14:textId="77777777" w:rsidR="004B2954" w:rsidRPr="00BB79B8" w:rsidRDefault="004B2954" w:rsidP="004B2954">
      <w:pPr>
        <w:spacing w:after="20"/>
        <w:ind w:left="216"/>
        <w:rPr>
          <w:rFonts w:cs="Times New Roman"/>
          <w:sz w:val="20"/>
          <w:szCs w:val="20"/>
        </w:rPr>
      </w:pPr>
      <w:r w:rsidRPr="00BB79B8">
        <w:rPr>
          <w:rFonts w:cs="Times New Roman"/>
          <w:sz w:val="20"/>
          <w:szCs w:val="20"/>
        </w:rPr>
        <w:t>What You Should Do</w:t>
      </w:r>
    </w:p>
    <w:p w14:paraId="0556A200"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or a loved one has been diagnosed with myocarditis:</w:t>
      </w:r>
    </w:p>
    <w:p w14:paraId="67919AE3" w14:textId="77777777" w:rsidR="004B2954" w:rsidRPr="00BB79B8" w:rsidRDefault="004B2954" w:rsidP="004B2954">
      <w:pPr>
        <w:spacing w:after="20"/>
        <w:ind w:left="216"/>
        <w:rPr>
          <w:rFonts w:cs="Times New Roman"/>
          <w:sz w:val="20"/>
          <w:szCs w:val="20"/>
        </w:rPr>
      </w:pPr>
      <w:r w:rsidRPr="00BB79B8">
        <w:rPr>
          <w:rFonts w:cs="Times New Roman"/>
          <w:sz w:val="20"/>
          <w:szCs w:val="20"/>
        </w:rPr>
        <w:t>Ask your cardiologist: "Based on my specific cause, MRI findings, and EF, what is my estimated chance of a full recovery?"</w:t>
      </w:r>
    </w:p>
    <w:p w14:paraId="57EFDBD7"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 the rest protocol strictly. Do not return to exercise or sports until your cardiologist gives you written clearance, typically after repeat imaging.</w:t>
      </w:r>
    </w:p>
    <w:p w14:paraId="27D1BE18" w14:textId="77777777" w:rsidR="004B2954" w:rsidRPr="00BB79B8" w:rsidRDefault="004B2954" w:rsidP="004B2954">
      <w:pPr>
        <w:spacing w:after="20"/>
        <w:ind w:left="216"/>
        <w:rPr>
          <w:rFonts w:cs="Times New Roman"/>
          <w:sz w:val="20"/>
          <w:szCs w:val="20"/>
        </w:rPr>
      </w:pPr>
      <w:r w:rsidRPr="00BB79B8">
        <w:rPr>
          <w:rFonts w:cs="Times New Roman"/>
          <w:sz w:val="20"/>
          <w:szCs w:val="20"/>
        </w:rPr>
        <w:t>Attend all follow-up appointments. Recovery is monitored over months, not days. Repeat echocardiograms and MRIs are crucial.</w:t>
      </w:r>
    </w:p>
    <w:p w14:paraId="34766347" w14:textId="77777777" w:rsidR="004B2954" w:rsidRPr="00BB79B8" w:rsidRDefault="004B2954" w:rsidP="004B2954">
      <w:pPr>
        <w:spacing w:after="20"/>
        <w:ind w:left="216"/>
        <w:rPr>
          <w:rFonts w:cs="Times New Roman"/>
          <w:sz w:val="20"/>
          <w:szCs w:val="20"/>
        </w:rPr>
      </w:pPr>
      <w:r w:rsidRPr="00BB79B8">
        <w:rPr>
          <w:rFonts w:cs="Times New Roman"/>
          <w:sz w:val="20"/>
          <w:szCs w:val="20"/>
        </w:rPr>
        <w:t>Report any return of symptoms (chest pain, palpitations, fainting, severe fatigue) immediately.</w:t>
      </w:r>
    </w:p>
    <w:p w14:paraId="3CCB7C5A" w14:textId="77777777" w:rsidR="004B2954" w:rsidRPr="00BB79B8" w:rsidRDefault="004B2954" w:rsidP="004B2954">
      <w:pPr>
        <w:spacing w:after="20"/>
        <w:ind w:left="216"/>
        <w:rPr>
          <w:rFonts w:cs="Times New Roman"/>
          <w:sz w:val="20"/>
          <w:szCs w:val="20"/>
        </w:rPr>
      </w:pPr>
      <w:r w:rsidRPr="00BB79B8">
        <w:rPr>
          <w:rFonts w:cs="Times New Roman"/>
          <w:sz w:val="20"/>
          <w:szCs w:val="20"/>
        </w:rPr>
        <w:t>In summary, hope is very much warranted. For the majority of people-especially those with common viral myocarditis-a full return to a normal, active life is the expected outcome. The key is proper acute care, patience with recovery, and close follow-up with a cardiologist.</w:t>
      </w:r>
    </w:p>
    <w:p w14:paraId="656E4F33" w14:textId="77777777" w:rsidR="004B2954" w:rsidRPr="00BB79B8" w:rsidRDefault="004B2954" w:rsidP="004B2954">
      <w:pPr>
        <w:spacing w:after="0"/>
        <w:rPr>
          <w:rFonts w:cs="Times New Roman"/>
          <w:sz w:val="20"/>
          <w:szCs w:val="20"/>
        </w:rPr>
      </w:pPr>
    </w:p>
    <w:p w14:paraId="53E154C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067F57A7"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E525BF6" w14:textId="77777777" w:rsidR="004B2954" w:rsidRPr="00BB79B8" w:rsidRDefault="004B2954" w:rsidP="004B2954">
      <w:pPr>
        <w:spacing w:after="20"/>
        <w:ind w:left="216"/>
        <w:rPr>
          <w:rFonts w:cs="Times New Roman"/>
          <w:sz w:val="20"/>
          <w:szCs w:val="20"/>
        </w:rPr>
      </w:pPr>
      <w:r w:rsidRPr="00BB79B8">
        <w:rPr>
          <w:rFonts w:cs="Times New Roman"/>
          <w:sz w:val="20"/>
          <w:szCs w:val="20"/>
        </w:rPr>
        <w:t>Yes, most patients with mild to moderate myocarditis can achieve complete full recovery with timely standard treatment and adequate rest.</w:t>
      </w:r>
    </w:p>
    <w:p w14:paraId="189ED259" w14:textId="77777777" w:rsidR="004B2954" w:rsidRPr="00BB79B8" w:rsidRDefault="004B2954" w:rsidP="004B2954">
      <w:pPr>
        <w:spacing w:after="20"/>
        <w:ind w:left="216"/>
        <w:rPr>
          <w:rFonts w:cs="Times New Roman"/>
          <w:sz w:val="20"/>
          <w:szCs w:val="20"/>
        </w:rPr>
      </w:pPr>
      <w:r w:rsidRPr="00BB79B8">
        <w:rPr>
          <w:rFonts w:cs="Times New Roman"/>
          <w:sz w:val="20"/>
          <w:szCs w:val="20"/>
        </w:rPr>
        <w:t>For mild cases: Symptoms gradually disappear, heart function and cardiac structure return to normal, with no long-term sequelae.</w:t>
      </w:r>
    </w:p>
    <w:p w14:paraId="1FF85BFA" w14:textId="77777777" w:rsidR="004B2954" w:rsidRPr="00BB79B8" w:rsidRDefault="004B2954" w:rsidP="004B2954">
      <w:pPr>
        <w:spacing w:after="20"/>
        <w:ind w:left="216"/>
        <w:rPr>
          <w:rFonts w:cs="Times New Roman"/>
          <w:sz w:val="20"/>
          <w:szCs w:val="20"/>
        </w:rPr>
      </w:pPr>
      <w:r w:rsidRPr="00BB79B8">
        <w:rPr>
          <w:rFonts w:cs="Times New Roman"/>
          <w:sz w:val="20"/>
          <w:szCs w:val="20"/>
        </w:rPr>
        <w:t>For severe or critical cases: A small number may develop complications such as dilated cardiomyopathy, heart failure or arrhythmia, requiring long-term follow-up and medication; complete recovery may be difficult.</w:t>
      </w:r>
    </w:p>
    <w:p w14:paraId="15ED4FC7" w14:textId="77777777" w:rsidR="004B2954" w:rsidRPr="00BB79B8" w:rsidRDefault="004B2954" w:rsidP="004B2954">
      <w:pPr>
        <w:spacing w:after="20"/>
        <w:ind w:left="216"/>
        <w:rPr>
          <w:rFonts w:cs="Times New Roman"/>
          <w:sz w:val="20"/>
          <w:szCs w:val="20"/>
        </w:rPr>
      </w:pPr>
      <w:r w:rsidRPr="00BB79B8">
        <w:rPr>
          <w:rFonts w:cs="Times New Roman"/>
          <w:sz w:val="20"/>
          <w:szCs w:val="20"/>
        </w:rPr>
        <w:t>Sufficient rest in the acute stage is the key to improving the recovery rate and reducing recurrence.</w:t>
      </w:r>
    </w:p>
    <w:p w14:paraId="4C1A437C" w14:textId="77777777" w:rsidR="004B2954" w:rsidRPr="00BB79B8" w:rsidRDefault="004B2954" w:rsidP="004B2954">
      <w:pPr>
        <w:rPr>
          <w:rFonts w:cs="Times New Roman"/>
          <w:sz w:val="20"/>
          <w:szCs w:val="20"/>
        </w:rPr>
      </w:pPr>
    </w:p>
    <w:p w14:paraId="269BBCBF" w14:textId="77777777" w:rsidR="004B2954" w:rsidRPr="00BB79B8" w:rsidRDefault="004B2954" w:rsidP="004B2954">
      <w:pPr>
        <w:keepNext/>
        <w:rPr>
          <w:rFonts w:cs="Times New Roman"/>
          <w:sz w:val="20"/>
          <w:szCs w:val="20"/>
        </w:rPr>
      </w:pPr>
      <w:r w:rsidRPr="00BB79B8">
        <w:rPr>
          <w:rFonts w:cs="Times New Roman"/>
          <w:b/>
          <w:color w:val="1F4E79"/>
          <w:sz w:val="20"/>
          <w:szCs w:val="20"/>
        </w:rPr>
        <w:t>Q47. Can myocarditis leave long-term sequelae?</w:t>
      </w:r>
    </w:p>
    <w:p w14:paraId="3FA4B6E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2D0A0C7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58C384B"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sometimes lead to long-term sequelae, though the risk and severity vary depending on the cause, severity of the initial inflammation, and timely treatment. Here's a detailed breakdown:</w:t>
      </w:r>
    </w:p>
    <w:p w14:paraId="1F588F02" w14:textId="77777777" w:rsidR="004B2954" w:rsidRPr="00BB79B8" w:rsidRDefault="004B2954" w:rsidP="004B2954">
      <w:pPr>
        <w:spacing w:after="20"/>
        <w:ind w:left="216"/>
        <w:rPr>
          <w:rFonts w:cs="Times New Roman"/>
          <w:sz w:val="20"/>
          <w:szCs w:val="20"/>
        </w:rPr>
      </w:pPr>
      <w:r w:rsidRPr="00BB79B8">
        <w:rPr>
          <w:rFonts w:cs="Times New Roman"/>
          <w:sz w:val="20"/>
          <w:szCs w:val="20"/>
        </w:rPr>
        <w:t>1. Potential Long-Term Sequelae</w:t>
      </w:r>
    </w:p>
    <w:p w14:paraId="2372F9A6"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heart failure - Persistent inflammation can weaken the heart muscle (ventricular remodeling), leading to reduced pumping function.</w:t>
      </w:r>
    </w:p>
    <w:p w14:paraId="0CE01872"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 Myocardial scarring may disrupt electrical conduction, causing atrial or ventricular arrhythmias, which in severe cases can be life-threatening.</w:t>
      </w:r>
    </w:p>
    <w:p w14:paraId="0C16774D" w14:textId="77777777" w:rsidR="004B2954" w:rsidRPr="00BB79B8" w:rsidRDefault="004B2954" w:rsidP="004B2954">
      <w:pPr>
        <w:spacing w:after="20"/>
        <w:ind w:left="216"/>
        <w:rPr>
          <w:rFonts w:cs="Times New Roman"/>
          <w:sz w:val="20"/>
          <w:szCs w:val="20"/>
        </w:rPr>
      </w:pPr>
      <w:r w:rsidRPr="00BB79B8">
        <w:rPr>
          <w:rFonts w:cs="Times New Roman"/>
          <w:sz w:val="20"/>
          <w:szCs w:val="20"/>
        </w:rPr>
        <w:t>Dilated cardiomyopathy (DCM) - Some patients develop a progressive enlargement of the heart chambers with systolic dysfunction.</w:t>
      </w:r>
    </w:p>
    <w:p w14:paraId="54EB8D0D"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intolerance - Even without overt heart failure, some patients experience reduced exercise capacity due to lingering myocardial dysfunction.</w:t>
      </w:r>
    </w:p>
    <w:p w14:paraId="6B8F21E2" w14:textId="77777777" w:rsidR="004B2954" w:rsidRPr="00BB79B8" w:rsidRDefault="004B2954" w:rsidP="004B2954">
      <w:pPr>
        <w:spacing w:after="20"/>
        <w:ind w:left="216"/>
        <w:rPr>
          <w:rFonts w:cs="Times New Roman"/>
          <w:sz w:val="20"/>
          <w:szCs w:val="20"/>
        </w:rPr>
      </w:pPr>
      <w:r w:rsidRPr="00BB79B8">
        <w:rPr>
          <w:rFonts w:cs="Times New Roman"/>
          <w:sz w:val="20"/>
          <w:szCs w:val="20"/>
        </w:rPr>
        <w:t>Sudden cardiac death (rare) - Mostly in patients with severe myocardial damage or arrhythmogenic remodeling.</w:t>
      </w:r>
    </w:p>
    <w:p w14:paraId="6D13C619" w14:textId="77777777" w:rsidR="004B2954" w:rsidRPr="00BB79B8" w:rsidRDefault="004B2954" w:rsidP="004B2954">
      <w:pPr>
        <w:spacing w:after="20"/>
        <w:ind w:left="216"/>
        <w:rPr>
          <w:rFonts w:cs="Times New Roman"/>
          <w:sz w:val="20"/>
          <w:szCs w:val="20"/>
        </w:rPr>
      </w:pPr>
      <w:r w:rsidRPr="00BB79B8">
        <w:rPr>
          <w:rFonts w:cs="Times New Roman"/>
          <w:sz w:val="20"/>
          <w:szCs w:val="20"/>
        </w:rPr>
        <w:t>2. Factors Affecting Long-Term Outcomes</w:t>
      </w:r>
    </w:p>
    <w:p w14:paraId="2AA3959C"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of initial myocarditis: Fulminant cases, despite aggressive treatment, may have better long-term outcomes if recovered fully, whereas moderate non-fulminant cases can progress silently to DCM.</w:t>
      </w:r>
    </w:p>
    <w:p w14:paraId="60AF4422" w14:textId="77777777" w:rsidR="004B2954" w:rsidRPr="00BB79B8" w:rsidRDefault="004B2954" w:rsidP="004B2954">
      <w:pPr>
        <w:spacing w:after="20"/>
        <w:ind w:left="216"/>
        <w:rPr>
          <w:rFonts w:cs="Times New Roman"/>
          <w:sz w:val="20"/>
          <w:szCs w:val="20"/>
        </w:rPr>
      </w:pPr>
      <w:r w:rsidRPr="00BB79B8">
        <w:rPr>
          <w:rFonts w:cs="Times New Roman"/>
          <w:sz w:val="20"/>
          <w:szCs w:val="20"/>
        </w:rPr>
        <w:t>Cause: Viral myocarditis (e.g., coxsackievirus, SARS-CoV-2) vs. autoimmune or drug-induced myocarditis can have different prognosis.</w:t>
      </w:r>
    </w:p>
    <w:p w14:paraId="3ED5AA9D" w14:textId="77777777" w:rsidR="004B2954" w:rsidRPr="00BB79B8" w:rsidRDefault="004B2954" w:rsidP="004B2954">
      <w:pPr>
        <w:spacing w:after="20"/>
        <w:ind w:left="216"/>
        <w:rPr>
          <w:rFonts w:cs="Times New Roman"/>
          <w:sz w:val="20"/>
          <w:szCs w:val="20"/>
        </w:rPr>
      </w:pPr>
      <w:r w:rsidRPr="00BB79B8">
        <w:rPr>
          <w:rFonts w:cs="Times New Roman"/>
          <w:sz w:val="20"/>
          <w:szCs w:val="20"/>
        </w:rPr>
        <w:t>Promptness of treatment: Early recognition, avoidance of strenuous activity, and appropriate medical therapy improve recovery.</w:t>
      </w:r>
    </w:p>
    <w:p w14:paraId="25FF0FD8" w14:textId="77777777" w:rsidR="004B2954" w:rsidRPr="00BB79B8" w:rsidRDefault="004B2954" w:rsidP="004B2954">
      <w:pPr>
        <w:spacing w:after="20"/>
        <w:ind w:left="216"/>
        <w:rPr>
          <w:rFonts w:cs="Times New Roman"/>
          <w:sz w:val="20"/>
          <w:szCs w:val="20"/>
        </w:rPr>
      </w:pPr>
      <w:r w:rsidRPr="00BB79B8">
        <w:rPr>
          <w:rFonts w:cs="Times New Roman"/>
          <w:sz w:val="20"/>
          <w:szCs w:val="20"/>
        </w:rPr>
        <w:t>Residual scarring: Presence of fibrosis on cardiac MRI (late gadolinium enhancement) predicts a higher risk of chronic complications.</w:t>
      </w:r>
    </w:p>
    <w:p w14:paraId="450F9DE5" w14:textId="77777777" w:rsidR="004B2954" w:rsidRPr="00BB79B8" w:rsidRDefault="004B2954" w:rsidP="004B2954">
      <w:pPr>
        <w:spacing w:after="20"/>
        <w:ind w:left="216"/>
        <w:rPr>
          <w:rFonts w:cs="Times New Roman"/>
          <w:sz w:val="20"/>
          <w:szCs w:val="20"/>
        </w:rPr>
      </w:pPr>
      <w:r w:rsidRPr="00BB79B8">
        <w:rPr>
          <w:rFonts w:cs="Times New Roman"/>
          <w:sz w:val="20"/>
          <w:szCs w:val="20"/>
        </w:rPr>
        <w:t>3. Follow-Up and Monitoring</w:t>
      </w:r>
    </w:p>
    <w:p w14:paraId="03293E86"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and CMR - Assess ventricular function and fibrosis.</w:t>
      </w:r>
    </w:p>
    <w:p w14:paraId="60505679" w14:textId="77777777" w:rsidR="004B2954" w:rsidRPr="00BB79B8" w:rsidRDefault="004B2954" w:rsidP="004B2954">
      <w:pPr>
        <w:spacing w:after="20"/>
        <w:ind w:left="216"/>
        <w:rPr>
          <w:rFonts w:cs="Times New Roman"/>
          <w:sz w:val="20"/>
          <w:szCs w:val="20"/>
        </w:rPr>
      </w:pPr>
      <w:r w:rsidRPr="00BB79B8">
        <w:rPr>
          <w:rFonts w:cs="Times New Roman"/>
          <w:sz w:val="20"/>
          <w:szCs w:val="20"/>
        </w:rPr>
        <w:t>Holter or event monitoring - Detect arrhythmias.</w:t>
      </w:r>
    </w:p>
    <w:p w14:paraId="051237DB"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testing - Evaluate functional capacity before resuming sports or intense activity.</w:t>
      </w:r>
    </w:p>
    <w:p w14:paraId="26F5732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Medication management - ACE inhibitors, beta-blockers, or anti-arrhythmic drugs may be prescribed if sequelae develop.</w:t>
      </w:r>
    </w:p>
    <w:p w14:paraId="314F4130"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Most mild cases of myocarditis resolve completely without long-term effects, especially in children and young adults. However, a subset of patients may develop persistent cardiac dysfunction, arrhythmias, or dilated cardiomyopathy, necessitating long-term monitoring.</w:t>
      </w:r>
    </w:p>
    <w:p w14:paraId="488493BF" w14:textId="77777777" w:rsidR="004B2954" w:rsidRPr="00BB79B8" w:rsidRDefault="004B2954" w:rsidP="004B2954">
      <w:pPr>
        <w:spacing w:after="0"/>
        <w:rPr>
          <w:rFonts w:cs="Times New Roman"/>
          <w:sz w:val="20"/>
          <w:szCs w:val="20"/>
        </w:rPr>
      </w:pPr>
    </w:p>
    <w:p w14:paraId="2124E0E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1ED4C19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313256D" w14:textId="77777777" w:rsidR="004B2954" w:rsidRPr="00BB79B8" w:rsidRDefault="004B2954" w:rsidP="004B2954">
      <w:pPr>
        <w:spacing w:after="20"/>
        <w:ind w:left="216"/>
        <w:rPr>
          <w:rFonts w:cs="Times New Roman"/>
          <w:sz w:val="20"/>
          <w:szCs w:val="20"/>
        </w:rPr>
      </w:pPr>
      <w:r w:rsidRPr="00BB79B8">
        <w:rPr>
          <w:rFonts w:cs="Times New Roman"/>
          <w:sz w:val="20"/>
          <w:szCs w:val="20"/>
        </w:rPr>
        <w:t>Yes, while many people recover completely from myocarditis, the condition can leave long-term sequelae depending on the severity of the initial inflammation and the extent of any resulting tissue damage.</w:t>
      </w:r>
    </w:p>
    <w:p w14:paraId="708FBE8E" w14:textId="77777777" w:rsidR="004B2954" w:rsidRPr="00BB79B8" w:rsidRDefault="004B2954" w:rsidP="004B2954">
      <w:pPr>
        <w:spacing w:after="20"/>
        <w:ind w:left="216"/>
        <w:rPr>
          <w:rFonts w:cs="Times New Roman"/>
          <w:sz w:val="20"/>
          <w:szCs w:val="20"/>
        </w:rPr>
      </w:pPr>
      <w:r w:rsidRPr="00BB79B8">
        <w:rPr>
          <w:rFonts w:cs="Times New Roman"/>
          <w:sz w:val="20"/>
          <w:szCs w:val="20"/>
        </w:rPr>
        <w:t>The long-term outlook generally falls into the following categories:</w:t>
      </w:r>
    </w:p>
    <w:p w14:paraId="558E465F" w14:textId="77777777" w:rsidR="004B2954" w:rsidRPr="00BB79B8" w:rsidRDefault="004B2954" w:rsidP="004B2954">
      <w:pPr>
        <w:spacing w:after="20"/>
        <w:ind w:left="216"/>
        <w:rPr>
          <w:rFonts w:cs="Times New Roman"/>
          <w:sz w:val="20"/>
          <w:szCs w:val="20"/>
        </w:rPr>
      </w:pPr>
      <w:r w:rsidRPr="00BB79B8">
        <w:rPr>
          <w:rFonts w:cs="Times New Roman"/>
          <w:sz w:val="20"/>
          <w:szCs w:val="20"/>
        </w:rPr>
        <w:t>1. Myocardial Scarring and Fibrosis</w:t>
      </w:r>
    </w:p>
    <w:p w14:paraId="4E2E7CDB" w14:textId="77777777" w:rsidR="004B2954" w:rsidRPr="00BB79B8" w:rsidRDefault="004B2954" w:rsidP="004B2954">
      <w:pPr>
        <w:spacing w:after="20"/>
        <w:ind w:left="216"/>
        <w:rPr>
          <w:rFonts w:cs="Times New Roman"/>
          <w:sz w:val="20"/>
          <w:szCs w:val="20"/>
        </w:rPr>
      </w:pPr>
      <w:r w:rsidRPr="00BB79B8">
        <w:rPr>
          <w:rFonts w:cs="Times New Roman"/>
          <w:sz w:val="20"/>
          <w:szCs w:val="20"/>
        </w:rPr>
        <w:t>Even after the active inflammation subsides, areas of the heart muscle may be replaced by scar tissue (fibrosis). This tissue does not contract like healthy muscle, which can affect the heart's overall efficiency.</w:t>
      </w:r>
    </w:p>
    <w:p w14:paraId="6878CF4C"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This is often detected via Cardiac Magnetic Resonance (CMR) imaging as Late Gadolinium Enhancement (LGE).</w:t>
      </w:r>
    </w:p>
    <w:p w14:paraId="7DB58C78" w14:textId="77777777" w:rsidR="004B2954" w:rsidRPr="00BB79B8" w:rsidRDefault="004B2954" w:rsidP="004B2954">
      <w:pPr>
        <w:spacing w:after="20"/>
        <w:ind w:left="216"/>
        <w:rPr>
          <w:rFonts w:cs="Times New Roman"/>
          <w:sz w:val="20"/>
          <w:szCs w:val="20"/>
        </w:rPr>
      </w:pPr>
      <w:r w:rsidRPr="00BB79B8">
        <w:rPr>
          <w:rFonts w:cs="Times New Roman"/>
          <w:sz w:val="20"/>
          <w:szCs w:val="20"/>
        </w:rPr>
        <w:t>2. Dilated Cardiomyopathy (DCM)</w:t>
      </w:r>
    </w:p>
    <w:p w14:paraId="38DACD15" w14:textId="77777777" w:rsidR="004B2954" w:rsidRPr="00BB79B8" w:rsidRDefault="004B2954" w:rsidP="004B2954">
      <w:pPr>
        <w:spacing w:after="20"/>
        <w:ind w:left="216"/>
        <w:rPr>
          <w:rFonts w:cs="Times New Roman"/>
          <w:sz w:val="20"/>
          <w:szCs w:val="20"/>
        </w:rPr>
      </w:pPr>
      <w:r w:rsidRPr="00BB79B8">
        <w:rPr>
          <w:rFonts w:cs="Times New Roman"/>
          <w:sz w:val="20"/>
          <w:szCs w:val="20"/>
        </w:rPr>
        <w:t>In some cases, chronic inflammation or extensive scarring causes the heart's left ventricle to stretch and weaken.</w:t>
      </w:r>
    </w:p>
    <w:p w14:paraId="3CFA7146" w14:textId="77777777" w:rsidR="004B2954" w:rsidRPr="00BB79B8" w:rsidRDefault="004B2954" w:rsidP="004B2954">
      <w:pPr>
        <w:spacing w:after="20"/>
        <w:ind w:left="216"/>
        <w:rPr>
          <w:rFonts w:cs="Times New Roman"/>
          <w:sz w:val="20"/>
          <w:szCs w:val="20"/>
        </w:rPr>
      </w:pPr>
      <w:r w:rsidRPr="00BB79B8">
        <w:rPr>
          <w:rFonts w:cs="Times New Roman"/>
          <w:sz w:val="20"/>
          <w:szCs w:val="20"/>
        </w:rPr>
        <w:t>Impact: This leads to a reduced ejection fraction (the percentage of blood pumped out with each beat), potentially progressing to chronic heart failure.</w:t>
      </w:r>
    </w:p>
    <w:p w14:paraId="6ED871AE" w14:textId="77777777" w:rsidR="004B2954" w:rsidRPr="00BB79B8" w:rsidRDefault="004B2954" w:rsidP="004B2954">
      <w:pPr>
        <w:spacing w:after="20"/>
        <w:ind w:left="216"/>
        <w:rPr>
          <w:rFonts w:cs="Times New Roman"/>
          <w:sz w:val="20"/>
          <w:szCs w:val="20"/>
        </w:rPr>
      </w:pPr>
      <w:r w:rsidRPr="00BB79B8">
        <w:rPr>
          <w:rFonts w:cs="Times New Roman"/>
          <w:sz w:val="20"/>
          <w:szCs w:val="20"/>
        </w:rPr>
        <w:t>3. Arrhythmias</w:t>
      </w:r>
    </w:p>
    <w:p w14:paraId="008E0598" w14:textId="77777777" w:rsidR="004B2954" w:rsidRPr="00BB79B8" w:rsidRDefault="004B2954" w:rsidP="004B2954">
      <w:pPr>
        <w:spacing w:after="20"/>
        <w:ind w:left="216"/>
        <w:rPr>
          <w:rFonts w:cs="Times New Roman"/>
          <w:sz w:val="20"/>
          <w:szCs w:val="20"/>
        </w:rPr>
      </w:pPr>
      <w:r w:rsidRPr="00BB79B8">
        <w:rPr>
          <w:rFonts w:cs="Times New Roman"/>
          <w:sz w:val="20"/>
          <w:szCs w:val="20"/>
        </w:rPr>
        <w:t>Damage to the heart's electrical conduction system can lead to persistent rhythm disturbances.</w:t>
      </w:r>
    </w:p>
    <w:p w14:paraId="6379428D" w14:textId="77777777" w:rsidR="004B2954" w:rsidRPr="00BB79B8" w:rsidRDefault="004B2954" w:rsidP="004B2954">
      <w:pPr>
        <w:spacing w:after="20"/>
        <w:ind w:left="216"/>
        <w:rPr>
          <w:rFonts w:cs="Times New Roman"/>
          <w:sz w:val="20"/>
          <w:szCs w:val="20"/>
        </w:rPr>
      </w:pPr>
      <w:r w:rsidRPr="00BB79B8">
        <w:rPr>
          <w:rFonts w:cs="Times New Roman"/>
          <w:sz w:val="20"/>
          <w:szCs w:val="20"/>
        </w:rPr>
        <w:t>Types: These can range from relatively benign premature beats to more serious ventricular tachycardia or heart block.</w:t>
      </w:r>
    </w:p>
    <w:p w14:paraId="3DFB0D1E"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Patients with significant scarring may require long-term monitoring or, in severe cases, an implantable cardioverter-defibrillator (ICD).</w:t>
      </w:r>
    </w:p>
    <w:p w14:paraId="6332FA6F" w14:textId="77777777" w:rsidR="004B2954" w:rsidRPr="00BB79B8" w:rsidRDefault="004B2954" w:rsidP="004B2954">
      <w:pPr>
        <w:spacing w:after="20"/>
        <w:ind w:left="216"/>
        <w:rPr>
          <w:rFonts w:cs="Times New Roman"/>
          <w:sz w:val="20"/>
          <w:szCs w:val="20"/>
        </w:rPr>
      </w:pPr>
      <w:r w:rsidRPr="00BB79B8">
        <w:rPr>
          <w:rFonts w:cs="Times New Roman"/>
          <w:sz w:val="20"/>
          <w:szCs w:val="20"/>
        </w:rPr>
        <w:t>4. Reduced Exercise Tolerance</w:t>
      </w:r>
    </w:p>
    <w:p w14:paraId="35BE598E" w14:textId="77777777" w:rsidR="004B2954" w:rsidRPr="00BB79B8" w:rsidRDefault="004B2954" w:rsidP="004B2954">
      <w:pPr>
        <w:spacing w:after="20"/>
        <w:ind w:left="216"/>
        <w:rPr>
          <w:rFonts w:cs="Times New Roman"/>
          <w:sz w:val="20"/>
          <w:szCs w:val="20"/>
        </w:rPr>
      </w:pPr>
      <w:r w:rsidRPr="00BB79B8">
        <w:rPr>
          <w:rFonts w:cs="Times New Roman"/>
          <w:sz w:val="20"/>
          <w:szCs w:val="20"/>
        </w:rPr>
        <w:t>Some individuals experience "post-myocarditis syndrome," characterized by:</w:t>
      </w:r>
    </w:p>
    <w:p w14:paraId="627E5F45"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fatigue.</w:t>
      </w:r>
    </w:p>
    <w:p w14:paraId="2519CD3C"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during physical exertion.</w:t>
      </w:r>
    </w:p>
    <w:p w14:paraId="69E3313D" w14:textId="77777777" w:rsidR="004B2954" w:rsidRPr="00BB79B8" w:rsidRDefault="004B2954" w:rsidP="004B2954">
      <w:pPr>
        <w:spacing w:after="20"/>
        <w:ind w:left="216"/>
        <w:rPr>
          <w:rFonts w:cs="Times New Roman"/>
          <w:sz w:val="20"/>
          <w:szCs w:val="20"/>
        </w:rPr>
      </w:pPr>
      <w:r w:rsidRPr="00BB79B8">
        <w:rPr>
          <w:rFonts w:cs="Times New Roman"/>
          <w:sz w:val="20"/>
          <w:szCs w:val="20"/>
        </w:rPr>
        <w:t>Atypical chest pain.</w:t>
      </w:r>
    </w:p>
    <w:p w14:paraId="4BE4E513" w14:textId="77777777" w:rsidR="004B2954" w:rsidRPr="00BB79B8" w:rsidRDefault="004B2954" w:rsidP="004B2954">
      <w:pPr>
        <w:spacing w:after="20"/>
        <w:ind w:left="216"/>
        <w:rPr>
          <w:rFonts w:cs="Times New Roman"/>
          <w:sz w:val="20"/>
          <w:szCs w:val="20"/>
        </w:rPr>
      </w:pPr>
      <w:r w:rsidRPr="00BB79B8">
        <w:rPr>
          <w:rFonts w:cs="Times New Roman"/>
          <w:sz w:val="20"/>
          <w:szCs w:val="20"/>
        </w:rPr>
        <w:t>5. Recurrence</w:t>
      </w:r>
    </w:p>
    <w:p w14:paraId="2734E3AB"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uncommon, a small percentage of patients may experience recurrent episodes of myocarditis, particularly if there is an underlying autoimmune component.</w:t>
      </w:r>
    </w:p>
    <w:p w14:paraId="330EE1D3" w14:textId="77777777" w:rsidR="004B2954" w:rsidRPr="00BB79B8" w:rsidRDefault="004B2954" w:rsidP="004B2954">
      <w:pPr>
        <w:spacing w:after="20"/>
        <w:ind w:left="216"/>
        <w:rPr>
          <w:rFonts w:cs="Times New Roman"/>
          <w:sz w:val="20"/>
          <w:szCs w:val="20"/>
        </w:rPr>
      </w:pPr>
      <w:r w:rsidRPr="00BB79B8">
        <w:rPr>
          <w:rFonts w:cs="Times New Roman"/>
          <w:sz w:val="20"/>
          <w:szCs w:val="20"/>
        </w:rPr>
        <w:t>Management and Monitoring</w:t>
      </w:r>
    </w:p>
    <w:p w14:paraId="5CFA3929" w14:textId="77777777" w:rsidR="004B2954" w:rsidRPr="00BB79B8" w:rsidRDefault="004B2954" w:rsidP="004B2954">
      <w:pPr>
        <w:spacing w:after="20"/>
        <w:ind w:left="216"/>
        <w:rPr>
          <w:rFonts w:cs="Times New Roman"/>
          <w:sz w:val="20"/>
          <w:szCs w:val="20"/>
        </w:rPr>
      </w:pPr>
      <w:r w:rsidRPr="00BB79B8">
        <w:rPr>
          <w:rFonts w:cs="Times New Roman"/>
          <w:sz w:val="20"/>
          <w:szCs w:val="20"/>
        </w:rPr>
        <w:t>To minimize long-term risks, clinical guidelines typically recommend:</w:t>
      </w:r>
    </w:p>
    <w:p w14:paraId="066FCE1D" w14:textId="77777777" w:rsidR="004B2954" w:rsidRPr="00BB79B8" w:rsidRDefault="004B2954" w:rsidP="004B2954">
      <w:pPr>
        <w:spacing w:after="20"/>
        <w:ind w:left="216"/>
        <w:rPr>
          <w:rFonts w:cs="Times New Roman"/>
          <w:sz w:val="20"/>
          <w:szCs w:val="20"/>
        </w:rPr>
      </w:pPr>
      <w:r w:rsidRPr="00BB79B8">
        <w:rPr>
          <w:rFonts w:cs="Times New Roman"/>
          <w:sz w:val="20"/>
          <w:szCs w:val="20"/>
        </w:rPr>
        <w:t>Physical Rest: Avoiding strenuous exercise for 3 to 6 months post-diagnosis to allow the heart to heal.</w:t>
      </w:r>
    </w:p>
    <w:p w14:paraId="0A42D773"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Care: Regular echocardiograms, ECGs, and clinical evaluations to monitor heart function and rhythm stability.</w:t>
      </w:r>
    </w:p>
    <w:p w14:paraId="415010FF"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 Use of ACE inhibitors or beta-blockers if there is evidence of ventricular dysfunction.</w:t>
      </w:r>
    </w:p>
    <w:p w14:paraId="37A8E5A6" w14:textId="77777777" w:rsidR="004B2954" w:rsidRPr="00BB79B8" w:rsidRDefault="004B2954" w:rsidP="004B2954">
      <w:pPr>
        <w:spacing w:after="0"/>
        <w:rPr>
          <w:rFonts w:cs="Times New Roman"/>
          <w:sz w:val="20"/>
          <w:szCs w:val="20"/>
        </w:rPr>
      </w:pPr>
    </w:p>
    <w:p w14:paraId="657ED11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4D27691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BF88BF8"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leave long-term sequelae, but the likelihood depends heavily on the severity of the initial episode. Most patients recover fully, but a meaningful minority develop chronic cardiac issues.</w:t>
      </w:r>
    </w:p>
    <w:p w14:paraId="091EB4C4" w14:textId="77777777" w:rsidR="004B2954" w:rsidRPr="00BB79B8" w:rsidRDefault="004B2954" w:rsidP="004B2954">
      <w:pPr>
        <w:spacing w:after="20"/>
        <w:ind w:left="216"/>
        <w:rPr>
          <w:rFonts w:cs="Times New Roman"/>
          <w:sz w:val="20"/>
          <w:szCs w:val="20"/>
        </w:rPr>
      </w:pPr>
      <w:r w:rsidRPr="00BB79B8">
        <w:rPr>
          <w:rFonts w:cs="Times New Roman"/>
          <w:sz w:val="20"/>
          <w:szCs w:val="20"/>
        </w:rPr>
        <w:t>What long-term sequelae can occur?</w:t>
      </w:r>
    </w:p>
    <w:p w14:paraId="7A09667E"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left-ventricular dysfunction - Some patients have persistent reduction in heart pumping function. Evidence: A long-term observational study found that although most patients recovered normal function, a subset had residual LV dysfunction years later.</w:t>
      </w:r>
    </w:p>
    <w:p w14:paraId="55ADDED1" w14:textId="77777777" w:rsidR="004B2954" w:rsidRPr="00BB79B8" w:rsidRDefault="004B2954" w:rsidP="004B2954">
      <w:pPr>
        <w:spacing w:after="20"/>
        <w:ind w:left="216"/>
        <w:rPr>
          <w:rFonts w:cs="Times New Roman"/>
          <w:sz w:val="20"/>
          <w:szCs w:val="20"/>
        </w:rPr>
      </w:pPr>
      <w:r w:rsidRPr="00BB79B8">
        <w:rPr>
          <w:rFonts w:cs="Times New Roman"/>
          <w:sz w:val="20"/>
          <w:szCs w:val="20"/>
        </w:rPr>
        <w:t>Dilated cardiomyopathy - Myocarditis is a known cause of non-ischemic DCM. Inference based on study background: Myocarditis can progress to a chronic dilated state in some patients.</w:t>
      </w:r>
    </w:p>
    <w:p w14:paraId="0A49D943"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 Scarring from inflammation can predispose to atrial or ventricular arrhythmias.</w:t>
      </w:r>
    </w:p>
    <w:p w14:paraId="4E2090F1"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 Particularly in those who had severe or fulminant myocarditis.</w:t>
      </w:r>
    </w:p>
    <w:p w14:paraId="526550D4" w14:textId="77777777" w:rsidR="004B2954" w:rsidRPr="00BB79B8" w:rsidRDefault="004B2954" w:rsidP="004B2954">
      <w:pPr>
        <w:spacing w:after="20"/>
        <w:ind w:left="216"/>
        <w:rPr>
          <w:rFonts w:cs="Times New Roman"/>
          <w:sz w:val="20"/>
          <w:szCs w:val="20"/>
        </w:rPr>
      </w:pPr>
      <w:r w:rsidRPr="00BB79B8">
        <w:rPr>
          <w:rFonts w:cs="Times New Roman"/>
          <w:sz w:val="20"/>
          <w:szCs w:val="20"/>
        </w:rPr>
        <w:t>Increased long-term mortality - Even young adults with non-complicated myocarditis show higher-than-expected long-term mortality compared with the general population. Evidence: A nationwide 10-year study showed persistent excess mortality across age groups.</w:t>
      </w:r>
    </w:p>
    <w:p w14:paraId="13DAC8B5" w14:textId="77777777" w:rsidR="004B2954" w:rsidRPr="00BB79B8" w:rsidRDefault="004B2954" w:rsidP="004B2954">
      <w:pPr>
        <w:spacing w:after="20"/>
        <w:ind w:left="216"/>
        <w:rPr>
          <w:rFonts w:cs="Times New Roman"/>
          <w:sz w:val="20"/>
          <w:szCs w:val="20"/>
        </w:rPr>
      </w:pPr>
      <w:r w:rsidRPr="00BB79B8">
        <w:rPr>
          <w:rFonts w:cs="Times New Roman"/>
          <w:sz w:val="20"/>
          <w:szCs w:val="20"/>
        </w:rPr>
        <w:t>What do long-term studies show?</w:t>
      </w:r>
    </w:p>
    <w:p w14:paraId="4B528C9D" w14:textId="77777777" w:rsidR="004B2954" w:rsidRPr="00BB79B8" w:rsidRDefault="004B2954" w:rsidP="004B2954">
      <w:pPr>
        <w:spacing w:after="20"/>
        <w:ind w:left="216"/>
        <w:rPr>
          <w:rFonts w:cs="Times New Roman"/>
          <w:sz w:val="20"/>
          <w:szCs w:val="20"/>
        </w:rPr>
      </w:pPr>
      <w:r w:rsidRPr="00BB79B8">
        <w:rPr>
          <w:rFonts w:cs="Times New Roman"/>
          <w:sz w:val="20"/>
          <w:szCs w:val="20"/>
        </w:rPr>
        <w:t>1. Most patients recover well</w:t>
      </w:r>
    </w:p>
    <w:p w14:paraId="38E93A1A"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A 10-year retrospective study of 203 patients found:</w:t>
      </w:r>
    </w:p>
    <w:p w14:paraId="6666D3D4" w14:textId="77777777" w:rsidR="004B2954" w:rsidRPr="00BB79B8" w:rsidRDefault="004B2954" w:rsidP="004B2954">
      <w:pPr>
        <w:spacing w:after="20"/>
        <w:ind w:left="216"/>
        <w:rPr>
          <w:rFonts w:cs="Times New Roman"/>
          <w:sz w:val="20"/>
          <w:szCs w:val="20"/>
        </w:rPr>
      </w:pPr>
      <w:r w:rsidRPr="00BB79B8">
        <w:rPr>
          <w:rFonts w:cs="Times New Roman"/>
          <w:sz w:val="20"/>
          <w:szCs w:val="20"/>
        </w:rPr>
        <w:t>Overall mortality only 4.4%</w:t>
      </w:r>
    </w:p>
    <w:p w14:paraId="11D96ACC"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patients recovered without residual LV dysfunction</w:t>
      </w:r>
    </w:p>
    <w:p w14:paraId="5CE2D479" w14:textId="77777777" w:rsidR="004B2954" w:rsidRPr="00BB79B8" w:rsidRDefault="004B2954" w:rsidP="004B2954">
      <w:pPr>
        <w:spacing w:after="20"/>
        <w:ind w:left="216"/>
        <w:rPr>
          <w:rFonts w:cs="Times New Roman"/>
          <w:sz w:val="20"/>
          <w:szCs w:val="20"/>
        </w:rPr>
      </w:pPr>
      <w:r w:rsidRPr="00BB79B8">
        <w:rPr>
          <w:rFonts w:cs="Times New Roman"/>
          <w:sz w:val="20"/>
          <w:szCs w:val="20"/>
        </w:rPr>
        <w:t>2. But severe cases have higher risk</w:t>
      </w:r>
    </w:p>
    <w:p w14:paraId="04FE00ED"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had higher in-hospital mortality, though survivors often recovered well.</w:t>
      </w:r>
    </w:p>
    <w:p w14:paraId="1F7624D8" w14:textId="77777777" w:rsidR="004B2954" w:rsidRPr="00BB79B8" w:rsidRDefault="004B2954" w:rsidP="004B2954">
      <w:pPr>
        <w:spacing w:after="20"/>
        <w:ind w:left="216"/>
        <w:rPr>
          <w:rFonts w:cs="Times New Roman"/>
          <w:sz w:val="20"/>
          <w:szCs w:val="20"/>
        </w:rPr>
      </w:pPr>
      <w:r w:rsidRPr="00BB79B8">
        <w:rPr>
          <w:rFonts w:cs="Times New Roman"/>
          <w:sz w:val="20"/>
          <w:szCs w:val="20"/>
        </w:rPr>
        <w:t>3. Long-term excess mortality exists</w:t>
      </w:r>
    </w:p>
    <w:p w14:paraId="12703469" w14:textId="77777777" w:rsidR="004B2954" w:rsidRPr="00BB79B8" w:rsidRDefault="004B2954" w:rsidP="004B2954">
      <w:pPr>
        <w:spacing w:after="20"/>
        <w:ind w:left="216"/>
        <w:rPr>
          <w:rFonts w:cs="Times New Roman"/>
          <w:sz w:val="20"/>
          <w:szCs w:val="20"/>
        </w:rPr>
      </w:pPr>
      <w:r w:rsidRPr="00BB79B8">
        <w:rPr>
          <w:rFonts w:cs="Times New Roman"/>
          <w:sz w:val="20"/>
          <w:szCs w:val="20"/>
        </w:rPr>
        <w:t>A nationwide cohort of 2,988 patients showed:</w:t>
      </w:r>
    </w:p>
    <w:p w14:paraId="75974DA0" w14:textId="77777777" w:rsidR="004B2954" w:rsidRPr="00BB79B8" w:rsidRDefault="004B2954" w:rsidP="004B2954">
      <w:pPr>
        <w:spacing w:after="20"/>
        <w:ind w:left="216"/>
        <w:rPr>
          <w:rFonts w:cs="Times New Roman"/>
          <w:sz w:val="20"/>
          <w:szCs w:val="20"/>
        </w:rPr>
      </w:pPr>
      <w:r w:rsidRPr="00BB79B8">
        <w:rPr>
          <w:rFonts w:cs="Times New Roman"/>
          <w:sz w:val="20"/>
          <w:szCs w:val="20"/>
        </w:rPr>
        <w:t>25.5% mortality at 10 years</w:t>
      </w:r>
    </w:p>
    <w:p w14:paraId="4889D6C8" w14:textId="77777777" w:rsidR="004B2954" w:rsidRPr="00BB79B8" w:rsidRDefault="004B2954" w:rsidP="004B2954">
      <w:pPr>
        <w:spacing w:after="20"/>
        <w:ind w:left="216"/>
        <w:rPr>
          <w:rFonts w:cs="Times New Roman"/>
          <w:sz w:val="20"/>
          <w:szCs w:val="20"/>
        </w:rPr>
      </w:pPr>
      <w:r w:rsidRPr="00BB79B8">
        <w:rPr>
          <w:rFonts w:cs="Times New Roman"/>
          <w:sz w:val="20"/>
          <w:szCs w:val="20"/>
        </w:rPr>
        <w:t>Even young adults with non-complicated myocarditis had higher long-term mortality than the general population.</w:t>
      </w:r>
    </w:p>
    <w:p w14:paraId="6B01809C" w14:textId="77777777" w:rsidR="004B2954" w:rsidRPr="00BB79B8" w:rsidRDefault="004B2954" w:rsidP="004B2954">
      <w:pPr>
        <w:spacing w:after="20"/>
        <w:ind w:left="216"/>
        <w:rPr>
          <w:rFonts w:cs="Times New Roman"/>
          <w:sz w:val="20"/>
          <w:szCs w:val="20"/>
        </w:rPr>
      </w:pPr>
      <w:r w:rsidRPr="00BB79B8">
        <w:rPr>
          <w:rFonts w:cs="Times New Roman"/>
          <w:sz w:val="20"/>
          <w:szCs w:val="20"/>
        </w:rPr>
        <w:t>What determines whether sequelae occur?</w:t>
      </w:r>
    </w:p>
    <w:p w14:paraId="33AFC53A"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of initial inflammation (fulminant vs. mild)</w:t>
      </w:r>
    </w:p>
    <w:p w14:paraId="792E12EA" w14:textId="77777777" w:rsidR="004B2954" w:rsidRPr="00BB79B8" w:rsidRDefault="004B2954" w:rsidP="004B2954">
      <w:pPr>
        <w:spacing w:after="20"/>
        <w:ind w:left="216"/>
        <w:rPr>
          <w:rFonts w:cs="Times New Roman"/>
          <w:sz w:val="20"/>
          <w:szCs w:val="20"/>
        </w:rPr>
      </w:pPr>
      <w:r w:rsidRPr="00BB79B8">
        <w:rPr>
          <w:rFonts w:cs="Times New Roman"/>
          <w:sz w:val="20"/>
          <w:szCs w:val="20"/>
        </w:rPr>
        <w:t>Degree of LV dysfunction at presentation</w:t>
      </w:r>
    </w:p>
    <w:p w14:paraId="77989AD5" w14:textId="77777777" w:rsidR="004B2954" w:rsidRPr="00BB79B8" w:rsidRDefault="004B2954" w:rsidP="004B2954">
      <w:pPr>
        <w:spacing w:after="20"/>
        <w:ind w:left="216"/>
        <w:rPr>
          <w:rFonts w:cs="Times New Roman"/>
          <w:sz w:val="20"/>
          <w:szCs w:val="20"/>
        </w:rPr>
      </w:pPr>
      <w:r w:rsidRPr="00BB79B8">
        <w:rPr>
          <w:rFonts w:cs="Times New Roman"/>
          <w:sz w:val="20"/>
          <w:szCs w:val="20"/>
        </w:rPr>
        <w:t>Presence of arrhythmias</w:t>
      </w:r>
    </w:p>
    <w:p w14:paraId="3478D916" w14:textId="77777777" w:rsidR="004B2954" w:rsidRPr="00BB79B8" w:rsidRDefault="004B2954" w:rsidP="004B2954">
      <w:pPr>
        <w:spacing w:after="20"/>
        <w:ind w:left="216"/>
        <w:rPr>
          <w:rFonts w:cs="Times New Roman"/>
          <w:sz w:val="20"/>
          <w:szCs w:val="20"/>
        </w:rPr>
      </w:pPr>
      <w:r w:rsidRPr="00BB79B8">
        <w:rPr>
          <w:rFonts w:cs="Times New Roman"/>
          <w:sz w:val="20"/>
          <w:szCs w:val="20"/>
        </w:rPr>
        <w:t>Age and comorbidities</w:t>
      </w:r>
    </w:p>
    <w:p w14:paraId="1B2CF6A3" w14:textId="77777777" w:rsidR="004B2954" w:rsidRPr="00BB79B8" w:rsidRDefault="004B2954" w:rsidP="004B2954">
      <w:pPr>
        <w:spacing w:after="20"/>
        <w:ind w:left="216"/>
        <w:rPr>
          <w:rFonts w:cs="Times New Roman"/>
          <w:sz w:val="20"/>
          <w:szCs w:val="20"/>
        </w:rPr>
      </w:pPr>
      <w:r w:rsidRPr="00BB79B8">
        <w:rPr>
          <w:rFonts w:cs="Times New Roman"/>
          <w:sz w:val="20"/>
          <w:szCs w:val="20"/>
        </w:rPr>
        <w:t>Extent of myocardial scarring on MRI</w:t>
      </w:r>
    </w:p>
    <w:p w14:paraId="26FE964B"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0FD8953D" w14:textId="77777777" w:rsidR="004B2954" w:rsidRPr="00BB79B8" w:rsidRDefault="004B2954" w:rsidP="004B2954">
      <w:pPr>
        <w:spacing w:after="20"/>
        <w:ind w:left="216"/>
        <w:rPr>
          <w:rFonts w:cs="Times New Roman"/>
          <w:sz w:val="20"/>
          <w:szCs w:val="20"/>
        </w:rPr>
      </w:pPr>
      <w:r w:rsidRPr="00BB79B8">
        <w:rPr>
          <w:rFonts w:cs="Times New Roman"/>
          <w:sz w:val="20"/>
          <w:szCs w:val="20"/>
        </w:rPr>
        <w:t>Most myocarditis patients recover completely, especially younger individuals with mild disease. However, a significant minority-particularly those with severe or complicated myocarditis-may develop long-term cardiac sequelae such as LV dysfunction, arrhythmias, or even chronic cardiomyopathy.</w:t>
      </w:r>
    </w:p>
    <w:p w14:paraId="02E1FE69" w14:textId="77777777" w:rsidR="004B2954" w:rsidRPr="00BB79B8" w:rsidRDefault="004B2954" w:rsidP="004B2954">
      <w:pPr>
        <w:spacing w:after="0"/>
        <w:rPr>
          <w:rFonts w:cs="Times New Roman"/>
          <w:sz w:val="20"/>
          <w:szCs w:val="20"/>
        </w:rPr>
      </w:pPr>
    </w:p>
    <w:p w14:paraId="32E9ACEE"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499BF57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F23A565"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leave long-term sequelae, although the majority of patients (over 50-80%) recover fully with no lasting issues. The risk and type of long-term problems depend heavily on the severity of the initial illness, the cause, and how quickly treatment was received.</w:t>
      </w:r>
    </w:p>
    <w:p w14:paraId="158D207C" w14:textId="77777777" w:rsidR="004B2954" w:rsidRPr="00BB79B8" w:rsidRDefault="004B2954" w:rsidP="004B2954">
      <w:pPr>
        <w:spacing w:after="20"/>
        <w:ind w:left="216"/>
        <w:rPr>
          <w:rFonts w:cs="Times New Roman"/>
          <w:sz w:val="20"/>
          <w:szCs w:val="20"/>
        </w:rPr>
      </w:pPr>
      <w:r w:rsidRPr="00BB79B8">
        <w:rPr>
          <w:rFonts w:cs="Times New Roman"/>
          <w:sz w:val="20"/>
          <w:szCs w:val="20"/>
        </w:rPr>
        <w:t>Here are the primary long-term sequelae:</w:t>
      </w:r>
    </w:p>
    <w:p w14:paraId="6223F436" w14:textId="77777777" w:rsidR="004B2954" w:rsidRPr="00BB79B8" w:rsidRDefault="004B2954" w:rsidP="004B2954">
      <w:pPr>
        <w:spacing w:after="20"/>
        <w:ind w:left="216"/>
        <w:rPr>
          <w:rFonts w:cs="Times New Roman"/>
          <w:sz w:val="20"/>
          <w:szCs w:val="20"/>
        </w:rPr>
      </w:pPr>
      <w:r w:rsidRPr="00BB79B8">
        <w:rPr>
          <w:rFonts w:cs="Times New Roman"/>
          <w:sz w:val="20"/>
          <w:szCs w:val="20"/>
        </w:rPr>
        <w:t>1. Persistent or Recurrent Heart Failure (Dilated Cardiomyopathy)</w:t>
      </w:r>
      <w:r w:rsidRPr="00BB79B8">
        <w:rPr>
          <w:rFonts w:cs="Times New Roman"/>
          <w:sz w:val="20"/>
          <w:szCs w:val="20"/>
        </w:rPr>
        <w:br/>
        <w:t>This is the most serious long-term concern. The inflammation can damage the heart muscle so severely that it remains weak and enlarged even after the infection clears. This can lead to chronic heart failure with symptoms like:</w:t>
      </w:r>
    </w:p>
    <w:p w14:paraId="185C9A2E"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with exertion</w:t>
      </w:r>
    </w:p>
    <w:p w14:paraId="33939308"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exercise intolerance</w:t>
      </w:r>
    </w:p>
    <w:p w14:paraId="3F7C55D9"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the legs and feet</w:t>
      </w:r>
    </w:p>
    <w:p w14:paraId="1FF64BA9" w14:textId="77777777" w:rsidR="004B2954" w:rsidRPr="00BB79B8" w:rsidRDefault="004B2954" w:rsidP="004B2954">
      <w:pPr>
        <w:spacing w:after="20"/>
        <w:ind w:left="216"/>
        <w:rPr>
          <w:rFonts w:cs="Times New Roman"/>
          <w:sz w:val="20"/>
          <w:szCs w:val="20"/>
        </w:rPr>
      </w:pPr>
      <w:r w:rsidRPr="00BB79B8">
        <w:rPr>
          <w:rFonts w:cs="Times New Roman"/>
          <w:sz w:val="20"/>
          <w:szCs w:val="20"/>
        </w:rPr>
        <w:t>Need for long-term medications (e.g., beta-blockers, ACE inhibitors)</w:t>
      </w:r>
    </w:p>
    <w:p w14:paraId="46C16677" w14:textId="77777777" w:rsidR="004B2954" w:rsidRPr="00BB79B8" w:rsidRDefault="004B2954" w:rsidP="004B2954">
      <w:pPr>
        <w:spacing w:after="20"/>
        <w:ind w:left="216"/>
        <w:rPr>
          <w:rFonts w:cs="Times New Roman"/>
          <w:sz w:val="20"/>
          <w:szCs w:val="20"/>
        </w:rPr>
      </w:pPr>
      <w:r w:rsidRPr="00BB79B8">
        <w:rPr>
          <w:rFonts w:cs="Times New Roman"/>
          <w:sz w:val="20"/>
          <w:szCs w:val="20"/>
        </w:rPr>
        <w:t>2. Chronic Arrhythmias (Irregular Heartbeats)</w:t>
      </w:r>
      <w:r w:rsidRPr="00BB79B8">
        <w:rPr>
          <w:rFonts w:cs="Times New Roman"/>
          <w:sz w:val="20"/>
          <w:szCs w:val="20"/>
        </w:rPr>
        <w:br/>
        <w:t>When inflammation heals, it often leaves behind scar tissue. This scar tissue can act as an abnormal electrical pathway, causing:</w:t>
      </w:r>
    </w:p>
    <w:p w14:paraId="0484B56E" w14:textId="77777777" w:rsidR="004B2954" w:rsidRPr="00BB79B8" w:rsidRDefault="004B2954" w:rsidP="004B2954">
      <w:pPr>
        <w:spacing w:after="20"/>
        <w:ind w:left="216"/>
        <w:rPr>
          <w:rFonts w:cs="Times New Roman"/>
          <w:sz w:val="20"/>
          <w:szCs w:val="20"/>
        </w:rPr>
      </w:pPr>
      <w:r w:rsidRPr="00BB79B8">
        <w:rPr>
          <w:rFonts w:cs="Times New Roman"/>
          <w:sz w:val="20"/>
          <w:szCs w:val="20"/>
        </w:rPr>
        <w:t>Atrial fibrillation: A fast, irregular upper chamber rhythm.</w:t>
      </w:r>
    </w:p>
    <w:p w14:paraId="7230FA66"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tachycardia (VT): A dangerous fast rhythm from the lower chambers, which can lead to palpitations, fainting, or sudden cardiac arrest.</w:t>
      </w:r>
    </w:p>
    <w:p w14:paraId="5C031928"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block: Disruption of the electrical signal between the upper and lower chambers, sometimes requiring a pacemaker.</w:t>
      </w:r>
    </w:p>
    <w:p w14:paraId="7DE90857" w14:textId="77777777" w:rsidR="004B2954" w:rsidRPr="00BB79B8" w:rsidRDefault="004B2954" w:rsidP="004B2954">
      <w:pPr>
        <w:spacing w:after="20"/>
        <w:ind w:left="216"/>
        <w:rPr>
          <w:rFonts w:cs="Times New Roman"/>
          <w:sz w:val="20"/>
          <w:szCs w:val="20"/>
        </w:rPr>
      </w:pPr>
      <w:r w:rsidRPr="00BB79B8">
        <w:rPr>
          <w:rFonts w:cs="Times New Roman"/>
          <w:sz w:val="20"/>
          <w:szCs w:val="20"/>
        </w:rPr>
        <w:t>3. Sudden Cardiac Death (SCD) Risk</w:t>
      </w:r>
      <w:r w:rsidRPr="00BB79B8">
        <w:rPr>
          <w:rFonts w:cs="Times New Roman"/>
          <w:sz w:val="20"/>
          <w:szCs w:val="20"/>
        </w:rPr>
        <w:br/>
        <w:t>This is rare but the most feared sequela. Scarring from myocarditis is a known cause of sudden death, especially in young athletes, because scar tissue can trigger lethal ventricular arrhythmias during physical exertion.</w:t>
      </w:r>
    </w:p>
    <w:p w14:paraId="6FF1F8A0" w14:textId="77777777" w:rsidR="004B2954" w:rsidRPr="00BB79B8" w:rsidRDefault="004B2954" w:rsidP="004B2954">
      <w:pPr>
        <w:spacing w:after="20"/>
        <w:ind w:left="216"/>
        <w:rPr>
          <w:rFonts w:cs="Times New Roman"/>
          <w:sz w:val="20"/>
          <w:szCs w:val="20"/>
        </w:rPr>
      </w:pPr>
      <w:r w:rsidRPr="00BB79B8">
        <w:rPr>
          <w:rFonts w:cs="Times New Roman"/>
          <w:sz w:val="20"/>
          <w:szCs w:val="20"/>
        </w:rPr>
        <w:t>4. Chronic Chest Pain and Fatigue</w:t>
      </w:r>
      <w:r w:rsidRPr="00BB79B8">
        <w:rPr>
          <w:rFonts w:cs="Times New Roman"/>
          <w:sz w:val="20"/>
          <w:szCs w:val="20"/>
        </w:rPr>
        <w:br/>
        <w:t>Some patients develop a syndrome similar to chronic pericarditis or post-viral fatigue, experiencing:</w:t>
      </w:r>
    </w:p>
    <w:p w14:paraId="30DBF841"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Recurrent chest pain (not from blocked arteries)</w:t>
      </w:r>
    </w:p>
    <w:p w14:paraId="01CF9F46"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exhaustion and "brain fog"</w:t>
      </w:r>
    </w:p>
    <w:p w14:paraId="151DE2C0"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intolerance out of proportion to heart function testing</w:t>
      </w:r>
    </w:p>
    <w:p w14:paraId="36909A92" w14:textId="77777777" w:rsidR="004B2954" w:rsidRPr="00BB79B8" w:rsidRDefault="004B2954" w:rsidP="004B2954">
      <w:pPr>
        <w:spacing w:after="20"/>
        <w:ind w:left="216"/>
        <w:rPr>
          <w:rFonts w:cs="Times New Roman"/>
          <w:sz w:val="20"/>
          <w:szCs w:val="20"/>
        </w:rPr>
      </w:pPr>
      <w:r w:rsidRPr="00BB79B8">
        <w:rPr>
          <w:rFonts w:cs="Times New Roman"/>
          <w:sz w:val="20"/>
          <w:szCs w:val="20"/>
        </w:rPr>
        <w:t>Who is at highest risk for sequelae?</w:t>
      </w:r>
    </w:p>
    <w:p w14:paraId="6486B412"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acute illness: Patients who needed ICU care, had very low ejection fraction (&lt;40%), or required inotropic support.</w:t>
      </w:r>
    </w:p>
    <w:p w14:paraId="1EB6F8FF" w14:textId="77777777" w:rsidR="004B2954" w:rsidRPr="00BB79B8" w:rsidRDefault="004B2954" w:rsidP="004B2954">
      <w:pPr>
        <w:spacing w:after="20"/>
        <w:ind w:left="216"/>
        <w:rPr>
          <w:rFonts w:cs="Times New Roman"/>
          <w:sz w:val="20"/>
          <w:szCs w:val="20"/>
        </w:rPr>
      </w:pPr>
      <w:r w:rsidRPr="00BB79B8">
        <w:rPr>
          <w:rFonts w:cs="Times New Roman"/>
          <w:sz w:val="20"/>
          <w:szCs w:val="20"/>
        </w:rPr>
        <w:t>Specific causes: Giant cell myocarditis and necrotizing eosinophilic myocarditis carry very poor prognoses. Some viral causes (e.g., parvovirus B19, certain coxsackieviruses) may be more likely to become chronic.</w:t>
      </w:r>
    </w:p>
    <w:p w14:paraId="6C7B1C09" w14:textId="77777777" w:rsidR="004B2954" w:rsidRPr="00BB79B8" w:rsidRDefault="004B2954" w:rsidP="004B2954">
      <w:pPr>
        <w:spacing w:after="20"/>
        <w:ind w:left="216"/>
        <w:rPr>
          <w:rFonts w:cs="Times New Roman"/>
          <w:sz w:val="20"/>
          <w:szCs w:val="20"/>
        </w:rPr>
      </w:pPr>
      <w:r w:rsidRPr="00BB79B8">
        <w:rPr>
          <w:rFonts w:cs="Times New Roman"/>
          <w:sz w:val="20"/>
          <w:szCs w:val="20"/>
        </w:rPr>
        <w:t>Delayed treatment: Missing the diagnosis allows ongoing inflammation to cause permanent scarring.</w:t>
      </w:r>
    </w:p>
    <w:p w14:paraId="49EF7776" w14:textId="77777777" w:rsidR="004B2954" w:rsidRPr="00BB79B8" w:rsidRDefault="004B2954" w:rsidP="004B2954">
      <w:pPr>
        <w:spacing w:after="20"/>
        <w:ind w:left="216"/>
        <w:rPr>
          <w:rFonts w:cs="Times New Roman"/>
          <w:sz w:val="20"/>
          <w:szCs w:val="20"/>
        </w:rPr>
      </w:pPr>
      <w:r w:rsidRPr="00BB79B8">
        <w:rPr>
          <w:rFonts w:cs="Times New Roman"/>
          <w:sz w:val="20"/>
          <w:szCs w:val="20"/>
        </w:rPr>
        <w:t>Good news: Most do well</w:t>
      </w:r>
    </w:p>
    <w:p w14:paraId="02C6BCD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Studies show that in children and young adults with acute viral myocarditis, roughly 75-90% have complete recovery of heart function within 6-12 months.</w:t>
      </w:r>
    </w:p>
    <w:p w14:paraId="1D465453" w14:textId="77777777" w:rsidR="004B2954" w:rsidRPr="00BB79B8" w:rsidRDefault="004B2954" w:rsidP="004B2954">
      <w:pPr>
        <w:spacing w:after="20"/>
        <w:ind w:left="216"/>
        <w:rPr>
          <w:rFonts w:cs="Times New Roman"/>
          <w:sz w:val="20"/>
          <w:szCs w:val="20"/>
        </w:rPr>
      </w:pPr>
      <w:r w:rsidRPr="00BB79B8">
        <w:rPr>
          <w:rFonts w:cs="Times New Roman"/>
          <w:sz w:val="20"/>
          <w:szCs w:val="20"/>
        </w:rPr>
        <w:t>Even those with some residual scarring may live normal lives if arrhythmias are controlled and they avoid highly competitive sports.</w:t>
      </w:r>
    </w:p>
    <w:p w14:paraId="2E1DC90D"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monitoring</w:t>
      </w:r>
    </w:p>
    <w:p w14:paraId="47B6BA7C"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you've had confirmed myocarditis, cardiologists typically recommend:</w:t>
      </w:r>
    </w:p>
    <w:p w14:paraId="481CFAD1"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cardiac MRI to look for scarring (late gadolinium enhancement)</w:t>
      </w:r>
    </w:p>
    <w:p w14:paraId="1ACF009D" w14:textId="77777777" w:rsidR="004B2954" w:rsidRPr="00BB79B8" w:rsidRDefault="004B2954" w:rsidP="004B2954">
      <w:pPr>
        <w:spacing w:after="20"/>
        <w:ind w:left="216"/>
        <w:rPr>
          <w:rFonts w:cs="Times New Roman"/>
          <w:sz w:val="20"/>
          <w:szCs w:val="20"/>
        </w:rPr>
      </w:pPr>
      <w:r w:rsidRPr="00BB79B8">
        <w:rPr>
          <w:rFonts w:cs="Times New Roman"/>
          <w:sz w:val="20"/>
          <w:szCs w:val="20"/>
        </w:rPr>
        <w:t>Holter monitoring to check for hidden arrhythmias</w:t>
      </w:r>
    </w:p>
    <w:p w14:paraId="125754F7"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restriction (usually no competitive sports for 3-6 months, and sometimes permanently if scarring is found)</w:t>
      </w:r>
    </w:p>
    <w:p w14:paraId="3B63379C" w14:textId="77777777" w:rsidR="004B2954" w:rsidRPr="00BB79B8" w:rsidRDefault="004B2954" w:rsidP="004B2954">
      <w:pPr>
        <w:spacing w:after="20"/>
        <w:ind w:left="216"/>
        <w:rPr>
          <w:rFonts w:cs="Times New Roman"/>
          <w:sz w:val="20"/>
          <w:szCs w:val="20"/>
        </w:rPr>
      </w:pPr>
      <w:r w:rsidRPr="00BB79B8">
        <w:rPr>
          <w:rFonts w:cs="Times New Roman"/>
          <w:sz w:val="20"/>
          <w:szCs w:val="20"/>
        </w:rPr>
        <w:t>Regular echocardiograms to track ejection fraction</w:t>
      </w:r>
    </w:p>
    <w:p w14:paraId="68593822"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While many people recover completely, myocarditis is not always benign. Anyone with a prior diagnosis should have ongoing cardiology follow-up to screen for and manage these potential sequelae.</w:t>
      </w:r>
    </w:p>
    <w:p w14:paraId="41CB4FBC" w14:textId="77777777" w:rsidR="004B2954" w:rsidRPr="00BB79B8" w:rsidRDefault="004B2954" w:rsidP="004B2954">
      <w:pPr>
        <w:spacing w:after="0"/>
        <w:rPr>
          <w:rFonts w:cs="Times New Roman"/>
          <w:sz w:val="20"/>
          <w:szCs w:val="20"/>
        </w:rPr>
      </w:pPr>
    </w:p>
    <w:p w14:paraId="2FBEC1E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4421964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78E2590"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leave long-term sequelae, though outcomes vary greatly among individuals.</w:t>
      </w:r>
    </w:p>
    <w:p w14:paraId="0343D903" w14:textId="77777777" w:rsidR="004B2954" w:rsidRPr="00BB79B8" w:rsidRDefault="004B2954" w:rsidP="004B2954">
      <w:pPr>
        <w:spacing w:after="20"/>
        <w:ind w:left="216"/>
        <w:rPr>
          <w:rFonts w:cs="Times New Roman"/>
          <w:sz w:val="20"/>
          <w:szCs w:val="20"/>
        </w:rPr>
      </w:pPr>
      <w:r w:rsidRPr="00BB79B8">
        <w:rPr>
          <w:rFonts w:cs="Times New Roman"/>
          <w:sz w:val="20"/>
          <w:szCs w:val="20"/>
        </w:rPr>
        <w:t>Most mild cases recover fully without lasting problems. However, moderate to severe myocarditis may lead to persistent long-term issues, including:</w:t>
      </w:r>
    </w:p>
    <w:p w14:paraId="5CE8F771"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myocarditis or recurring inflammation</w:t>
      </w:r>
    </w:p>
    <w:p w14:paraId="7069A276" w14:textId="77777777" w:rsidR="004B2954" w:rsidRPr="00BB79B8" w:rsidRDefault="004B2954" w:rsidP="004B2954">
      <w:pPr>
        <w:spacing w:after="20"/>
        <w:ind w:left="216"/>
        <w:rPr>
          <w:rFonts w:cs="Times New Roman"/>
          <w:sz w:val="20"/>
          <w:szCs w:val="20"/>
        </w:rPr>
      </w:pPr>
      <w:r w:rsidRPr="00BB79B8">
        <w:rPr>
          <w:rFonts w:cs="Times New Roman"/>
          <w:sz w:val="20"/>
          <w:szCs w:val="20"/>
        </w:rPr>
        <w:t>Dilated cardiomyopathy</w:t>
      </w:r>
    </w:p>
    <w:p w14:paraId="1F8A75BE"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(palpitations, ventricular arrhythmias)</w:t>
      </w:r>
    </w:p>
    <w:p w14:paraId="1DD3AAA8"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heart function, heart failure</w:t>
      </w:r>
    </w:p>
    <w:p w14:paraId="5C469E16"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intolerance, persistent fatigue and chest discomfort</w:t>
      </w:r>
    </w:p>
    <w:p w14:paraId="1C2B8E88"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standardized treatment, adequate rest and long-term follow-up can significantly lower the risk of permanent sequelae.</w:t>
      </w:r>
    </w:p>
    <w:p w14:paraId="4E07B765" w14:textId="77777777" w:rsidR="004B2954" w:rsidRPr="00BB79B8" w:rsidRDefault="004B2954" w:rsidP="004B2954">
      <w:pPr>
        <w:rPr>
          <w:rFonts w:cs="Times New Roman"/>
          <w:sz w:val="20"/>
          <w:szCs w:val="20"/>
        </w:rPr>
      </w:pPr>
    </w:p>
    <w:p w14:paraId="19137C2E" w14:textId="77777777" w:rsidR="004B2954" w:rsidRPr="00BB79B8" w:rsidRDefault="004B2954" w:rsidP="004B2954">
      <w:pPr>
        <w:keepNext/>
        <w:rPr>
          <w:rFonts w:cs="Times New Roman"/>
          <w:sz w:val="20"/>
          <w:szCs w:val="20"/>
        </w:rPr>
      </w:pPr>
      <w:r w:rsidRPr="00BB79B8">
        <w:rPr>
          <w:rFonts w:cs="Times New Roman"/>
          <w:b/>
          <w:color w:val="1F4E79"/>
          <w:sz w:val="20"/>
          <w:szCs w:val="20"/>
        </w:rPr>
        <w:t>Q48. Can myocarditis recur?</w:t>
      </w:r>
    </w:p>
    <w:p w14:paraId="1B8FA61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70E273E0"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A843DD4"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recur, though recurrence is relatively uncommon. Here's a detailed breakdown:</w:t>
      </w:r>
    </w:p>
    <w:p w14:paraId="7E44C5C1"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 for Recurrence</w:t>
      </w:r>
    </w:p>
    <w:p w14:paraId="2F6371DA" w14:textId="77777777" w:rsidR="004B2954" w:rsidRPr="00BB79B8" w:rsidRDefault="004B2954" w:rsidP="004B2954">
      <w:pPr>
        <w:spacing w:after="20"/>
        <w:ind w:left="216"/>
        <w:rPr>
          <w:rFonts w:cs="Times New Roman"/>
          <w:sz w:val="20"/>
          <w:szCs w:val="20"/>
        </w:rPr>
      </w:pPr>
      <w:r w:rsidRPr="00BB79B8">
        <w:rPr>
          <w:rFonts w:cs="Times New Roman"/>
          <w:sz w:val="20"/>
          <w:szCs w:val="20"/>
        </w:rPr>
        <w:t>Underlying autoimmune conditions - People with autoimmune diseases (e.g., lupus, rheumatoid arthritis) may have repeated episodes.</w:t>
      </w:r>
    </w:p>
    <w:p w14:paraId="1513920A"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viral infection - Some viral causes (e.g., enteroviruses, adenoviruses) may linger and trigger another flare.</w:t>
      </w:r>
    </w:p>
    <w:p w14:paraId="2AD634F1" w14:textId="77777777" w:rsidR="004B2954" w:rsidRPr="00BB79B8" w:rsidRDefault="004B2954" w:rsidP="004B2954">
      <w:pPr>
        <w:spacing w:after="20"/>
        <w:ind w:left="216"/>
        <w:rPr>
          <w:rFonts w:cs="Times New Roman"/>
          <w:sz w:val="20"/>
          <w:szCs w:val="20"/>
        </w:rPr>
      </w:pPr>
      <w:r w:rsidRPr="00BB79B8">
        <w:rPr>
          <w:rFonts w:cs="Times New Roman"/>
          <w:sz w:val="20"/>
          <w:szCs w:val="20"/>
        </w:rPr>
        <w:t>Incomplete recovery - If the initial inflammation or heart damage doesn't fully resolve, the myocardium may remain susceptible.</w:t>
      </w:r>
    </w:p>
    <w:p w14:paraId="76B9DAF0" w14:textId="77777777" w:rsidR="004B2954" w:rsidRPr="00BB79B8" w:rsidRDefault="004B2954" w:rsidP="004B2954">
      <w:pPr>
        <w:spacing w:after="20"/>
        <w:ind w:left="216"/>
        <w:rPr>
          <w:rFonts w:cs="Times New Roman"/>
          <w:sz w:val="20"/>
          <w:szCs w:val="20"/>
        </w:rPr>
      </w:pPr>
      <w:r w:rsidRPr="00BB79B8">
        <w:rPr>
          <w:rFonts w:cs="Times New Roman"/>
          <w:sz w:val="20"/>
          <w:szCs w:val="20"/>
        </w:rPr>
        <w:t>Certain medications or toxins - Re-exposure to drugs or toxins that previously triggered myocarditis could provoke recurrence.</w:t>
      </w:r>
    </w:p>
    <w:p w14:paraId="53111DC6"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of Recurrent Myocarditis</w:t>
      </w:r>
      <w:r w:rsidRPr="00BB79B8">
        <w:rPr>
          <w:rFonts w:cs="Times New Roman"/>
          <w:sz w:val="20"/>
          <w:szCs w:val="20"/>
        </w:rPr>
        <w:br/>
        <w:t>Similar to the initial episode:</w:t>
      </w:r>
    </w:p>
    <w:p w14:paraId="52B0270B"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w:t>
      </w:r>
    </w:p>
    <w:p w14:paraId="4AD6C356"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w:t>
      </w:r>
    </w:p>
    <w:p w14:paraId="2C109B20"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w:t>
      </w:r>
    </w:p>
    <w:p w14:paraId="141BEF26"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or irregular heartbeat</w:t>
      </w:r>
    </w:p>
    <w:p w14:paraId="0EB23416"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and Prevention</w:t>
      </w:r>
    </w:p>
    <w:p w14:paraId="6584FB12" w14:textId="77777777" w:rsidR="004B2954" w:rsidRPr="00BB79B8" w:rsidRDefault="004B2954" w:rsidP="004B2954">
      <w:pPr>
        <w:spacing w:after="20"/>
        <w:ind w:left="216"/>
        <w:rPr>
          <w:rFonts w:cs="Times New Roman"/>
          <w:sz w:val="20"/>
          <w:szCs w:val="20"/>
        </w:rPr>
      </w:pPr>
      <w:r w:rsidRPr="00BB79B8">
        <w:rPr>
          <w:rFonts w:cs="Times New Roman"/>
          <w:sz w:val="20"/>
          <w:szCs w:val="20"/>
        </w:rPr>
        <w:t>Regular follow-up with a cardiologist, often including echocardiography or cardiac MRI, can help detect early signs of recurrence.</w:t>
      </w:r>
    </w:p>
    <w:p w14:paraId="39A0BB87" w14:textId="77777777" w:rsidR="004B2954" w:rsidRPr="00BB79B8" w:rsidRDefault="004B2954" w:rsidP="004B2954">
      <w:pPr>
        <w:spacing w:after="20"/>
        <w:ind w:left="216"/>
        <w:rPr>
          <w:rFonts w:cs="Times New Roman"/>
          <w:sz w:val="20"/>
          <w:szCs w:val="20"/>
        </w:rPr>
      </w:pPr>
      <w:r w:rsidRPr="00BB79B8">
        <w:rPr>
          <w:rFonts w:cs="Times New Roman"/>
          <w:sz w:val="20"/>
          <w:szCs w:val="20"/>
        </w:rPr>
        <w:t>Avoiding triggers (infections, certain drugs) and managing underlying conditions reduces risk.</w:t>
      </w:r>
    </w:p>
    <w:p w14:paraId="664709A6" w14:textId="77777777" w:rsidR="004B2954" w:rsidRPr="00BB79B8" w:rsidRDefault="004B2954" w:rsidP="004B2954">
      <w:pPr>
        <w:spacing w:after="20"/>
        <w:ind w:left="216"/>
        <w:rPr>
          <w:rFonts w:cs="Times New Roman"/>
          <w:sz w:val="20"/>
          <w:szCs w:val="20"/>
        </w:rPr>
      </w:pPr>
      <w:r w:rsidRPr="00BB79B8">
        <w:rPr>
          <w:rFonts w:cs="Times New Roman"/>
          <w:sz w:val="20"/>
          <w:szCs w:val="20"/>
        </w:rPr>
        <w:t>Prognosis</w:t>
      </w:r>
    </w:p>
    <w:p w14:paraId="4E4A1CD1" w14:textId="77777777" w:rsidR="004B2954" w:rsidRPr="00BB79B8" w:rsidRDefault="004B2954" w:rsidP="004B2954">
      <w:pPr>
        <w:spacing w:after="20"/>
        <w:ind w:left="216"/>
        <w:rPr>
          <w:rFonts w:cs="Times New Roman"/>
          <w:sz w:val="20"/>
          <w:szCs w:val="20"/>
        </w:rPr>
      </w:pPr>
      <w:r w:rsidRPr="00BB79B8">
        <w:rPr>
          <w:rFonts w:cs="Times New Roman"/>
          <w:sz w:val="20"/>
          <w:szCs w:val="20"/>
        </w:rPr>
        <w:t>Most recurrences are mild if detected early, but repeated episodes can increase the risk of chronic heart damage or dilated cardiomyopathy.</w:t>
      </w:r>
    </w:p>
    <w:p w14:paraId="0C404CE7"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While uncommon, myocarditis can recur, particularly in people with autoimmune conditions, persistent viral infections, or incomplete initial recovery. Careful monitoring and avoiding triggers are key to prevention.</w:t>
      </w:r>
    </w:p>
    <w:p w14:paraId="19D2FEA1" w14:textId="77777777" w:rsidR="004B2954" w:rsidRPr="00BB79B8" w:rsidRDefault="004B2954" w:rsidP="004B2954">
      <w:pPr>
        <w:spacing w:after="0"/>
        <w:rPr>
          <w:rFonts w:cs="Times New Roman"/>
          <w:sz w:val="20"/>
          <w:szCs w:val="20"/>
        </w:rPr>
      </w:pPr>
    </w:p>
    <w:p w14:paraId="4E7F2F9E"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Gemini</w:t>
      </w:r>
    </w:p>
    <w:p w14:paraId="0052A50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D91D535"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recur, although it is not common for most patients. While many people recover from an acute episode of heart muscle inflammation without further issues, a small percentage may experience subsequent episodes.</w:t>
      </w:r>
    </w:p>
    <w:p w14:paraId="5EAD4006"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how recurrence happens and what to look for:</w:t>
      </w:r>
    </w:p>
    <w:p w14:paraId="377E1274" w14:textId="77777777" w:rsidR="004B2954" w:rsidRPr="00BB79B8" w:rsidRDefault="004B2954" w:rsidP="004B2954">
      <w:pPr>
        <w:spacing w:after="20"/>
        <w:ind w:left="216"/>
        <w:rPr>
          <w:rFonts w:cs="Times New Roman"/>
          <w:sz w:val="20"/>
          <w:szCs w:val="20"/>
        </w:rPr>
      </w:pPr>
      <w:r w:rsidRPr="00BB79B8">
        <w:rPr>
          <w:rFonts w:cs="Times New Roman"/>
          <w:sz w:val="20"/>
          <w:szCs w:val="20"/>
        </w:rPr>
        <w:t>1. Recurrence Rates and Timing</w:t>
      </w:r>
    </w:p>
    <w:p w14:paraId="7A96B1AC" w14:textId="77777777" w:rsidR="004B2954" w:rsidRPr="00BB79B8" w:rsidRDefault="004B2954" w:rsidP="004B2954">
      <w:pPr>
        <w:spacing w:after="20"/>
        <w:ind w:left="216"/>
        <w:rPr>
          <w:rFonts w:cs="Times New Roman"/>
          <w:sz w:val="20"/>
          <w:szCs w:val="20"/>
        </w:rPr>
      </w:pPr>
      <w:r w:rsidRPr="00BB79B8">
        <w:rPr>
          <w:rFonts w:cs="Times New Roman"/>
          <w:sz w:val="20"/>
          <w:szCs w:val="20"/>
        </w:rPr>
        <w:t>Studies suggest that the recurrence rate for acute myocarditis is generally between 10% and 15%.</w:t>
      </w:r>
    </w:p>
    <w:p w14:paraId="022B02E8"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Recurrence: This often occurs within the first year after the initial episode, sometimes triggered by a new viral infection or premature return to intense physical activity.</w:t>
      </w:r>
    </w:p>
    <w:p w14:paraId="471B35A7" w14:textId="77777777" w:rsidR="004B2954" w:rsidRPr="00BB79B8" w:rsidRDefault="004B2954" w:rsidP="004B2954">
      <w:pPr>
        <w:spacing w:after="20"/>
        <w:ind w:left="216"/>
        <w:rPr>
          <w:rFonts w:cs="Times New Roman"/>
          <w:sz w:val="20"/>
          <w:szCs w:val="20"/>
        </w:rPr>
      </w:pPr>
      <w:r w:rsidRPr="00BB79B8">
        <w:rPr>
          <w:rFonts w:cs="Times New Roman"/>
          <w:sz w:val="20"/>
          <w:szCs w:val="20"/>
        </w:rPr>
        <w:t>Late Recurrence: In some cases, symptoms can reappear years later, often related to underlying autoimmune issues.</w:t>
      </w:r>
    </w:p>
    <w:p w14:paraId="79E62A6C" w14:textId="77777777" w:rsidR="004B2954" w:rsidRPr="00BB79B8" w:rsidRDefault="004B2954" w:rsidP="004B2954">
      <w:pPr>
        <w:spacing w:after="20"/>
        <w:ind w:left="216"/>
        <w:rPr>
          <w:rFonts w:cs="Times New Roman"/>
          <w:sz w:val="20"/>
          <w:szCs w:val="20"/>
        </w:rPr>
      </w:pPr>
      <w:r w:rsidRPr="00BB79B8">
        <w:rPr>
          <w:rFonts w:cs="Times New Roman"/>
          <w:sz w:val="20"/>
          <w:szCs w:val="20"/>
        </w:rPr>
        <w:t>2. Why Does It Recur?</w:t>
      </w:r>
    </w:p>
    <w:p w14:paraId="0DF67184" w14:textId="77777777" w:rsidR="004B2954" w:rsidRPr="00BB79B8" w:rsidRDefault="004B2954" w:rsidP="004B2954">
      <w:pPr>
        <w:spacing w:after="20"/>
        <w:ind w:left="216"/>
        <w:rPr>
          <w:rFonts w:cs="Times New Roman"/>
          <w:sz w:val="20"/>
          <w:szCs w:val="20"/>
        </w:rPr>
      </w:pPr>
      <w:r w:rsidRPr="00BB79B8">
        <w:rPr>
          <w:rFonts w:cs="Times New Roman"/>
          <w:sz w:val="20"/>
          <w:szCs w:val="20"/>
        </w:rPr>
        <w:t>The reasons for recurrence vary depending on the individual's immune system and the original cause:</w:t>
      </w:r>
    </w:p>
    <w:p w14:paraId="426D873B"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Re-infection: A different virus (or a mutation of the first) can trigger a new inflammatory response in a heart that remains sensitive.</w:t>
      </w:r>
    </w:p>
    <w:p w14:paraId="7EE9B7B3"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Response: Sometimes the initial infection causes the immune system to mistakenly continue attacking heart tissue even after the virus is gone. This is known as chronic or autoimmune myocarditis.</w:t>
      </w:r>
    </w:p>
    <w:p w14:paraId="673942FD" w14:textId="77777777" w:rsidR="004B2954" w:rsidRPr="00BB79B8" w:rsidRDefault="004B2954" w:rsidP="004B2954">
      <w:pPr>
        <w:spacing w:after="20"/>
        <w:ind w:left="216"/>
        <w:rPr>
          <w:rFonts w:cs="Times New Roman"/>
          <w:sz w:val="20"/>
          <w:szCs w:val="20"/>
        </w:rPr>
      </w:pPr>
      <w:r w:rsidRPr="00BB79B8">
        <w:rPr>
          <w:rFonts w:cs="Times New Roman"/>
          <w:sz w:val="20"/>
          <w:szCs w:val="20"/>
        </w:rPr>
        <w:t>Genetic Predisposition: Certain genetic factors can make a person's heart tissue more susceptible to inflammation.</w:t>
      </w:r>
    </w:p>
    <w:p w14:paraId="1ACBD295" w14:textId="77777777" w:rsidR="004B2954" w:rsidRPr="00BB79B8" w:rsidRDefault="004B2954" w:rsidP="004B2954">
      <w:pPr>
        <w:spacing w:after="20"/>
        <w:ind w:left="216"/>
        <w:rPr>
          <w:rFonts w:cs="Times New Roman"/>
          <w:sz w:val="20"/>
          <w:szCs w:val="20"/>
        </w:rPr>
      </w:pPr>
      <w:r w:rsidRPr="00BB79B8">
        <w:rPr>
          <w:rFonts w:cs="Times New Roman"/>
          <w:sz w:val="20"/>
          <w:szCs w:val="20"/>
        </w:rPr>
        <w:t>3. Symptoms of Recurrence</w:t>
      </w:r>
    </w:p>
    <w:p w14:paraId="185A5C79" w14:textId="77777777" w:rsidR="004B2954" w:rsidRPr="00BB79B8" w:rsidRDefault="004B2954" w:rsidP="004B2954">
      <w:pPr>
        <w:spacing w:after="20"/>
        <w:ind w:left="216"/>
        <w:rPr>
          <w:rFonts w:cs="Times New Roman"/>
          <w:sz w:val="20"/>
          <w:szCs w:val="20"/>
        </w:rPr>
      </w:pPr>
      <w:r w:rsidRPr="00BB79B8">
        <w:rPr>
          <w:rFonts w:cs="Times New Roman"/>
          <w:sz w:val="20"/>
          <w:szCs w:val="20"/>
        </w:rPr>
        <w:t>The symptoms of a recurrent episode are typically the same as the first, though they can sometimes be milder or more severe:</w:t>
      </w:r>
    </w:p>
    <w:p w14:paraId="5D9A463A"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(often sharp or stabbing).</w:t>
      </w:r>
    </w:p>
    <w:p w14:paraId="028508B9"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especially during exertion or while lying down.</w:t>
      </w:r>
    </w:p>
    <w:p w14:paraId="44AC5907"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(feeling like the heart is skipping a beat or racing).</w:t>
      </w:r>
    </w:p>
    <w:p w14:paraId="22E047C0" w14:textId="77777777" w:rsidR="004B2954" w:rsidRPr="00BB79B8" w:rsidRDefault="004B2954" w:rsidP="004B2954">
      <w:pPr>
        <w:spacing w:after="20"/>
        <w:ind w:left="216"/>
        <w:rPr>
          <w:rFonts w:cs="Times New Roman"/>
          <w:sz w:val="20"/>
          <w:szCs w:val="20"/>
        </w:rPr>
      </w:pPr>
      <w:r w:rsidRPr="00BB79B8">
        <w:rPr>
          <w:rFonts w:cs="Times New Roman"/>
          <w:sz w:val="20"/>
          <w:szCs w:val="20"/>
        </w:rPr>
        <w:t>Fatigue and flu-like symptoms.</w:t>
      </w:r>
    </w:p>
    <w:p w14:paraId="112D51F1" w14:textId="77777777" w:rsidR="004B2954" w:rsidRPr="00BB79B8" w:rsidRDefault="004B2954" w:rsidP="004B2954">
      <w:pPr>
        <w:spacing w:after="20"/>
        <w:ind w:left="216"/>
        <w:rPr>
          <w:rFonts w:cs="Times New Roman"/>
          <w:sz w:val="20"/>
          <w:szCs w:val="20"/>
        </w:rPr>
      </w:pPr>
      <w:r w:rsidRPr="00BB79B8">
        <w:rPr>
          <w:rFonts w:cs="Times New Roman"/>
          <w:sz w:val="20"/>
          <w:szCs w:val="20"/>
        </w:rPr>
        <w:t>4. Management and Prevention</w:t>
      </w:r>
    </w:p>
    <w:p w14:paraId="12AD3F14" w14:textId="77777777" w:rsidR="004B2954" w:rsidRPr="00BB79B8" w:rsidRDefault="004B2954" w:rsidP="004B2954">
      <w:pPr>
        <w:spacing w:after="20"/>
        <w:ind w:left="216"/>
        <w:rPr>
          <w:rFonts w:cs="Times New Roman"/>
          <w:sz w:val="20"/>
          <w:szCs w:val="20"/>
        </w:rPr>
      </w:pPr>
      <w:r w:rsidRPr="00BB79B8">
        <w:rPr>
          <w:rFonts w:cs="Times New Roman"/>
          <w:sz w:val="20"/>
          <w:szCs w:val="20"/>
        </w:rPr>
        <w:t>To reduce the risk of recurrence, medical professionals generally recommend:</w:t>
      </w:r>
    </w:p>
    <w:p w14:paraId="1B59A268" w14:textId="77777777" w:rsidR="004B2954" w:rsidRPr="00BB79B8" w:rsidRDefault="004B2954" w:rsidP="004B2954">
      <w:pPr>
        <w:spacing w:after="20"/>
        <w:ind w:left="216"/>
        <w:rPr>
          <w:rFonts w:cs="Times New Roman"/>
          <w:sz w:val="20"/>
          <w:szCs w:val="20"/>
        </w:rPr>
      </w:pPr>
      <w:r w:rsidRPr="00BB79B8">
        <w:rPr>
          <w:rFonts w:cs="Times New Roman"/>
          <w:sz w:val="20"/>
          <w:szCs w:val="20"/>
        </w:rPr>
        <w:t>Rest: Avoiding strenuous exercise for 3 to 6 months following an acute episode is critical to allow the heart muscle to heal completely.</w:t>
      </w:r>
    </w:p>
    <w:p w14:paraId="58B835D7"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Imaging: Regular check-ups, including Echocardiograms or Cardiac MRIs, help monitor for lingering inflammation (edema) or scarring (fibrosis).</w:t>
      </w:r>
    </w:p>
    <w:p w14:paraId="2DF64C94"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Medication Adherence: If the myocarditis was autoimmune, long-term immunosuppressants or heart failure medications (like ACE inhibitors) may be prescribed to protect the heart.</w:t>
      </w:r>
    </w:p>
    <w:p w14:paraId="5CE48A94" w14:textId="77777777" w:rsidR="004B2954" w:rsidRPr="00BB79B8" w:rsidRDefault="004B2954" w:rsidP="004B2954">
      <w:pPr>
        <w:spacing w:after="20"/>
        <w:ind w:left="216"/>
        <w:rPr>
          <w:rFonts w:cs="Times New Roman"/>
          <w:sz w:val="20"/>
          <w:szCs w:val="20"/>
        </w:rPr>
      </w:pPr>
      <w:r w:rsidRPr="00BB79B8">
        <w:rPr>
          <w:rFonts w:cs="Times New Roman"/>
          <w:sz w:val="20"/>
          <w:szCs w:val="20"/>
        </w:rPr>
        <w:t>Note: If you or someone you know has a history of myocarditis and experiences a return of chest pain or breathlessness, it is vital to seek medical evaluation immediately to rule out a new inflammatory event.</w:t>
      </w:r>
    </w:p>
    <w:p w14:paraId="46A52E2D" w14:textId="77777777" w:rsidR="004B2954" w:rsidRPr="00BB79B8" w:rsidRDefault="004B2954" w:rsidP="004B2954">
      <w:pPr>
        <w:spacing w:after="0"/>
        <w:rPr>
          <w:rFonts w:cs="Times New Roman"/>
          <w:sz w:val="20"/>
          <w:szCs w:val="20"/>
        </w:rPr>
      </w:pPr>
    </w:p>
    <w:p w14:paraId="49E9491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5A5E1E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7D84000"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myocarditis can recur, but recurrence is uncommon. Current evidence suggests recurrence happens in a small minority of patients, and usually only when certain risk factors are present.</w:t>
      </w:r>
    </w:p>
    <w:p w14:paraId="5E1BF4BF"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the research shows</w:t>
      </w:r>
    </w:p>
    <w:p w14:paraId="71893ECA" w14:textId="77777777" w:rsidR="004B2954" w:rsidRPr="00BB79B8" w:rsidRDefault="004B2954" w:rsidP="004B2954">
      <w:pPr>
        <w:spacing w:after="20"/>
        <w:ind w:left="216"/>
        <w:rPr>
          <w:rFonts w:cs="Times New Roman"/>
          <w:sz w:val="20"/>
          <w:szCs w:val="20"/>
        </w:rPr>
      </w:pPr>
      <w:r w:rsidRPr="00BB79B8">
        <w:rPr>
          <w:rFonts w:cs="Times New Roman"/>
          <w:sz w:val="20"/>
          <w:szCs w:val="20"/>
        </w:rPr>
        <w:t>A large population study from New South Wales (4,071 myocarditis cases) found 124 recurrences over a median 4.8 years - roughly 3% recurrence.</w:t>
      </w:r>
    </w:p>
    <w:p w14:paraId="393AD1CE"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Recurrence was more likely when patients had:</w:t>
      </w:r>
    </w:p>
    <w:p w14:paraId="208FA095" w14:textId="77777777" w:rsidR="004B2954" w:rsidRPr="00BB79B8" w:rsidRDefault="004B2954" w:rsidP="004B2954">
      <w:pPr>
        <w:spacing w:after="20"/>
        <w:ind w:left="216"/>
        <w:rPr>
          <w:rFonts w:cs="Times New Roman"/>
          <w:sz w:val="20"/>
          <w:szCs w:val="20"/>
        </w:rPr>
      </w:pPr>
      <w:r w:rsidRPr="00BB79B8">
        <w:rPr>
          <w:rFonts w:cs="Times New Roman"/>
          <w:sz w:val="20"/>
          <w:szCs w:val="20"/>
        </w:rPr>
        <w:t>Recent pericarditis</w:t>
      </w:r>
    </w:p>
    <w:p w14:paraId="41103850"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arrhythmias</w:t>
      </w:r>
    </w:p>
    <w:p w14:paraId="264D3A25"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disease</w:t>
      </w:r>
    </w:p>
    <w:p w14:paraId="7BBC5230" w14:textId="77777777" w:rsidR="004B2954" w:rsidRPr="00BB79B8" w:rsidRDefault="004B2954" w:rsidP="004B2954">
      <w:pPr>
        <w:spacing w:after="20"/>
        <w:ind w:left="216"/>
        <w:rPr>
          <w:rFonts w:cs="Times New Roman"/>
          <w:sz w:val="20"/>
          <w:szCs w:val="20"/>
        </w:rPr>
      </w:pPr>
      <w:r w:rsidRPr="00BB79B8">
        <w:rPr>
          <w:rFonts w:cs="Times New Roman"/>
          <w:sz w:val="20"/>
          <w:szCs w:val="20"/>
        </w:rPr>
        <w:t>Recent COVID-19 infection</w:t>
      </w:r>
    </w:p>
    <w:p w14:paraId="02A9F6D9" w14:textId="77777777" w:rsidR="004B2954" w:rsidRPr="00BB79B8" w:rsidRDefault="004B2954" w:rsidP="004B2954">
      <w:pPr>
        <w:spacing w:after="20"/>
        <w:ind w:left="216"/>
        <w:rPr>
          <w:rFonts w:cs="Times New Roman"/>
          <w:sz w:val="20"/>
          <w:szCs w:val="20"/>
        </w:rPr>
      </w:pPr>
      <w:r w:rsidRPr="00BB79B8">
        <w:rPr>
          <w:rFonts w:cs="Times New Roman"/>
          <w:sz w:val="20"/>
          <w:szCs w:val="20"/>
        </w:rPr>
        <w:t>A cardiologist from the Texas Heart Institute notes that recurrence is "probably low", especially after a full recovery.</w:t>
      </w:r>
    </w:p>
    <w:p w14:paraId="4D6F9C9A" w14:textId="77777777" w:rsidR="004B2954" w:rsidRPr="00BB79B8" w:rsidRDefault="004B2954" w:rsidP="004B2954">
      <w:pPr>
        <w:spacing w:after="20"/>
        <w:ind w:left="216"/>
        <w:rPr>
          <w:rFonts w:cs="Times New Roman"/>
          <w:sz w:val="20"/>
          <w:szCs w:val="20"/>
        </w:rPr>
      </w:pPr>
      <w:r w:rsidRPr="00BB79B8">
        <w:rPr>
          <w:rFonts w:cs="Times New Roman"/>
          <w:sz w:val="20"/>
          <w:szCs w:val="20"/>
        </w:rPr>
        <w:t>Why recurrence is possible</w:t>
      </w:r>
    </w:p>
    <w:p w14:paraId="4DD79B82"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is often triggered by:</w:t>
      </w:r>
    </w:p>
    <w:p w14:paraId="6375B9B8"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infections</w:t>
      </w:r>
    </w:p>
    <w:p w14:paraId="3662AC79" w14:textId="77777777" w:rsidR="004B2954" w:rsidRPr="00BB79B8" w:rsidRDefault="004B2954" w:rsidP="004B2954">
      <w:pPr>
        <w:spacing w:after="20"/>
        <w:ind w:left="216"/>
        <w:rPr>
          <w:rFonts w:cs="Times New Roman"/>
          <w:sz w:val="20"/>
          <w:szCs w:val="20"/>
        </w:rPr>
      </w:pPr>
      <w:r w:rsidRPr="00BB79B8">
        <w:rPr>
          <w:rFonts w:cs="Times New Roman"/>
          <w:sz w:val="20"/>
          <w:szCs w:val="20"/>
        </w:rPr>
        <w:t>Autoimmune reactions</w:t>
      </w:r>
    </w:p>
    <w:p w14:paraId="027F75A1" w14:textId="77777777" w:rsidR="004B2954" w:rsidRPr="00BB79B8" w:rsidRDefault="004B2954" w:rsidP="004B2954">
      <w:pPr>
        <w:spacing w:after="20"/>
        <w:ind w:left="216"/>
        <w:rPr>
          <w:rFonts w:cs="Times New Roman"/>
          <w:sz w:val="20"/>
          <w:szCs w:val="20"/>
        </w:rPr>
      </w:pPr>
      <w:r w:rsidRPr="00BB79B8">
        <w:rPr>
          <w:rFonts w:cs="Times New Roman"/>
          <w:sz w:val="20"/>
          <w:szCs w:val="20"/>
        </w:rPr>
        <w:t>Certain medications (e.g., immune checkpoint inhibitors)</w:t>
      </w:r>
    </w:p>
    <w:p w14:paraId="6ED04287"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underlying trigger reappears or persists, inflammation can return - but this is not typical.</w:t>
      </w:r>
    </w:p>
    <w:p w14:paraId="46953938"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this means for someone who previously had myocarditis</w:t>
      </w:r>
    </w:p>
    <w:p w14:paraId="65C0F3C8"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If your heart function has normalized (e.g., normal MRI or echocardiogram), your risk of recurrence is low, but not zero.</w:t>
      </w:r>
    </w:p>
    <w:p w14:paraId="365522B6" w14:textId="77777777" w:rsidR="004B2954" w:rsidRPr="00BB79B8" w:rsidRDefault="004B2954" w:rsidP="004B2954">
      <w:pPr>
        <w:spacing w:after="20"/>
        <w:ind w:left="216"/>
        <w:rPr>
          <w:rFonts w:cs="Times New Roman"/>
          <w:sz w:val="20"/>
          <w:szCs w:val="20"/>
        </w:rPr>
      </w:pPr>
      <w:r w:rsidRPr="00BB79B8">
        <w:rPr>
          <w:rFonts w:cs="Times New Roman"/>
          <w:sz w:val="20"/>
          <w:szCs w:val="20"/>
        </w:rPr>
        <w:t>Doctors typically recommend:</w:t>
      </w:r>
    </w:p>
    <w:p w14:paraId="7B217EE6" w14:textId="77777777" w:rsidR="004B2954" w:rsidRPr="00BB79B8" w:rsidRDefault="004B2954" w:rsidP="004B2954">
      <w:pPr>
        <w:spacing w:after="20"/>
        <w:ind w:left="216"/>
        <w:rPr>
          <w:rFonts w:cs="Times New Roman"/>
          <w:sz w:val="20"/>
          <w:szCs w:val="20"/>
        </w:rPr>
      </w:pPr>
      <w:r w:rsidRPr="00BB79B8">
        <w:rPr>
          <w:rFonts w:cs="Times New Roman"/>
          <w:sz w:val="20"/>
          <w:szCs w:val="20"/>
        </w:rPr>
        <w:t>Periodic echocardiograms if symptoms recur</w:t>
      </w:r>
    </w:p>
    <w:p w14:paraId="4F0E3524" w14:textId="77777777" w:rsidR="004B2954" w:rsidRPr="00BB79B8" w:rsidRDefault="004B2954" w:rsidP="004B2954">
      <w:pPr>
        <w:spacing w:after="20"/>
        <w:ind w:left="216"/>
        <w:rPr>
          <w:rFonts w:cs="Times New Roman"/>
          <w:sz w:val="20"/>
          <w:szCs w:val="20"/>
        </w:rPr>
      </w:pPr>
      <w:r w:rsidRPr="00BB79B8">
        <w:rPr>
          <w:rFonts w:cs="Times New Roman"/>
          <w:sz w:val="20"/>
          <w:szCs w:val="20"/>
        </w:rPr>
        <w:t>Prompt evaluation for new chest pain, palpitations, or shortness of breath (because symptoms can overlap with anxiety, pericarditis, or benign causes)</w:t>
      </w:r>
    </w:p>
    <w:p w14:paraId="6F197C05"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w:t>
      </w:r>
    </w:p>
    <w:p w14:paraId="3FB7B2C5"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recur, but it is rare. Most people who recover fully do not experience another episode, especially if they avoid triggers and monitor new symptoms.</w:t>
      </w:r>
    </w:p>
    <w:p w14:paraId="0551F93A" w14:textId="77777777" w:rsidR="004B2954" w:rsidRPr="00BB79B8" w:rsidRDefault="004B2954" w:rsidP="004B2954">
      <w:pPr>
        <w:spacing w:after="0"/>
        <w:rPr>
          <w:rFonts w:cs="Times New Roman"/>
          <w:sz w:val="20"/>
          <w:szCs w:val="20"/>
        </w:rPr>
      </w:pPr>
    </w:p>
    <w:p w14:paraId="34D2C863"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55E5F2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074FED5"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recur. While many people recover fully after a single episode, recurrence is a known clinical possibility, particularly in specific forms of the disease.</w:t>
      </w:r>
    </w:p>
    <w:p w14:paraId="03611CE8"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breakdown of how and why recurrence happens:</w:t>
      </w:r>
    </w:p>
    <w:p w14:paraId="3F9E967F" w14:textId="77777777" w:rsidR="004B2954" w:rsidRPr="00BB79B8" w:rsidRDefault="004B2954" w:rsidP="004B2954">
      <w:pPr>
        <w:spacing w:after="20"/>
        <w:ind w:left="216"/>
        <w:rPr>
          <w:rFonts w:cs="Times New Roman"/>
          <w:sz w:val="20"/>
          <w:szCs w:val="20"/>
        </w:rPr>
      </w:pPr>
      <w:r w:rsidRPr="00BB79B8">
        <w:rPr>
          <w:rFonts w:cs="Times New Roman"/>
          <w:sz w:val="20"/>
          <w:szCs w:val="20"/>
        </w:rPr>
        <w:t>How common is recurrence? Studies suggest that recurrent myocarditis occurs in approximately 10-30% of patients over several years following an initial episode. The risk is highest within the first 6-12 months after recovery.</w:t>
      </w:r>
    </w:p>
    <w:p w14:paraId="4200520A" w14:textId="77777777" w:rsidR="004B2954" w:rsidRPr="00BB79B8" w:rsidRDefault="004B2954" w:rsidP="004B2954">
      <w:pPr>
        <w:spacing w:after="20"/>
        <w:ind w:left="216"/>
        <w:rPr>
          <w:rFonts w:cs="Times New Roman"/>
          <w:sz w:val="20"/>
          <w:szCs w:val="20"/>
        </w:rPr>
      </w:pPr>
      <w:r w:rsidRPr="00BB79B8">
        <w:rPr>
          <w:rFonts w:cs="Times New Roman"/>
          <w:sz w:val="20"/>
          <w:szCs w:val="20"/>
        </w:rPr>
        <w:t>Main mechanisms of recurrence:</w:t>
      </w:r>
    </w:p>
    <w:p w14:paraId="2158238D" w14:textId="77777777" w:rsidR="004B2954" w:rsidRPr="00BB79B8" w:rsidRDefault="004B2954" w:rsidP="004B2954">
      <w:pPr>
        <w:spacing w:after="20"/>
        <w:ind w:left="216"/>
        <w:rPr>
          <w:rFonts w:cs="Times New Roman"/>
          <w:sz w:val="20"/>
          <w:szCs w:val="20"/>
        </w:rPr>
      </w:pPr>
      <w:r w:rsidRPr="00BB79B8">
        <w:rPr>
          <w:rFonts w:cs="Times New Roman"/>
          <w:sz w:val="20"/>
          <w:szCs w:val="20"/>
        </w:rPr>
        <w:t>Ongoing or relapsing viral infection: The initial virus (e.g., parvovirus B19, coxsackievirus) may persist in the heart muscle at low levels, reactivating later and triggering new inflammation.</w:t>
      </w:r>
    </w:p>
    <w:p w14:paraId="4D588A80" w14:textId="77777777" w:rsidR="004B2954" w:rsidRPr="00BB79B8" w:rsidRDefault="004B2954" w:rsidP="004B2954">
      <w:pPr>
        <w:spacing w:after="20"/>
        <w:ind w:left="216"/>
        <w:rPr>
          <w:rFonts w:cs="Times New Roman"/>
          <w:sz w:val="20"/>
          <w:szCs w:val="20"/>
        </w:rPr>
      </w:pPr>
      <w:r w:rsidRPr="00BB79B8">
        <w:rPr>
          <w:rFonts w:cs="Times New Roman"/>
          <w:sz w:val="20"/>
          <w:szCs w:val="20"/>
        </w:rPr>
        <w:t>Post-viral autoimmune response: This is the most common cause of late recurrence (&gt;6 months after the initial illness). The initial infection "tricks" the immune system into recognizing the heart's own tissue as foreign. Even after the virus is cleared, the immune system continues to attack the heart in periodic flares.</w:t>
      </w:r>
    </w:p>
    <w:p w14:paraId="58C625C4" w14:textId="77777777" w:rsidR="004B2954" w:rsidRPr="00BB79B8" w:rsidRDefault="004B2954" w:rsidP="004B2954">
      <w:pPr>
        <w:spacing w:after="20"/>
        <w:ind w:left="216"/>
        <w:rPr>
          <w:rFonts w:cs="Times New Roman"/>
          <w:sz w:val="20"/>
          <w:szCs w:val="20"/>
        </w:rPr>
      </w:pPr>
      <w:r w:rsidRPr="00BB79B8">
        <w:rPr>
          <w:rFonts w:cs="Times New Roman"/>
          <w:sz w:val="20"/>
          <w:szCs w:val="20"/>
        </w:rPr>
        <w:t>New, unrelated infection: A completely different virus can cause a new, separate episode of myocarditis.</w:t>
      </w:r>
    </w:p>
    <w:p w14:paraId="44A3C52B" w14:textId="77777777" w:rsidR="004B2954" w:rsidRPr="00BB79B8" w:rsidRDefault="004B2954" w:rsidP="004B2954">
      <w:pPr>
        <w:spacing w:after="20"/>
        <w:ind w:left="216"/>
        <w:rPr>
          <w:rFonts w:cs="Times New Roman"/>
          <w:sz w:val="20"/>
          <w:szCs w:val="20"/>
        </w:rPr>
      </w:pPr>
      <w:r w:rsidRPr="00BB79B8">
        <w:rPr>
          <w:rFonts w:cs="Times New Roman"/>
          <w:sz w:val="20"/>
          <w:szCs w:val="20"/>
        </w:rPr>
        <w:t>Specific high-risk types: Certain forms have very high recurrence rates:</w:t>
      </w:r>
    </w:p>
    <w:p w14:paraId="59CFCADA" w14:textId="77777777" w:rsidR="004B2954" w:rsidRPr="00BB79B8" w:rsidRDefault="004B2954" w:rsidP="004B2954">
      <w:pPr>
        <w:spacing w:after="20"/>
        <w:ind w:left="216"/>
        <w:rPr>
          <w:rFonts w:cs="Times New Roman"/>
          <w:sz w:val="20"/>
          <w:szCs w:val="20"/>
        </w:rPr>
      </w:pPr>
      <w:r w:rsidRPr="00BB79B8">
        <w:rPr>
          <w:rFonts w:cs="Times New Roman"/>
          <w:sz w:val="20"/>
          <w:szCs w:val="20"/>
        </w:rPr>
        <w:t>Giant cell myocarditis: &gt;80% recurrence if not treated aggressively.</w:t>
      </w:r>
    </w:p>
    <w:p w14:paraId="13A5EAEF" w14:textId="77777777" w:rsidR="004B2954" w:rsidRPr="00BB79B8" w:rsidRDefault="004B2954" w:rsidP="004B2954">
      <w:pPr>
        <w:spacing w:after="20"/>
        <w:ind w:left="216"/>
        <w:rPr>
          <w:rFonts w:cs="Times New Roman"/>
          <w:sz w:val="20"/>
          <w:szCs w:val="20"/>
        </w:rPr>
      </w:pPr>
      <w:r w:rsidRPr="00BB79B8">
        <w:rPr>
          <w:rFonts w:cs="Times New Roman"/>
          <w:sz w:val="20"/>
          <w:szCs w:val="20"/>
        </w:rPr>
        <w:t>Eosinophilic myocarditis or cardiac sarcoidosis: Recurrence is common with immune flares.</w:t>
      </w:r>
    </w:p>
    <w:p w14:paraId="5F328F37" w14:textId="77777777" w:rsidR="004B2954" w:rsidRPr="00BB79B8" w:rsidRDefault="004B2954" w:rsidP="004B2954">
      <w:pPr>
        <w:spacing w:after="20"/>
        <w:ind w:left="216"/>
        <w:rPr>
          <w:rFonts w:cs="Times New Roman"/>
          <w:sz w:val="20"/>
          <w:szCs w:val="20"/>
        </w:rPr>
      </w:pPr>
      <w:r w:rsidRPr="00BB79B8">
        <w:rPr>
          <w:rFonts w:cs="Times New Roman"/>
          <w:sz w:val="20"/>
          <w:szCs w:val="20"/>
        </w:rPr>
        <w:t>Lymphocytic myocarditis with autoimmune features: Moderate recurrence risk (10-30%).</w:t>
      </w:r>
    </w:p>
    <w:p w14:paraId="31AD1A42"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of recurrence are similar to the initial episode: chest pain, new or worsening shortness of breath, palpitations, fatigue, or leg swelling. However, recurrence may sometimes present more subtly.</w:t>
      </w:r>
    </w:p>
    <w:p w14:paraId="58D51152"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 for recurrence:</w:t>
      </w:r>
    </w:p>
    <w:p w14:paraId="01064B3D" w14:textId="77777777" w:rsidR="004B2954" w:rsidRPr="00BB79B8" w:rsidRDefault="004B2954" w:rsidP="004B2954">
      <w:pPr>
        <w:spacing w:after="20"/>
        <w:ind w:left="216"/>
        <w:rPr>
          <w:rFonts w:cs="Times New Roman"/>
          <w:sz w:val="20"/>
          <w:szCs w:val="20"/>
        </w:rPr>
      </w:pPr>
      <w:r w:rsidRPr="00BB79B8">
        <w:rPr>
          <w:rFonts w:cs="Times New Roman"/>
          <w:sz w:val="20"/>
          <w:szCs w:val="20"/>
        </w:rPr>
        <w:t>Family history of autoimmune disease or myocarditis</w:t>
      </w:r>
    </w:p>
    <w:p w14:paraId="69810B78" w14:textId="77777777" w:rsidR="004B2954" w:rsidRPr="00BB79B8" w:rsidRDefault="004B2954" w:rsidP="004B2954">
      <w:pPr>
        <w:spacing w:after="20"/>
        <w:ind w:left="216"/>
        <w:rPr>
          <w:rFonts w:cs="Times New Roman"/>
          <w:sz w:val="20"/>
          <w:szCs w:val="20"/>
        </w:rPr>
      </w:pPr>
      <w:r w:rsidRPr="00BB79B8">
        <w:rPr>
          <w:rFonts w:cs="Times New Roman"/>
          <w:sz w:val="20"/>
          <w:szCs w:val="20"/>
        </w:rPr>
        <w:t>Young age (especially children and young adults)</w:t>
      </w:r>
    </w:p>
    <w:p w14:paraId="16A1F029" w14:textId="77777777" w:rsidR="004B2954" w:rsidRPr="00BB79B8" w:rsidRDefault="004B2954" w:rsidP="004B2954">
      <w:pPr>
        <w:spacing w:after="20"/>
        <w:ind w:left="216"/>
        <w:rPr>
          <w:rFonts w:cs="Times New Roman"/>
          <w:sz w:val="20"/>
          <w:szCs w:val="20"/>
        </w:rPr>
      </w:pPr>
      <w:r w:rsidRPr="00BB79B8">
        <w:rPr>
          <w:rFonts w:cs="Times New Roman"/>
          <w:sz w:val="20"/>
          <w:szCs w:val="20"/>
        </w:rPr>
        <w:t>Incomplete recovery of heart function after the first episode</w:t>
      </w:r>
    </w:p>
    <w:p w14:paraId="5D87139C" w14:textId="77777777" w:rsidR="004B2954" w:rsidRPr="00BB79B8" w:rsidRDefault="004B2954" w:rsidP="004B2954">
      <w:pPr>
        <w:spacing w:after="20"/>
        <w:ind w:left="216"/>
        <w:rPr>
          <w:rFonts w:cs="Times New Roman"/>
          <w:sz w:val="20"/>
          <w:szCs w:val="20"/>
        </w:rPr>
      </w:pPr>
      <w:r w:rsidRPr="00BB79B8">
        <w:rPr>
          <w:rFonts w:cs="Times New Roman"/>
          <w:sz w:val="20"/>
          <w:szCs w:val="20"/>
        </w:rPr>
        <w:t>Presence of certain autoantibodies detected in blood tests</w:t>
      </w:r>
    </w:p>
    <w:p w14:paraId="220822C9" w14:textId="77777777" w:rsidR="004B2954" w:rsidRPr="00BB79B8" w:rsidRDefault="004B2954" w:rsidP="004B2954">
      <w:pPr>
        <w:spacing w:after="20"/>
        <w:ind w:left="216"/>
        <w:rPr>
          <w:rFonts w:cs="Times New Roman"/>
          <w:sz w:val="20"/>
          <w:szCs w:val="20"/>
        </w:rPr>
      </w:pPr>
      <w:r w:rsidRPr="00BB79B8">
        <w:rPr>
          <w:rFonts w:cs="Times New Roman"/>
          <w:sz w:val="20"/>
          <w:szCs w:val="20"/>
        </w:rPr>
        <w:t>How recurrence is managed:</w:t>
      </w:r>
    </w:p>
    <w:p w14:paraId="2D2B4E11" w14:textId="77777777" w:rsidR="004B2954" w:rsidRPr="00BB79B8" w:rsidRDefault="004B2954" w:rsidP="004B2954">
      <w:pPr>
        <w:spacing w:after="20"/>
        <w:ind w:left="216"/>
        <w:rPr>
          <w:rFonts w:cs="Times New Roman"/>
          <w:sz w:val="20"/>
          <w:szCs w:val="20"/>
        </w:rPr>
      </w:pPr>
      <w:r w:rsidRPr="00BB79B8">
        <w:rPr>
          <w:rFonts w:cs="Times New Roman"/>
          <w:sz w:val="20"/>
          <w:szCs w:val="20"/>
        </w:rPr>
        <w:t>Unlike initial viral myocarditis (where rest and support are key), recurrent autoimmune-mediated myocarditis often requires immunosuppressive therapy (e.g., prednisone, azathioprine, methotrexate).</w:t>
      </w:r>
    </w:p>
    <w:p w14:paraId="715E9BDE" w14:textId="77777777" w:rsidR="004B2954" w:rsidRPr="00BB79B8" w:rsidRDefault="004B2954" w:rsidP="004B2954">
      <w:pPr>
        <w:spacing w:after="20"/>
        <w:ind w:left="216"/>
        <w:rPr>
          <w:rFonts w:cs="Times New Roman"/>
          <w:sz w:val="20"/>
          <w:szCs w:val="20"/>
        </w:rPr>
      </w:pPr>
      <w:r w:rsidRPr="00BB79B8">
        <w:rPr>
          <w:rFonts w:cs="Times New Roman"/>
          <w:sz w:val="20"/>
          <w:szCs w:val="20"/>
        </w:rPr>
        <w:t>Aggressive treatment of recurrences is critical, as repeated episodes can lead to permanent heart damage, dilated cardiomyopathy, and heart failure.</w:t>
      </w:r>
    </w:p>
    <w:p w14:paraId="558E8E9B"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 After recovering from myocarditis, you should remain vigilant. Any return of cardiac symptoms warrants prompt medical evaluation with an ECG, troponin blood test, and possibly a cardiac MRI. Recurrence is treatable, especially when caught early.</w:t>
      </w:r>
    </w:p>
    <w:p w14:paraId="5901ACFE" w14:textId="77777777" w:rsidR="004B2954" w:rsidRPr="00BB79B8" w:rsidRDefault="004B2954" w:rsidP="004B2954">
      <w:pPr>
        <w:spacing w:after="0"/>
        <w:rPr>
          <w:rFonts w:cs="Times New Roman"/>
          <w:sz w:val="20"/>
          <w:szCs w:val="20"/>
        </w:rPr>
      </w:pPr>
    </w:p>
    <w:p w14:paraId="3056809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018EEA8F"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62C9260C"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recur.</w:t>
      </w:r>
    </w:p>
    <w:p w14:paraId="59C579BE"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07DC5C19"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Recurrence is more common if the initial cause (viral infection, immune reaction, overexertion) is not fully controlled.</w:t>
      </w:r>
    </w:p>
    <w:p w14:paraId="2BC5D80A"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strenuous exercise, repeated colds/viral infections, and uncontrolled inflammation greatly raise the risk of relapse.</w:t>
      </w:r>
    </w:p>
    <w:p w14:paraId="5FFDD0DF" w14:textId="77777777" w:rsidR="004B2954" w:rsidRPr="00BB79B8" w:rsidRDefault="004B2954" w:rsidP="004B2954">
      <w:pPr>
        <w:spacing w:after="20"/>
        <w:ind w:left="216"/>
        <w:rPr>
          <w:rFonts w:cs="Times New Roman"/>
          <w:sz w:val="20"/>
          <w:szCs w:val="20"/>
        </w:rPr>
      </w:pPr>
      <w:r w:rsidRPr="00BB79B8">
        <w:rPr>
          <w:rFonts w:cs="Times New Roman"/>
          <w:sz w:val="20"/>
          <w:szCs w:val="20"/>
        </w:rPr>
        <w:t>Recurrent myocarditis may worsen cardiac function and increase the risk of arrhythmia or cardiomyopathy.</w:t>
      </w:r>
    </w:p>
    <w:p w14:paraId="2742E1AA" w14:textId="77777777" w:rsidR="004B2954" w:rsidRPr="00BB79B8" w:rsidRDefault="004B2954" w:rsidP="004B2954">
      <w:pPr>
        <w:spacing w:after="20"/>
        <w:ind w:left="216"/>
        <w:rPr>
          <w:rFonts w:cs="Times New Roman"/>
          <w:sz w:val="20"/>
          <w:szCs w:val="20"/>
        </w:rPr>
      </w:pPr>
      <w:r w:rsidRPr="00BB79B8">
        <w:rPr>
          <w:rFonts w:cs="Times New Roman"/>
          <w:sz w:val="20"/>
          <w:szCs w:val="20"/>
        </w:rPr>
        <w:t>Standard rest, full course of treatment, avoiding fatigue, and preventing infections can effectively reduce recurrence risk.</w:t>
      </w:r>
    </w:p>
    <w:p w14:paraId="4BD80AC1" w14:textId="77777777" w:rsidR="004B2954" w:rsidRPr="00BB79B8" w:rsidRDefault="004B2954" w:rsidP="004B2954">
      <w:pPr>
        <w:rPr>
          <w:rFonts w:cs="Times New Roman"/>
          <w:sz w:val="20"/>
          <w:szCs w:val="20"/>
        </w:rPr>
      </w:pPr>
    </w:p>
    <w:p w14:paraId="3A215958" w14:textId="77777777" w:rsidR="004B2954" w:rsidRPr="00BB79B8" w:rsidRDefault="004B2954" w:rsidP="004B2954">
      <w:pPr>
        <w:keepNext/>
        <w:rPr>
          <w:rFonts w:cs="Times New Roman"/>
          <w:sz w:val="20"/>
          <w:szCs w:val="20"/>
        </w:rPr>
      </w:pPr>
      <w:r w:rsidRPr="00BB79B8">
        <w:rPr>
          <w:rFonts w:cs="Times New Roman"/>
          <w:b/>
          <w:color w:val="1F4E79"/>
          <w:sz w:val="20"/>
          <w:szCs w:val="20"/>
        </w:rPr>
        <w:lastRenderedPageBreak/>
        <w:t>Q49. Can myocarditis cause sudden cardiac death?</w:t>
      </w:r>
    </w:p>
    <w:p w14:paraId="2C6D468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7737A6C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D05CBD4"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cause sudden cardiac death (SCD), although it is relatively rare. The risk depends on the severity of the inflammation, the extent of heart muscle involvement, and the type of arrhythmias that develop. Here's a detailed breakdown:</w:t>
      </w:r>
    </w:p>
    <w:p w14:paraId="52694C05" w14:textId="77777777" w:rsidR="004B2954" w:rsidRPr="00BB79B8" w:rsidRDefault="004B2954" w:rsidP="004B2954">
      <w:pPr>
        <w:spacing w:after="20"/>
        <w:ind w:left="216"/>
        <w:rPr>
          <w:rFonts w:cs="Times New Roman"/>
          <w:sz w:val="20"/>
          <w:szCs w:val="20"/>
        </w:rPr>
      </w:pPr>
      <w:r w:rsidRPr="00BB79B8">
        <w:rPr>
          <w:rFonts w:cs="Times New Roman"/>
          <w:sz w:val="20"/>
          <w:szCs w:val="20"/>
        </w:rPr>
        <w:t>Mechanisms of SCD in Myocarditis</w:t>
      </w:r>
    </w:p>
    <w:p w14:paraId="2C964B03"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 The most common pathway:</w:t>
      </w:r>
    </w:p>
    <w:p w14:paraId="1CC87AD9"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Inflammation and scarring of the heart muscle can disrupt the electrical conduction system.</w:t>
      </w:r>
    </w:p>
    <w:p w14:paraId="521D989E" w14:textId="77777777" w:rsidR="004B2954" w:rsidRPr="00BB79B8" w:rsidRDefault="004B2954" w:rsidP="004B2954">
      <w:pPr>
        <w:spacing w:after="20"/>
        <w:ind w:left="216"/>
        <w:rPr>
          <w:rFonts w:cs="Times New Roman"/>
          <w:sz w:val="20"/>
          <w:szCs w:val="20"/>
        </w:rPr>
      </w:pPr>
      <w:r w:rsidRPr="00BB79B8">
        <w:rPr>
          <w:rFonts w:cs="Times New Roman"/>
          <w:sz w:val="20"/>
          <w:szCs w:val="20"/>
        </w:rPr>
        <w:t>This can lead to life-threatening arrhythmias such as ventricular tachycardia or ventricular fibrillation, which can trigger SCD.</w:t>
      </w:r>
    </w:p>
    <w:p w14:paraId="5474D1AB"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Failure / Cardiogenic Shock - Especially in fulminant myocarditis:</w:t>
      </w:r>
    </w:p>
    <w:p w14:paraId="209C7905"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inflammation can rapidly reduce the heart's pumping ability.</w:t>
      </w:r>
    </w:p>
    <w:p w14:paraId="2DDB7DDF" w14:textId="77777777" w:rsidR="004B2954" w:rsidRPr="00BB79B8" w:rsidRDefault="004B2954" w:rsidP="004B2954">
      <w:pPr>
        <w:spacing w:after="20"/>
        <w:ind w:left="216"/>
        <w:rPr>
          <w:rFonts w:cs="Times New Roman"/>
          <w:sz w:val="20"/>
          <w:szCs w:val="20"/>
        </w:rPr>
      </w:pPr>
      <w:r w:rsidRPr="00BB79B8">
        <w:rPr>
          <w:rFonts w:cs="Times New Roman"/>
          <w:sz w:val="20"/>
          <w:szCs w:val="20"/>
        </w:rPr>
        <w:t>If not treated promptly, this can lead to circulatory collapse and death.</w:t>
      </w:r>
    </w:p>
    <w:p w14:paraId="5878B1AC"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Coronary-Like Events - Rarely:</w:t>
      </w:r>
    </w:p>
    <w:p w14:paraId="2944EF46"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can mimic a heart attack, causing sudden cardiac compromise.</w:t>
      </w:r>
    </w:p>
    <w:p w14:paraId="549C1776"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w:t>
      </w:r>
    </w:p>
    <w:p w14:paraId="033CEB34"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(rapid onset, severe symptoms)</w:t>
      </w:r>
    </w:p>
    <w:p w14:paraId="5317DB7E" w14:textId="77777777" w:rsidR="004B2954" w:rsidRPr="00BB79B8" w:rsidRDefault="004B2954" w:rsidP="004B2954">
      <w:pPr>
        <w:spacing w:after="20"/>
        <w:ind w:left="216"/>
        <w:rPr>
          <w:rFonts w:cs="Times New Roman"/>
          <w:sz w:val="20"/>
          <w:szCs w:val="20"/>
        </w:rPr>
      </w:pPr>
      <w:r w:rsidRPr="00BB79B8">
        <w:rPr>
          <w:rFonts w:cs="Times New Roman"/>
          <w:sz w:val="20"/>
          <w:szCs w:val="20"/>
        </w:rPr>
        <w:t>Extensive myocardial involvement seen on cardiac MRI</w:t>
      </w:r>
    </w:p>
    <w:p w14:paraId="554C540E"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ventricular arrhythmias</w:t>
      </w:r>
    </w:p>
    <w:p w14:paraId="6C41816A"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left ventricular dysfunction (low ejection fraction)</w:t>
      </w:r>
    </w:p>
    <w:p w14:paraId="280EA1AA" w14:textId="77777777" w:rsidR="004B2954" w:rsidRPr="00BB79B8" w:rsidRDefault="004B2954" w:rsidP="004B2954">
      <w:pPr>
        <w:spacing w:after="20"/>
        <w:ind w:left="216"/>
        <w:rPr>
          <w:rFonts w:cs="Times New Roman"/>
          <w:sz w:val="20"/>
          <w:szCs w:val="20"/>
        </w:rPr>
      </w:pPr>
      <w:r w:rsidRPr="00BB79B8">
        <w:rPr>
          <w:rFonts w:cs="Times New Roman"/>
          <w:sz w:val="20"/>
          <w:szCs w:val="20"/>
        </w:rPr>
        <w:t>Young athletes returning to strenuous activity too soon</w:t>
      </w:r>
    </w:p>
    <w:p w14:paraId="545CCECC"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Implications</w:t>
      </w:r>
    </w:p>
    <w:p w14:paraId="0776525D"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with suspected myocarditis, especially if symptomatic with chest pain, palpitations, syncope, or marked heart function reduction, should be evaluated urgently.</w:t>
      </w:r>
    </w:p>
    <w:p w14:paraId="61425CA0" w14:textId="77777777" w:rsidR="004B2954" w:rsidRPr="00BB79B8" w:rsidRDefault="004B2954" w:rsidP="004B2954">
      <w:pPr>
        <w:spacing w:after="20"/>
        <w:ind w:left="216"/>
        <w:rPr>
          <w:rFonts w:cs="Times New Roman"/>
          <w:sz w:val="20"/>
          <w:szCs w:val="20"/>
        </w:rPr>
      </w:pPr>
      <w:r w:rsidRPr="00BB79B8">
        <w:rPr>
          <w:rFonts w:cs="Times New Roman"/>
          <w:sz w:val="20"/>
          <w:szCs w:val="20"/>
        </w:rPr>
        <w:t>Continuous monitoring, imaging, and sometimes temporary defibrillator support may be needed in high-risk cases.</w:t>
      </w:r>
    </w:p>
    <w:p w14:paraId="49E851B9"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While most patients with mild or moderate myocarditis recover without fatal events, myocarditis can indeed lead to sudden cardiac death, particularly in cases of severe inflammation or high-risk arrhythmias.</w:t>
      </w:r>
    </w:p>
    <w:p w14:paraId="7093F9C0" w14:textId="77777777" w:rsidR="004B2954" w:rsidRPr="00BB79B8" w:rsidRDefault="004B2954" w:rsidP="004B2954">
      <w:pPr>
        <w:spacing w:after="0"/>
        <w:rPr>
          <w:rFonts w:cs="Times New Roman"/>
          <w:sz w:val="20"/>
          <w:szCs w:val="20"/>
        </w:rPr>
      </w:pPr>
    </w:p>
    <w:p w14:paraId="77E128E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13EAB3A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DFA0A9F" w14:textId="77777777" w:rsidR="004B2954" w:rsidRPr="00BB79B8" w:rsidRDefault="004B2954" w:rsidP="004B2954">
      <w:pPr>
        <w:spacing w:after="20"/>
        <w:ind w:left="216"/>
        <w:rPr>
          <w:rFonts w:cs="Times New Roman"/>
          <w:sz w:val="20"/>
          <w:szCs w:val="20"/>
        </w:rPr>
      </w:pPr>
      <w:r w:rsidRPr="00BB79B8">
        <w:rPr>
          <w:rFonts w:cs="Times New Roman"/>
          <w:sz w:val="20"/>
          <w:szCs w:val="20"/>
        </w:rPr>
        <w:t>Understanding the Risk of Sudden Cardiac Death in Myocarditis</w:t>
      </w:r>
    </w:p>
    <w:p w14:paraId="6C763526"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cause sudden cardiac death (SCD). While many cases of myocarditis are mild and resolve on their own, the inflammation of the heart muscle can lead to life-threatening complications that occur without warning.</w:t>
      </w:r>
    </w:p>
    <w:p w14:paraId="0DE1E646" w14:textId="77777777" w:rsidR="004B2954" w:rsidRPr="00BB79B8" w:rsidRDefault="004B2954" w:rsidP="004B2954">
      <w:pPr>
        <w:spacing w:after="20"/>
        <w:ind w:left="216"/>
        <w:rPr>
          <w:rFonts w:cs="Times New Roman"/>
          <w:sz w:val="20"/>
          <w:szCs w:val="20"/>
        </w:rPr>
      </w:pPr>
      <w:r w:rsidRPr="00BB79B8">
        <w:rPr>
          <w:rFonts w:cs="Times New Roman"/>
          <w:sz w:val="20"/>
          <w:szCs w:val="20"/>
        </w:rPr>
        <w:t>In fact, myocarditis is recognized as a leading cause of sudden cardiac death in young adults and athletes, accounting for an estimated 5% to 12% of SCD cases in these populations.</w:t>
      </w:r>
    </w:p>
    <w:p w14:paraId="2E4BBB76" w14:textId="77777777" w:rsidR="004B2954" w:rsidRPr="00BB79B8" w:rsidRDefault="004B2954" w:rsidP="004B2954">
      <w:pPr>
        <w:spacing w:after="20"/>
        <w:ind w:left="216"/>
        <w:rPr>
          <w:rFonts w:cs="Times New Roman"/>
          <w:sz w:val="20"/>
          <w:szCs w:val="20"/>
        </w:rPr>
      </w:pPr>
      <w:r w:rsidRPr="00BB79B8">
        <w:rPr>
          <w:rFonts w:cs="Times New Roman"/>
          <w:sz w:val="20"/>
          <w:szCs w:val="20"/>
        </w:rPr>
        <w:t>How Myocarditis Leads to Sudden Death</w:t>
      </w:r>
    </w:p>
    <w:p w14:paraId="2A6361E7" w14:textId="77777777" w:rsidR="004B2954" w:rsidRPr="00BB79B8" w:rsidRDefault="004B2954" w:rsidP="004B2954">
      <w:pPr>
        <w:spacing w:after="20"/>
        <w:ind w:left="216"/>
        <w:rPr>
          <w:rFonts w:cs="Times New Roman"/>
          <w:sz w:val="20"/>
          <w:szCs w:val="20"/>
        </w:rPr>
      </w:pPr>
      <w:r w:rsidRPr="00BB79B8">
        <w:rPr>
          <w:rFonts w:cs="Times New Roman"/>
          <w:sz w:val="20"/>
          <w:szCs w:val="20"/>
        </w:rPr>
        <w:t>The transition from heart inflammation to a fatal event typically occurs through two primary mechanisms:</w:t>
      </w:r>
    </w:p>
    <w:p w14:paraId="41AFB20F" w14:textId="77777777" w:rsidR="004B2954" w:rsidRPr="00BB79B8" w:rsidRDefault="004B2954" w:rsidP="004B2954">
      <w:pPr>
        <w:spacing w:after="20"/>
        <w:ind w:left="216"/>
        <w:rPr>
          <w:rFonts w:cs="Times New Roman"/>
          <w:sz w:val="20"/>
          <w:szCs w:val="20"/>
        </w:rPr>
      </w:pPr>
      <w:r w:rsidRPr="00BB79B8">
        <w:rPr>
          <w:rFonts w:cs="Times New Roman"/>
          <w:sz w:val="20"/>
          <w:szCs w:val="20"/>
        </w:rPr>
        <w:t>1. Ventricular Arrhythmias</w:t>
      </w:r>
    </w:p>
    <w:p w14:paraId="0C4ECCCF" w14:textId="77777777" w:rsidR="004B2954" w:rsidRPr="00BB79B8" w:rsidRDefault="004B2954" w:rsidP="004B2954">
      <w:pPr>
        <w:spacing w:after="20"/>
        <w:ind w:left="216"/>
        <w:rPr>
          <w:rFonts w:cs="Times New Roman"/>
          <w:sz w:val="20"/>
          <w:szCs w:val="20"/>
        </w:rPr>
      </w:pPr>
      <w:r w:rsidRPr="00BB79B8">
        <w:rPr>
          <w:rFonts w:cs="Times New Roman"/>
          <w:sz w:val="20"/>
          <w:szCs w:val="20"/>
        </w:rPr>
        <w:t>Inflammation can disrupt the heart's normal electrical signaling. As the heart muscle (myocardium) becomes inflamed or scarred, it can trigger "electrical storms," such as:</w:t>
      </w:r>
    </w:p>
    <w:p w14:paraId="4613CF21"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Tachycardia (VT): A rapid heartbeat that prevents the heart from filling with blood.</w:t>
      </w:r>
    </w:p>
    <w:p w14:paraId="00FE0C18"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Fibrillation (VF): Chaotic electrical activity that causes the heart to quiver instead of pumping, leading to immediate collapse.</w:t>
      </w:r>
    </w:p>
    <w:p w14:paraId="2D22A5CC" w14:textId="77777777" w:rsidR="004B2954" w:rsidRPr="00BB79B8" w:rsidRDefault="004B2954" w:rsidP="004B2954">
      <w:pPr>
        <w:spacing w:after="20"/>
        <w:ind w:left="216"/>
        <w:rPr>
          <w:rFonts w:cs="Times New Roman"/>
          <w:sz w:val="20"/>
          <w:szCs w:val="20"/>
        </w:rPr>
      </w:pPr>
      <w:r w:rsidRPr="00BB79B8">
        <w:rPr>
          <w:rFonts w:cs="Times New Roman"/>
          <w:sz w:val="20"/>
          <w:szCs w:val="20"/>
        </w:rPr>
        <w:t>2. Acute Heart Failure</w:t>
      </w:r>
    </w:p>
    <w:p w14:paraId="253F5BFA" w14:textId="77777777" w:rsidR="004B2954" w:rsidRPr="00BB79B8" w:rsidRDefault="004B2954" w:rsidP="004B2954">
      <w:pPr>
        <w:spacing w:after="20"/>
        <w:ind w:left="216"/>
        <w:rPr>
          <w:rFonts w:cs="Times New Roman"/>
          <w:sz w:val="20"/>
          <w:szCs w:val="20"/>
        </w:rPr>
      </w:pPr>
      <w:r w:rsidRPr="00BB79B8">
        <w:rPr>
          <w:rFonts w:cs="Times New Roman"/>
          <w:sz w:val="20"/>
          <w:szCs w:val="20"/>
        </w:rPr>
        <w:t>In severe cases (fulminant myocarditis), the inflammation is so widespread that the heart muscle loses its ability to contract effectively. This can lead to a sudden, massive drop in cardiac output and cardiogenic shock.</w:t>
      </w:r>
    </w:p>
    <w:p w14:paraId="0AB85523"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Factors and Warning Signs</w:t>
      </w:r>
    </w:p>
    <w:p w14:paraId="5CA6CA3C"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SCD can be the first sign of myocarditis in some individuals, there are often "red flag" symptoms that precede a serious event:</w:t>
      </w:r>
    </w:p>
    <w:p w14:paraId="05A94FEE"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(Syncope): Especially during or immediately after physical exertion.</w:t>
      </w:r>
    </w:p>
    <w:p w14:paraId="4B6C1D73"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Palpitations: Feeling like the heart is skipping beats or racing uncontrollably.</w:t>
      </w:r>
    </w:p>
    <w:p w14:paraId="0DB2A344"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Often mimicking a heart attack.</w:t>
      </w:r>
    </w:p>
    <w:p w14:paraId="192E1D0E"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Difficulty breathing at rest or with minimal activity.</w:t>
      </w:r>
    </w:p>
    <w:p w14:paraId="191D6227" w14:textId="77777777" w:rsidR="004B2954" w:rsidRPr="00BB79B8" w:rsidRDefault="004B2954" w:rsidP="004B2954">
      <w:pPr>
        <w:spacing w:after="20"/>
        <w:ind w:left="216"/>
        <w:rPr>
          <w:rFonts w:cs="Times New Roman"/>
          <w:sz w:val="20"/>
          <w:szCs w:val="20"/>
        </w:rPr>
      </w:pPr>
      <w:r w:rsidRPr="00BB79B8">
        <w:rPr>
          <w:rFonts w:cs="Times New Roman"/>
          <w:sz w:val="20"/>
          <w:szCs w:val="20"/>
        </w:rPr>
        <w:t>Prevention and Management</w:t>
      </w:r>
    </w:p>
    <w:p w14:paraId="174B3143" w14:textId="77777777" w:rsidR="004B2954" w:rsidRPr="00BB79B8" w:rsidRDefault="004B2954" w:rsidP="004B2954">
      <w:pPr>
        <w:spacing w:after="20"/>
        <w:ind w:left="216"/>
        <w:rPr>
          <w:rFonts w:cs="Times New Roman"/>
          <w:sz w:val="20"/>
          <w:szCs w:val="20"/>
        </w:rPr>
      </w:pPr>
      <w:r w:rsidRPr="00BB79B8">
        <w:rPr>
          <w:rFonts w:cs="Times New Roman"/>
          <w:sz w:val="20"/>
          <w:szCs w:val="20"/>
        </w:rPr>
        <w:t>To mitigate the risk of sudden death, clinical guidelines generally recommend:</w:t>
      </w:r>
    </w:p>
    <w:p w14:paraId="3AAD8892"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Restriction of Physical Activity: Athletes diagnosed with myocarditis are typically advised to abstain from competitive sports for 3 to 6 months until inflammation markers and heart function have normalized.</w:t>
      </w:r>
    </w:p>
    <w:p w14:paraId="2E5D097B" w14:textId="77777777" w:rsidR="004B2954" w:rsidRPr="00BB79B8" w:rsidRDefault="004B2954" w:rsidP="004B2954">
      <w:pPr>
        <w:spacing w:after="20"/>
        <w:ind w:left="216"/>
        <w:rPr>
          <w:rFonts w:cs="Times New Roman"/>
          <w:sz w:val="20"/>
          <w:szCs w:val="20"/>
        </w:rPr>
      </w:pPr>
      <w:r w:rsidRPr="00BB79B8">
        <w:rPr>
          <w:rFonts w:cs="Times New Roman"/>
          <w:sz w:val="20"/>
          <w:szCs w:val="20"/>
        </w:rPr>
        <w:t>Medical Monitoring: Continuous EKG monitoring (Holter monitors) and imaging (Cardiac MRI) are used to assess the stability of the heart's electrical system and the extent of scarring.</w:t>
      </w:r>
    </w:p>
    <w:p w14:paraId="42416F40" w14:textId="77777777" w:rsidR="004B2954" w:rsidRPr="00BB79B8" w:rsidRDefault="004B2954" w:rsidP="004B2954">
      <w:pPr>
        <w:spacing w:after="20"/>
        <w:ind w:left="216"/>
        <w:rPr>
          <w:rFonts w:cs="Times New Roman"/>
          <w:sz w:val="20"/>
          <w:szCs w:val="20"/>
        </w:rPr>
      </w:pPr>
      <w:r w:rsidRPr="00BB79B8">
        <w:rPr>
          <w:rFonts w:cs="Times New Roman"/>
          <w:sz w:val="20"/>
          <w:szCs w:val="20"/>
        </w:rPr>
        <w:t>Prompt Treatment: Early intervention with supportive care or anti-inflammatory medications can reduce the long-term risk of rhythm disturbances.</w:t>
      </w:r>
    </w:p>
    <w:p w14:paraId="6355D399" w14:textId="77777777" w:rsidR="004B2954" w:rsidRPr="00BB79B8" w:rsidRDefault="004B2954" w:rsidP="004B2954">
      <w:pPr>
        <w:spacing w:after="0"/>
        <w:rPr>
          <w:rFonts w:cs="Times New Roman"/>
          <w:sz w:val="20"/>
          <w:szCs w:val="20"/>
        </w:rPr>
      </w:pPr>
    </w:p>
    <w:p w14:paraId="6EA37D4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1091D4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5B5E206" w14:textId="77777777" w:rsidR="004B2954" w:rsidRPr="00BB79B8" w:rsidRDefault="004B2954" w:rsidP="004B2954">
      <w:pPr>
        <w:spacing w:after="20"/>
        <w:ind w:left="216"/>
        <w:rPr>
          <w:rFonts w:cs="Times New Roman"/>
          <w:sz w:val="20"/>
          <w:szCs w:val="20"/>
        </w:rPr>
      </w:pPr>
      <w:r w:rsidRPr="00BB79B8">
        <w:rPr>
          <w:rFonts w:cs="Times New Roman"/>
          <w:sz w:val="20"/>
          <w:szCs w:val="20"/>
        </w:rPr>
        <w:t>Yes - myocarditis can cause sudden cardiac death, although this outcome is uncommon and depends on the severity of inflammation, the presence of arrhythmias, and how quickly the condition is recognized and treated. Sudden death typically results from dangerous ventricular arrhythmias or severe acute heart failure triggered by inflammation of the heart muscle.</w:t>
      </w:r>
    </w:p>
    <w:p w14:paraId="4DACCBDB" w14:textId="77777777" w:rsidR="004B2954" w:rsidRPr="00BB79B8" w:rsidRDefault="004B2954" w:rsidP="004B2954">
      <w:pPr>
        <w:spacing w:after="20"/>
        <w:ind w:left="216"/>
        <w:rPr>
          <w:rFonts w:cs="Times New Roman"/>
          <w:sz w:val="20"/>
          <w:szCs w:val="20"/>
        </w:rPr>
      </w:pPr>
      <w:r w:rsidRPr="00BB79B8">
        <w:rPr>
          <w:rFonts w:cs="Times New Roman"/>
          <w:sz w:val="20"/>
          <w:szCs w:val="20"/>
        </w:rPr>
        <w:t>How myocarditis leads to sudden cardiac death</w:t>
      </w:r>
    </w:p>
    <w:p w14:paraId="79157BED"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Electrical instability - Inflammation can disrupt the heart's electrical conduction system, leading to life-threatening arrhythmias such as ventricular tachycardia or ventricular fibrillation. These arrhythmias can cause the heart to stop suddenly.</w:t>
      </w:r>
    </w:p>
    <w:p w14:paraId="48403E77" w14:textId="77777777" w:rsidR="004B2954" w:rsidRPr="00BB79B8" w:rsidRDefault="004B2954" w:rsidP="004B2954">
      <w:pPr>
        <w:spacing w:after="20"/>
        <w:ind w:left="216"/>
        <w:rPr>
          <w:rFonts w:cs="Times New Roman"/>
          <w:sz w:val="20"/>
          <w:szCs w:val="20"/>
        </w:rPr>
      </w:pPr>
      <w:r w:rsidRPr="00BB79B8">
        <w:rPr>
          <w:rFonts w:cs="Times New Roman"/>
          <w:sz w:val="20"/>
          <w:szCs w:val="20"/>
        </w:rPr>
        <w:t>Direct myocardial damage - Inflammatory injury can kill heart muscle cells, impairing the heart's ability to pump and increasing the risk of collapse.</w:t>
      </w:r>
    </w:p>
    <w:p w14:paraId="63A92F60"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heart failure - Severe myocarditis can rapidly weaken the heart, causing sudden circulatory collapse.</w:t>
      </w:r>
    </w:p>
    <w:p w14:paraId="6C8B4F0A" w14:textId="77777777" w:rsidR="004B2954" w:rsidRPr="00BB79B8" w:rsidRDefault="004B2954" w:rsidP="004B2954">
      <w:pPr>
        <w:spacing w:after="20"/>
        <w:ind w:left="216"/>
        <w:rPr>
          <w:rFonts w:cs="Times New Roman"/>
          <w:sz w:val="20"/>
          <w:szCs w:val="20"/>
        </w:rPr>
      </w:pPr>
      <w:r w:rsidRPr="00BB79B8">
        <w:rPr>
          <w:rFonts w:cs="Times New Roman"/>
          <w:sz w:val="20"/>
          <w:szCs w:val="20"/>
        </w:rPr>
        <w:t>How often does this happen?</w:t>
      </w:r>
    </w:p>
    <w:p w14:paraId="37641251" w14:textId="77777777" w:rsidR="004B2954" w:rsidRPr="00BB79B8" w:rsidRDefault="004B2954" w:rsidP="004B2954">
      <w:pPr>
        <w:spacing w:after="20"/>
        <w:ind w:left="216"/>
        <w:rPr>
          <w:rFonts w:cs="Times New Roman"/>
          <w:sz w:val="20"/>
          <w:szCs w:val="20"/>
        </w:rPr>
      </w:pPr>
      <w:r w:rsidRPr="00BB79B8">
        <w:rPr>
          <w:rFonts w:cs="Times New Roman"/>
          <w:sz w:val="20"/>
          <w:szCs w:val="20"/>
        </w:rPr>
        <w:t>In young adults, myocarditis accounts for nearly 20% of sudden death cases.</w:t>
      </w:r>
    </w:p>
    <w:p w14:paraId="151F859F" w14:textId="77777777" w:rsidR="004B2954" w:rsidRPr="00BB79B8" w:rsidRDefault="004B2954" w:rsidP="004B2954">
      <w:pPr>
        <w:spacing w:after="20"/>
        <w:ind w:left="216"/>
        <w:rPr>
          <w:rFonts w:cs="Times New Roman"/>
          <w:sz w:val="20"/>
          <w:szCs w:val="20"/>
        </w:rPr>
      </w:pPr>
      <w:r w:rsidRPr="00BB79B8">
        <w:rPr>
          <w:rFonts w:cs="Times New Roman"/>
          <w:sz w:val="20"/>
          <w:szCs w:val="20"/>
        </w:rPr>
        <w:t>Autopsy studies show 1-9% of deceased adults have evidence of myocarditis, though the exact incidence of sudden death from myocarditis in older adults is unknown.</w:t>
      </w:r>
    </w:p>
    <w:p w14:paraId="7555D038" w14:textId="77777777" w:rsidR="004B2954" w:rsidRPr="00BB79B8" w:rsidRDefault="004B2954" w:rsidP="004B2954">
      <w:pPr>
        <w:spacing w:after="20"/>
        <w:ind w:left="216"/>
        <w:rPr>
          <w:rFonts w:cs="Times New Roman"/>
          <w:sz w:val="20"/>
          <w:szCs w:val="20"/>
        </w:rPr>
      </w:pPr>
      <w:r w:rsidRPr="00BB79B8">
        <w:rPr>
          <w:rFonts w:cs="Times New Roman"/>
          <w:sz w:val="20"/>
          <w:szCs w:val="20"/>
        </w:rPr>
        <w:t>In children, sudden death can be the first sign of myocarditis, especially in severe or fulminant cases.</w:t>
      </w:r>
    </w:p>
    <w:p w14:paraId="7821DBAB" w14:textId="77777777" w:rsidR="004B2954" w:rsidRPr="00BB79B8" w:rsidRDefault="004B2954" w:rsidP="004B2954">
      <w:pPr>
        <w:spacing w:after="20"/>
        <w:ind w:left="216"/>
        <w:rPr>
          <w:rFonts w:cs="Times New Roman"/>
          <w:sz w:val="20"/>
          <w:szCs w:val="20"/>
        </w:rPr>
      </w:pPr>
      <w:r w:rsidRPr="00BB79B8">
        <w:rPr>
          <w:rFonts w:cs="Times New Roman"/>
          <w:sz w:val="20"/>
          <w:szCs w:val="20"/>
        </w:rPr>
        <w:t>Young athletes are a recognized high-risk group; myocarditis is an under-recognized cause of sudden death in athletes, often missed before death.</w:t>
      </w:r>
    </w:p>
    <w:p w14:paraId="45F51B8B" w14:textId="77777777" w:rsidR="004B2954" w:rsidRPr="00BB79B8" w:rsidRDefault="004B2954" w:rsidP="004B2954">
      <w:pPr>
        <w:spacing w:after="20"/>
        <w:ind w:left="216"/>
        <w:rPr>
          <w:rFonts w:cs="Times New Roman"/>
          <w:sz w:val="20"/>
          <w:szCs w:val="20"/>
        </w:rPr>
      </w:pPr>
      <w:r w:rsidRPr="00BB79B8">
        <w:rPr>
          <w:rFonts w:cs="Times New Roman"/>
          <w:sz w:val="20"/>
          <w:szCs w:val="20"/>
        </w:rPr>
        <w:t>Who is at higher risk?</w:t>
      </w:r>
    </w:p>
    <w:p w14:paraId="672E770A" w14:textId="77777777" w:rsidR="004B2954" w:rsidRPr="00BB79B8" w:rsidRDefault="004B2954" w:rsidP="004B2954">
      <w:pPr>
        <w:spacing w:after="20"/>
        <w:ind w:left="216"/>
        <w:rPr>
          <w:rFonts w:cs="Times New Roman"/>
          <w:sz w:val="20"/>
          <w:szCs w:val="20"/>
        </w:rPr>
      </w:pPr>
      <w:r w:rsidRPr="00BB79B8">
        <w:rPr>
          <w:rFonts w:cs="Times New Roman"/>
          <w:sz w:val="20"/>
          <w:szCs w:val="20"/>
        </w:rPr>
        <w:t>People with ventricular arrhythmias at presentation</w:t>
      </w:r>
    </w:p>
    <w:p w14:paraId="7C99A8C6" w14:textId="77777777" w:rsidR="004B2954" w:rsidRPr="00BB79B8" w:rsidRDefault="004B2954" w:rsidP="004B2954">
      <w:pPr>
        <w:spacing w:after="20"/>
        <w:ind w:left="216"/>
        <w:rPr>
          <w:rFonts w:cs="Times New Roman"/>
          <w:sz w:val="20"/>
          <w:szCs w:val="20"/>
        </w:rPr>
      </w:pPr>
      <w:r w:rsidRPr="00BB79B8">
        <w:rPr>
          <w:rFonts w:cs="Times New Roman"/>
          <w:sz w:val="20"/>
          <w:szCs w:val="20"/>
        </w:rPr>
        <w:t>Those with reduced left ventricular ejection fraction (&lt;50%)</w:t>
      </w:r>
    </w:p>
    <w:p w14:paraId="2DECB495" w14:textId="77777777" w:rsidR="004B2954" w:rsidRPr="00BB79B8" w:rsidRDefault="004B2954" w:rsidP="004B2954">
      <w:pPr>
        <w:spacing w:after="20"/>
        <w:ind w:left="216"/>
        <w:rPr>
          <w:rFonts w:cs="Times New Roman"/>
          <w:sz w:val="20"/>
          <w:szCs w:val="20"/>
        </w:rPr>
      </w:pPr>
      <w:r w:rsidRPr="00BB79B8">
        <w:rPr>
          <w:rFonts w:cs="Times New Roman"/>
          <w:sz w:val="20"/>
          <w:szCs w:val="20"/>
        </w:rPr>
        <w:t>Individuals with viral prodrome, chest pain, palpitations, or syncope</w:t>
      </w:r>
    </w:p>
    <w:p w14:paraId="6CD88D52" w14:textId="77777777" w:rsidR="004B2954" w:rsidRPr="00BB79B8" w:rsidRDefault="004B2954" w:rsidP="004B2954">
      <w:pPr>
        <w:spacing w:after="20"/>
        <w:ind w:left="216"/>
        <w:rPr>
          <w:rFonts w:cs="Times New Roman"/>
          <w:sz w:val="20"/>
          <w:szCs w:val="20"/>
        </w:rPr>
      </w:pPr>
      <w:r w:rsidRPr="00BB79B8">
        <w:rPr>
          <w:rFonts w:cs="Times New Roman"/>
          <w:sz w:val="20"/>
          <w:szCs w:val="20"/>
        </w:rPr>
        <w:t>Young, physically active individuals (including athletes)</w:t>
      </w:r>
    </w:p>
    <w:p w14:paraId="4AB270C9"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with HIV, autoimmune disease, or toxin-related myocarditis</w:t>
      </w:r>
    </w:p>
    <w:p w14:paraId="3A9D9B5F"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this means for you</w:t>
      </w:r>
    </w:p>
    <w:p w14:paraId="4B5E68DF"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 ranges from mild and self-limited to severe and life-threatening. While sudden cardiac death is not the norm, it is a real and documented risk, especially when myocarditis causes arrhythmias or severe heart dysfunction. Early diagnosis, rest, and close cardiac monitoring significantly reduce the danger.</w:t>
      </w:r>
    </w:p>
    <w:p w14:paraId="7FEA1949" w14:textId="77777777" w:rsidR="004B2954" w:rsidRPr="00BB79B8" w:rsidRDefault="004B2954" w:rsidP="004B2954">
      <w:pPr>
        <w:spacing w:after="0"/>
        <w:rPr>
          <w:rFonts w:cs="Times New Roman"/>
          <w:sz w:val="20"/>
          <w:szCs w:val="20"/>
        </w:rPr>
      </w:pPr>
    </w:p>
    <w:p w14:paraId="52D9036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6A643FE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2F3CD85"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is a recognized cause of sudden cardiac death (SCD).</w:t>
      </w:r>
    </w:p>
    <w:p w14:paraId="7E2029ED"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the direct clinical explanation of how and why this happens:</w:t>
      </w:r>
    </w:p>
    <w:p w14:paraId="32F5554C" w14:textId="77777777" w:rsidR="004B2954" w:rsidRPr="00BB79B8" w:rsidRDefault="004B2954" w:rsidP="004B2954">
      <w:pPr>
        <w:spacing w:after="20"/>
        <w:ind w:left="216"/>
        <w:rPr>
          <w:rFonts w:cs="Times New Roman"/>
          <w:sz w:val="20"/>
          <w:szCs w:val="20"/>
        </w:rPr>
      </w:pPr>
      <w:r w:rsidRPr="00BB79B8">
        <w:rPr>
          <w:rFonts w:cs="Times New Roman"/>
          <w:sz w:val="20"/>
          <w:szCs w:val="20"/>
        </w:rPr>
        <w:t>1. The Mechanism: Fatal Arrhythmias</w:t>
      </w:r>
      <w:r w:rsidRPr="00BB79B8">
        <w:rPr>
          <w:rFonts w:cs="Times New Roman"/>
          <w:sz w:val="20"/>
          <w:szCs w:val="20"/>
        </w:rPr>
        <w:br/>
        <w:t>Myocarditis causes inflammation of the heart muscle. This inflammation disrupts the heart's normal electrical system, creating a high risk for ventricular tachycardia or ventricular fibrillation-chaotic heart rhythms that stop effective blood pumping. Without immediate defibrillation, death occurs within minutes.</w:t>
      </w:r>
    </w:p>
    <w:p w14:paraId="08D6032E" w14:textId="77777777" w:rsidR="004B2954" w:rsidRPr="00BB79B8" w:rsidRDefault="004B2954" w:rsidP="004B2954">
      <w:pPr>
        <w:spacing w:after="20"/>
        <w:ind w:left="216"/>
        <w:rPr>
          <w:rFonts w:cs="Times New Roman"/>
          <w:sz w:val="20"/>
          <w:szCs w:val="20"/>
        </w:rPr>
      </w:pPr>
      <w:r w:rsidRPr="00BB79B8">
        <w:rPr>
          <w:rFonts w:cs="Times New Roman"/>
          <w:sz w:val="20"/>
          <w:szCs w:val="20"/>
        </w:rPr>
        <w:t>2. Who is Most at Risk?</w:t>
      </w:r>
      <w:r w:rsidRPr="00BB79B8">
        <w:rPr>
          <w:rFonts w:cs="Times New Roman"/>
          <w:sz w:val="20"/>
          <w:szCs w:val="20"/>
        </w:rPr>
        <w:br/>
        <w:t>Sudden death from myocarditis is most common in:</w:t>
      </w:r>
    </w:p>
    <w:p w14:paraId="1544A287" w14:textId="77777777" w:rsidR="004B2954" w:rsidRPr="00BB79B8" w:rsidRDefault="004B2954" w:rsidP="004B2954">
      <w:pPr>
        <w:spacing w:after="20"/>
        <w:ind w:left="216"/>
        <w:rPr>
          <w:rFonts w:cs="Times New Roman"/>
          <w:sz w:val="20"/>
          <w:szCs w:val="20"/>
        </w:rPr>
      </w:pPr>
      <w:r w:rsidRPr="00BB79B8">
        <w:rPr>
          <w:rFonts w:cs="Times New Roman"/>
          <w:sz w:val="20"/>
          <w:szCs w:val="20"/>
        </w:rPr>
        <w:t>Children and young adults (including competitive athletes)</w:t>
      </w:r>
    </w:p>
    <w:p w14:paraId="051BCBF8" w14:textId="77777777" w:rsidR="004B2954" w:rsidRPr="00BB79B8" w:rsidRDefault="004B2954" w:rsidP="004B2954">
      <w:pPr>
        <w:spacing w:after="20"/>
        <w:ind w:left="216"/>
        <w:rPr>
          <w:rFonts w:cs="Times New Roman"/>
          <w:sz w:val="20"/>
          <w:szCs w:val="20"/>
        </w:rPr>
      </w:pPr>
      <w:r w:rsidRPr="00BB79B8">
        <w:rPr>
          <w:rFonts w:cs="Times New Roman"/>
          <w:sz w:val="20"/>
          <w:szCs w:val="20"/>
        </w:rPr>
        <w:t>Males (more frequently affected than females)</w:t>
      </w:r>
    </w:p>
    <w:p w14:paraId="166CA20B"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with lymphocytic myocarditis or giant cell myocarditis</w:t>
      </w:r>
    </w:p>
    <w:p w14:paraId="60913545" w14:textId="77777777" w:rsidR="004B2954" w:rsidRPr="00BB79B8" w:rsidRDefault="004B2954" w:rsidP="004B2954">
      <w:pPr>
        <w:spacing w:after="20"/>
        <w:ind w:left="216"/>
        <w:rPr>
          <w:rFonts w:cs="Times New Roman"/>
          <w:sz w:val="20"/>
          <w:szCs w:val="20"/>
        </w:rPr>
      </w:pPr>
      <w:r w:rsidRPr="00BB79B8">
        <w:rPr>
          <w:rFonts w:cs="Times New Roman"/>
          <w:sz w:val="20"/>
          <w:szCs w:val="20"/>
        </w:rPr>
        <w:t>3. When Does It Occur?</w:t>
      </w:r>
    </w:p>
    <w:p w14:paraId="3DB57787"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phase: During the first 1-2 weeks of a viral illness (e.g., flu, COVID-19, parvovirus B19), often when the patient tries to resume strenuous activity.</w:t>
      </w:r>
    </w:p>
    <w:p w14:paraId="75B73940"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presentation: Sudden severe inflammation leading to cardiogenic shock and arrhythmic storm.</w:t>
      </w:r>
    </w:p>
    <w:p w14:paraId="111C49D5"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4. Important Context</w:t>
      </w:r>
      <w:r w:rsidRPr="00BB79B8">
        <w:rPr>
          <w:rFonts w:cs="Times New Roman"/>
          <w:sz w:val="20"/>
          <w:szCs w:val="20"/>
        </w:rPr>
        <w:br/>
        <w:t>While myocarditis can cause sudden death, it is not the most common cause. In young athletes, hypertrophic cardiomyopathy and congenital coronary anomalies are more frequent. However, in autopsy studies of young people with unexplained sudden death, myocarditis is found in approximately 5-20% of cases.</w:t>
      </w:r>
    </w:p>
    <w:p w14:paraId="05493458"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 Myocarditis is a serious diagnosis that requires activity restriction (typically 3-6 months) to reduce the risk of sudden death during the healing phase. If you have chest pain, palpitations, or syncope (fainting) during or after a viral illness, urgent cardiac evaluation is essential.</w:t>
      </w:r>
    </w:p>
    <w:p w14:paraId="6469BDC7" w14:textId="77777777" w:rsidR="004B2954" w:rsidRPr="00BB79B8" w:rsidRDefault="004B2954" w:rsidP="004B2954">
      <w:pPr>
        <w:spacing w:after="0"/>
        <w:rPr>
          <w:rFonts w:cs="Times New Roman"/>
          <w:sz w:val="20"/>
          <w:szCs w:val="20"/>
        </w:rPr>
      </w:pPr>
    </w:p>
    <w:p w14:paraId="47A262C5"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3BB3F37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190C6AD" w14:textId="77777777" w:rsidR="004B2954" w:rsidRPr="00BB79B8" w:rsidRDefault="004B2954" w:rsidP="004B2954">
      <w:pPr>
        <w:spacing w:after="20"/>
        <w:ind w:left="216"/>
        <w:rPr>
          <w:rFonts w:cs="Times New Roman"/>
          <w:sz w:val="20"/>
          <w:szCs w:val="20"/>
        </w:rPr>
      </w:pPr>
      <w:r w:rsidRPr="00BB79B8">
        <w:rPr>
          <w:rFonts w:cs="Times New Roman"/>
          <w:sz w:val="20"/>
          <w:szCs w:val="20"/>
        </w:rPr>
        <w:t>Yes, myocarditis can definitely cause sudden cardiac death (SCD).</w:t>
      </w:r>
    </w:p>
    <w:p w14:paraId="2A227A2B"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reasons</w:t>
      </w:r>
    </w:p>
    <w:p w14:paraId="07B59A9E" w14:textId="77777777" w:rsidR="004B2954" w:rsidRPr="00BB79B8" w:rsidRDefault="004B2954" w:rsidP="004B2954">
      <w:pPr>
        <w:spacing w:after="20"/>
        <w:ind w:left="216"/>
        <w:rPr>
          <w:rFonts w:cs="Times New Roman"/>
          <w:sz w:val="20"/>
          <w:szCs w:val="20"/>
        </w:rPr>
      </w:pPr>
      <w:r w:rsidRPr="00BB79B8">
        <w:rPr>
          <w:rFonts w:cs="Times New Roman"/>
          <w:sz w:val="20"/>
          <w:szCs w:val="20"/>
        </w:rPr>
        <w:t>Severe inflammation damages the myocardium, leading to life-threatening ventricular arrhythmias (ventricular tachycardia, ventricular fibrillation).</w:t>
      </w:r>
    </w:p>
    <w:p w14:paraId="5CF959F4"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myocardial necrosis may trigger acute heart failure or cardiogenic shock.</w:t>
      </w:r>
    </w:p>
    <w:p w14:paraId="64FCD0D3"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myocarditis can result in dilated cardiomyopathy, increasing the risk of malignant arrhythmias and sudden death long-term.</w:t>
      </w:r>
    </w:p>
    <w:p w14:paraId="51E41574" w14:textId="77777777" w:rsidR="004B2954" w:rsidRPr="00BB79B8" w:rsidRDefault="004B2954" w:rsidP="004B2954">
      <w:pPr>
        <w:spacing w:after="20"/>
        <w:ind w:left="216"/>
        <w:rPr>
          <w:rFonts w:cs="Times New Roman"/>
          <w:sz w:val="20"/>
          <w:szCs w:val="20"/>
        </w:rPr>
      </w:pPr>
      <w:r w:rsidRPr="00BB79B8">
        <w:rPr>
          <w:rFonts w:cs="Times New Roman"/>
          <w:sz w:val="20"/>
          <w:szCs w:val="20"/>
        </w:rPr>
        <w:t>In some cases, mild or asymptomatic myocarditis can still induce fatal arrhythmias during physical activity.</w:t>
      </w:r>
    </w:p>
    <w:p w14:paraId="3617E513" w14:textId="77777777" w:rsidR="004B2954" w:rsidRPr="00BB79B8" w:rsidRDefault="004B2954" w:rsidP="004B2954">
      <w:pPr>
        <w:rPr>
          <w:rFonts w:cs="Times New Roman"/>
          <w:sz w:val="20"/>
          <w:szCs w:val="20"/>
        </w:rPr>
      </w:pPr>
    </w:p>
    <w:p w14:paraId="4DBBCCE3" w14:textId="77777777" w:rsidR="004B2954" w:rsidRPr="00BB79B8" w:rsidRDefault="004B2954" w:rsidP="004B2954">
      <w:pPr>
        <w:keepNext/>
        <w:rPr>
          <w:rFonts w:cs="Times New Roman"/>
          <w:sz w:val="20"/>
          <w:szCs w:val="20"/>
        </w:rPr>
      </w:pPr>
      <w:r w:rsidRPr="00BB79B8">
        <w:rPr>
          <w:rFonts w:cs="Times New Roman"/>
          <w:b/>
          <w:color w:val="1F4E79"/>
          <w:sz w:val="20"/>
          <w:szCs w:val="20"/>
        </w:rPr>
        <w:t>Q50. How long is follow-up needed after recovery from myocarditis?</w:t>
      </w:r>
    </w:p>
    <w:p w14:paraId="38B00924"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545B7A6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4739077" w14:textId="77777777" w:rsidR="004B2954" w:rsidRPr="00BB79B8" w:rsidRDefault="004B2954" w:rsidP="004B2954">
      <w:pPr>
        <w:spacing w:after="20"/>
        <w:ind w:left="216"/>
        <w:rPr>
          <w:rFonts w:cs="Times New Roman"/>
          <w:sz w:val="20"/>
          <w:szCs w:val="20"/>
        </w:rPr>
      </w:pPr>
      <w:r w:rsidRPr="00BB79B8">
        <w:rPr>
          <w:rFonts w:cs="Times New Roman"/>
          <w:sz w:val="20"/>
          <w:szCs w:val="20"/>
        </w:rPr>
        <w:t>After recovery from myocarditis, follow-up is important because even when symptoms resolve, there can still be lingering inflammation, arrhythmias, or subtle cardiac dysfunction. The exact duration depends on the severity, underlying cause, and patient-specific risk factors, but general guidance is as follows:</w:t>
      </w:r>
    </w:p>
    <w:p w14:paraId="707A1745" w14:textId="77777777" w:rsidR="004B2954" w:rsidRPr="00BB79B8" w:rsidRDefault="004B2954" w:rsidP="004B2954">
      <w:pPr>
        <w:spacing w:after="20"/>
        <w:ind w:left="216"/>
        <w:rPr>
          <w:rFonts w:cs="Times New Roman"/>
          <w:sz w:val="20"/>
          <w:szCs w:val="20"/>
        </w:rPr>
      </w:pPr>
      <w:r w:rsidRPr="00BB79B8">
        <w:rPr>
          <w:rFonts w:cs="Times New Roman"/>
          <w:sz w:val="20"/>
          <w:szCs w:val="20"/>
        </w:rPr>
        <w:t>1. Mild or Uncomplicated Myocarditis</w:t>
      </w:r>
    </w:p>
    <w:p w14:paraId="16DB9D71"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follow-up: 1-3 months after recovery.</w:t>
      </w:r>
    </w:p>
    <w:p w14:paraId="0233B6C5" w14:textId="77777777" w:rsidR="004B2954" w:rsidRPr="00BB79B8" w:rsidRDefault="004B2954" w:rsidP="004B2954">
      <w:pPr>
        <w:spacing w:after="20"/>
        <w:ind w:left="216"/>
        <w:rPr>
          <w:rFonts w:cs="Times New Roman"/>
          <w:sz w:val="20"/>
          <w:szCs w:val="20"/>
        </w:rPr>
      </w:pPr>
      <w:r w:rsidRPr="00BB79B8">
        <w:rPr>
          <w:rFonts w:cs="Times New Roman"/>
          <w:sz w:val="20"/>
          <w:szCs w:val="20"/>
        </w:rPr>
        <w:t>Monitoring: Clinical evaluation, ECG, echocardiogram; sometimes troponin or BNP if initially elevated.</w:t>
      </w:r>
    </w:p>
    <w:p w14:paraId="14F75852"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If heart function normalizes and symptoms are gone, follow-up may be extended to every 6-12 months for 1-2 years to check for late sequelae.</w:t>
      </w:r>
    </w:p>
    <w:p w14:paraId="7003F078" w14:textId="77777777" w:rsidR="004B2954" w:rsidRPr="00BB79B8" w:rsidRDefault="004B2954" w:rsidP="004B2954">
      <w:pPr>
        <w:spacing w:after="20"/>
        <w:ind w:left="216"/>
        <w:rPr>
          <w:rFonts w:cs="Times New Roman"/>
          <w:sz w:val="20"/>
          <w:szCs w:val="20"/>
        </w:rPr>
      </w:pPr>
      <w:r w:rsidRPr="00BB79B8">
        <w:rPr>
          <w:rFonts w:cs="Times New Roman"/>
          <w:sz w:val="20"/>
          <w:szCs w:val="20"/>
        </w:rPr>
        <w:t>2. Moderate to Severe Myocarditis</w:t>
      </w:r>
    </w:p>
    <w:p w14:paraId="622D22A7"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follow-up: Every 1-3 months until cardiac function stabilizes.</w:t>
      </w:r>
    </w:p>
    <w:p w14:paraId="789752A1" w14:textId="77777777" w:rsidR="004B2954" w:rsidRPr="00BB79B8" w:rsidRDefault="004B2954" w:rsidP="004B2954">
      <w:pPr>
        <w:spacing w:after="20"/>
        <w:ind w:left="216"/>
        <w:rPr>
          <w:rFonts w:cs="Times New Roman"/>
          <w:sz w:val="20"/>
          <w:szCs w:val="20"/>
        </w:rPr>
      </w:pPr>
      <w:r w:rsidRPr="00BB79B8">
        <w:rPr>
          <w:rFonts w:cs="Times New Roman"/>
          <w:sz w:val="20"/>
          <w:szCs w:val="20"/>
        </w:rPr>
        <w:t>Testing: ECG, echocardiography, possibly cardiac MRI to assess residual inflammation or fibrosis.</w:t>
      </w:r>
    </w:p>
    <w:p w14:paraId="6049F541" w14:textId="77777777" w:rsidR="004B2954" w:rsidRPr="00BB79B8" w:rsidRDefault="004B2954" w:rsidP="004B2954">
      <w:pPr>
        <w:spacing w:after="20"/>
        <w:ind w:left="216"/>
        <w:rPr>
          <w:rFonts w:cs="Times New Roman"/>
          <w:sz w:val="20"/>
          <w:szCs w:val="20"/>
        </w:rPr>
      </w:pPr>
      <w:r w:rsidRPr="00BB79B8">
        <w:rPr>
          <w:rFonts w:cs="Times New Roman"/>
          <w:sz w:val="20"/>
          <w:szCs w:val="20"/>
        </w:rPr>
        <w:t>Duration: Often 1-3 years of intermittent monitoring, especially if left ventricular function was impaired or arrhythmias occurred.</w:t>
      </w:r>
    </w:p>
    <w:p w14:paraId="1052A7BE" w14:textId="77777777" w:rsidR="004B2954" w:rsidRPr="00BB79B8" w:rsidRDefault="004B2954" w:rsidP="004B2954">
      <w:pPr>
        <w:spacing w:after="20"/>
        <w:ind w:left="216"/>
        <w:rPr>
          <w:rFonts w:cs="Times New Roman"/>
          <w:sz w:val="20"/>
          <w:szCs w:val="20"/>
        </w:rPr>
      </w:pPr>
      <w:r w:rsidRPr="00BB79B8">
        <w:rPr>
          <w:rFonts w:cs="Times New Roman"/>
          <w:sz w:val="20"/>
          <w:szCs w:val="20"/>
        </w:rPr>
        <w:t>3. High-Risk Features</w:t>
      </w:r>
    </w:p>
    <w:p w14:paraId="4DF9D16E"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with fulminant myocarditis, heart failure, significant arrhythmias, or those requiring hospitalization should have closer and longer follow-up, sometimes lifelong annual cardiology review.</w:t>
      </w:r>
    </w:p>
    <w:p w14:paraId="03E445A7" w14:textId="77777777" w:rsidR="004B2954" w:rsidRPr="00BB79B8" w:rsidRDefault="004B2954" w:rsidP="004B2954">
      <w:pPr>
        <w:spacing w:after="20"/>
        <w:ind w:left="216"/>
        <w:rPr>
          <w:rFonts w:cs="Times New Roman"/>
          <w:sz w:val="20"/>
          <w:szCs w:val="20"/>
        </w:rPr>
      </w:pPr>
      <w:r w:rsidRPr="00BB79B8">
        <w:rPr>
          <w:rFonts w:cs="Times New Roman"/>
          <w:sz w:val="20"/>
          <w:szCs w:val="20"/>
        </w:rPr>
        <w:t>4. Exercise and Lifestyle Follow-Up</w:t>
      </w:r>
    </w:p>
    <w:p w14:paraId="6750BF3A" w14:textId="77777777" w:rsidR="004B2954" w:rsidRPr="00BB79B8" w:rsidRDefault="004B2954" w:rsidP="004B2954">
      <w:pPr>
        <w:spacing w:after="20"/>
        <w:ind w:left="216"/>
        <w:rPr>
          <w:rFonts w:cs="Times New Roman"/>
          <w:sz w:val="20"/>
          <w:szCs w:val="20"/>
        </w:rPr>
      </w:pPr>
      <w:r w:rsidRPr="00BB79B8">
        <w:rPr>
          <w:rFonts w:cs="Times New Roman"/>
          <w:sz w:val="20"/>
          <w:szCs w:val="20"/>
        </w:rPr>
        <w:t>Before resuming strenuous activity or competitive sports, repeat cardiac evaluation is advised.</w:t>
      </w:r>
    </w:p>
    <w:p w14:paraId="1FC510AE" w14:textId="77777777" w:rsidR="004B2954" w:rsidRPr="00BB79B8" w:rsidRDefault="004B2954" w:rsidP="004B2954">
      <w:pPr>
        <w:spacing w:after="20"/>
        <w:ind w:left="216"/>
        <w:rPr>
          <w:rFonts w:cs="Times New Roman"/>
          <w:sz w:val="20"/>
          <w:szCs w:val="20"/>
        </w:rPr>
      </w:pPr>
      <w:r w:rsidRPr="00BB79B8">
        <w:rPr>
          <w:rFonts w:cs="Times New Roman"/>
          <w:sz w:val="20"/>
          <w:szCs w:val="20"/>
        </w:rPr>
        <w:t>Gradual reintroduction of exercise is usually guided by symptoms, ECG, and imaging.</w:t>
      </w:r>
    </w:p>
    <w:p w14:paraId="661D994F" w14:textId="77777777" w:rsidR="004B2954" w:rsidRPr="00BB79B8" w:rsidRDefault="004B2954" w:rsidP="004B2954">
      <w:pPr>
        <w:spacing w:after="20"/>
        <w:ind w:left="216"/>
        <w:rPr>
          <w:rFonts w:cs="Times New Roman"/>
          <w:sz w:val="20"/>
          <w:szCs w:val="20"/>
        </w:rPr>
      </w:pPr>
      <w:r w:rsidRPr="00BB79B8">
        <w:rPr>
          <w:rFonts w:cs="Times New Roman"/>
          <w:sz w:val="20"/>
          <w:szCs w:val="20"/>
        </w:rPr>
        <w:t>Key Takeaway: Follow-up after myocarditis is not one-size-fits-all, but most patients are followed for 1-3 years, with frequency tapering as cardiac function stabilizes.</w:t>
      </w:r>
    </w:p>
    <w:p w14:paraId="188F4B16" w14:textId="77777777" w:rsidR="004B2954" w:rsidRPr="00BB79B8" w:rsidRDefault="004B2954" w:rsidP="004B2954">
      <w:pPr>
        <w:spacing w:after="0"/>
        <w:rPr>
          <w:rFonts w:cs="Times New Roman"/>
          <w:sz w:val="20"/>
          <w:szCs w:val="20"/>
        </w:rPr>
      </w:pPr>
    </w:p>
    <w:p w14:paraId="4C40473C"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58F9A42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C1A964C"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duration after myocarditis varies depending on the clinical severity and how the heart recovers, but standard medical consensus follows a specific timeline for monitoring:</w:t>
      </w:r>
    </w:p>
    <w:p w14:paraId="2304DBAB" w14:textId="77777777" w:rsidR="004B2954" w:rsidRPr="00BB79B8" w:rsidRDefault="004B2954" w:rsidP="004B2954">
      <w:pPr>
        <w:spacing w:after="20"/>
        <w:ind w:left="216"/>
        <w:rPr>
          <w:rFonts w:cs="Times New Roman"/>
          <w:sz w:val="20"/>
          <w:szCs w:val="20"/>
        </w:rPr>
      </w:pPr>
      <w:r w:rsidRPr="00BB79B8">
        <w:rPr>
          <w:rFonts w:cs="Times New Roman"/>
          <w:sz w:val="20"/>
          <w:szCs w:val="20"/>
        </w:rPr>
        <w:t>1. The Initial Recovery Window (3-6 Months)</w:t>
      </w:r>
    </w:p>
    <w:p w14:paraId="0C6C04EB"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the most critical period. Even if you feel fully recovered, the heart muscle may still be healing at a cellular level.</w:t>
      </w:r>
    </w:p>
    <w:p w14:paraId="27055E06"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Activity Restriction: Most guidelines (including the AHA and ESC) recommend avoiding competitive sports and vigorous exercise for 3 to 6 months.</w:t>
      </w:r>
    </w:p>
    <w:p w14:paraId="13F4DDEE"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Re-evaluation: At the 6-month mark, doctors typically perform a "clearance" check-up. This usually includes an Echocardiogram, ECG, and sometimes a 24-hour Holter monitor or an exercise stress test to ensure no arrhythmias occur during exertion.</w:t>
      </w:r>
    </w:p>
    <w:p w14:paraId="33F2AD75" w14:textId="77777777" w:rsidR="004B2954" w:rsidRPr="00BB79B8" w:rsidRDefault="004B2954" w:rsidP="004B2954">
      <w:pPr>
        <w:spacing w:after="20"/>
        <w:ind w:left="216"/>
        <w:rPr>
          <w:rFonts w:cs="Times New Roman"/>
          <w:sz w:val="20"/>
          <w:szCs w:val="20"/>
        </w:rPr>
      </w:pPr>
      <w:r w:rsidRPr="00BB79B8">
        <w:rPr>
          <w:rFonts w:cs="Times New Roman"/>
          <w:sz w:val="20"/>
          <w:szCs w:val="20"/>
        </w:rPr>
        <w:t>2. Long-Term Monitoring</w:t>
      </w:r>
    </w:p>
    <w:p w14:paraId="7FF52B9B" w14:textId="77777777" w:rsidR="004B2954" w:rsidRPr="00BB79B8" w:rsidRDefault="004B2954" w:rsidP="004B2954">
      <w:pPr>
        <w:spacing w:after="20"/>
        <w:ind w:left="216"/>
        <w:rPr>
          <w:rFonts w:cs="Times New Roman"/>
          <w:sz w:val="20"/>
          <w:szCs w:val="20"/>
        </w:rPr>
      </w:pPr>
      <w:r w:rsidRPr="00BB79B8">
        <w:rPr>
          <w:rFonts w:cs="Times New Roman"/>
          <w:sz w:val="20"/>
          <w:szCs w:val="20"/>
        </w:rPr>
        <w:t>If the initial recovery is smooth, the frequency of follow-ups decreases, but they do not necessarily stop immediately.</w:t>
      </w:r>
    </w:p>
    <w:p w14:paraId="7B96CBCC" w14:textId="77777777" w:rsidR="004B2954" w:rsidRPr="00BB79B8" w:rsidRDefault="004B2954" w:rsidP="004B2954">
      <w:pPr>
        <w:spacing w:after="20"/>
        <w:ind w:left="216"/>
        <w:rPr>
          <w:rFonts w:cs="Times New Roman"/>
          <w:sz w:val="20"/>
          <w:szCs w:val="20"/>
        </w:rPr>
      </w:pPr>
      <w:r w:rsidRPr="00BB79B8">
        <w:rPr>
          <w:rFonts w:cs="Times New Roman"/>
          <w:sz w:val="20"/>
          <w:szCs w:val="20"/>
        </w:rPr>
        <w:t>Standard Follow-up: Many cardiologists recommend a check-up every 6 to 12 months for the first 1-2 years to monitor for late-onset complications like dilated cardiomyopathy or minor scarring (fibrosis).</w:t>
      </w:r>
    </w:p>
    <w:p w14:paraId="63153FED" w14:textId="77777777" w:rsidR="004B2954" w:rsidRPr="00BB79B8" w:rsidRDefault="004B2954" w:rsidP="004B2954">
      <w:pPr>
        <w:spacing w:after="20"/>
        <w:ind w:left="216"/>
        <w:rPr>
          <w:rFonts w:cs="Times New Roman"/>
          <w:sz w:val="20"/>
          <w:szCs w:val="20"/>
        </w:rPr>
      </w:pPr>
      <w:r w:rsidRPr="00BB79B8">
        <w:rPr>
          <w:rFonts w:cs="Times New Roman"/>
          <w:sz w:val="20"/>
          <w:szCs w:val="20"/>
        </w:rPr>
        <w:t>Yearly Check-ups: For patients who had a mild case and show no lasting damage on imaging (like Cardiac MRI), an annual review is often sufficient after the first year.</w:t>
      </w:r>
    </w:p>
    <w:p w14:paraId="414259D0" w14:textId="77777777" w:rsidR="004B2954" w:rsidRPr="00BB79B8" w:rsidRDefault="004B2954" w:rsidP="004B2954">
      <w:pPr>
        <w:spacing w:after="20"/>
        <w:ind w:left="216"/>
        <w:rPr>
          <w:rFonts w:cs="Times New Roman"/>
          <w:sz w:val="20"/>
          <w:szCs w:val="20"/>
        </w:rPr>
      </w:pPr>
      <w:r w:rsidRPr="00BB79B8">
        <w:rPr>
          <w:rFonts w:cs="Times New Roman"/>
          <w:sz w:val="20"/>
          <w:szCs w:val="20"/>
        </w:rPr>
        <w:t>3. Factors That Extend Follow-Up</w:t>
      </w:r>
    </w:p>
    <w:p w14:paraId="297C5DED" w14:textId="77777777" w:rsidR="004B2954" w:rsidRPr="00BB79B8" w:rsidRDefault="004B2954" w:rsidP="004B2954">
      <w:pPr>
        <w:spacing w:after="20"/>
        <w:ind w:left="216"/>
        <w:rPr>
          <w:rFonts w:cs="Times New Roman"/>
          <w:sz w:val="20"/>
          <w:szCs w:val="20"/>
        </w:rPr>
      </w:pPr>
      <w:r w:rsidRPr="00BB79B8">
        <w:rPr>
          <w:rFonts w:cs="Times New Roman"/>
          <w:sz w:val="20"/>
          <w:szCs w:val="20"/>
        </w:rPr>
        <w:t>If certain "red flags" are present, follow-up may be required indefinitely or more frequently:</w:t>
      </w:r>
    </w:p>
    <w:p w14:paraId="232C0D03"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Myocardial Scarring: If a Cardiac MRI shows significant late gadolinium enhancement (LGE), doctors will monitor more closely, as scarring can occasionally trigger rhythm issues later in life.</w:t>
      </w:r>
    </w:p>
    <w:p w14:paraId="6BFC039B"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Ejection Fraction: If the heart's pumping ability (LVEF) did not return to 100%, long-term management with medications (like Beta-blockers or ACE inhibitors) and more frequent imaging is necessary.</w:t>
      </w:r>
    </w:p>
    <w:p w14:paraId="3E233124"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Symptoms: Any return of chest pain, palpitations, or shortness of breath requires an immediate return to the clinic.</w:t>
      </w:r>
    </w:p>
    <w:p w14:paraId="67211834"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of Typical Follow-up Schedule</w:t>
      </w:r>
    </w:p>
    <w:p w14:paraId="7BAA72D5"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Typical Focus</w:t>
      </w:r>
    </w:p>
    <w:p w14:paraId="55043D74" w14:textId="77777777" w:rsidR="004B2954" w:rsidRPr="00BB79B8" w:rsidRDefault="004B2954" w:rsidP="004B2954">
      <w:pPr>
        <w:spacing w:after="20"/>
        <w:ind w:left="216"/>
        <w:rPr>
          <w:rFonts w:cs="Times New Roman"/>
          <w:sz w:val="20"/>
          <w:szCs w:val="20"/>
        </w:rPr>
      </w:pPr>
      <w:r w:rsidRPr="00BB79B8">
        <w:rPr>
          <w:rFonts w:cs="Times New Roman"/>
          <w:sz w:val="20"/>
          <w:szCs w:val="20"/>
        </w:rPr>
        <w:t>2-4 Weeks; Early assessment of heart function and symptom management.</w:t>
      </w:r>
    </w:p>
    <w:p w14:paraId="1EB67085" w14:textId="77777777" w:rsidR="004B2954" w:rsidRPr="00BB79B8" w:rsidRDefault="004B2954" w:rsidP="004B2954">
      <w:pPr>
        <w:spacing w:after="20"/>
        <w:ind w:left="216"/>
        <w:rPr>
          <w:rFonts w:cs="Times New Roman"/>
          <w:sz w:val="20"/>
          <w:szCs w:val="20"/>
        </w:rPr>
      </w:pPr>
      <w:r w:rsidRPr="00BB79B8">
        <w:rPr>
          <w:rFonts w:cs="Times New Roman"/>
          <w:sz w:val="20"/>
          <w:szCs w:val="20"/>
        </w:rPr>
        <w:t>3-6 Months; Full re-evaluation (Echo/ECG/Stress test) to determine if exercise can resume.</w:t>
      </w:r>
    </w:p>
    <w:p w14:paraId="58076EF0" w14:textId="77777777" w:rsidR="004B2954" w:rsidRPr="00BB79B8" w:rsidRDefault="004B2954" w:rsidP="004B2954">
      <w:pPr>
        <w:spacing w:after="20"/>
        <w:ind w:left="216"/>
        <w:rPr>
          <w:rFonts w:cs="Times New Roman"/>
          <w:sz w:val="20"/>
          <w:szCs w:val="20"/>
        </w:rPr>
      </w:pPr>
      <w:r w:rsidRPr="00BB79B8">
        <w:rPr>
          <w:rFonts w:cs="Times New Roman"/>
          <w:sz w:val="20"/>
          <w:szCs w:val="20"/>
        </w:rPr>
        <w:t>12 Months; Confirmation of stable recovery and long-term prognosis.</w:t>
      </w:r>
    </w:p>
    <w:p w14:paraId="3037D81D" w14:textId="77777777" w:rsidR="004B2954" w:rsidRPr="00BB79B8" w:rsidRDefault="004B2954" w:rsidP="004B2954">
      <w:pPr>
        <w:spacing w:after="20"/>
        <w:ind w:left="216"/>
        <w:rPr>
          <w:rFonts w:cs="Times New Roman"/>
          <w:sz w:val="20"/>
          <w:szCs w:val="20"/>
        </w:rPr>
      </w:pPr>
      <w:r w:rsidRPr="00BB79B8">
        <w:rPr>
          <w:rFonts w:cs="Times New Roman"/>
          <w:sz w:val="20"/>
          <w:szCs w:val="20"/>
        </w:rPr>
        <w:t>Annually; Ongoing "preventative" monitoring, especially if scarring was present.</w:t>
      </w:r>
    </w:p>
    <w:p w14:paraId="696A8BBA" w14:textId="77777777" w:rsidR="004B2954" w:rsidRPr="00BB79B8" w:rsidRDefault="004B2954" w:rsidP="004B2954">
      <w:pPr>
        <w:spacing w:after="20"/>
        <w:ind w:left="216"/>
        <w:rPr>
          <w:rFonts w:cs="Times New Roman"/>
          <w:sz w:val="20"/>
          <w:szCs w:val="20"/>
        </w:rPr>
      </w:pPr>
      <w:r w:rsidRPr="00BB79B8">
        <w:rPr>
          <w:rFonts w:cs="Times New Roman"/>
          <w:sz w:val="20"/>
          <w:szCs w:val="20"/>
        </w:rPr>
        <w:t>Note: Always follow the specific plan outlined by your cardiologist, as recovery is highly individualized based on the initial cause (viral, autoimmune, etc.) and the extent of the in X. Special populations and communication scenarios (2 questions)</w:t>
      </w:r>
    </w:p>
    <w:p w14:paraId="377F4B71" w14:textId="77777777" w:rsidR="004B2954" w:rsidRPr="00BB79B8" w:rsidRDefault="004B2954" w:rsidP="004B2954">
      <w:pPr>
        <w:spacing w:after="0"/>
        <w:rPr>
          <w:rFonts w:cs="Times New Roman"/>
          <w:sz w:val="20"/>
          <w:szCs w:val="20"/>
        </w:rPr>
      </w:pPr>
    </w:p>
    <w:p w14:paraId="297E04F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62916C8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FFDF126"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after recovery from myocarditis typically lasts at least 3-6 months, with longer monitoring (6-12 months or more) for patients who had ventricular dysfunction, arrhythmias, or persistent MRI abnormalities. This is consistent with contemporary guideline recommendations and recent cohort data showing that structured follow-up improves outcomes.</w:t>
      </w:r>
    </w:p>
    <w:p w14:paraId="4C194B25" w14:textId="77777777" w:rsidR="004B2954" w:rsidRPr="00BB79B8" w:rsidRDefault="004B2954" w:rsidP="004B2954">
      <w:pPr>
        <w:spacing w:after="20"/>
        <w:ind w:left="216"/>
        <w:rPr>
          <w:rFonts w:cs="Times New Roman"/>
          <w:sz w:val="20"/>
          <w:szCs w:val="20"/>
        </w:rPr>
      </w:pPr>
      <w:r w:rsidRPr="00BB79B8">
        <w:rPr>
          <w:rFonts w:cs="Times New Roman"/>
          <w:sz w:val="20"/>
          <w:szCs w:val="20"/>
        </w:rPr>
        <w:t>Recommended Follow-Up Duration After Myocarditis Recovery</w:t>
      </w:r>
    </w:p>
    <w:p w14:paraId="0164AC87" w14:textId="77777777" w:rsidR="004B2954" w:rsidRPr="00BB79B8" w:rsidRDefault="004B2954" w:rsidP="004B2954">
      <w:pPr>
        <w:spacing w:after="20"/>
        <w:ind w:left="216"/>
        <w:rPr>
          <w:rFonts w:cs="Times New Roman"/>
          <w:sz w:val="20"/>
          <w:szCs w:val="20"/>
        </w:rPr>
      </w:pPr>
      <w:r w:rsidRPr="00BB79B8">
        <w:rPr>
          <w:rFonts w:cs="Times New Roman"/>
          <w:sz w:val="20"/>
          <w:szCs w:val="20"/>
        </w:rPr>
        <w:t>1. Minimum follow-up: 3-6 months</w:t>
      </w:r>
    </w:p>
    <w:p w14:paraId="0E3B619B" w14:textId="77777777" w:rsidR="004B2954" w:rsidRPr="00BB79B8" w:rsidRDefault="004B2954" w:rsidP="004B2954">
      <w:pPr>
        <w:spacing w:after="20"/>
        <w:ind w:left="216"/>
        <w:rPr>
          <w:rFonts w:cs="Times New Roman"/>
          <w:sz w:val="20"/>
          <w:szCs w:val="20"/>
        </w:rPr>
      </w:pPr>
      <w:r w:rsidRPr="00BB79B8">
        <w:rPr>
          <w:rFonts w:cs="Times New Roman"/>
          <w:sz w:val="20"/>
          <w:szCs w:val="20"/>
        </w:rPr>
        <w:t>Guidelines recommend close monitoring and exercise restriction for 3-6 months, with gradual return to activity only after cardiac testing confirms recovery. This period allows time for inflammation to resolve and for detection of late arrhythmias or ventricular dysfunction.</w:t>
      </w:r>
    </w:p>
    <w:p w14:paraId="171C3162" w14:textId="77777777" w:rsidR="004B2954" w:rsidRPr="00BB79B8" w:rsidRDefault="004B2954" w:rsidP="004B2954">
      <w:pPr>
        <w:spacing w:after="20"/>
        <w:ind w:left="216"/>
        <w:rPr>
          <w:rFonts w:cs="Times New Roman"/>
          <w:sz w:val="20"/>
          <w:szCs w:val="20"/>
        </w:rPr>
      </w:pPr>
      <w:r w:rsidRPr="00BB79B8">
        <w:rPr>
          <w:rFonts w:cs="Times New Roman"/>
          <w:sz w:val="20"/>
          <w:szCs w:val="20"/>
        </w:rPr>
        <w:t>2. Typical follow-up components</w:t>
      </w:r>
    </w:p>
    <w:p w14:paraId="2F9F32D0" w14:textId="77777777" w:rsidR="004B2954" w:rsidRPr="00BB79B8" w:rsidRDefault="004B2954" w:rsidP="004B2954">
      <w:pPr>
        <w:spacing w:after="20"/>
        <w:ind w:left="216"/>
        <w:rPr>
          <w:rFonts w:cs="Times New Roman"/>
          <w:sz w:val="20"/>
          <w:szCs w:val="20"/>
        </w:rPr>
      </w:pPr>
      <w:r w:rsidRPr="00BB79B8">
        <w:rPr>
          <w:rFonts w:cs="Times New Roman"/>
          <w:sz w:val="20"/>
          <w:szCs w:val="20"/>
        </w:rPr>
        <w:t>Each item below is a follow-up component used in structured care:</w:t>
      </w:r>
    </w:p>
    <w:p w14:paraId="096D2C39" w14:textId="77777777" w:rsidR="004B2954" w:rsidRPr="00BB79B8" w:rsidRDefault="004B2954" w:rsidP="004B2954">
      <w:pPr>
        <w:spacing w:after="20"/>
        <w:ind w:left="216"/>
        <w:rPr>
          <w:rFonts w:cs="Times New Roman"/>
          <w:sz w:val="20"/>
          <w:szCs w:val="20"/>
        </w:rPr>
      </w:pPr>
      <w:r w:rsidRPr="00BB79B8">
        <w:rPr>
          <w:rFonts w:cs="Times New Roman"/>
          <w:sz w:val="20"/>
          <w:szCs w:val="20"/>
        </w:rPr>
        <w:t>Repeat cardiac imaging - echocardiogram or cardiac MRI to confirm normalization of ventricular function and resolution of inflammation.</w:t>
      </w:r>
    </w:p>
    <w:p w14:paraId="3C462996"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re-testing - ensures no ongoing myocardial injury.</w:t>
      </w:r>
    </w:p>
    <w:p w14:paraId="6AB63B64" w14:textId="77777777" w:rsidR="004B2954" w:rsidRPr="00BB79B8" w:rsidRDefault="004B2954" w:rsidP="004B2954">
      <w:pPr>
        <w:spacing w:after="20"/>
        <w:ind w:left="216"/>
        <w:rPr>
          <w:rFonts w:cs="Times New Roman"/>
          <w:sz w:val="20"/>
          <w:szCs w:val="20"/>
        </w:rPr>
      </w:pPr>
      <w:r w:rsidRPr="00BB79B8">
        <w:rPr>
          <w:rFonts w:cs="Times New Roman"/>
          <w:sz w:val="20"/>
          <w:szCs w:val="20"/>
        </w:rPr>
        <w:t>Cardiology clinic visits - monitoring symptoms, ECG changes, and exercise clearance.</w:t>
      </w:r>
    </w:p>
    <w:p w14:paraId="6C115008"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receiving all three had ~50% lower odds of adverse outcomes within 12 months.</w:t>
      </w:r>
    </w:p>
    <w:p w14:paraId="6F38218A" w14:textId="77777777" w:rsidR="004B2954" w:rsidRPr="00BB79B8" w:rsidRDefault="004B2954" w:rsidP="004B2954">
      <w:pPr>
        <w:spacing w:after="20"/>
        <w:ind w:left="216"/>
        <w:rPr>
          <w:rFonts w:cs="Times New Roman"/>
          <w:sz w:val="20"/>
          <w:szCs w:val="20"/>
        </w:rPr>
      </w:pPr>
      <w:r w:rsidRPr="00BB79B8">
        <w:rPr>
          <w:rFonts w:cs="Times New Roman"/>
          <w:sz w:val="20"/>
          <w:szCs w:val="20"/>
        </w:rPr>
        <w:t>3. When longer follow-up (6-12+ months) is needed</w:t>
      </w:r>
    </w:p>
    <w:p w14:paraId="576B94DB" w14:textId="77777777" w:rsidR="004B2954" w:rsidRPr="00BB79B8" w:rsidRDefault="004B2954" w:rsidP="004B2954">
      <w:pPr>
        <w:spacing w:after="20"/>
        <w:ind w:left="216"/>
        <w:rPr>
          <w:rFonts w:cs="Times New Roman"/>
          <w:sz w:val="20"/>
          <w:szCs w:val="20"/>
        </w:rPr>
      </w:pPr>
      <w:r w:rsidRPr="00BB79B8">
        <w:rPr>
          <w:rFonts w:cs="Times New Roman"/>
          <w:sz w:val="20"/>
          <w:szCs w:val="20"/>
        </w:rPr>
        <w:t>Extended monitoring is recommended if any of the following apply:</w:t>
      </w:r>
    </w:p>
    <w:p w14:paraId="553A7AC9"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ejection fraction at diagnosis</w:t>
      </w:r>
    </w:p>
    <w:p w14:paraId="3F855A12" w14:textId="77777777" w:rsidR="004B2954" w:rsidRPr="00BB79B8" w:rsidRDefault="004B2954" w:rsidP="004B2954">
      <w:pPr>
        <w:spacing w:after="20"/>
        <w:ind w:left="216"/>
        <w:rPr>
          <w:rFonts w:cs="Times New Roman"/>
          <w:sz w:val="20"/>
          <w:szCs w:val="20"/>
        </w:rPr>
      </w:pPr>
      <w:r w:rsidRPr="00BB79B8">
        <w:rPr>
          <w:rFonts w:cs="Times New Roman"/>
          <w:sz w:val="20"/>
          <w:szCs w:val="20"/>
        </w:rPr>
        <w:t>Late gadolinium enhancement on MRI (persistent scar)</w:t>
      </w:r>
    </w:p>
    <w:p w14:paraId="79DD3156" w14:textId="77777777" w:rsidR="004B2954" w:rsidRPr="00BB79B8" w:rsidRDefault="004B2954" w:rsidP="004B2954">
      <w:pPr>
        <w:spacing w:after="20"/>
        <w:ind w:left="216"/>
        <w:rPr>
          <w:rFonts w:cs="Times New Roman"/>
          <w:sz w:val="20"/>
          <w:szCs w:val="20"/>
        </w:rPr>
      </w:pPr>
      <w:r w:rsidRPr="00BB79B8">
        <w:rPr>
          <w:rFonts w:cs="Times New Roman"/>
          <w:sz w:val="20"/>
          <w:szCs w:val="20"/>
        </w:rPr>
        <w:t>Arrhythmias during the acute phase</w:t>
      </w:r>
    </w:p>
    <w:p w14:paraId="35BAB76A"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requiring hemodynamic support</w:t>
      </w:r>
    </w:p>
    <w:p w14:paraId="571B2B0F"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groups have higher long-term risk and benefit from surveillance for heart failure progression or arrhythmias.</w:t>
      </w:r>
    </w:p>
    <w:p w14:paraId="484FB837" w14:textId="77777777" w:rsidR="004B2954" w:rsidRPr="00BB79B8" w:rsidRDefault="004B2954" w:rsidP="004B2954">
      <w:pPr>
        <w:spacing w:after="20"/>
        <w:ind w:left="216"/>
        <w:rPr>
          <w:rFonts w:cs="Times New Roman"/>
          <w:sz w:val="20"/>
          <w:szCs w:val="20"/>
        </w:rPr>
      </w:pPr>
      <w:r w:rsidRPr="00BB79B8">
        <w:rPr>
          <w:rFonts w:cs="Times New Roman"/>
          <w:sz w:val="20"/>
          <w:szCs w:val="20"/>
        </w:rPr>
        <w:t>4. Long-term prognosis</w:t>
      </w:r>
    </w:p>
    <w:p w14:paraId="355AE0AF"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patients recover fully, with studies showing good survival and normalization of ventricular function in the majority. However, a subset develops chronic cardiomyopathy, which is why structured follow-up is essential.</w:t>
      </w:r>
    </w:p>
    <w:p w14:paraId="7A6A7715"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w:t>
      </w:r>
    </w:p>
    <w:p w14:paraId="616754D7" w14:textId="77777777" w:rsidR="004B2954" w:rsidRPr="00BB79B8" w:rsidRDefault="004B2954" w:rsidP="004B2954">
      <w:pPr>
        <w:spacing w:after="20"/>
        <w:ind w:left="216"/>
        <w:rPr>
          <w:rFonts w:cs="Times New Roman"/>
          <w:sz w:val="20"/>
          <w:szCs w:val="20"/>
        </w:rPr>
      </w:pPr>
      <w:r w:rsidRPr="00BB79B8">
        <w:rPr>
          <w:rFonts w:cs="Times New Roman"/>
          <w:sz w:val="20"/>
          <w:szCs w:val="20"/>
        </w:rPr>
        <w:t>Minimum follow-up: 3-6 months</w:t>
      </w:r>
    </w:p>
    <w:p w14:paraId="542EB1D1"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Extended follow-up: 6-12+ months if high-risk features</w:t>
      </w:r>
    </w:p>
    <w:p w14:paraId="1E68867B" w14:textId="77777777" w:rsidR="004B2954" w:rsidRPr="00BB79B8" w:rsidRDefault="004B2954" w:rsidP="004B2954">
      <w:pPr>
        <w:spacing w:after="20"/>
        <w:ind w:left="216"/>
        <w:rPr>
          <w:rFonts w:cs="Times New Roman"/>
          <w:sz w:val="20"/>
          <w:szCs w:val="20"/>
        </w:rPr>
      </w:pPr>
      <w:r w:rsidRPr="00BB79B8">
        <w:rPr>
          <w:rFonts w:cs="Times New Roman"/>
          <w:sz w:val="20"/>
          <w:szCs w:val="20"/>
        </w:rPr>
        <w:t>Key tests: ECG, troponin, echocardiogram, cardiac MRI</w:t>
      </w:r>
    </w:p>
    <w:p w14:paraId="2AFBD136" w14:textId="77777777" w:rsidR="004B2954" w:rsidRPr="00BB79B8" w:rsidRDefault="004B2954" w:rsidP="004B2954">
      <w:pPr>
        <w:spacing w:after="20"/>
        <w:ind w:left="216"/>
        <w:rPr>
          <w:rFonts w:cs="Times New Roman"/>
          <w:sz w:val="20"/>
          <w:szCs w:val="20"/>
        </w:rPr>
      </w:pPr>
      <w:r w:rsidRPr="00BB79B8">
        <w:rPr>
          <w:rFonts w:cs="Times New Roman"/>
          <w:sz w:val="20"/>
          <w:szCs w:val="20"/>
        </w:rPr>
        <w:t>Goal: Ensure full recovery and prevent late complications (arrhythmias, heart failure)</w:t>
      </w:r>
    </w:p>
    <w:p w14:paraId="1995C4C2" w14:textId="77777777" w:rsidR="004B2954" w:rsidRPr="00BB79B8" w:rsidRDefault="004B2954" w:rsidP="004B2954">
      <w:pPr>
        <w:spacing w:after="0"/>
        <w:rPr>
          <w:rFonts w:cs="Times New Roman"/>
          <w:sz w:val="20"/>
          <w:szCs w:val="20"/>
        </w:rPr>
      </w:pPr>
    </w:p>
    <w:p w14:paraId="21AA0C89"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13AFB73E"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7158656"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care after myocarditis shouldn't end even if you're feeling better. While individual plans vary, a standard recovery plan typically includes a series of scheduled follow-ups for at least 6 to 12 months after the initial diagnosis.</w:t>
      </w:r>
    </w:p>
    <w:p w14:paraId="6FCF6FA6" w14:textId="77777777" w:rsidR="004B2954" w:rsidRPr="00BB79B8" w:rsidRDefault="004B2954" w:rsidP="004B2954">
      <w:pPr>
        <w:spacing w:after="20"/>
        <w:ind w:left="216"/>
        <w:rPr>
          <w:rFonts w:cs="Times New Roman"/>
          <w:sz w:val="20"/>
          <w:szCs w:val="20"/>
        </w:rPr>
      </w:pPr>
      <w:r w:rsidRPr="00BB79B8">
        <w:rPr>
          <w:rFonts w:cs="Times New Roman"/>
          <w:sz w:val="20"/>
          <w:szCs w:val="20"/>
        </w:rPr>
        <w:t>Here's a breakdown of the typical follow-up timeline, incorporating guidance from the latest 2025 recommendations by the European Society of Cardiology (ESC) and the American College of Cardiology (ACC):</w:t>
      </w:r>
    </w:p>
    <w:p w14:paraId="03FB2E6A" w14:textId="77777777" w:rsidR="004B2954" w:rsidRPr="00BB79B8" w:rsidRDefault="004B2954" w:rsidP="004B2954">
      <w:pPr>
        <w:spacing w:after="20"/>
        <w:ind w:left="216"/>
        <w:rPr>
          <w:rFonts w:cs="Times New Roman"/>
          <w:sz w:val="20"/>
          <w:szCs w:val="20"/>
        </w:rPr>
      </w:pPr>
      <w:r w:rsidRPr="00BB79B8">
        <w:rPr>
          <w:rFonts w:cs="Times New Roman"/>
          <w:sz w:val="20"/>
          <w:szCs w:val="20"/>
        </w:rPr>
        <w:t>Typical Follow-up Timeline</w:t>
      </w:r>
    </w:p>
    <w:p w14:paraId="56305CC4" w14:textId="77777777" w:rsidR="004B2954" w:rsidRPr="00BB79B8" w:rsidRDefault="004B2954" w:rsidP="004B2954">
      <w:pPr>
        <w:spacing w:after="20"/>
        <w:ind w:left="216"/>
        <w:rPr>
          <w:rFonts w:cs="Times New Roman"/>
          <w:sz w:val="20"/>
          <w:szCs w:val="20"/>
        </w:rPr>
      </w:pPr>
      <w:r w:rsidRPr="00BB79B8">
        <w:rPr>
          <w:rFonts w:cs="Times New Roman"/>
          <w:sz w:val="20"/>
          <w:szCs w:val="20"/>
        </w:rPr>
        <w:t>While your doctor will personalize your plan, here are the key checkpoints, generally increasing in intervals as you recover:</w:t>
      </w:r>
    </w:p>
    <w:p w14:paraId="1863B741" w14:textId="77777777" w:rsidR="004B2954" w:rsidRPr="00BB79B8" w:rsidRDefault="004B2954" w:rsidP="004B2954">
      <w:pPr>
        <w:spacing w:after="20"/>
        <w:ind w:left="216"/>
        <w:rPr>
          <w:rFonts w:cs="Times New Roman"/>
          <w:sz w:val="20"/>
          <w:szCs w:val="20"/>
        </w:rPr>
      </w:pPr>
      <w:r w:rsidRPr="00BB79B8">
        <w:rPr>
          <w:rFonts w:cs="Times New Roman"/>
          <w:sz w:val="20"/>
          <w:szCs w:val="20"/>
        </w:rPr>
        <w:t>Initial Follow-up (1-3 Months): An early check to see how your heart is recovering. This often includes an echocardiogram (echo) to reassess heart function, and sometimes a repeat cardiac MRI (CMR) to check for residual inflammation.</w:t>
      </w:r>
    </w:p>
    <w:p w14:paraId="4479E93E" w14:textId="77777777" w:rsidR="004B2954" w:rsidRPr="00BB79B8" w:rsidRDefault="004B2954" w:rsidP="004B2954">
      <w:pPr>
        <w:spacing w:after="20"/>
        <w:ind w:left="216"/>
        <w:rPr>
          <w:rFonts w:cs="Times New Roman"/>
          <w:sz w:val="20"/>
          <w:szCs w:val="20"/>
        </w:rPr>
      </w:pPr>
      <w:r w:rsidRPr="00BB79B8">
        <w:rPr>
          <w:rFonts w:cs="Times New Roman"/>
          <w:sz w:val="20"/>
          <w:szCs w:val="20"/>
        </w:rPr>
        <w:t>Mid-term Follow-up (6 Months): This is a critical juncture. The 2025 ESC guidelines give a Class I recommendation for performing a follow-up CMR at this time to determine if the inflammation has fully resolved. This scan is essential for making safe decisions about returning to exercise, especially for athletes.</w:t>
      </w:r>
    </w:p>
    <w:p w14:paraId="13F5C4F2" w14:textId="77777777" w:rsidR="004B2954" w:rsidRPr="00BB79B8" w:rsidRDefault="004B2954" w:rsidP="004B2954">
      <w:pPr>
        <w:spacing w:after="20"/>
        <w:ind w:left="216"/>
        <w:rPr>
          <w:rFonts w:cs="Times New Roman"/>
          <w:sz w:val="20"/>
          <w:szCs w:val="20"/>
        </w:rPr>
      </w:pPr>
      <w:r w:rsidRPr="00BB79B8">
        <w:rPr>
          <w:rFonts w:cs="Times New Roman"/>
          <w:sz w:val="20"/>
          <w:szCs w:val="20"/>
        </w:rPr>
        <w:t>Long-term Follow-up (1 Year and Beyond): A final comprehensive assessment to establish a complete picture of your long-term recovery.</w:t>
      </w:r>
    </w:p>
    <w:p w14:paraId="56912E16" w14:textId="77777777" w:rsidR="004B2954" w:rsidRPr="00BB79B8" w:rsidRDefault="004B2954" w:rsidP="004B2954">
      <w:pPr>
        <w:spacing w:after="20"/>
        <w:ind w:left="216"/>
        <w:rPr>
          <w:rFonts w:cs="Times New Roman"/>
          <w:sz w:val="20"/>
          <w:szCs w:val="20"/>
        </w:rPr>
      </w:pPr>
      <w:r w:rsidRPr="00BB79B8">
        <w:rPr>
          <w:rFonts w:cs="Times New Roman"/>
          <w:sz w:val="20"/>
          <w:szCs w:val="20"/>
        </w:rPr>
        <w:t>Key Components of Follow-up</w:t>
      </w:r>
    </w:p>
    <w:p w14:paraId="1AA1E859" w14:textId="77777777" w:rsidR="004B2954" w:rsidRPr="00BB79B8" w:rsidRDefault="004B2954" w:rsidP="004B2954">
      <w:pPr>
        <w:spacing w:after="20"/>
        <w:ind w:left="216"/>
        <w:rPr>
          <w:rFonts w:cs="Times New Roman"/>
          <w:sz w:val="20"/>
          <w:szCs w:val="20"/>
        </w:rPr>
      </w:pPr>
      <w:r w:rsidRPr="00BB79B8">
        <w:rPr>
          <w:rFonts w:cs="Times New Roman"/>
          <w:sz w:val="20"/>
          <w:szCs w:val="20"/>
        </w:rPr>
        <w:t>The goal of these visits is to monitor your heart's recovery and catch any potential issues early. Your doctor will likely use:</w:t>
      </w:r>
    </w:p>
    <w:p w14:paraId="505B5674"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To check your heart's rhythm and electrical activity.</w:t>
      </w:r>
    </w:p>
    <w:p w14:paraId="5B107BDA"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(Echo): To get images of your heart's structure and how well it's pumping blood.</w:t>
      </w:r>
    </w:p>
    <w:p w14:paraId="226C40A0"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(CMR): This is the gold standard for follow-up, as it can precisely identify ongoing inflammation or heart muscle scarring.</w:t>
      </w:r>
    </w:p>
    <w:p w14:paraId="2DF7F937" w14:textId="77777777" w:rsidR="004B2954" w:rsidRPr="00BB79B8" w:rsidRDefault="004B2954" w:rsidP="004B2954">
      <w:pPr>
        <w:spacing w:after="20"/>
        <w:ind w:left="216"/>
        <w:rPr>
          <w:rFonts w:cs="Times New Roman"/>
          <w:sz w:val="20"/>
          <w:szCs w:val="20"/>
        </w:rPr>
      </w:pPr>
      <w:r w:rsidRPr="00BB79B8">
        <w:rPr>
          <w:rFonts w:cs="Times New Roman"/>
          <w:sz w:val="20"/>
          <w:szCs w:val="20"/>
        </w:rPr>
        <w:t>Holter Monitor: To look for any infrequent, but serious, abnormal heart rhythms.</w:t>
      </w:r>
    </w:p>
    <w:p w14:paraId="1D208A93" w14:textId="77777777" w:rsidR="004B2954" w:rsidRPr="00BB79B8" w:rsidRDefault="004B2954" w:rsidP="004B2954">
      <w:pPr>
        <w:spacing w:after="20"/>
        <w:ind w:left="216"/>
        <w:rPr>
          <w:rFonts w:cs="Times New Roman"/>
          <w:sz w:val="20"/>
          <w:szCs w:val="20"/>
        </w:rPr>
      </w:pPr>
      <w:r w:rsidRPr="00BB79B8">
        <w:rPr>
          <w:rFonts w:cs="Times New Roman"/>
          <w:sz w:val="20"/>
          <w:szCs w:val="20"/>
        </w:rPr>
        <w:t>Blood Tests: To check for indicators of heart muscle stress or damage, such as troponin or BNP levels.</w:t>
      </w:r>
    </w:p>
    <w:p w14:paraId="0470E9D8" w14:textId="77777777" w:rsidR="004B2954" w:rsidRPr="00BB79B8" w:rsidRDefault="004B2954" w:rsidP="004B2954">
      <w:pPr>
        <w:spacing w:after="20"/>
        <w:ind w:left="216"/>
        <w:rPr>
          <w:rFonts w:cs="Times New Roman"/>
          <w:sz w:val="20"/>
          <w:szCs w:val="20"/>
        </w:rPr>
      </w:pPr>
      <w:r w:rsidRPr="00BB79B8">
        <w:rPr>
          <w:rFonts w:cs="Times New Roman"/>
          <w:sz w:val="20"/>
          <w:szCs w:val="20"/>
        </w:rPr>
        <w:t>Key Safety Note</w:t>
      </w:r>
    </w:p>
    <w:p w14:paraId="7AC7BF09" w14:textId="77777777" w:rsidR="004B2954" w:rsidRPr="00BB79B8" w:rsidRDefault="004B2954" w:rsidP="004B2954">
      <w:pPr>
        <w:spacing w:after="20"/>
        <w:ind w:left="216"/>
        <w:rPr>
          <w:rFonts w:cs="Times New Roman"/>
          <w:sz w:val="20"/>
          <w:szCs w:val="20"/>
        </w:rPr>
      </w:pPr>
      <w:r w:rsidRPr="00BB79B8">
        <w:rPr>
          <w:rFonts w:cs="Times New Roman"/>
          <w:sz w:val="20"/>
          <w:szCs w:val="20"/>
        </w:rPr>
        <w:t>The information provided is for educational purposes and cannot replace professional medical advice. Your specific follow-up schedule must be set by your cardiologist, who will consider your unique condition and progress. Always follow your healthcare provider's recommendations.</w:t>
      </w:r>
    </w:p>
    <w:p w14:paraId="5BF8A59E"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Immediate Medical Attention</w:t>
      </w:r>
    </w:p>
    <w:p w14:paraId="6CF68738" w14:textId="77777777" w:rsidR="004B2954" w:rsidRPr="00BB79B8" w:rsidRDefault="004B2954" w:rsidP="004B2954">
      <w:pPr>
        <w:spacing w:after="20"/>
        <w:ind w:left="216"/>
        <w:rPr>
          <w:rFonts w:cs="Times New Roman"/>
          <w:sz w:val="20"/>
          <w:szCs w:val="20"/>
        </w:rPr>
      </w:pPr>
      <w:r w:rsidRPr="00BB79B8">
        <w:rPr>
          <w:rFonts w:cs="Times New Roman"/>
          <w:sz w:val="20"/>
          <w:szCs w:val="20"/>
        </w:rPr>
        <w:t>You should not wait for a scheduled appointment if you experience any new or returning symptoms, including:</w:t>
      </w:r>
    </w:p>
    <w:p w14:paraId="48AE73F7"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or pressure</w:t>
      </w:r>
    </w:p>
    <w:p w14:paraId="67A3B80C" w14:textId="77777777" w:rsidR="004B2954" w:rsidRPr="00BB79B8" w:rsidRDefault="004B2954" w:rsidP="004B2954">
      <w:pPr>
        <w:spacing w:after="20"/>
        <w:ind w:left="216"/>
        <w:rPr>
          <w:rFonts w:cs="Times New Roman"/>
          <w:sz w:val="20"/>
          <w:szCs w:val="20"/>
        </w:rPr>
      </w:pPr>
      <w:r w:rsidRPr="00BB79B8">
        <w:rPr>
          <w:rFonts w:cs="Times New Roman"/>
          <w:sz w:val="20"/>
          <w:szCs w:val="20"/>
        </w:rPr>
        <w:t>New or worsening shortness of breath</w:t>
      </w:r>
    </w:p>
    <w:p w14:paraId="0ED8A517" w14:textId="77777777" w:rsidR="004B2954" w:rsidRPr="00BB79B8" w:rsidRDefault="004B2954" w:rsidP="004B2954">
      <w:pPr>
        <w:spacing w:after="20"/>
        <w:ind w:left="216"/>
        <w:rPr>
          <w:rFonts w:cs="Times New Roman"/>
          <w:sz w:val="20"/>
          <w:szCs w:val="20"/>
        </w:rPr>
      </w:pPr>
      <w:r w:rsidRPr="00BB79B8">
        <w:rPr>
          <w:rFonts w:cs="Times New Roman"/>
          <w:sz w:val="20"/>
          <w:szCs w:val="20"/>
        </w:rPr>
        <w:t>Heart palpitations or a feeling of a fluttering heart</w:t>
      </w:r>
    </w:p>
    <w:p w14:paraId="28421915"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and significant fatigue</w:t>
      </w:r>
    </w:p>
    <w:p w14:paraId="0AC8F72D" w14:textId="77777777" w:rsidR="004B2954" w:rsidRPr="00BB79B8" w:rsidRDefault="004B2954" w:rsidP="004B2954">
      <w:pPr>
        <w:spacing w:after="20"/>
        <w:ind w:left="216"/>
        <w:rPr>
          <w:rFonts w:cs="Times New Roman"/>
          <w:sz w:val="20"/>
          <w:szCs w:val="20"/>
        </w:rPr>
      </w:pPr>
      <w:r w:rsidRPr="00BB79B8">
        <w:rPr>
          <w:rFonts w:cs="Times New Roman"/>
          <w:sz w:val="20"/>
          <w:szCs w:val="20"/>
        </w:rPr>
        <w:t>Swelling in your legs, ankles, or feet</w:t>
      </w:r>
    </w:p>
    <w:p w14:paraId="5ABF23D5"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any of these, contact your doctor immediately.</w:t>
      </w:r>
    </w:p>
    <w:p w14:paraId="71CE7BD7" w14:textId="77777777" w:rsidR="004B2954" w:rsidRPr="00BB79B8" w:rsidRDefault="004B2954" w:rsidP="004B2954">
      <w:pPr>
        <w:spacing w:after="20"/>
        <w:ind w:left="216"/>
        <w:rPr>
          <w:rFonts w:cs="Times New Roman"/>
          <w:sz w:val="20"/>
          <w:szCs w:val="20"/>
        </w:rPr>
      </w:pPr>
      <w:r w:rsidRPr="00BB79B8">
        <w:rPr>
          <w:rFonts w:cs="Times New Roman"/>
          <w:sz w:val="20"/>
          <w:szCs w:val="20"/>
        </w:rPr>
        <w:t>I hope this helps you understand the typical recovery pathway. Wishing you the best in your continued recovery.</w:t>
      </w:r>
    </w:p>
    <w:p w14:paraId="1971E2AA" w14:textId="77777777" w:rsidR="004B2954" w:rsidRPr="00BB79B8" w:rsidRDefault="004B2954" w:rsidP="004B2954">
      <w:pPr>
        <w:spacing w:after="0"/>
        <w:rPr>
          <w:rFonts w:cs="Times New Roman"/>
          <w:sz w:val="20"/>
          <w:szCs w:val="20"/>
        </w:rPr>
      </w:pPr>
    </w:p>
    <w:p w14:paraId="41115B77"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51EEB78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E047576" w14:textId="77777777" w:rsidR="004B2954" w:rsidRPr="00BB79B8" w:rsidRDefault="004B2954" w:rsidP="004B2954">
      <w:pPr>
        <w:spacing w:after="20"/>
        <w:ind w:left="216"/>
        <w:rPr>
          <w:rFonts w:cs="Times New Roman"/>
          <w:sz w:val="20"/>
          <w:szCs w:val="20"/>
        </w:rPr>
      </w:pPr>
      <w:r w:rsidRPr="00BB79B8">
        <w:rPr>
          <w:rFonts w:cs="Times New Roman"/>
          <w:sz w:val="20"/>
          <w:szCs w:val="20"/>
        </w:rPr>
        <w:t>For patients recovered from myocarditis, routine follow-up is generally required for at least 6-12 months, and high-risk cases need long-term lifelong follow-up.</w:t>
      </w:r>
    </w:p>
    <w:p w14:paraId="1C1B1685" w14:textId="77777777" w:rsidR="004B2954" w:rsidRPr="00BB79B8" w:rsidRDefault="004B2954" w:rsidP="004B2954">
      <w:pPr>
        <w:spacing w:after="20"/>
        <w:ind w:left="216"/>
        <w:rPr>
          <w:rFonts w:cs="Times New Roman"/>
          <w:sz w:val="20"/>
          <w:szCs w:val="20"/>
        </w:rPr>
      </w:pPr>
      <w:r w:rsidRPr="00BB79B8">
        <w:rPr>
          <w:rFonts w:cs="Times New Roman"/>
          <w:sz w:val="20"/>
          <w:szCs w:val="20"/>
        </w:rPr>
        <w:t>Detailed staging</w:t>
      </w:r>
    </w:p>
    <w:p w14:paraId="563BC04F" w14:textId="77777777" w:rsidR="004B2954" w:rsidRPr="00BB79B8" w:rsidRDefault="004B2954" w:rsidP="004B2954">
      <w:pPr>
        <w:spacing w:after="20"/>
        <w:ind w:left="216"/>
        <w:rPr>
          <w:rFonts w:cs="Times New Roman"/>
          <w:sz w:val="20"/>
          <w:szCs w:val="20"/>
        </w:rPr>
      </w:pPr>
      <w:r w:rsidRPr="00BB79B8">
        <w:rPr>
          <w:rFonts w:cs="Times New Roman"/>
          <w:sz w:val="20"/>
          <w:szCs w:val="20"/>
        </w:rPr>
        <w:t>Mild myocarditis</w:t>
      </w:r>
    </w:p>
    <w:p w14:paraId="4D4D884A"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 up for 6 months; if no arrhythmia, cardiac enlargement or abnormal cardiac function, regular check-ups can be stopped.</w:t>
      </w:r>
    </w:p>
    <w:p w14:paraId="327266CF"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to severe myocarditis</w:t>
      </w:r>
    </w:p>
    <w:p w14:paraId="69DEEA90"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lasts 12 months or longer, regularly reviewing ECG, 24-hour Holter, cardiac ultrasound and myocardial enzymes.</w:t>
      </w:r>
    </w:p>
    <w:p w14:paraId="27D98E93" w14:textId="77777777" w:rsidR="004B2954" w:rsidRPr="00BB79B8" w:rsidRDefault="004B2954" w:rsidP="004B2954">
      <w:pPr>
        <w:spacing w:after="20"/>
        <w:ind w:left="216"/>
        <w:rPr>
          <w:rFonts w:cs="Times New Roman"/>
          <w:sz w:val="20"/>
          <w:szCs w:val="20"/>
        </w:rPr>
      </w:pPr>
      <w:r w:rsidRPr="00BB79B8">
        <w:rPr>
          <w:rFonts w:cs="Times New Roman"/>
          <w:sz w:val="20"/>
          <w:szCs w:val="20"/>
        </w:rPr>
        <w:t>Complicated cases</w:t>
      </w:r>
    </w:p>
    <w:p w14:paraId="603F6555" w14:textId="77777777" w:rsidR="004B2954" w:rsidRPr="00BB79B8" w:rsidRDefault="004B2954" w:rsidP="004B2954">
      <w:pPr>
        <w:spacing w:after="20"/>
        <w:ind w:left="216"/>
        <w:rPr>
          <w:rFonts w:cs="Times New Roman"/>
          <w:sz w:val="20"/>
          <w:szCs w:val="20"/>
        </w:rPr>
      </w:pPr>
      <w:r w:rsidRPr="00BB79B8">
        <w:rPr>
          <w:rFonts w:cs="Times New Roman"/>
          <w:sz w:val="20"/>
          <w:szCs w:val="20"/>
        </w:rPr>
        <w:t>With arrhythmia, heart failure, dilated cardiomyopathy tendency: need long-term lifelong follow-up to monitor cardiac structure and function changes.</w:t>
      </w:r>
    </w:p>
    <w:p w14:paraId="7B1F561A" w14:textId="77777777" w:rsidR="004B2954" w:rsidRPr="00BB79B8" w:rsidRDefault="004B2954" w:rsidP="004B2954">
      <w:pPr>
        <w:rPr>
          <w:rFonts w:cs="Times New Roman"/>
          <w:sz w:val="20"/>
          <w:szCs w:val="20"/>
        </w:rPr>
      </w:pPr>
    </w:p>
    <w:p w14:paraId="7C3716AF" w14:textId="77777777" w:rsidR="004B2954" w:rsidRPr="00BB79B8" w:rsidRDefault="004B2954" w:rsidP="004B2954">
      <w:pPr>
        <w:keepNext/>
        <w:rPr>
          <w:rFonts w:cs="Times New Roman"/>
          <w:sz w:val="20"/>
          <w:szCs w:val="20"/>
        </w:rPr>
      </w:pPr>
      <w:r w:rsidRPr="00BB79B8">
        <w:rPr>
          <w:rFonts w:cs="Times New Roman"/>
          <w:b/>
          <w:color w:val="1F4E79"/>
          <w:sz w:val="20"/>
          <w:szCs w:val="20"/>
        </w:rPr>
        <w:lastRenderedPageBreak/>
        <w:t>Q51. Should chest pain after cancer immunotherapy raise concern about myocarditis?</w:t>
      </w:r>
    </w:p>
    <w:p w14:paraId="686E1F7F"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63BB48F1"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2EA1E6B" w14:textId="77777777" w:rsidR="004B2954" w:rsidRPr="00BB79B8" w:rsidRDefault="004B2954" w:rsidP="004B2954">
      <w:pPr>
        <w:spacing w:after="20"/>
        <w:ind w:left="216"/>
        <w:rPr>
          <w:rFonts w:cs="Times New Roman"/>
          <w:sz w:val="20"/>
          <w:szCs w:val="20"/>
        </w:rPr>
      </w:pPr>
      <w:r w:rsidRPr="00BB79B8">
        <w:rPr>
          <w:rFonts w:cs="Times New Roman"/>
          <w:sz w:val="20"/>
          <w:szCs w:val="20"/>
        </w:rPr>
        <w:t>Yes - chest pain after cancer immunotherapy should raise concern about myocarditis, especially if the patient is receiving immune checkpoint inhibitors (ICIs) such as anti-PD-1, anti-PD-L1, or anti-CTLA-4 therapies. These drugs can rarely trigger immune-related myocarditis, which may be life-threatening if not recognized early.</w:t>
      </w:r>
    </w:p>
    <w:p w14:paraId="0A9DB2AF"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points:</w:t>
      </w:r>
    </w:p>
    <w:p w14:paraId="5EDCA5CF"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Myocarditis typically occurs within weeks to a few months after starting immunotherapy, but can occasionally present later.</w:t>
      </w:r>
    </w:p>
    <w:p w14:paraId="51D1E5EB"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Chest pain may be accompanied by shortness of breath, palpitations, syncope, fatigue, or arrhythmias.</w:t>
      </w:r>
    </w:p>
    <w:p w14:paraId="7C6E3B8A" w14:textId="77777777" w:rsidR="004B2954" w:rsidRPr="00BB79B8" w:rsidRDefault="004B2954" w:rsidP="004B2954">
      <w:pPr>
        <w:spacing w:after="20"/>
        <w:ind w:left="216"/>
        <w:rPr>
          <w:rFonts w:cs="Times New Roman"/>
          <w:sz w:val="20"/>
          <w:szCs w:val="20"/>
        </w:rPr>
      </w:pPr>
      <w:r w:rsidRPr="00BB79B8">
        <w:rPr>
          <w:rFonts w:cs="Times New Roman"/>
          <w:sz w:val="20"/>
          <w:szCs w:val="20"/>
        </w:rPr>
        <w:t>Urgency: Any chest pain in this context warrants immediate evaluation, including:</w:t>
      </w:r>
    </w:p>
    <w:p w14:paraId="2BEF0ECD"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w:t>
      </w:r>
    </w:p>
    <w:p w14:paraId="0D179715"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(troponin, CK-MB)</w:t>
      </w:r>
    </w:p>
    <w:p w14:paraId="5D0BB47A"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to assess cardiac function</w:t>
      </w:r>
    </w:p>
    <w:p w14:paraId="2517A0D6" w14:textId="77777777" w:rsidR="004B2954" w:rsidRPr="00BB79B8" w:rsidRDefault="004B2954" w:rsidP="004B2954">
      <w:pPr>
        <w:spacing w:after="20"/>
        <w:ind w:left="216"/>
        <w:rPr>
          <w:rFonts w:cs="Times New Roman"/>
          <w:sz w:val="20"/>
          <w:szCs w:val="20"/>
        </w:rPr>
      </w:pPr>
      <w:r w:rsidRPr="00BB79B8">
        <w:rPr>
          <w:rFonts w:cs="Times New Roman"/>
          <w:sz w:val="20"/>
          <w:szCs w:val="20"/>
        </w:rPr>
        <w:t>Consider cardiac MRI for tissue characterization</w:t>
      </w:r>
    </w:p>
    <w:p w14:paraId="1681F687"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cardiology or cardio-oncology consultation</w:t>
      </w:r>
    </w:p>
    <w:p w14:paraId="12DB6925" w14:textId="77777777" w:rsidR="004B2954" w:rsidRPr="00BB79B8" w:rsidRDefault="004B2954" w:rsidP="004B2954">
      <w:pPr>
        <w:spacing w:after="20"/>
        <w:ind w:left="216"/>
        <w:rPr>
          <w:rFonts w:cs="Times New Roman"/>
          <w:sz w:val="20"/>
          <w:szCs w:val="20"/>
        </w:rPr>
      </w:pPr>
      <w:r w:rsidRPr="00BB79B8">
        <w:rPr>
          <w:rFonts w:cs="Times New Roman"/>
          <w:sz w:val="20"/>
          <w:szCs w:val="20"/>
        </w:rPr>
        <w:t>Risk: ICI-associated myocarditis can progress rapidly, sometimes causing heart failure, conduction abnormalities, or sudden death, so early recognition and treatment (high-dose corticosteroids and immunosuppressive therapy) is critical.</w:t>
      </w:r>
    </w:p>
    <w:p w14:paraId="065D6A97"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 Chest pain after cancer immunotherapy should never be ignored - prompt medical assessment is essential to rule out myocarditis or other cardiac complications.</w:t>
      </w:r>
    </w:p>
    <w:p w14:paraId="48CED488" w14:textId="77777777" w:rsidR="004B2954" w:rsidRPr="00BB79B8" w:rsidRDefault="004B2954" w:rsidP="004B2954">
      <w:pPr>
        <w:spacing w:after="0"/>
        <w:rPr>
          <w:rFonts w:cs="Times New Roman"/>
          <w:sz w:val="20"/>
          <w:szCs w:val="20"/>
        </w:rPr>
      </w:pPr>
    </w:p>
    <w:p w14:paraId="41BC4FA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7048A93C"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2E914E65"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pain following cancer immunotherapy-specifically with Immune Checkpoint Inhibitors (ICIs) like pembrolizumab, nivolumab, or ipilimumab-should be treated as a potential medical emergency. While there are many causes for chest pain, ICI-associated myocarditis is a rare but high-fatality complication that requires immediate investigation.</w:t>
      </w:r>
    </w:p>
    <w:p w14:paraId="17794C3D" w14:textId="77777777" w:rsidR="004B2954" w:rsidRPr="00BB79B8" w:rsidRDefault="004B2954" w:rsidP="004B2954">
      <w:pPr>
        <w:spacing w:after="20"/>
        <w:ind w:left="216"/>
        <w:rPr>
          <w:rFonts w:cs="Times New Roman"/>
          <w:sz w:val="20"/>
          <w:szCs w:val="20"/>
        </w:rPr>
      </w:pPr>
      <w:r w:rsidRPr="00BB79B8">
        <w:rPr>
          <w:rFonts w:cs="Times New Roman"/>
          <w:sz w:val="20"/>
          <w:szCs w:val="20"/>
        </w:rPr>
        <w:t>Why It Is a Concern</w:t>
      </w:r>
    </w:p>
    <w:p w14:paraId="236E87F2" w14:textId="77777777" w:rsidR="004B2954" w:rsidRPr="00BB79B8" w:rsidRDefault="004B2954" w:rsidP="004B2954">
      <w:pPr>
        <w:spacing w:after="20"/>
        <w:ind w:left="216"/>
        <w:rPr>
          <w:rFonts w:cs="Times New Roman"/>
          <w:sz w:val="20"/>
          <w:szCs w:val="20"/>
        </w:rPr>
      </w:pPr>
      <w:r w:rsidRPr="00BB79B8">
        <w:rPr>
          <w:rFonts w:cs="Times New Roman"/>
          <w:sz w:val="20"/>
          <w:szCs w:val="20"/>
        </w:rPr>
        <w:t>Unlike viral myocarditis, ICI-associated myocarditis can progress with extreme rapidity (fulminant course). It most commonly occurs early in treatment, often within the first 1 to 3 months or after the first few doses.</w:t>
      </w:r>
    </w:p>
    <w:p w14:paraId="626202D6"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Features to Monitor</w:t>
      </w:r>
    </w:p>
    <w:p w14:paraId="6513C739" w14:textId="77777777" w:rsidR="004B2954" w:rsidRPr="00BB79B8" w:rsidRDefault="004B2954" w:rsidP="004B2954">
      <w:pPr>
        <w:spacing w:after="20"/>
        <w:ind w:left="216"/>
        <w:rPr>
          <w:rFonts w:cs="Times New Roman"/>
          <w:sz w:val="20"/>
          <w:szCs w:val="20"/>
        </w:rPr>
      </w:pPr>
      <w:r w:rsidRPr="00BB79B8">
        <w:rPr>
          <w:rFonts w:cs="Times New Roman"/>
          <w:sz w:val="20"/>
          <w:szCs w:val="20"/>
        </w:rPr>
        <w:t>If chest pain is present, clinicians typically look for "red flags" that suggest cardiac involvement:</w:t>
      </w:r>
    </w:p>
    <w:p w14:paraId="42CEBCBC" w14:textId="77777777" w:rsidR="004B2954" w:rsidRPr="00BB79B8" w:rsidRDefault="004B2954" w:rsidP="004B2954">
      <w:pPr>
        <w:spacing w:after="20"/>
        <w:ind w:left="216"/>
        <w:rPr>
          <w:rFonts w:cs="Times New Roman"/>
          <w:sz w:val="20"/>
          <w:szCs w:val="20"/>
        </w:rPr>
      </w:pPr>
      <w:r w:rsidRPr="00BB79B8">
        <w:rPr>
          <w:rFonts w:cs="Times New Roman"/>
          <w:sz w:val="20"/>
          <w:szCs w:val="20"/>
        </w:rPr>
        <w:t>Associated Symptoms: Shortness of breath (dyspnea), palpitations, fainting (syncope), or extreme fatigue.</w:t>
      </w:r>
    </w:p>
    <w:p w14:paraId="102B48C6" w14:textId="77777777" w:rsidR="004B2954" w:rsidRPr="00BB79B8" w:rsidRDefault="004B2954" w:rsidP="004B2954">
      <w:pPr>
        <w:spacing w:after="20"/>
        <w:ind w:left="216"/>
        <w:rPr>
          <w:rFonts w:cs="Times New Roman"/>
          <w:sz w:val="20"/>
          <w:szCs w:val="20"/>
        </w:rPr>
      </w:pPr>
      <w:r w:rsidRPr="00BB79B8">
        <w:rPr>
          <w:rFonts w:cs="Times New Roman"/>
          <w:sz w:val="20"/>
          <w:szCs w:val="20"/>
        </w:rPr>
        <w:t>Overlap Syndromes: Myocarditis often occurs alongside myositis (muscle weakness/pain) or myasthenia gravis-like symptoms (drooping eyelids or swallowing difficulties).</w:t>
      </w:r>
    </w:p>
    <w:p w14:paraId="67938A8D"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Diagnostic Steps</w:t>
      </w:r>
    </w:p>
    <w:p w14:paraId="22372D06" w14:textId="77777777" w:rsidR="004B2954" w:rsidRPr="00BB79B8" w:rsidRDefault="004B2954" w:rsidP="004B2954">
      <w:pPr>
        <w:spacing w:after="20"/>
        <w:ind w:left="216"/>
        <w:rPr>
          <w:rFonts w:cs="Times New Roman"/>
          <w:sz w:val="20"/>
          <w:szCs w:val="20"/>
        </w:rPr>
      </w:pPr>
      <w:r w:rsidRPr="00BB79B8">
        <w:rPr>
          <w:rFonts w:cs="Times New Roman"/>
          <w:sz w:val="20"/>
          <w:szCs w:val="20"/>
        </w:rPr>
        <w:t>If myocarditis is suspected, the following "triple-test" is usually initiated immediately:</w:t>
      </w:r>
    </w:p>
    <w:p w14:paraId="39C704F0" w14:textId="77777777" w:rsidR="004B2954" w:rsidRPr="00BB79B8" w:rsidRDefault="004B2954" w:rsidP="004B2954">
      <w:pPr>
        <w:spacing w:after="20"/>
        <w:ind w:left="216"/>
        <w:rPr>
          <w:rFonts w:cs="Times New Roman"/>
          <w:sz w:val="20"/>
          <w:szCs w:val="20"/>
        </w:rPr>
      </w:pPr>
      <w:r w:rsidRPr="00BB79B8">
        <w:rPr>
          <w:rFonts w:cs="Times New Roman"/>
          <w:sz w:val="20"/>
          <w:szCs w:val="20"/>
        </w:rPr>
        <w:t>Biomarkers: Elevated Troponin (T or I) is the most sensitive marker. Natriuretic peptides (BNP/NT-proBNP) may also be elevated.</w:t>
      </w:r>
    </w:p>
    <w:p w14:paraId="23154926"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Looking for new arrhythmias, conduction blocks, or ST-T wave changes.</w:t>
      </w:r>
    </w:p>
    <w:p w14:paraId="02A4081B"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An Echocardiogram to check for reduced ejection fraction, though a normal "echo" does not rule out myocarditis. Cardiac MRI is the gold standard for non-invasive diagnosis.</w:t>
      </w:r>
    </w:p>
    <w:p w14:paraId="69D7AA5B" w14:textId="77777777" w:rsidR="004B2954" w:rsidRPr="00BB79B8" w:rsidRDefault="004B2954" w:rsidP="004B2954">
      <w:pPr>
        <w:spacing w:after="20"/>
        <w:ind w:left="216"/>
        <w:rPr>
          <w:rFonts w:cs="Times New Roman"/>
          <w:sz w:val="20"/>
          <w:szCs w:val="20"/>
        </w:rPr>
      </w:pPr>
      <w:r w:rsidRPr="00BB79B8">
        <w:rPr>
          <w:rFonts w:cs="Times New Roman"/>
          <w:sz w:val="20"/>
          <w:szCs w:val="20"/>
        </w:rPr>
        <w:t>Immediate Management</w:t>
      </w:r>
    </w:p>
    <w:p w14:paraId="11AF47E5" w14:textId="77777777" w:rsidR="004B2954" w:rsidRPr="00BB79B8" w:rsidRDefault="004B2954" w:rsidP="004B2954">
      <w:pPr>
        <w:spacing w:after="20"/>
        <w:ind w:left="216"/>
        <w:rPr>
          <w:rFonts w:cs="Times New Roman"/>
          <w:sz w:val="20"/>
          <w:szCs w:val="20"/>
        </w:rPr>
      </w:pPr>
      <w:r w:rsidRPr="00BB79B8">
        <w:rPr>
          <w:rFonts w:cs="Times New Roman"/>
          <w:sz w:val="20"/>
          <w:szCs w:val="20"/>
        </w:rPr>
        <w:t>Suspension of Therapy: The ICI is typically held immediately until myocarditis is ruled out.</w:t>
      </w:r>
    </w:p>
    <w:p w14:paraId="0C65D6B7" w14:textId="77777777" w:rsidR="004B2954" w:rsidRPr="00BB79B8" w:rsidRDefault="004B2954" w:rsidP="004B2954">
      <w:pPr>
        <w:spacing w:after="20"/>
        <w:ind w:left="216"/>
        <w:rPr>
          <w:rFonts w:cs="Times New Roman"/>
          <w:sz w:val="20"/>
          <w:szCs w:val="20"/>
        </w:rPr>
      </w:pPr>
      <w:r w:rsidRPr="00BB79B8">
        <w:rPr>
          <w:rFonts w:cs="Times New Roman"/>
          <w:sz w:val="20"/>
          <w:szCs w:val="20"/>
        </w:rPr>
        <w:t>Corticosteroids: If the suspicion is high, high-dose methylprednisolone is often started even before definitive MRI or biopsy results are back, as early intervention is critical for survival.</w:t>
      </w:r>
    </w:p>
    <w:p w14:paraId="39EAD8A3" w14:textId="77777777" w:rsidR="004B2954" w:rsidRPr="00BB79B8" w:rsidRDefault="004B2954" w:rsidP="004B2954">
      <w:pPr>
        <w:spacing w:after="20"/>
        <w:ind w:left="216"/>
        <w:rPr>
          <w:rFonts w:cs="Times New Roman"/>
          <w:sz w:val="20"/>
          <w:szCs w:val="20"/>
        </w:rPr>
      </w:pPr>
      <w:r w:rsidRPr="00BB79B8">
        <w:rPr>
          <w:rFonts w:cs="Times New Roman"/>
          <w:sz w:val="20"/>
          <w:szCs w:val="20"/>
        </w:rPr>
        <w:t>Conclusion: Any new chest pain in a patient receiving immunotherapy justifies an urgent evaluation including at least an ECG and Troponin levels. Better to investigate a "false alarm" than to miss the window for treating immune-related cardiotoxicity.</w:t>
      </w:r>
    </w:p>
    <w:p w14:paraId="0185BADD" w14:textId="77777777" w:rsidR="004B2954" w:rsidRPr="00BB79B8" w:rsidRDefault="004B2954" w:rsidP="004B2954">
      <w:pPr>
        <w:spacing w:after="0"/>
        <w:rPr>
          <w:rFonts w:cs="Times New Roman"/>
          <w:sz w:val="20"/>
          <w:szCs w:val="20"/>
        </w:rPr>
      </w:pPr>
    </w:p>
    <w:p w14:paraId="025E5501"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77EFBAFD"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42E56705"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pain after cancer immunotherapy should raise concern for myocarditis, because immune checkpoint inhibitors (ICIs) can trigger a rare but potentially life-threatening inflammation of the heart muscle. This complication is uncommon-occurring in roughly 0.3-1% of treated patients-but carries a high mortality rate (25-50%) when it occurs.</w:t>
      </w:r>
    </w:p>
    <w:p w14:paraId="75ADF3B8" w14:textId="77777777" w:rsidR="004B2954" w:rsidRPr="00BB79B8" w:rsidRDefault="004B2954" w:rsidP="004B2954">
      <w:pPr>
        <w:spacing w:after="20"/>
        <w:ind w:left="216"/>
        <w:rPr>
          <w:rFonts w:cs="Times New Roman"/>
          <w:sz w:val="20"/>
          <w:szCs w:val="20"/>
        </w:rPr>
      </w:pPr>
      <w:r w:rsidRPr="00BB79B8">
        <w:rPr>
          <w:rFonts w:cs="Times New Roman"/>
          <w:sz w:val="20"/>
          <w:szCs w:val="20"/>
        </w:rPr>
        <w:t>Why chest pain matters after immunotherapy</w:t>
      </w:r>
    </w:p>
    <w:p w14:paraId="2D6BCFEF"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Chest pain during or after ICI treatment is a red-flag symptom because:</w:t>
      </w:r>
    </w:p>
    <w:p w14:paraId="1C14C17E" w14:textId="77777777" w:rsidR="004B2954" w:rsidRPr="00BB79B8" w:rsidRDefault="004B2954" w:rsidP="004B2954">
      <w:pPr>
        <w:spacing w:after="20"/>
        <w:ind w:left="216"/>
        <w:rPr>
          <w:rFonts w:cs="Times New Roman"/>
          <w:sz w:val="20"/>
          <w:szCs w:val="20"/>
        </w:rPr>
      </w:pPr>
      <w:r w:rsidRPr="00BB79B8">
        <w:rPr>
          <w:rFonts w:cs="Times New Roman"/>
          <w:sz w:val="20"/>
          <w:szCs w:val="20"/>
        </w:rPr>
        <w:t>ICI-induced myocarditis is a known adverse event caused by the immune system attacking heart muscle cells.</w:t>
      </w:r>
    </w:p>
    <w:p w14:paraId="634FC50E"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fatigue, and shortness of breath are hallmark symptoms of this condition.</w:t>
      </w:r>
    </w:p>
    <w:p w14:paraId="06479277" w14:textId="77777777" w:rsidR="004B2954" w:rsidRPr="00BB79B8" w:rsidRDefault="004B2954" w:rsidP="004B2954">
      <w:pPr>
        <w:spacing w:after="20"/>
        <w:ind w:left="216"/>
        <w:rPr>
          <w:rFonts w:cs="Times New Roman"/>
          <w:sz w:val="20"/>
          <w:szCs w:val="20"/>
        </w:rPr>
      </w:pPr>
      <w:r w:rsidRPr="00BB79B8">
        <w:rPr>
          <w:rFonts w:cs="Times New Roman"/>
          <w:sz w:val="20"/>
          <w:szCs w:val="20"/>
        </w:rPr>
        <w:t>Even though rare, ICI-related myocarditis can progress rapidly and may be fatal without prompt treatment.</w:t>
      </w:r>
    </w:p>
    <w:p w14:paraId="02CA93AF" w14:textId="77777777" w:rsidR="004B2954" w:rsidRPr="00BB79B8" w:rsidRDefault="004B2954" w:rsidP="004B2954">
      <w:pPr>
        <w:spacing w:after="20"/>
        <w:ind w:left="216"/>
        <w:rPr>
          <w:rFonts w:cs="Times New Roman"/>
          <w:sz w:val="20"/>
          <w:szCs w:val="20"/>
        </w:rPr>
      </w:pPr>
      <w:r w:rsidRPr="00BB79B8">
        <w:rPr>
          <w:rFonts w:cs="Times New Roman"/>
          <w:sz w:val="20"/>
          <w:szCs w:val="20"/>
        </w:rPr>
        <w:t>What causes myocarditis in this setting</w:t>
      </w:r>
    </w:p>
    <w:p w14:paraId="309059BF" w14:textId="77777777" w:rsidR="004B2954" w:rsidRPr="00BB79B8" w:rsidRDefault="004B2954" w:rsidP="004B2954">
      <w:pPr>
        <w:spacing w:after="20"/>
        <w:ind w:left="216"/>
        <w:rPr>
          <w:rFonts w:cs="Times New Roman"/>
          <w:sz w:val="20"/>
          <w:szCs w:val="20"/>
        </w:rPr>
      </w:pPr>
      <w:r w:rsidRPr="00BB79B8">
        <w:rPr>
          <w:rFonts w:cs="Times New Roman"/>
          <w:sz w:val="20"/>
          <w:szCs w:val="20"/>
        </w:rPr>
        <w:t>ICIs activate T-cells to attack cancer-but in some patients, T-cells mistakenly target heart proteins such as -myosin, triggering myocarditis.</w:t>
      </w:r>
    </w:p>
    <w:p w14:paraId="2CCFBE92" w14:textId="77777777" w:rsidR="004B2954" w:rsidRPr="00BB79B8" w:rsidRDefault="004B2954" w:rsidP="004B2954">
      <w:pPr>
        <w:spacing w:after="20"/>
        <w:ind w:left="216"/>
        <w:rPr>
          <w:rFonts w:cs="Times New Roman"/>
          <w:sz w:val="20"/>
          <w:szCs w:val="20"/>
        </w:rPr>
      </w:pPr>
      <w:r w:rsidRPr="00BB79B8">
        <w:rPr>
          <w:rFonts w:cs="Times New Roman"/>
          <w:sz w:val="20"/>
          <w:szCs w:val="20"/>
        </w:rPr>
        <w:t>Research shows the immune response in the heart is distinct from the anti-tumor response, meaning heart inflammation can occur even when cancer therapy is working well.</w:t>
      </w:r>
    </w:p>
    <w:p w14:paraId="38CEAAC6" w14:textId="77777777" w:rsidR="004B2954" w:rsidRPr="00BB79B8" w:rsidRDefault="004B2954" w:rsidP="004B2954">
      <w:pPr>
        <w:spacing w:after="20"/>
        <w:ind w:left="216"/>
        <w:rPr>
          <w:rFonts w:cs="Times New Roman"/>
          <w:sz w:val="20"/>
          <w:szCs w:val="20"/>
        </w:rPr>
      </w:pPr>
      <w:r w:rsidRPr="00BB79B8">
        <w:rPr>
          <w:rFonts w:cs="Times New Roman"/>
          <w:sz w:val="20"/>
          <w:szCs w:val="20"/>
        </w:rPr>
        <w:t>How serious is it?</w:t>
      </w:r>
    </w:p>
    <w:p w14:paraId="6B7A4F8F" w14:textId="77777777" w:rsidR="004B2954" w:rsidRPr="00BB79B8" w:rsidRDefault="004B2954" w:rsidP="004B2954">
      <w:pPr>
        <w:spacing w:after="20"/>
        <w:ind w:left="216"/>
        <w:rPr>
          <w:rFonts w:cs="Times New Roman"/>
          <w:sz w:val="20"/>
          <w:szCs w:val="20"/>
        </w:rPr>
      </w:pPr>
      <w:r w:rsidRPr="00BB79B8">
        <w:rPr>
          <w:rFonts w:cs="Times New Roman"/>
          <w:sz w:val="20"/>
          <w:szCs w:val="20"/>
        </w:rPr>
        <w:t>Incidence: ~1% of patients on ICIs develop myocarditis.</w:t>
      </w:r>
    </w:p>
    <w:p w14:paraId="4E4B14CA" w14:textId="77777777" w:rsidR="004B2954" w:rsidRPr="00BB79B8" w:rsidRDefault="004B2954" w:rsidP="004B2954">
      <w:pPr>
        <w:spacing w:after="20"/>
        <w:ind w:left="216"/>
        <w:rPr>
          <w:rFonts w:cs="Times New Roman"/>
          <w:sz w:val="20"/>
          <w:szCs w:val="20"/>
        </w:rPr>
      </w:pPr>
      <w:r w:rsidRPr="00BB79B8">
        <w:rPr>
          <w:rFonts w:cs="Times New Roman"/>
          <w:sz w:val="20"/>
          <w:szCs w:val="20"/>
        </w:rPr>
        <w:t>Mortality: 25-50% if not recognized early.</w:t>
      </w:r>
    </w:p>
    <w:p w14:paraId="31695C54" w14:textId="77777777" w:rsidR="004B2954" w:rsidRPr="00BB79B8" w:rsidRDefault="004B2954" w:rsidP="004B2954">
      <w:pPr>
        <w:spacing w:after="20"/>
        <w:ind w:left="216"/>
        <w:rPr>
          <w:rFonts w:cs="Times New Roman"/>
          <w:sz w:val="20"/>
          <w:szCs w:val="20"/>
        </w:rPr>
      </w:pPr>
      <w:r w:rsidRPr="00BB79B8">
        <w:rPr>
          <w:rFonts w:cs="Times New Roman"/>
          <w:sz w:val="20"/>
          <w:szCs w:val="20"/>
        </w:rPr>
        <w:t>Real-world data: In a cohort of 2,830 patients, 0.3% developed cardiac immune-related toxicity, including myocarditis and pericarditis.</w:t>
      </w:r>
    </w:p>
    <w:p w14:paraId="3207DF47" w14:textId="77777777" w:rsidR="004B2954" w:rsidRPr="00BB79B8" w:rsidRDefault="004B2954" w:rsidP="004B2954">
      <w:pPr>
        <w:spacing w:after="20"/>
        <w:ind w:left="216"/>
        <w:rPr>
          <w:rFonts w:cs="Times New Roman"/>
          <w:sz w:val="20"/>
          <w:szCs w:val="20"/>
        </w:rPr>
      </w:pPr>
      <w:r w:rsidRPr="00BB79B8">
        <w:rPr>
          <w:rFonts w:cs="Times New Roman"/>
          <w:sz w:val="20"/>
          <w:szCs w:val="20"/>
        </w:rPr>
        <w:t>What to do if chest pain occurs</w:t>
      </w:r>
    </w:p>
    <w:p w14:paraId="730D7BAF"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during immunotherapy requires immediate medical evaluation. Patients should contact their oncology or cardiology team right away because:</w:t>
      </w:r>
    </w:p>
    <w:p w14:paraId="674EE10F"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detection dramatically improves outcomes.</w:t>
      </w:r>
    </w:p>
    <w:p w14:paraId="581CD949" w14:textId="77777777" w:rsidR="004B2954" w:rsidRPr="00BB79B8" w:rsidRDefault="004B2954" w:rsidP="004B2954">
      <w:pPr>
        <w:spacing w:after="20"/>
        <w:ind w:left="216"/>
        <w:rPr>
          <w:rFonts w:cs="Times New Roman"/>
          <w:sz w:val="20"/>
          <w:szCs w:val="20"/>
        </w:rPr>
      </w:pPr>
      <w:r w:rsidRPr="00BB79B8">
        <w:rPr>
          <w:rFonts w:cs="Times New Roman"/>
          <w:sz w:val="20"/>
          <w:szCs w:val="20"/>
        </w:rPr>
        <w:t>Treatment often involves pausing immunotherapy and starting high-dose corticosteroids to suppress inflammation.</w:t>
      </w:r>
    </w:p>
    <w:p w14:paraId="65C8A161" w14:textId="77777777" w:rsidR="004B2954" w:rsidRPr="00BB79B8" w:rsidRDefault="004B2954" w:rsidP="004B2954">
      <w:pPr>
        <w:spacing w:after="20"/>
        <w:ind w:left="216"/>
        <w:rPr>
          <w:rFonts w:cs="Times New Roman"/>
          <w:sz w:val="20"/>
          <w:szCs w:val="20"/>
        </w:rPr>
      </w:pPr>
      <w:r w:rsidRPr="00BB79B8">
        <w:rPr>
          <w:rFonts w:cs="Times New Roman"/>
          <w:sz w:val="20"/>
          <w:szCs w:val="20"/>
        </w:rPr>
        <w:t>Bottom line</w:t>
      </w:r>
    </w:p>
    <w:p w14:paraId="5CE3FA9A" w14:textId="77777777" w:rsidR="004B2954" w:rsidRPr="00BB79B8" w:rsidRDefault="004B2954" w:rsidP="004B2954">
      <w:pPr>
        <w:spacing w:after="20"/>
        <w:ind w:left="216"/>
        <w:rPr>
          <w:rFonts w:cs="Times New Roman"/>
          <w:sz w:val="20"/>
          <w:szCs w:val="20"/>
        </w:rPr>
      </w:pPr>
      <w:r w:rsidRPr="00BB79B8">
        <w:rPr>
          <w:rFonts w:cs="Times New Roman"/>
          <w:sz w:val="20"/>
          <w:szCs w:val="20"/>
        </w:rPr>
        <w:t>Yes-chest pain after cancer immunotherapy should raise concern for myocarditis. While rare, ICI-induced myocarditis is dangerous and needs urgent assessment to prevent severe complications.</w:t>
      </w:r>
    </w:p>
    <w:p w14:paraId="3111C328" w14:textId="77777777" w:rsidR="004B2954" w:rsidRPr="00BB79B8" w:rsidRDefault="004B2954" w:rsidP="004B2954">
      <w:pPr>
        <w:spacing w:after="0"/>
        <w:rPr>
          <w:rFonts w:cs="Times New Roman"/>
          <w:sz w:val="20"/>
          <w:szCs w:val="20"/>
        </w:rPr>
      </w:pPr>
    </w:p>
    <w:p w14:paraId="1178ADE0"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DeepSeek</w:t>
      </w:r>
    </w:p>
    <w:p w14:paraId="5DB323C5"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3C701BA7" w14:textId="77777777" w:rsidR="004B2954" w:rsidRPr="00BB79B8" w:rsidRDefault="004B2954" w:rsidP="004B2954">
      <w:pPr>
        <w:spacing w:after="20"/>
        <w:ind w:left="216"/>
        <w:rPr>
          <w:rFonts w:cs="Times New Roman"/>
          <w:sz w:val="20"/>
          <w:szCs w:val="20"/>
        </w:rPr>
      </w:pPr>
      <w:r w:rsidRPr="00BB79B8">
        <w:rPr>
          <w:rFonts w:cs="Times New Roman"/>
          <w:sz w:val="20"/>
          <w:szCs w:val="20"/>
        </w:rPr>
        <w:t>Yes, chest pain occurring after cancer immunotherapy, particularly with immune checkpoint inhibitors (ICIs), should raise prompt concern for myocarditis. While chest pain has many potential causes in cancer patients, ICI-associated myocarditis, though uncommon (occurring in ~0.5-1.5% of patients), has a high risk of severe complications including arrhythmias, cardiogenic shock, and death. Key points:</w:t>
      </w:r>
    </w:p>
    <w:p w14:paraId="33E19C67" w14:textId="77777777" w:rsidR="004B2954" w:rsidRPr="00BB79B8" w:rsidRDefault="004B2954" w:rsidP="004B2954">
      <w:pPr>
        <w:spacing w:after="20"/>
        <w:ind w:left="216"/>
        <w:rPr>
          <w:rFonts w:cs="Times New Roman"/>
          <w:sz w:val="20"/>
          <w:szCs w:val="20"/>
        </w:rPr>
      </w:pPr>
      <w:r w:rsidRPr="00BB79B8">
        <w:rPr>
          <w:rFonts w:cs="Times New Roman"/>
          <w:sz w:val="20"/>
          <w:szCs w:val="20"/>
        </w:rPr>
        <w:t>Timing: Myocarditis often develops early, sometimes after just 1-2 doses, but can occur at any time during treatment.</w:t>
      </w:r>
    </w:p>
    <w:p w14:paraId="7139E0E0" w14:textId="77777777" w:rsidR="004B2954" w:rsidRPr="00BB79B8" w:rsidRDefault="004B2954" w:rsidP="004B2954">
      <w:pPr>
        <w:spacing w:after="20"/>
        <w:ind w:left="216"/>
        <w:rPr>
          <w:rFonts w:cs="Times New Roman"/>
          <w:sz w:val="20"/>
          <w:szCs w:val="20"/>
        </w:rPr>
      </w:pPr>
      <w:r w:rsidRPr="00BB79B8">
        <w:rPr>
          <w:rFonts w:cs="Times New Roman"/>
          <w:sz w:val="20"/>
          <w:szCs w:val="20"/>
        </w:rPr>
        <w:t>Other symptoms: Dyspnea, fatigue, palpitations, or syncope may accompany chest pain; some patients present with concurrent myositis or myasthenia gravis-like syndromes.</w:t>
      </w:r>
    </w:p>
    <w:p w14:paraId="5474D9D3" w14:textId="77777777" w:rsidR="004B2954" w:rsidRPr="00BB79B8" w:rsidRDefault="004B2954" w:rsidP="004B2954">
      <w:pPr>
        <w:spacing w:after="20"/>
        <w:ind w:left="216"/>
        <w:rPr>
          <w:rFonts w:cs="Times New Roman"/>
          <w:sz w:val="20"/>
          <w:szCs w:val="20"/>
        </w:rPr>
      </w:pPr>
      <w:r w:rsidRPr="00BB79B8">
        <w:rPr>
          <w:rFonts w:cs="Times New Roman"/>
          <w:sz w:val="20"/>
          <w:szCs w:val="20"/>
        </w:rPr>
        <w:t>Diagnostic urgency: Even mild or atypical chest pain warrants immediate evaluation with ECG, troponin, and, if abnormal, echocardiography or cardiac MRI. Normal initial tests do not entirely exclude myocarditis.</w:t>
      </w:r>
    </w:p>
    <w:p w14:paraId="21D55596" w14:textId="77777777" w:rsidR="004B2954" w:rsidRPr="00BB79B8" w:rsidRDefault="004B2954" w:rsidP="004B2954">
      <w:pPr>
        <w:spacing w:after="20"/>
        <w:ind w:left="216"/>
        <w:rPr>
          <w:rFonts w:cs="Times New Roman"/>
          <w:sz w:val="20"/>
          <w:szCs w:val="20"/>
        </w:rPr>
      </w:pPr>
      <w:r w:rsidRPr="00BB79B8">
        <w:rPr>
          <w:rFonts w:cs="Times New Roman"/>
          <w:sz w:val="20"/>
          <w:szCs w:val="20"/>
        </w:rPr>
        <w:t>Action: Suspected cases require holding immunotherapy, consulting cardio-oncology, and often high-dose corticosteroids.</w:t>
      </w:r>
    </w:p>
    <w:p w14:paraId="10411E7B" w14:textId="77777777" w:rsidR="004B2954" w:rsidRPr="00BB79B8" w:rsidRDefault="004B2954" w:rsidP="004B2954">
      <w:pPr>
        <w:spacing w:after="20"/>
        <w:ind w:left="216"/>
        <w:rPr>
          <w:rFonts w:cs="Times New Roman"/>
          <w:sz w:val="20"/>
          <w:szCs w:val="20"/>
        </w:rPr>
      </w:pPr>
      <w:r w:rsidRPr="00BB79B8">
        <w:rPr>
          <w:rFonts w:cs="Times New Roman"/>
          <w:sz w:val="20"/>
          <w:szCs w:val="20"/>
        </w:rPr>
        <w:t>Thus, while not every chest pain episode is myocarditis, the potential for fulminant disease mandates a low threshold for investigation.</w:t>
      </w:r>
    </w:p>
    <w:p w14:paraId="2D3B16FF" w14:textId="77777777" w:rsidR="004B2954" w:rsidRPr="00BB79B8" w:rsidRDefault="004B2954" w:rsidP="004B2954">
      <w:pPr>
        <w:spacing w:after="0"/>
        <w:rPr>
          <w:rFonts w:cs="Times New Roman"/>
          <w:sz w:val="20"/>
          <w:szCs w:val="20"/>
        </w:rPr>
      </w:pPr>
    </w:p>
    <w:p w14:paraId="4EEE04F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C41206B"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985748D" w14:textId="77777777" w:rsidR="004B2954" w:rsidRPr="00BB79B8" w:rsidRDefault="004B2954" w:rsidP="004B2954">
      <w:pPr>
        <w:spacing w:after="20"/>
        <w:ind w:left="216"/>
        <w:rPr>
          <w:rFonts w:cs="Times New Roman"/>
          <w:sz w:val="20"/>
          <w:szCs w:val="20"/>
        </w:rPr>
      </w:pPr>
      <w:r w:rsidRPr="00BB79B8">
        <w:rPr>
          <w:rFonts w:cs="Times New Roman"/>
          <w:sz w:val="20"/>
          <w:szCs w:val="20"/>
        </w:rPr>
        <w:t>Yes, new-onset or unexplained chest pain following cancer immunotherapy should always raise strong concern about immune checkpoint inhibitor-related myocarditis (ICI myocarditis).</w:t>
      </w:r>
    </w:p>
    <w:p w14:paraId="5FD50A3B" w14:textId="77777777" w:rsidR="004B2954" w:rsidRPr="00BB79B8" w:rsidRDefault="004B2954" w:rsidP="004B2954">
      <w:pPr>
        <w:spacing w:after="20"/>
        <w:ind w:left="216"/>
        <w:rPr>
          <w:rFonts w:cs="Times New Roman"/>
          <w:sz w:val="20"/>
          <w:szCs w:val="20"/>
        </w:rPr>
      </w:pPr>
      <w:r w:rsidRPr="00BB79B8">
        <w:rPr>
          <w:rFonts w:cs="Times New Roman"/>
          <w:sz w:val="20"/>
          <w:szCs w:val="20"/>
        </w:rPr>
        <w:t>Key Reasons</w:t>
      </w:r>
    </w:p>
    <w:p w14:paraId="0AF65E71" w14:textId="77777777" w:rsidR="004B2954" w:rsidRPr="00BB79B8" w:rsidRDefault="004B2954" w:rsidP="004B2954">
      <w:pPr>
        <w:spacing w:after="20"/>
        <w:ind w:left="216"/>
        <w:rPr>
          <w:rFonts w:cs="Times New Roman"/>
          <w:sz w:val="20"/>
          <w:szCs w:val="20"/>
        </w:rPr>
      </w:pPr>
      <w:r w:rsidRPr="00BB79B8">
        <w:rPr>
          <w:rFonts w:cs="Times New Roman"/>
          <w:sz w:val="20"/>
          <w:szCs w:val="20"/>
        </w:rPr>
        <w:t>Immunotherapy-induced myocarditis is a life-threatening immune-related adverse event (irAE) with potentially high mortality.</w:t>
      </w:r>
    </w:p>
    <w:p w14:paraId="2891C2D5"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is one of the most common presenting symptoms of ICI myocarditis, alongside dyspnea, fatigue, palpitations, or arrhythmia.</w:t>
      </w:r>
    </w:p>
    <w:p w14:paraId="7AEC3E8A"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can be atypical and mild at first, even in severe cases; waiting for additional symptoms delays critical intervention.</w:t>
      </w:r>
    </w:p>
    <w:p w14:paraId="54283A2E"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Takeaway</w:t>
      </w:r>
    </w:p>
    <w:p w14:paraId="264CCEE7" w14:textId="77777777" w:rsidR="004B2954" w:rsidRPr="00BB79B8" w:rsidRDefault="004B2954" w:rsidP="004B2954">
      <w:pPr>
        <w:spacing w:after="20"/>
        <w:ind w:left="216"/>
        <w:rPr>
          <w:rFonts w:cs="Times New Roman"/>
          <w:sz w:val="20"/>
          <w:szCs w:val="20"/>
        </w:rPr>
      </w:pPr>
      <w:r w:rsidRPr="00BB79B8">
        <w:rPr>
          <w:rFonts w:cs="Times New Roman"/>
          <w:sz w:val="20"/>
          <w:szCs w:val="20"/>
        </w:rPr>
        <w:t>Any patient with chest pain after immune checkpoint inhibitor therapy requires immediate evaluation: cardiac biomarkers (troponin, CK-MB), ECG, and urgent cardiology consultation to rule out or confirm myocarditis and initiate timely immunosuppressive/ supportive treatment.</w:t>
      </w:r>
    </w:p>
    <w:p w14:paraId="6BAA45BD" w14:textId="77777777" w:rsidR="004B2954" w:rsidRPr="00BB79B8" w:rsidRDefault="004B2954" w:rsidP="004B2954">
      <w:pPr>
        <w:rPr>
          <w:rFonts w:cs="Times New Roman"/>
          <w:sz w:val="20"/>
          <w:szCs w:val="20"/>
        </w:rPr>
      </w:pPr>
    </w:p>
    <w:p w14:paraId="7E424AFC" w14:textId="77777777" w:rsidR="004B2954" w:rsidRPr="00BB79B8" w:rsidRDefault="004B2954" w:rsidP="004B2954">
      <w:pPr>
        <w:keepNext/>
        <w:rPr>
          <w:rFonts w:cs="Times New Roman"/>
          <w:sz w:val="20"/>
          <w:szCs w:val="20"/>
        </w:rPr>
      </w:pPr>
      <w:r w:rsidRPr="00BB79B8">
        <w:rPr>
          <w:rFonts w:cs="Times New Roman"/>
          <w:b/>
          <w:color w:val="1F4E79"/>
          <w:sz w:val="20"/>
          <w:szCs w:val="20"/>
        </w:rPr>
        <w:lastRenderedPageBreak/>
        <w:t>Q52. How should the risk be assessed when someone is worried about sudden death from myocarditis?</w:t>
      </w:r>
    </w:p>
    <w:p w14:paraId="504391F8"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ChatGPT</w:t>
      </w:r>
    </w:p>
    <w:p w14:paraId="4B43AAA3"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7DF61D5B" w14:textId="77777777" w:rsidR="004B2954" w:rsidRPr="00BB79B8" w:rsidRDefault="004B2954" w:rsidP="004B2954">
      <w:pPr>
        <w:spacing w:after="20"/>
        <w:ind w:left="216"/>
        <w:rPr>
          <w:rFonts w:cs="Times New Roman"/>
          <w:sz w:val="20"/>
          <w:szCs w:val="20"/>
        </w:rPr>
      </w:pPr>
      <w:r w:rsidRPr="00BB79B8">
        <w:rPr>
          <w:rFonts w:cs="Times New Roman"/>
          <w:sz w:val="20"/>
          <w:szCs w:val="20"/>
        </w:rPr>
        <w:t>When someone is worried about sudden cardiac death (SCD) from myocarditis, risk assessment needs to be systematic, because SCD is rare but potentially catastrophic. Here's a structured approach:</w:t>
      </w:r>
    </w:p>
    <w:p w14:paraId="65D12CB5" w14:textId="77777777" w:rsidR="004B2954" w:rsidRPr="00BB79B8" w:rsidRDefault="004B2954" w:rsidP="004B2954">
      <w:pPr>
        <w:spacing w:after="20"/>
        <w:ind w:left="216"/>
        <w:rPr>
          <w:rFonts w:cs="Times New Roman"/>
          <w:sz w:val="20"/>
          <w:szCs w:val="20"/>
        </w:rPr>
      </w:pPr>
      <w:r w:rsidRPr="00BB79B8">
        <w:rPr>
          <w:rFonts w:cs="Times New Roman"/>
          <w:sz w:val="20"/>
          <w:szCs w:val="20"/>
        </w:rPr>
        <w:t>1. Clinical Evaluation</w:t>
      </w:r>
    </w:p>
    <w:p w14:paraId="24AD1750"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 review: Ask about chest pain, palpitations, syncope, presyncope, and unexplained fatigue.</w:t>
      </w:r>
    </w:p>
    <w:p w14:paraId="1F641FB2" w14:textId="77777777" w:rsidR="004B2954" w:rsidRPr="00BB79B8" w:rsidRDefault="004B2954" w:rsidP="004B2954">
      <w:pPr>
        <w:spacing w:after="20"/>
        <w:ind w:left="216"/>
        <w:rPr>
          <w:rFonts w:cs="Times New Roman"/>
          <w:sz w:val="20"/>
          <w:szCs w:val="20"/>
        </w:rPr>
      </w:pPr>
      <w:r w:rsidRPr="00BB79B8">
        <w:rPr>
          <w:rFonts w:cs="Times New Roman"/>
          <w:sz w:val="20"/>
          <w:szCs w:val="20"/>
        </w:rPr>
        <w:t>History of arrhythmias: Prior documented ventricular tachycardia or other serious arrhythmias increases risk.</w:t>
      </w:r>
    </w:p>
    <w:p w14:paraId="5F20BC04" w14:textId="77777777" w:rsidR="004B2954" w:rsidRPr="00BB79B8" w:rsidRDefault="004B2954" w:rsidP="004B2954">
      <w:pPr>
        <w:spacing w:after="20"/>
        <w:ind w:left="216"/>
        <w:rPr>
          <w:rFonts w:cs="Times New Roman"/>
          <w:sz w:val="20"/>
          <w:szCs w:val="20"/>
        </w:rPr>
      </w:pPr>
      <w:r w:rsidRPr="00BB79B8">
        <w:rPr>
          <w:rFonts w:cs="Times New Roman"/>
          <w:sz w:val="20"/>
          <w:szCs w:val="20"/>
        </w:rPr>
        <w:t>Severity of myocarditis: Fulminant or severe myocarditis carries higher risk compared to mild cases.</w:t>
      </w:r>
    </w:p>
    <w:p w14:paraId="05D9C2D1" w14:textId="77777777" w:rsidR="004B2954" w:rsidRPr="00BB79B8" w:rsidRDefault="004B2954" w:rsidP="004B2954">
      <w:pPr>
        <w:spacing w:after="20"/>
        <w:ind w:left="216"/>
        <w:rPr>
          <w:rFonts w:cs="Times New Roman"/>
          <w:sz w:val="20"/>
          <w:szCs w:val="20"/>
        </w:rPr>
      </w:pPr>
      <w:r w:rsidRPr="00BB79B8">
        <w:rPr>
          <w:rFonts w:cs="Times New Roman"/>
          <w:sz w:val="20"/>
          <w:szCs w:val="20"/>
        </w:rPr>
        <w:t>2. Electrocardiogram (ECG) &amp; Ambulatory Monitoring</w:t>
      </w:r>
    </w:p>
    <w:p w14:paraId="0E138BD8"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ECG: Detects conduction abnormalities, QRS prolongation, or ST/T changes.</w:t>
      </w:r>
    </w:p>
    <w:p w14:paraId="1EE88EA0" w14:textId="77777777" w:rsidR="004B2954" w:rsidRPr="00BB79B8" w:rsidRDefault="004B2954" w:rsidP="004B2954">
      <w:pPr>
        <w:spacing w:after="20"/>
        <w:ind w:left="216"/>
        <w:rPr>
          <w:rFonts w:cs="Times New Roman"/>
          <w:sz w:val="20"/>
          <w:szCs w:val="20"/>
        </w:rPr>
      </w:pPr>
      <w:r w:rsidRPr="00BB79B8">
        <w:rPr>
          <w:rFonts w:cs="Times New Roman"/>
          <w:sz w:val="20"/>
          <w:szCs w:val="20"/>
        </w:rPr>
        <w:t>Holter or event monitoring: Useful for detecting ventricular arrhythmias that may not appear on a single ECG.</w:t>
      </w:r>
    </w:p>
    <w:p w14:paraId="5AB44998" w14:textId="77777777" w:rsidR="004B2954" w:rsidRPr="00BB79B8" w:rsidRDefault="004B2954" w:rsidP="004B2954">
      <w:pPr>
        <w:spacing w:after="20"/>
        <w:ind w:left="216"/>
        <w:rPr>
          <w:rFonts w:cs="Times New Roman"/>
          <w:sz w:val="20"/>
          <w:szCs w:val="20"/>
        </w:rPr>
      </w:pPr>
      <w:r w:rsidRPr="00BB79B8">
        <w:rPr>
          <w:rFonts w:cs="Times New Roman"/>
          <w:sz w:val="20"/>
          <w:szCs w:val="20"/>
        </w:rPr>
        <w:t>3. Cardiac Imaging</w:t>
      </w:r>
    </w:p>
    <w:p w14:paraId="51783245"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Assesses ventricular function-reduced left ventricular ejection fraction (LVEF) is a major risk factor.</w:t>
      </w:r>
    </w:p>
    <w:p w14:paraId="0B2D6A0B"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(CMR): Evaluates myocardial inflammation, edema, and scarring. Late gadolinium enhancement (LGE) is associated with higher arrhythmic risk.</w:t>
      </w:r>
    </w:p>
    <w:p w14:paraId="6849EDD4" w14:textId="77777777" w:rsidR="004B2954" w:rsidRPr="00BB79B8" w:rsidRDefault="004B2954" w:rsidP="004B2954">
      <w:pPr>
        <w:spacing w:after="20"/>
        <w:ind w:left="216"/>
        <w:rPr>
          <w:rFonts w:cs="Times New Roman"/>
          <w:sz w:val="20"/>
          <w:szCs w:val="20"/>
        </w:rPr>
      </w:pPr>
      <w:r w:rsidRPr="00BB79B8">
        <w:rPr>
          <w:rFonts w:cs="Times New Roman"/>
          <w:sz w:val="20"/>
          <w:szCs w:val="20"/>
        </w:rPr>
        <w:t>4. Biomarkers</w:t>
      </w:r>
    </w:p>
    <w:p w14:paraId="7735C2F1" w14:textId="77777777" w:rsidR="004B2954" w:rsidRPr="00BB79B8" w:rsidRDefault="004B2954" w:rsidP="004B2954">
      <w:pPr>
        <w:spacing w:after="20"/>
        <w:ind w:left="216"/>
        <w:rPr>
          <w:rFonts w:cs="Times New Roman"/>
          <w:sz w:val="20"/>
          <w:szCs w:val="20"/>
        </w:rPr>
      </w:pPr>
      <w:r w:rsidRPr="00BB79B8">
        <w:rPr>
          <w:rFonts w:cs="Times New Roman"/>
          <w:sz w:val="20"/>
          <w:szCs w:val="20"/>
        </w:rPr>
        <w:t>Troponin: Indicates ongoing myocardial injury.</w:t>
      </w:r>
    </w:p>
    <w:p w14:paraId="64848B17" w14:textId="77777777" w:rsidR="004B2954" w:rsidRPr="00BB79B8" w:rsidRDefault="004B2954" w:rsidP="004B2954">
      <w:pPr>
        <w:spacing w:after="20"/>
        <w:ind w:left="216"/>
        <w:rPr>
          <w:rFonts w:cs="Times New Roman"/>
          <w:sz w:val="20"/>
          <w:szCs w:val="20"/>
        </w:rPr>
      </w:pPr>
      <w:r w:rsidRPr="00BB79B8">
        <w:rPr>
          <w:rFonts w:cs="Times New Roman"/>
          <w:sz w:val="20"/>
          <w:szCs w:val="20"/>
        </w:rPr>
        <w:t>BNP/NT-proBNP: May reflect cardiac stress or heart failure.</w:t>
      </w:r>
    </w:p>
    <w:p w14:paraId="4BD8CECA"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elevation suggests higher risk.</w:t>
      </w:r>
    </w:p>
    <w:p w14:paraId="578208A1" w14:textId="77777777" w:rsidR="004B2954" w:rsidRPr="00BB79B8" w:rsidRDefault="004B2954" w:rsidP="004B2954">
      <w:pPr>
        <w:spacing w:after="20"/>
        <w:ind w:left="216"/>
        <w:rPr>
          <w:rFonts w:cs="Times New Roman"/>
          <w:sz w:val="20"/>
          <w:szCs w:val="20"/>
        </w:rPr>
      </w:pPr>
      <w:r w:rsidRPr="00BB79B8">
        <w:rPr>
          <w:rFonts w:cs="Times New Roman"/>
          <w:sz w:val="20"/>
          <w:szCs w:val="20"/>
        </w:rPr>
        <w:t>5. Risk Stratification Factors</w:t>
      </w:r>
    </w:p>
    <w:p w14:paraId="3291DBE2" w14:textId="77777777" w:rsidR="004B2954" w:rsidRPr="00BB79B8" w:rsidRDefault="004B2954" w:rsidP="004B2954">
      <w:pPr>
        <w:spacing w:after="20"/>
        <w:ind w:left="216"/>
        <w:rPr>
          <w:rFonts w:cs="Times New Roman"/>
          <w:sz w:val="20"/>
          <w:szCs w:val="20"/>
        </w:rPr>
      </w:pPr>
      <w:r w:rsidRPr="00BB79B8">
        <w:rPr>
          <w:rFonts w:cs="Times New Roman"/>
          <w:sz w:val="20"/>
          <w:szCs w:val="20"/>
        </w:rPr>
        <w:t>Patients at higher risk of SCD include those with:</w:t>
      </w:r>
    </w:p>
    <w:p w14:paraId="20AD4D50" w14:textId="77777777" w:rsidR="004B2954" w:rsidRPr="00BB79B8" w:rsidRDefault="004B2954" w:rsidP="004B2954">
      <w:pPr>
        <w:spacing w:after="20"/>
        <w:ind w:left="216"/>
        <w:rPr>
          <w:rFonts w:cs="Times New Roman"/>
          <w:sz w:val="20"/>
          <w:szCs w:val="20"/>
        </w:rPr>
      </w:pPr>
      <w:r w:rsidRPr="00BB79B8">
        <w:rPr>
          <w:rFonts w:cs="Times New Roman"/>
          <w:sz w:val="20"/>
          <w:szCs w:val="20"/>
        </w:rPr>
        <w:t>Persistent ventricular dysfunction (low LVEF)</w:t>
      </w:r>
    </w:p>
    <w:p w14:paraId="337BB23B" w14:textId="77777777" w:rsidR="004B2954" w:rsidRPr="00BB79B8" w:rsidRDefault="004B2954" w:rsidP="004B2954">
      <w:pPr>
        <w:spacing w:after="20"/>
        <w:ind w:left="216"/>
        <w:rPr>
          <w:rFonts w:cs="Times New Roman"/>
          <w:sz w:val="20"/>
          <w:szCs w:val="20"/>
        </w:rPr>
      </w:pPr>
      <w:r w:rsidRPr="00BB79B8">
        <w:rPr>
          <w:rFonts w:cs="Times New Roman"/>
          <w:sz w:val="20"/>
          <w:szCs w:val="20"/>
        </w:rPr>
        <w:t>Extensive LGE on CMR</w:t>
      </w:r>
    </w:p>
    <w:p w14:paraId="2B7155CE" w14:textId="77777777" w:rsidR="004B2954" w:rsidRPr="00BB79B8" w:rsidRDefault="004B2954" w:rsidP="004B2954">
      <w:pPr>
        <w:spacing w:after="20"/>
        <w:ind w:left="216"/>
        <w:rPr>
          <w:rFonts w:cs="Times New Roman"/>
          <w:sz w:val="20"/>
          <w:szCs w:val="20"/>
        </w:rPr>
      </w:pPr>
      <w:r w:rsidRPr="00BB79B8">
        <w:rPr>
          <w:rFonts w:cs="Times New Roman"/>
          <w:sz w:val="20"/>
          <w:szCs w:val="20"/>
        </w:rPr>
        <w:t>Documented sustained ventricular tachycardia or severe arrhythmias</w:t>
      </w:r>
    </w:p>
    <w:p w14:paraId="35F5878B" w14:textId="77777777" w:rsidR="004B2954" w:rsidRPr="00BB79B8" w:rsidRDefault="004B2954" w:rsidP="004B2954">
      <w:pPr>
        <w:spacing w:after="20"/>
        <w:ind w:left="216"/>
        <w:rPr>
          <w:rFonts w:cs="Times New Roman"/>
          <w:sz w:val="20"/>
          <w:szCs w:val="20"/>
        </w:rPr>
      </w:pPr>
      <w:r w:rsidRPr="00BB79B8">
        <w:rPr>
          <w:rFonts w:cs="Times New Roman"/>
          <w:sz w:val="20"/>
          <w:szCs w:val="20"/>
        </w:rPr>
        <w:t>History of syncope or aborted SCD</w:t>
      </w:r>
    </w:p>
    <w:p w14:paraId="275DB2D1" w14:textId="77777777" w:rsidR="004B2954" w:rsidRPr="00BB79B8" w:rsidRDefault="004B2954" w:rsidP="004B2954">
      <w:pPr>
        <w:spacing w:after="20"/>
        <w:ind w:left="216"/>
        <w:rPr>
          <w:rFonts w:cs="Times New Roman"/>
          <w:sz w:val="20"/>
          <w:szCs w:val="20"/>
        </w:rPr>
      </w:pPr>
      <w:r w:rsidRPr="00BB79B8">
        <w:rPr>
          <w:rFonts w:cs="Times New Roman"/>
          <w:sz w:val="20"/>
          <w:szCs w:val="20"/>
        </w:rPr>
        <w:t>Fulminant myocarditis presentation</w:t>
      </w:r>
    </w:p>
    <w:p w14:paraId="50A1D52A" w14:textId="77777777" w:rsidR="004B2954" w:rsidRPr="00BB79B8" w:rsidRDefault="004B2954" w:rsidP="004B2954">
      <w:pPr>
        <w:spacing w:after="20"/>
        <w:ind w:left="216"/>
        <w:rPr>
          <w:rFonts w:cs="Times New Roman"/>
          <w:sz w:val="20"/>
          <w:szCs w:val="20"/>
        </w:rPr>
      </w:pPr>
      <w:r w:rsidRPr="00BB79B8">
        <w:rPr>
          <w:rFonts w:cs="Times New Roman"/>
          <w:sz w:val="20"/>
          <w:szCs w:val="20"/>
        </w:rPr>
        <w:t>Lower risk is usually seen in mild, self-limited cases with preserved ventricular function and no arrhythmias.</w:t>
      </w:r>
    </w:p>
    <w:p w14:paraId="6B7B92E8" w14:textId="77777777" w:rsidR="004B2954" w:rsidRPr="00BB79B8" w:rsidRDefault="004B2954" w:rsidP="004B2954">
      <w:pPr>
        <w:spacing w:after="20"/>
        <w:ind w:left="216"/>
        <w:rPr>
          <w:rFonts w:cs="Times New Roman"/>
          <w:sz w:val="20"/>
          <w:szCs w:val="20"/>
        </w:rPr>
      </w:pPr>
      <w:r w:rsidRPr="00BB79B8">
        <w:rPr>
          <w:rFonts w:cs="Times New Roman"/>
          <w:sz w:val="20"/>
          <w:szCs w:val="20"/>
        </w:rPr>
        <w:t>6. Referral &amp; Monitoring</w:t>
      </w:r>
    </w:p>
    <w:p w14:paraId="7EBFC8A3" w14:textId="77777777" w:rsidR="004B2954" w:rsidRPr="00BB79B8" w:rsidRDefault="004B2954" w:rsidP="004B2954">
      <w:pPr>
        <w:spacing w:after="20"/>
        <w:ind w:left="216"/>
        <w:rPr>
          <w:rFonts w:cs="Times New Roman"/>
          <w:sz w:val="20"/>
          <w:szCs w:val="20"/>
        </w:rPr>
      </w:pPr>
      <w:r w:rsidRPr="00BB79B8">
        <w:rPr>
          <w:rFonts w:cs="Times New Roman"/>
          <w:sz w:val="20"/>
          <w:szCs w:val="20"/>
        </w:rPr>
        <w:t>High-risk patients should be managed by a cardiologist, possibly an electrophysiologist.</w:t>
      </w:r>
    </w:p>
    <w:p w14:paraId="1E8106E2" w14:textId="77777777" w:rsidR="004B2954" w:rsidRPr="00BB79B8" w:rsidRDefault="004B2954" w:rsidP="004B2954">
      <w:pPr>
        <w:spacing w:after="20"/>
        <w:ind w:left="216"/>
        <w:rPr>
          <w:rFonts w:cs="Times New Roman"/>
          <w:sz w:val="20"/>
          <w:szCs w:val="20"/>
        </w:rPr>
      </w:pPr>
      <w:r w:rsidRPr="00BB79B8">
        <w:rPr>
          <w:rFonts w:cs="Times New Roman"/>
          <w:sz w:val="20"/>
          <w:szCs w:val="20"/>
        </w:rPr>
        <w:t>Consider ICD (implantable cardioverter-defibrillator) in select patients with persistent high-risk features after the acute phase.</w:t>
      </w:r>
    </w:p>
    <w:p w14:paraId="56F1D4B5" w14:textId="77777777" w:rsidR="004B2954" w:rsidRPr="00BB79B8" w:rsidRDefault="004B2954" w:rsidP="004B2954">
      <w:pPr>
        <w:spacing w:after="20"/>
        <w:ind w:left="216"/>
        <w:rPr>
          <w:rFonts w:cs="Times New Roman"/>
          <w:sz w:val="20"/>
          <w:szCs w:val="20"/>
        </w:rPr>
      </w:pPr>
      <w:r w:rsidRPr="00BB79B8">
        <w:rPr>
          <w:rFonts w:cs="Times New Roman"/>
          <w:sz w:val="20"/>
          <w:szCs w:val="20"/>
        </w:rPr>
        <w:t>Activity restriction: Avoid competitive sports or intense exercise during recovery.</w:t>
      </w:r>
    </w:p>
    <w:p w14:paraId="1679FDF8"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Table - Risk Assessment Overview</w:t>
      </w:r>
    </w:p>
    <w:p w14:paraId="6110E13E" w14:textId="77777777" w:rsidR="004B2954" w:rsidRPr="00BB79B8" w:rsidRDefault="004B2954" w:rsidP="004B2954">
      <w:pPr>
        <w:spacing w:after="20"/>
        <w:ind w:left="216"/>
        <w:rPr>
          <w:rFonts w:cs="Times New Roman"/>
          <w:sz w:val="20"/>
          <w:szCs w:val="20"/>
        </w:rPr>
      </w:pPr>
      <w:r w:rsidRPr="00BB79B8">
        <w:rPr>
          <w:rFonts w:cs="Times New Roman"/>
          <w:sz w:val="20"/>
          <w:szCs w:val="20"/>
        </w:rPr>
        <w:t>Assessment; Key Indicators of High Risk</w:t>
      </w:r>
    </w:p>
    <w:p w14:paraId="5F9DF2AB"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 Syncope, palpitations, chest pain</w:t>
      </w:r>
    </w:p>
    <w:p w14:paraId="49738095" w14:textId="77777777" w:rsidR="004B2954" w:rsidRPr="00BB79B8" w:rsidRDefault="004B2954" w:rsidP="004B2954">
      <w:pPr>
        <w:spacing w:after="20"/>
        <w:ind w:left="216"/>
        <w:rPr>
          <w:rFonts w:cs="Times New Roman"/>
          <w:sz w:val="20"/>
          <w:szCs w:val="20"/>
        </w:rPr>
      </w:pPr>
      <w:r w:rsidRPr="00BB79B8">
        <w:rPr>
          <w:rFonts w:cs="Times New Roman"/>
          <w:sz w:val="20"/>
          <w:szCs w:val="20"/>
        </w:rPr>
        <w:t>ECG / Holter; Ventricular arrhythmias, conduction blocks</w:t>
      </w:r>
    </w:p>
    <w:p w14:paraId="6F18B4A2" w14:textId="77777777" w:rsidR="004B2954" w:rsidRPr="00BB79B8" w:rsidRDefault="004B2954" w:rsidP="004B2954">
      <w:pPr>
        <w:spacing w:after="20"/>
        <w:ind w:left="216"/>
        <w:rPr>
          <w:rFonts w:cs="Times New Roman"/>
          <w:sz w:val="20"/>
          <w:szCs w:val="20"/>
        </w:rPr>
      </w:pPr>
      <w:r w:rsidRPr="00BB79B8">
        <w:rPr>
          <w:rFonts w:cs="Times New Roman"/>
          <w:sz w:val="20"/>
          <w:szCs w:val="20"/>
        </w:rPr>
        <w:t>Echo; LVEF &lt; 50%, wall motion abnormalities</w:t>
      </w:r>
    </w:p>
    <w:p w14:paraId="21D6A942" w14:textId="77777777" w:rsidR="004B2954" w:rsidRPr="00BB79B8" w:rsidRDefault="004B2954" w:rsidP="004B2954">
      <w:pPr>
        <w:spacing w:after="20"/>
        <w:ind w:left="216"/>
        <w:rPr>
          <w:rFonts w:cs="Times New Roman"/>
          <w:sz w:val="20"/>
          <w:szCs w:val="20"/>
        </w:rPr>
      </w:pPr>
      <w:r w:rsidRPr="00BB79B8">
        <w:rPr>
          <w:rFonts w:cs="Times New Roman"/>
          <w:sz w:val="20"/>
          <w:szCs w:val="20"/>
        </w:rPr>
        <w:t>CMR; Extensive LGE, ongoing edema</w:t>
      </w:r>
    </w:p>
    <w:p w14:paraId="43280CF0" w14:textId="77777777" w:rsidR="004B2954" w:rsidRPr="00BB79B8" w:rsidRDefault="004B2954" w:rsidP="004B2954">
      <w:pPr>
        <w:spacing w:after="20"/>
        <w:ind w:left="216"/>
        <w:rPr>
          <w:rFonts w:cs="Times New Roman"/>
          <w:sz w:val="20"/>
          <w:szCs w:val="20"/>
        </w:rPr>
      </w:pPr>
      <w:r w:rsidRPr="00BB79B8">
        <w:rPr>
          <w:rFonts w:cs="Times New Roman"/>
          <w:sz w:val="20"/>
          <w:szCs w:val="20"/>
        </w:rPr>
        <w:t>Biomarkers; Persistently elevated troponin/BNP</w:t>
      </w:r>
    </w:p>
    <w:p w14:paraId="7285235C"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history; Fulminant myocarditis, prior SCD, autoimmune disease, drug-induced myocarditis</w:t>
      </w:r>
    </w:p>
    <w:p w14:paraId="78AA67E5" w14:textId="77777777" w:rsidR="004B2954" w:rsidRPr="00BB79B8" w:rsidRDefault="004B2954" w:rsidP="004B2954">
      <w:pPr>
        <w:spacing w:after="20"/>
        <w:ind w:left="216"/>
        <w:rPr>
          <w:rFonts w:cs="Times New Roman"/>
          <w:sz w:val="20"/>
          <w:szCs w:val="20"/>
        </w:rPr>
      </w:pPr>
      <w:r w:rsidRPr="00BB79B8">
        <w:rPr>
          <w:rFonts w:cs="Times New Roman"/>
          <w:sz w:val="20"/>
          <w:szCs w:val="20"/>
        </w:rPr>
        <w:t>Key point: Most myocarditis patients recover without SCD. Risk is concentrated in those with severe disease, significant ventricular dysfunction, arrhythmias, or extensive myocardial scarring. Risk assessment should be individualized.</w:t>
      </w:r>
    </w:p>
    <w:p w14:paraId="3C60B68D" w14:textId="77777777" w:rsidR="004B2954" w:rsidRPr="00BB79B8" w:rsidRDefault="004B2954" w:rsidP="004B2954">
      <w:pPr>
        <w:spacing w:after="0"/>
        <w:rPr>
          <w:rFonts w:cs="Times New Roman"/>
          <w:sz w:val="20"/>
          <w:szCs w:val="20"/>
        </w:rPr>
      </w:pPr>
    </w:p>
    <w:p w14:paraId="65480A8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Gemini</w:t>
      </w:r>
    </w:p>
    <w:p w14:paraId="17C8A594"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784CBA7" w14:textId="77777777" w:rsidR="004B2954" w:rsidRPr="00BB79B8" w:rsidRDefault="004B2954" w:rsidP="004B2954">
      <w:pPr>
        <w:spacing w:after="20"/>
        <w:ind w:left="216"/>
        <w:rPr>
          <w:rFonts w:cs="Times New Roman"/>
          <w:sz w:val="20"/>
          <w:szCs w:val="20"/>
        </w:rPr>
      </w:pPr>
      <w:r w:rsidRPr="00BB79B8">
        <w:rPr>
          <w:rFonts w:cs="Times New Roman"/>
          <w:sz w:val="20"/>
          <w:szCs w:val="20"/>
        </w:rPr>
        <w:t>Assessing the risk of sudden death from myocarditis involves a multi-layered clinical approach, as the condition can range from completely asymptomatic to life-threatening. Clinical guidelines typically focus on identifying signs of hemodynamic instability and electrical disturbances.</w:t>
      </w:r>
    </w:p>
    <w:p w14:paraId="0C857194" w14:textId="77777777" w:rsidR="004B2954" w:rsidRPr="00BB79B8" w:rsidRDefault="004B2954" w:rsidP="004B2954">
      <w:pPr>
        <w:spacing w:after="20"/>
        <w:ind w:left="216"/>
        <w:rPr>
          <w:rFonts w:cs="Times New Roman"/>
          <w:sz w:val="20"/>
          <w:szCs w:val="20"/>
        </w:rPr>
      </w:pPr>
      <w:r w:rsidRPr="00BB79B8">
        <w:rPr>
          <w:rFonts w:cs="Times New Roman"/>
          <w:sz w:val="20"/>
          <w:szCs w:val="20"/>
        </w:rPr>
        <w:t>The assessment is generally divided into three main pillars:</w:t>
      </w:r>
    </w:p>
    <w:p w14:paraId="7662FF2C" w14:textId="77777777" w:rsidR="004B2954" w:rsidRPr="00BB79B8" w:rsidRDefault="004B2954" w:rsidP="004B2954">
      <w:pPr>
        <w:spacing w:after="20"/>
        <w:ind w:left="216"/>
        <w:rPr>
          <w:rFonts w:cs="Times New Roman"/>
          <w:sz w:val="20"/>
          <w:szCs w:val="20"/>
        </w:rPr>
      </w:pPr>
      <w:r w:rsidRPr="00BB79B8">
        <w:rPr>
          <w:rFonts w:cs="Times New Roman"/>
          <w:sz w:val="20"/>
          <w:szCs w:val="20"/>
        </w:rPr>
        <w:t>1. Clinical Red Flags</w:t>
      </w:r>
    </w:p>
    <w:p w14:paraId="4EE434F8" w14:textId="77777777" w:rsidR="004B2954" w:rsidRPr="00BB79B8" w:rsidRDefault="004B2954" w:rsidP="004B2954">
      <w:pPr>
        <w:spacing w:after="20"/>
        <w:ind w:left="216"/>
        <w:rPr>
          <w:rFonts w:cs="Times New Roman"/>
          <w:sz w:val="20"/>
          <w:szCs w:val="20"/>
        </w:rPr>
      </w:pPr>
      <w:r w:rsidRPr="00BB79B8">
        <w:rPr>
          <w:rFonts w:cs="Times New Roman"/>
          <w:sz w:val="20"/>
          <w:szCs w:val="20"/>
        </w:rPr>
        <w:t>Early identification of "alarm" symptoms is the first step in risk stratification. High-risk indicators include:</w:t>
      </w:r>
    </w:p>
    <w:p w14:paraId="23D0DCD8" w14:textId="77777777" w:rsidR="004B2954" w:rsidRPr="00BB79B8" w:rsidRDefault="004B2954" w:rsidP="004B2954">
      <w:pPr>
        <w:spacing w:after="20"/>
        <w:ind w:left="216"/>
        <w:rPr>
          <w:rFonts w:cs="Times New Roman"/>
          <w:sz w:val="20"/>
          <w:szCs w:val="20"/>
        </w:rPr>
      </w:pPr>
      <w:r w:rsidRPr="00BB79B8">
        <w:rPr>
          <w:rFonts w:cs="Times New Roman"/>
          <w:sz w:val="20"/>
          <w:szCs w:val="20"/>
        </w:rPr>
        <w:t>Syncope (Fainting): Unexplained loss of consciousness is a significant warning sign for life-threatening arrhythmias.</w:t>
      </w:r>
    </w:p>
    <w:p w14:paraId="1EB520A3" w14:textId="77777777" w:rsidR="004B2954" w:rsidRPr="00BB79B8" w:rsidRDefault="004B2954" w:rsidP="004B2954">
      <w:pPr>
        <w:spacing w:after="20"/>
        <w:ind w:left="216"/>
        <w:rPr>
          <w:rFonts w:cs="Times New Roman"/>
          <w:sz w:val="20"/>
          <w:szCs w:val="20"/>
        </w:rPr>
      </w:pPr>
      <w:r w:rsidRPr="00BB79B8">
        <w:rPr>
          <w:rFonts w:cs="Times New Roman"/>
          <w:sz w:val="20"/>
          <w:szCs w:val="20"/>
        </w:rPr>
        <w:t>Resting Tachycardia: A heart rate that remains high even during rest or sleep.</w:t>
      </w:r>
    </w:p>
    <w:p w14:paraId="25B1E2B6"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Signs of Heart Failure: Shortness of breath (dyspnea) while lying flat, severe fatigue, or rapid weight gain from fluid retention.</w:t>
      </w:r>
    </w:p>
    <w:p w14:paraId="34531D42"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Especially when accompanied by "crushing" pressure similar to a heart attack.</w:t>
      </w:r>
    </w:p>
    <w:p w14:paraId="73964F34" w14:textId="77777777" w:rsidR="004B2954" w:rsidRPr="00BB79B8" w:rsidRDefault="004B2954" w:rsidP="004B2954">
      <w:pPr>
        <w:spacing w:after="20"/>
        <w:ind w:left="216"/>
        <w:rPr>
          <w:rFonts w:cs="Times New Roman"/>
          <w:sz w:val="20"/>
          <w:szCs w:val="20"/>
        </w:rPr>
      </w:pPr>
      <w:r w:rsidRPr="00BB79B8">
        <w:rPr>
          <w:rFonts w:cs="Times New Roman"/>
          <w:sz w:val="20"/>
          <w:szCs w:val="20"/>
        </w:rPr>
        <w:t>2. Diagnostic Risk Stratification</w:t>
      </w:r>
    </w:p>
    <w:p w14:paraId="6869831C"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Clinicians use several tools to determine the severity of myocardial inflammation and the risk of sudden cardiac death (SCD):</w:t>
      </w:r>
    </w:p>
    <w:p w14:paraId="32D7C7E0"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(ECG): This is the most critical screening tool. High-risk findings include wide QRS complexes, high-grade AV block (electrical disconnect between heart chambers), or sustained ventricular arrhythmias.</w:t>
      </w:r>
    </w:p>
    <w:p w14:paraId="1B1BBC23"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Biomarkers: Elevated Troponin levels indicate active heart muscle injury, though the degree of elevation doesn't always correlate perfectly with the risk of sudden death.</w:t>
      </w:r>
    </w:p>
    <w:p w14:paraId="120D4370"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Used to assess the Left Ventricular Ejection Fraction (LVEF). An LVEF below 40%-45% is a major risk factor for adverse outcomes.</w:t>
      </w:r>
    </w:p>
    <w:p w14:paraId="21E0E66C"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(CMR): Currently the gold standard for non-invasive diagnosis. The presence of Late Gadolinium Enhancement (LGE)-which indicates scarring-is a strong predictor of future rhythmic complications.</w:t>
      </w:r>
    </w:p>
    <w:p w14:paraId="4BF482B1" w14:textId="77777777" w:rsidR="004B2954" w:rsidRPr="00BB79B8" w:rsidRDefault="004B2954" w:rsidP="004B2954">
      <w:pPr>
        <w:spacing w:after="20"/>
        <w:ind w:left="216"/>
        <w:rPr>
          <w:rFonts w:cs="Times New Roman"/>
          <w:sz w:val="20"/>
          <w:szCs w:val="20"/>
        </w:rPr>
      </w:pPr>
      <w:r w:rsidRPr="00BB79B8">
        <w:rPr>
          <w:rFonts w:cs="Times New Roman"/>
          <w:sz w:val="20"/>
          <w:szCs w:val="20"/>
        </w:rPr>
        <w:t>3. Activity and Recovery Monitoring</w:t>
      </w:r>
    </w:p>
    <w:p w14:paraId="7E46A8BF" w14:textId="77777777" w:rsidR="004B2954" w:rsidRPr="00BB79B8" w:rsidRDefault="004B2954" w:rsidP="004B2954">
      <w:pPr>
        <w:spacing w:after="20"/>
        <w:ind w:left="216"/>
        <w:rPr>
          <w:rFonts w:cs="Times New Roman"/>
          <w:sz w:val="20"/>
          <w:szCs w:val="20"/>
        </w:rPr>
      </w:pPr>
      <w:r w:rsidRPr="00BB79B8">
        <w:rPr>
          <w:rFonts w:cs="Times New Roman"/>
          <w:sz w:val="20"/>
          <w:szCs w:val="20"/>
        </w:rPr>
        <w:t>For individuals diagnosed with or recovering from myocarditis, the risk of sudden death is most acute during high-intensity physical exertion.</w:t>
      </w:r>
    </w:p>
    <w:p w14:paraId="77C4AF87"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Restriction: Current protocols generally recommend abstaining from competitive sports and strenuous exercise for 3 to 6 months following the acute phase.</w:t>
      </w:r>
    </w:p>
    <w:p w14:paraId="4F8ECFE5"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Testing: Before returning to activity, patients typically undergo a 24-hour Holter monitor and an exercise stress test to ensure the heart remains stable under physical load.</w:t>
      </w:r>
    </w:p>
    <w:p w14:paraId="34CA55CA"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of Risk Levels</w:t>
      </w:r>
    </w:p>
    <w:p w14:paraId="5149F8CE" w14:textId="77777777" w:rsidR="004B2954" w:rsidRPr="00BB79B8" w:rsidRDefault="004B2954" w:rsidP="004B2954">
      <w:pPr>
        <w:spacing w:after="20"/>
        <w:ind w:left="216"/>
        <w:rPr>
          <w:rFonts w:cs="Times New Roman"/>
          <w:sz w:val="20"/>
          <w:szCs w:val="20"/>
        </w:rPr>
      </w:pPr>
      <w:r w:rsidRPr="00BB79B8">
        <w:rPr>
          <w:rFonts w:cs="Times New Roman"/>
          <w:sz w:val="20"/>
          <w:szCs w:val="20"/>
        </w:rPr>
        <w:t>Risk Level; Common Indicators; Typical Management</w:t>
      </w:r>
    </w:p>
    <w:p w14:paraId="1DDAC92F" w14:textId="77777777" w:rsidR="004B2954" w:rsidRPr="00BB79B8" w:rsidRDefault="004B2954" w:rsidP="004B2954">
      <w:pPr>
        <w:spacing w:after="20"/>
        <w:ind w:left="216"/>
        <w:rPr>
          <w:rFonts w:cs="Times New Roman"/>
          <w:sz w:val="20"/>
          <w:szCs w:val="20"/>
        </w:rPr>
      </w:pPr>
      <w:r w:rsidRPr="00BB79B8">
        <w:rPr>
          <w:rFonts w:cs="Times New Roman"/>
          <w:sz w:val="20"/>
          <w:szCs w:val="20"/>
        </w:rPr>
        <w:t>Low; Normal LVEF, no arrhythmias, mild symptoms.; Outpatient monitoring, rest.</w:t>
      </w:r>
    </w:p>
    <w:p w14:paraId="6D64DB73" w14:textId="77777777" w:rsidR="004B2954" w:rsidRPr="00BB79B8" w:rsidRDefault="004B2954" w:rsidP="004B2954">
      <w:pPr>
        <w:spacing w:after="20"/>
        <w:ind w:left="216"/>
        <w:rPr>
          <w:rFonts w:cs="Times New Roman"/>
          <w:sz w:val="20"/>
          <w:szCs w:val="20"/>
        </w:rPr>
      </w:pPr>
      <w:r w:rsidRPr="00BB79B8">
        <w:rPr>
          <w:rFonts w:cs="Times New Roman"/>
          <w:sz w:val="20"/>
          <w:szCs w:val="20"/>
        </w:rPr>
        <w:t>Intermediate; Mildly reduced LVEF, non-sustained arrhythmias.; Hospital observation, medication (ACE inhibitors/Beta-blockers).</w:t>
      </w:r>
    </w:p>
    <w:p w14:paraId="5143C0A4" w14:textId="77777777" w:rsidR="004B2954" w:rsidRPr="00BB79B8" w:rsidRDefault="004B2954" w:rsidP="004B2954">
      <w:pPr>
        <w:spacing w:after="20"/>
        <w:ind w:left="216"/>
        <w:rPr>
          <w:rFonts w:cs="Times New Roman"/>
          <w:sz w:val="20"/>
          <w:szCs w:val="20"/>
        </w:rPr>
      </w:pPr>
      <w:r w:rsidRPr="00BB79B8">
        <w:rPr>
          <w:rFonts w:cs="Times New Roman"/>
          <w:sz w:val="20"/>
          <w:szCs w:val="20"/>
        </w:rPr>
        <w:t>High; Severe heart failure, syncope, sustained VT/VF.; Intensive care, potential mechanical circulatory support or ICD.</w:t>
      </w:r>
    </w:p>
    <w:p w14:paraId="2F4222C7" w14:textId="77777777" w:rsidR="004B2954" w:rsidRPr="00BB79B8" w:rsidRDefault="004B2954" w:rsidP="004B2954">
      <w:pPr>
        <w:spacing w:after="20"/>
        <w:ind w:left="216"/>
        <w:rPr>
          <w:rFonts w:cs="Times New Roman"/>
          <w:sz w:val="20"/>
          <w:szCs w:val="20"/>
        </w:rPr>
      </w:pPr>
      <w:r w:rsidRPr="00BB79B8">
        <w:rPr>
          <w:rFonts w:cs="Times New Roman"/>
          <w:sz w:val="20"/>
          <w:szCs w:val="20"/>
        </w:rPr>
        <w:t>Important Note: If someone is experiencing active chest pain, fainting, or severe shortness of breath, they should seek emergency medical evaluation immediately. Sudden death in myocarditis is often preventable with timely medical intervention and adherence to exercise restrictions.</w:t>
      </w:r>
    </w:p>
    <w:p w14:paraId="173D05E9" w14:textId="77777777" w:rsidR="004B2954" w:rsidRPr="00BB79B8" w:rsidRDefault="004B2954" w:rsidP="004B2954">
      <w:pPr>
        <w:spacing w:after="0"/>
        <w:rPr>
          <w:rFonts w:cs="Times New Roman"/>
          <w:sz w:val="20"/>
          <w:szCs w:val="20"/>
        </w:rPr>
      </w:pPr>
    </w:p>
    <w:p w14:paraId="1B18786A"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Copilot</w:t>
      </w:r>
    </w:p>
    <w:p w14:paraId="14D039E6"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1349F9A9" w14:textId="77777777" w:rsidR="004B2954" w:rsidRPr="00BB79B8" w:rsidRDefault="004B2954" w:rsidP="004B2954">
      <w:pPr>
        <w:spacing w:after="20"/>
        <w:ind w:left="216"/>
        <w:rPr>
          <w:rFonts w:cs="Times New Roman"/>
          <w:sz w:val="20"/>
          <w:szCs w:val="20"/>
        </w:rPr>
      </w:pPr>
      <w:r w:rsidRPr="00BB79B8">
        <w:rPr>
          <w:rFonts w:cs="Times New Roman"/>
          <w:sz w:val="20"/>
          <w:szCs w:val="20"/>
        </w:rPr>
        <w:t>The risk should be assessed clinically, not by fear alone. The key takeaway from the evidence is this: sudden death from myocarditis is strongly linked to specific, identifiable high-risk features, and people without those features generally have very low risk. Risk assessment relies on objective testing, not symptoms alone.</w:t>
      </w:r>
    </w:p>
    <w:p w14:paraId="17FB785A" w14:textId="77777777" w:rsidR="004B2954" w:rsidRPr="00BB79B8" w:rsidRDefault="004B2954" w:rsidP="004B2954">
      <w:pPr>
        <w:spacing w:after="20"/>
        <w:ind w:left="216"/>
        <w:rPr>
          <w:rFonts w:cs="Times New Roman"/>
          <w:sz w:val="20"/>
          <w:szCs w:val="20"/>
        </w:rPr>
      </w:pPr>
      <w:r w:rsidRPr="00BB79B8">
        <w:rPr>
          <w:rFonts w:cs="Times New Roman"/>
          <w:sz w:val="20"/>
          <w:szCs w:val="20"/>
        </w:rPr>
        <w:t>What determines actual risk?</w:t>
      </w:r>
    </w:p>
    <w:p w14:paraId="2544D1C4" w14:textId="77777777" w:rsidR="004B2954" w:rsidRPr="00BB79B8" w:rsidRDefault="004B2954" w:rsidP="004B2954">
      <w:pPr>
        <w:spacing w:after="20"/>
        <w:ind w:left="216"/>
        <w:rPr>
          <w:rFonts w:cs="Times New Roman"/>
          <w:sz w:val="20"/>
          <w:szCs w:val="20"/>
        </w:rPr>
      </w:pPr>
      <w:r w:rsidRPr="00BB79B8">
        <w:rPr>
          <w:rFonts w:cs="Times New Roman"/>
          <w:sz w:val="20"/>
          <w:szCs w:val="20"/>
        </w:rPr>
        <w:t>Below are the core clinical predictors of dangerous arrhythmias or sudden cardiac death (SCD) in myocarditis, based on recent evidence.</w:t>
      </w:r>
    </w:p>
    <w:p w14:paraId="5C30011A" w14:textId="77777777" w:rsidR="004B2954" w:rsidRPr="00BB79B8" w:rsidRDefault="004B2954" w:rsidP="004B2954">
      <w:pPr>
        <w:spacing w:after="20"/>
        <w:ind w:left="216"/>
        <w:rPr>
          <w:rFonts w:cs="Times New Roman"/>
          <w:sz w:val="20"/>
          <w:szCs w:val="20"/>
        </w:rPr>
      </w:pPr>
      <w:r w:rsidRPr="00BB79B8">
        <w:rPr>
          <w:rFonts w:cs="Times New Roman"/>
          <w:sz w:val="20"/>
          <w:szCs w:val="20"/>
        </w:rPr>
        <w:t>1. Ventricular arrhythmias during the illness</w:t>
      </w:r>
    </w:p>
    <w:p w14:paraId="38A7256D" w14:textId="77777777" w:rsidR="004B2954" w:rsidRPr="00BB79B8" w:rsidRDefault="004B2954" w:rsidP="004B2954">
      <w:pPr>
        <w:spacing w:after="20"/>
        <w:ind w:left="216"/>
        <w:rPr>
          <w:rFonts w:cs="Times New Roman"/>
          <w:sz w:val="20"/>
          <w:szCs w:val="20"/>
        </w:rPr>
      </w:pPr>
      <w:r w:rsidRPr="00BB79B8">
        <w:rPr>
          <w:rFonts w:cs="Times New Roman"/>
          <w:sz w:val="20"/>
          <w:szCs w:val="20"/>
        </w:rPr>
        <w:t>The strongest predictor of future risk is whether the person already had:</w:t>
      </w:r>
    </w:p>
    <w:p w14:paraId="7F539E69" w14:textId="77777777" w:rsidR="004B2954" w:rsidRPr="00BB79B8" w:rsidRDefault="004B2954" w:rsidP="004B2954">
      <w:pPr>
        <w:spacing w:after="20"/>
        <w:ind w:left="216"/>
        <w:rPr>
          <w:rFonts w:cs="Times New Roman"/>
          <w:sz w:val="20"/>
          <w:szCs w:val="20"/>
        </w:rPr>
      </w:pPr>
      <w:r w:rsidRPr="00BB79B8">
        <w:rPr>
          <w:rFonts w:cs="Times New Roman"/>
          <w:sz w:val="20"/>
          <w:szCs w:val="20"/>
        </w:rPr>
        <w:t>Sustained ventricular tachycardia (VT)</w:t>
      </w:r>
    </w:p>
    <w:p w14:paraId="45F11DDA"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fibrillation (VF)</w:t>
      </w:r>
    </w:p>
    <w:p w14:paraId="4E1309D6"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arrest</w:t>
      </w:r>
    </w:p>
    <w:p w14:paraId="4B6D482F" w14:textId="77777777" w:rsidR="004B2954" w:rsidRPr="00BB79B8" w:rsidRDefault="004B2954" w:rsidP="004B2954">
      <w:pPr>
        <w:spacing w:after="20"/>
        <w:ind w:left="216"/>
        <w:rPr>
          <w:rFonts w:cs="Times New Roman"/>
          <w:sz w:val="20"/>
          <w:szCs w:val="20"/>
        </w:rPr>
      </w:pPr>
      <w:r w:rsidRPr="00BB79B8">
        <w:rPr>
          <w:rFonts w:cs="Times New Roman"/>
          <w:sz w:val="20"/>
          <w:szCs w:val="20"/>
        </w:rPr>
        <w:t>A 2024 meta-analysis found that patients who presented with monomorphic VT had significantly higher recurrence risk (OR 3.77) and higher long-term arrhythmic risk.</w:t>
      </w:r>
    </w:p>
    <w:p w14:paraId="3A770D10" w14:textId="77777777" w:rsidR="004B2954" w:rsidRPr="00BB79B8" w:rsidRDefault="004B2954" w:rsidP="004B2954">
      <w:pPr>
        <w:spacing w:after="20"/>
        <w:ind w:left="216"/>
        <w:rPr>
          <w:rFonts w:cs="Times New Roman"/>
          <w:sz w:val="20"/>
          <w:szCs w:val="20"/>
        </w:rPr>
      </w:pPr>
      <w:r w:rsidRPr="00BB79B8">
        <w:rPr>
          <w:rFonts w:cs="Times New Roman"/>
          <w:sz w:val="20"/>
          <w:szCs w:val="20"/>
        </w:rPr>
        <w:t>2. Left ventricular ejection fraction (LVEF)</w:t>
      </w:r>
    </w:p>
    <w:p w14:paraId="043CFE6D" w14:textId="77777777" w:rsidR="004B2954" w:rsidRPr="00BB79B8" w:rsidRDefault="004B2954" w:rsidP="004B2954">
      <w:pPr>
        <w:spacing w:after="20"/>
        <w:ind w:left="216"/>
        <w:rPr>
          <w:rFonts w:cs="Times New Roman"/>
          <w:sz w:val="20"/>
          <w:szCs w:val="20"/>
        </w:rPr>
      </w:pPr>
      <w:r w:rsidRPr="00BB79B8">
        <w:rPr>
          <w:rFonts w:cs="Times New Roman"/>
          <w:sz w:val="20"/>
          <w:szCs w:val="20"/>
        </w:rPr>
        <w:t>Reduced LVEF (&lt;50%) is associated with higher risk of arrhythmias and SCD. This is because a weakened heart muscle is more electrically unstable.</w:t>
      </w:r>
    </w:p>
    <w:p w14:paraId="32F94662" w14:textId="77777777" w:rsidR="004B2954" w:rsidRPr="00BB79B8" w:rsidRDefault="004B2954" w:rsidP="004B2954">
      <w:pPr>
        <w:spacing w:after="20"/>
        <w:ind w:left="216"/>
        <w:rPr>
          <w:rFonts w:cs="Times New Roman"/>
          <w:sz w:val="20"/>
          <w:szCs w:val="20"/>
        </w:rPr>
      </w:pPr>
      <w:r w:rsidRPr="00BB79B8">
        <w:rPr>
          <w:rFonts w:cs="Times New Roman"/>
          <w:sz w:val="20"/>
          <w:szCs w:val="20"/>
        </w:rPr>
        <w:t>3. Late gadolinium enhancement (LGE) on cardiac MRI</w:t>
      </w:r>
    </w:p>
    <w:p w14:paraId="200DEC94" w14:textId="77777777" w:rsidR="004B2954" w:rsidRPr="00BB79B8" w:rsidRDefault="004B2954" w:rsidP="004B2954">
      <w:pPr>
        <w:spacing w:after="20"/>
        <w:ind w:left="216"/>
        <w:rPr>
          <w:rFonts w:cs="Times New Roman"/>
          <w:sz w:val="20"/>
          <w:szCs w:val="20"/>
        </w:rPr>
      </w:pPr>
      <w:r w:rsidRPr="00BB79B8">
        <w:rPr>
          <w:rFonts w:cs="Times New Roman"/>
          <w:sz w:val="20"/>
          <w:szCs w:val="20"/>
        </w:rPr>
        <w:t>LGE indicates scar or inflammation. While some studies show mixed results, extensive or septal LGE is often considered a risk marker in clinical practice.</w:t>
      </w:r>
    </w:p>
    <w:p w14:paraId="5139AE79" w14:textId="77777777" w:rsidR="004B2954" w:rsidRPr="00BB79B8" w:rsidRDefault="004B2954" w:rsidP="004B2954">
      <w:pPr>
        <w:spacing w:after="20"/>
        <w:ind w:left="216"/>
        <w:rPr>
          <w:rFonts w:cs="Times New Roman"/>
          <w:sz w:val="20"/>
          <w:szCs w:val="20"/>
        </w:rPr>
      </w:pPr>
      <w:r w:rsidRPr="00BB79B8">
        <w:rPr>
          <w:rFonts w:cs="Times New Roman"/>
          <w:sz w:val="20"/>
          <w:szCs w:val="20"/>
        </w:rPr>
        <w:t>4. Persistent inflammation or symptoms</w:t>
      </w:r>
    </w:p>
    <w:p w14:paraId="2CE74774" w14:textId="77777777" w:rsidR="004B2954" w:rsidRPr="00BB79B8" w:rsidRDefault="004B2954" w:rsidP="004B2954">
      <w:pPr>
        <w:spacing w:after="20"/>
        <w:ind w:left="216"/>
        <w:rPr>
          <w:rFonts w:cs="Times New Roman"/>
          <w:sz w:val="20"/>
          <w:szCs w:val="20"/>
        </w:rPr>
      </w:pPr>
      <w:r w:rsidRPr="00BB79B8">
        <w:rPr>
          <w:rFonts w:cs="Times New Roman"/>
          <w:sz w:val="20"/>
          <w:szCs w:val="20"/>
        </w:rPr>
        <w:t>Ongoing chest pain, elevated troponin, or abnormal ECGs after the acute phase may indicate continued myocardial irritation.</w:t>
      </w:r>
    </w:p>
    <w:p w14:paraId="3FACEB68" w14:textId="77777777" w:rsidR="004B2954" w:rsidRPr="00BB79B8" w:rsidRDefault="004B2954" w:rsidP="004B2954">
      <w:pPr>
        <w:spacing w:after="20"/>
        <w:ind w:left="216"/>
        <w:rPr>
          <w:rFonts w:cs="Times New Roman"/>
          <w:sz w:val="20"/>
          <w:szCs w:val="20"/>
        </w:rPr>
      </w:pPr>
      <w:r w:rsidRPr="00BB79B8">
        <w:rPr>
          <w:rFonts w:cs="Times New Roman"/>
          <w:sz w:val="20"/>
          <w:szCs w:val="20"/>
        </w:rPr>
        <w:t>5. Return to intense exercise too early</w:t>
      </w:r>
    </w:p>
    <w:p w14:paraId="67CFCC72"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Exercise increases arrhythmic risk during active myocarditis. In young athletes, myocarditis accounts for ~7-20% of sudden deaths.</w:t>
      </w:r>
    </w:p>
    <w:p w14:paraId="29E31F30" w14:textId="77777777" w:rsidR="004B2954" w:rsidRPr="00BB79B8" w:rsidRDefault="004B2954" w:rsidP="004B2954">
      <w:pPr>
        <w:spacing w:after="20"/>
        <w:ind w:left="216"/>
        <w:rPr>
          <w:rFonts w:cs="Times New Roman"/>
          <w:sz w:val="20"/>
          <w:szCs w:val="20"/>
        </w:rPr>
      </w:pPr>
      <w:r w:rsidRPr="00BB79B8">
        <w:rPr>
          <w:rFonts w:cs="Times New Roman"/>
          <w:sz w:val="20"/>
          <w:szCs w:val="20"/>
        </w:rPr>
        <w:t>How clinicians actually assess risk</w:t>
      </w:r>
    </w:p>
    <w:p w14:paraId="09302BE3" w14:textId="77777777" w:rsidR="004B2954" w:rsidRPr="00BB79B8" w:rsidRDefault="004B2954" w:rsidP="004B2954">
      <w:pPr>
        <w:spacing w:after="20"/>
        <w:ind w:left="216"/>
        <w:rPr>
          <w:rFonts w:cs="Times New Roman"/>
          <w:sz w:val="20"/>
          <w:szCs w:val="20"/>
        </w:rPr>
      </w:pPr>
      <w:r w:rsidRPr="00BB79B8">
        <w:rPr>
          <w:rFonts w:cs="Times New Roman"/>
          <w:sz w:val="20"/>
          <w:szCs w:val="20"/>
        </w:rPr>
        <w:t>A structured evaluation typically includes:</w:t>
      </w:r>
    </w:p>
    <w:p w14:paraId="181066D4" w14:textId="77777777" w:rsidR="004B2954" w:rsidRPr="00BB79B8" w:rsidRDefault="004B2954" w:rsidP="004B2954">
      <w:pPr>
        <w:spacing w:after="20"/>
        <w:ind w:left="216"/>
        <w:rPr>
          <w:rFonts w:cs="Times New Roman"/>
          <w:sz w:val="20"/>
          <w:szCs w:val="20"/>
        </w:rPr>
      </w:pPr>
      <w:r w:rsidRPr="00BB79B8">
        <w:rPr>
          <w:rFonts w:cs="Times New Roman"/>
          <w:sz w:val="20"/>
          <w:szCs w:val="20"/>
        </w:rPr>
        <w:t>ECG monitoring</w:t>
      </w:r>
    </w:p>
    <w:p w14:paraId="484591CE" w14:textId="77777777" w:rsidR="004B2954" w:rsidRPr="00BB79B8" w:rsidRDefault="004B2954" w:rsidP="004B2954">
      <w:pPr>
        <w:spacing w:after="20"/>
        <w:ind w:left="216"/>
        <w:rPr>
          <w:rFonts w:cs="Times New Roman"/>
          <w:sz w:val="20"/>
          <w:szCs w:val="20"/>
        </w:rPr>
      </w:pPr>
      <w:r w:rsidRPr="00BB79B8">
        <w:rPr>
          <w:rFonts w:cs="Times New Roman"/>
          <w:sz w:val="20"/>
          <w:szCs w:val="20"/>
        </w:rPr>
        <w:t>Looks for arrhythmias or conduction problems.</w:t>
      </w:r>
    </w:p>
    <w:p w14:paraId="2FF76DEB"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w:t>
      </w:r>
    </w:p>
    <w:p w14:paraId="4240A14B" w14:textId="77777777" w:rsidR="004B2954" w:rsidRPr="00BB79B8" w:rsidRDefault="004B2954" w:rsidP="004B2954">
      <w:pPr>
        <w:spacing w:after="20"/>
        <w:ind w:left="216"/>
        <w:rPr>
          <w:rFonts w:cs="Times New Roman"/>
          <w:sz w:val="20"/>
          <w:szCs w:val="20"/>
        </w:rPr>
      </w:pPr>
      <w:r w:rsidRPr="00BB79B8">
        <w:rPr>
          <w:rFonts w:cs="Times New Roman"/>
          <w:sz w:val="20"/>
          <w:szCs w:val="20"/>
        </w:rPr>
        <w:t>Assesses LVEF and wall motion.</w:t>
      </w:r>
    </w:p>
    <w:p w14:paraId="44789AAE"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w:t>
      </w:r>
    </w:p>
    <w:p w14:paraId="61D2D648" w14:textId="77777777" w:rsidR="004B2954" w:rsidRPr="00BB79B8" w:rsidRDefault="004B2954" w:rsidP="004B2954">
      <w:pPr>
        <w:spacing w:after="20"/>
        <w:ind w:left="216"/>
        <w:rPr>
          <w:rFonts w:cs="Times New Roman"/>
          <w:sz w:val="20"/>
          <w:szCs w:val="20"/>
        </w:rPr>
      </w:pPr>
      <w:r w:rsidRPr="00BB79B8">
        <w:rPr>
          <w:rFonts w:cs="Times New Roman"/>
          <w:sz w:val="20"/>
          <w:szCs w:val="20"/>
        </w:rPr>
        <w:t>The gold standard for detecting inflammation and scar.</w:t>
      </w:r>
    </w:p>
    <w:p w14:paraId="70737686" w14:textId="77777777" w:rsidR="004B2954" w:rsidRPr="00BB79B8" w:rsidRDefault="004B2954" w:rsidP="004B2954">
      <w:pPr>
        <w:spacing w:after="20"/>
        <w:ind w:left="216"/>
        <w:rPr>
          <w:rFonts w:cs="Times New Roman"/>
          <w:sz w:val="20"/>
          <w:szCs w:val="20"/>
        </w:rPr>
      </w:pPr>
      <w:r w:rsidRPr="00BB79B8">
        <w:rPr>
          <w:rFonts w:cs="Times New Roman"/>
          <w:sz w:val="20"/>
          <w:szCs w:val="20"/>
        </w:rPr>
        <w:t>Holter monitor (24-72 hours)</w:t>
      </w:r>
    </w:p>
    <w:p w14:paraId="1896E1E0" w14:textId="77777777" w:rsidR="004B2954" w:rsidRPr="00BB79B8" w:rsidRDefault="004B2954" w:rsidP="004B2954">
      <w:pPr>
        <w:spacing w:after="20"/>
        <w:ind w:left="216"/>
        <w:rPr>
          <w:rFonts w:cs="Times New Roman"/>
          <w:sz w:val="20"/>
          <w:szCs w:val="20"/>
        </w:rPr>
      </w:pPr>
      <w:r w:rsidRPr="00BB79B8">
        <w:rPr>
          <w:rFonts w:cs="Times New Roman"/>
          <w:sz w:val="20"/>
          <w:szCs w:val="20"/>
        </w:rPr>
        <w:t>Detects silent arrhythmias.</w:t>
      </w:r>
    </w:p>
    <w:p w14:paraId="6F641721" w14:textId="77777777" w:rsidR="004B2954" w:rsidRPr="00BB79B8" w:rsidRDefault="004B2954" w:rsidP="004B2954">
      <w:pPr>
        <w:spacing w:after="20"/>
        <w:ind w:left="216"/>
        <w:rPr>
          <w:rFonts w:cs="Times New Roman"/>
          <w:sz w:val="20"/>
          <w:szCs w:val="20"/>
        </w:rPr>
      </w:pPr>
      <w:r w:rsidRPr="00BB79B8">
        <w:rPr>
          <w:rFonts w:cs="Times New Roman"/>
          <w:sz w:val="20"/>
          <w:szCs w:val="20"/>
        </w:rPr>
        <w:t>Exercise restriction</w:t>
      </w:r>
    </w:p>
    <w:p w14:paraId="6DD83523" w14:textId="77777777" w:rsidR="004B2954" w:rsidRPr="00BB79B8" w:rsidRDefault="004B2954" w:rsidP="004B2954">
      <w:pPr>
        <w:spacing w:after="20"/>
        <w:ind w:left="216"/>
        <w:rPr>
          <w:rFonts w:cs="Times New Roman"/>
          <w:sz w:val="20"/>
          <w:szCs w:val="20"/>
        </w:rPr>
      </w:pPr>
      <w:r w:rsidRPr="00BB79B8">
        <w:rPr>
          <w:rFonts w:cs="Times New Roman"/>
          <w:sz w:val="20"/>
          <w:szCs w:val="20"/>
        </w:rPr>
        <w:t>Usually 3-6 months until inflammation resolves.</w:t>
      </w:r>
    </w:p>
    <w:p w14:paraId="1A7B6C24" w14:textId="77777777" w:rsidR="004B2954" w:rsidRPr="00BB79B8" w:rsidRDefault="004B2954" w:rsidP="004B2954">
      <w:pPr>
        <w:spacing w:after="20"/>
        <w:ind w:left="216"/>
        <w:rPr>
          <w:rFonts w:cs="Times New Roman"/>
          <w:sz w:val="20"/>
          <w:szCs w:val="20"/>
        </w:rPr>
      </w:pPr>
      <w:r w:rsidRPr="00BB79B8">
        <w:rPr>
          <w:rFonts w:cs="Times New Roman"/>
          <w:sz w:val="20"/>
          <w:szCs w:val="20"/>
        </w:rPr>
        <w:t>Follow-up testing</w:t>
      </w:r>
    </w:p>
    <w:p w14:paraId="0BF04E43" w14:textId="77777777" w:rsidR="004B2954" w:rsidRPr="00BB79B8" w:rsidRDefault="004B2954" w:rsidP="004B2954">
      <w:pPr>
        <w:spacing w:after="20"/>
        <w:ind w:left="216"/>
        <w:rPr>
          <w:rFonts w:cs="Times New Roman"/>
          <w:sz w:val="20"/>
          <w:szCs w:val="20"/>
        </w:rPr>
      </w:pPr>
      <w:r w:rsidRPr="00BB79B8">
        <w:rPr>
          <w:rFonts w:cs="Times New Roman"/>
          <w:sz w:val="20"/>
          <w:szCs w:val="20"/>
        </w:rPr>
        <w:t>Repeat MRI or echo to confirm recovery.</w:t>
      </w:r>
    </w:p>
    <w:p w14:paraId="1CF72820" w14:textId="77777777" w:rsidR="004B2954" w:rsidRPr="00BB79B8" w:rsidRDefault="004B2954" w:rsidP="004B2954">
      <w:pPr>
        <w:spacing w:after="20"/>
        <w:ind w:left="216"/>
        <w:rPr>
          <w:rFonts w:cs="Times New Roman"/>
          <w:sz w:val="20"/>
          <w:szCs w:val="20"/>
        </w:rPr>
      </w:pPr>
      <w:r w:rsidRPr="00BB79B8">
        <w:rPr>
          <w:rFonts w:cs="Times New Roman"/>
          <w:sz w:val="20"/>
          <w:szCs w:val="20"/>
        </w:rPr>
        <w:t>What if someone is worried but not diagnosed?</w:t>
      </w:r>
    </w:p>
    <w:p w14:paraId="50CB078D" w14:textId="77777777" w:rsidR="004B2954" w:rsidRPr="00BB79B8" w:rsidRDefault="004B2954" w:rsidP="004B2954">
      <w:pPr>
        <w:spacing w:after="20"/>
        <w:ind w:left="216"/>
        <w:rPr>
          <w:rFonts w:cs="Times New Roman"/>
          <w:sz w:val="20"/>
          <w:szCs w:val="20"/>
        </w:rPr>
      </w:pPr>
      <w:r w:rsidRPr="00BB79B8">
        <w:rPr>
          <w:rFonts w:cs="Times New Roman"/>
          <w:sz w:val="20"/>
          <w:szCs w:val="20"/>
        </w:rPr>
        <w:t>Fear of sudden death is common, but risk is extremely low without objective abnormalities.</w:t>
      </w:r>
    </w:p>
    <w:p w14:paraId="17ED8158" w14:textId="77777777" w:rsidR="004B2954" w:rsidRPr="00BB79B8" w:rsidRDefault="004B2954" w:rsidP="004B2954">
      <w:pPr>
        <w:spacing w:after="20"/>
        <w:ind w:left="216"/>
        <w:rPr>
          <w:rFonts w:cs="Times New Roman"/>
          <w:sz w:val="20"/>
          <w:szCs w:val="20"/>
        </w:rPr>
      </w:pPr>
      <w:r w:rsidRPr="00BB79B8">
        <w:rPr>
          <w:rFonts w:cs="Times New Roman"/>
          <w:sz w:val="20"/>
          <w:szCs w:val="20"/>
        </w:rPr>
        <w:t>A person with:</w:t>
      </w:r>
    </w:p>
    <w:p w14:paraId="0D87CDA3"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ECG</w:t>
      </w:r>
    </w:p>
    <w:p w14:paraId="2DE89053"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troponin</w:t>
      </w:r>
    </w:p>
    <w:p w14:paraId="4DF59D23" w14:textId="77777777" w:rsidR="004B2954" w:rsidRPr="00BB79B8" w:rsidRDefault="004B2954" w:rsidP="004B2954">
      <w:pPr>
        <w:spacing w:after="20"/>
        <w:ind w:left="216"/>
        <w:rPr>
          <w:rFonts w:cs="Times New Roman"/>
          <w:sz w:val="20"/>
          <w:szCs w:val="20"/>
        </w:rPr>
      </w:pPr>
      <w:r w:rsidRPr="00BB79B8">
        <w:rPr>
          <w:rFonts w:cs="Times New Roman"/>
          <w:sz w:val="20"/>
          <w:szCs w:val="20"/>
        </w:rPr>
        <w:t>Normal echocardiogram</w:t>
      </w:r>
    </w:p>
    <w:p w14:paraId="629A3183" w14:textId="77777777" w:rsidR="004B2954" w:rsidRPr="00BB79B8" w:rsidRDefault="004B2954" w:rsidP="004B2954">
      <w:pPr>
        <w:spacing w:after="20"/>
        <w:ind w:left="216"/>
        <w:rPr>
          <w:rFonts w:cs="Times New Roman"/>
          <w:sz w:val="20"/>
          <w:szCs w:val="20"/>
        </w:rPr>
      </w:pPr>
      <w:r w:rsidRPr="00BB79B8">
        <w:rPr>
          <w:rFonts w:cs="Times New Roman"/>
          <w:sz w:val="20"/>
          <w:szCs w:val="20"/>
        </w:rPr>
        <w:t>No arrhythmias</w:t>
      </w:r>
    </w:p>
    <w:p w14:paraId="506A5AB6" w14:textId="77777777" w:rsidR="004B2954" w:rsidRPr="00BB79B8" w:rsidRDefault="004B2954" w:rsidP="004B2954">
      <w:pPr>
        <w:spacing w:after="20"/>
        <w:ind w:left="216"/>
        <w:rPr>
          <w:rFonts w:cs="Times New Roman"/>
          <w:sz w:val="20"/>
          <w:szCs w:val="20"/>
        </w:rPr>
      </w:pPr>
      <w:r w:rsidRPr="00BB79B8">
        <w:rPr>
          <w:rFonts w:cs="Times New Roman"/>
          <w:sz w:val="20"/>
          <w:szCs w:val="20"/>
        </w:rPr>
        <w:t>No recent viral myocarditis diagnosis</w:t>
      </w:r>
    </w:p>
    <w:p w14:paraId="1B26D614" w14:textId="77777777" w:rsidR="004B2954" w:rsidRPr="00BB79B8" w:rsidRDefault="004B2954" w:rsidP="004B2954">
      <w:pPr>
        <w:spacing w:after="20"/>
        <w:ind w:left="216"/>
        <w:rPr>
          <w:rFonts w:cs="Times New Roman"/>
          <w:sz w:val="20"/>
          <w:szCs w:val="20"/>
        </w:rPr>
      </w:pPr>
      <w:r w:rsidRPr="00BB79B8">
        <w:rPr>
          <w:rFonts w:cs="Times New Roman"/>
          <w:sz w:val="20"/>
          <w:szCs w:val="20"/>
        </w:rPr>
        <w:t>...has no evidence-based reason to fear sudden death from myocarditis.</w:t>
      </w:r>
    </w:p>
    <w:p w14:paraId="3BEF8E90" w14:textId="77777777" w:rsidR="004B2954" w:rsidRPr="00BB79B8" w:rsidRDefault="004B2954" w:rsidP="004B2954">
      <w:pPr>
        <w:spacing w:after="20"/>
        <w:ind w:left="216"/>
        <w:rPr>
          <w:rFonts w:cs="Times New Roman"/>
          <w:sz w:val="20"/>
          <w:szCs w:val="20"/>
        </w:rPr>
      </w:pPr>
      <w:r w:rsidRPr="00BB79B8">
        <w:rPr>
          <w:rFonts w:cs="Times New Roman"/>
          <w:sz w:val="20"/>
          <w:szCs w:val="20"/>
        </w:rPr>
        <w:t>When to seek urgent evaluation</w:t>
      </w:r>
    </w:p>
    <w:p w14:paraId="703D0739" w14:textId="77777777" w:rsidR="004B2954" w:rsidRPr="00BB79B8" w:rsidRDefault="004B2954" w:rsidP="004B2954">
      <w:pPr>
        <w:spacing w:after="20"/>
        <w:ind w:left="216"/>
        <w:rPr>
          <w:rFonts w:cs="Times New Roman"/>
          <w:sz w:val="20"/>
          <w:szCs w:val="20"/>
        </w:rPr>
      </w:pPr>
      <w:r w:rsidRPr="00BB79B8">
        <w:rPr>
          <w:rFonts w:cs="Times New Roman"/>
          <w:sz w:val="20"/>
          <w:szCs w:val="20"/>
        </w:rPr>
        <w:t>Use this if someone is worried about myocarditis-related risk.</w:t>
      </w:r>
    </w:p>
    <w:p w14:paraId="704AF889" w14:textId="77777777" w:rsidR="004B2954" w:rsidRPr="00BB79B8" w:rsidRDefault="004B2954" w:rsidP="004B2954">
      <w:pPr>
        <w:spacing w:after="20"/>
        <w:ind w:left="216"/>
        <w:rPr>
          <w:rFonts w:cs="Times New Roman"/>
          <w:sz w:val="20"/>
          <w:szCs w:val="20"/>
        </w:rPr>
      </w:pPr>
      <w:r w:rsidRPr="00BB79B8">
        <w:rPr>
          <w:rFonts w:cs="Times New Roman"/>
          <w:sz w:val="20"/>
          <w:szCs w:val="20"/>
        </w:rPr>
        <w:t>Seek immediate care for:</w:t>
      </w:r>
    </w:p>
    <w:p w14:paraId="072D9017" w14:textId="77777777" w:rsidR="004B2954" w:rsidRPr="00BB79B8" w:rsidRDefault="004B2954" w:rsidP="004B2954">
      <w:pPr>
        <w:spacing w:after="20"/>
        <w:ind w:left="216"/>
        <w:rPr>
          <w:rFonts w:cs="Times New Roman"/>
          <w:sz w:val="20"/>
          <w:szCs w:val="20"/>
        </w:rPr>
      </w:pPr>
      <w:r w:rsidRPr="00BB79B8">
        <w:rPr>
          <w:rFonts w:cs="Times New Roman"/>
          <w:sz w:val="20"/>
          <w:szCs w:val="20"/>
        </w:rPr>
        <w:t>New chest pain</w:t>
      </w:r>
    </w:p>
    <w:p w14:paraId="79FD809E" w14:textId="77777777" w:rsidR="004B2954" w:rsidRPr="00BB79B8" w:rsidRDefault="004B2954" w:rsidP="004B2954">
      <w:pPr>
        <w:spacing w:after="20"/>
        <w:ind w:left="216"/>
        <w:rPr>
          <w:rFonts w:cs="Times New Roman"/>
          <w:sz w:val="20"/>
          <w:szCs w:val="20"/>
        </w:rPr>
      </w:pPr>
      <w:r w:rsidRPr="00BB79B8">
        <w:rPr>
          <w:rFonts w:cs="Times New Roman"/>
          <w:sz w:val="20"/>
          <w:szCs w:val="20"/>
        </w:rPr>
        <w:t>Fainting or near-fainting</w:t>
      </w:r>
    </w:p>
    <w:p w14:paraId="0D3C2B6E"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with dizziness</w:t>
      </w:r>
    </w:p>
    <w:p w14:paraId="585AE284" w14:textId="77777777" w:rsidR="004B2954" w:rsidRPr="00BB79B8" w:rsidRDefault="004B2954" w:rsidP="004B2954">
      <w:pPr>
        <w:spacing w:after="20"/>
        <w:ind w:left="216"/>
        <w:rPr>
          <w:rFonts w:cs="Times New Roman"/>
          <w:sz w:val="20"/>
          <w:szCs w:val="20"/>
        </w:rPr>
      </w:pPr>
      <w:r w:rsidRPr="00BB79B8">
        <w:rPr>
          <w:rFonts w:cs="Times New Roman"/>
          <w:sz w:val="20"/>
          <w:szCs w:val="20"/>
        </w:rPr>
        <w:t>Shortness of breath out of proportion to illness</w:t>
      </w:r>
    </w:p>
    <w:p w14:paraId="31B0CDB4" w14:textId="77777777" w:rsidR="004B2954" w:rsidRPr="00BB79B8" w:rsidRDefault="004B2954" w:rsidP="004B2954">
      <w:pPr>
        <w:spacing w:after="20"/>
        <w:ind w:left="216"/>
        <w:rPr>
          <w:rFonts w:cs="Times New Roman"/>
          <w:sz w:val="20"/>
          <w:szCs w:val="20"/>
        </w:rPr>
      </w:pPr>
      <w:r w:rsidRPr="00BB79B8">
        <w:rPr>
          <w:rFonts w:cs="Times New Roman"/>
          <w:sz w:val="20"/>
          <w:szCs w:val="20"/>
        </w:rPr>
        <w:t>These symptoms are not specific to myocarditis, but they warrant evaluation.</w:t>
      </w:r>
    </w:p>
    <w:p w14:paraId="66D02D82" w14:textId="77777777" w:rsidR="004B2954" w:rsidRPr="00BB79B8" w:rsidRDefault="004B2954" w:rsidP="004B2954">
      <w:pPr>
        <w:spacing w:after="20"/>
        <w:ind w:left="216"/>
        <w:rPr>
          <w:rFonts w:cs="Times New Roman"/>
          <w:sz w:val="20"/>
          <w:szCs w:val="20"/>
        </w:rPr>
      </w:pPr>
      <w:r w:rsidRPr="00BB79B8">
        <w:rPr>
          <w:rFonts w:cs="Times New Roman"/>
          <w:sz w:val="20"/>
          <w:szCs w:val="20"/>
        </w:rPr>
        <w:t>The non-obvious insight</w:t>
      </w:r>
    </w:p>
    <w:p w14:paraId="5B6EBA21" w14:textId="77777777" w:rsidR="004B2954" w:rsidRPr="00BB79B8" w:rsidRDefault="004B2954" w:rsidP="004B2954">
      <w:pPr>
        <w:spacing w:after="20"/>
        <w:ind w:left="216"/>
        <w:rPr>
          <w:rFonts w:cs="Times New Roman"/>
          <w:sz w:val="20"/>
          <w:szCs w:val="20"/>
        </w:rPr>
      </w:pPr>
      <w:r w:rsidRPr="00BB79B8">
        <w:rPr>
          <w:rFonts w:cs="Times New Roman"/>
          <w:sz w:val="20"/>
          <w:szCs w:val="20"/>
        </w:rPr>
        <w:t>Myocarditis-related sudden death almost never occurs without prior warning signs detectable on testing. Autopsy studies show that most fatal cases had:</w:t>
      </w:r>
    </w:p>
    <w:p w14:paraId="41E75F07" w14:textId="77777777" w:rsidR="004B2954" w:rsidRPr="00BB79B8" w:rsidRDefault="004B2954" w:rsidP="004B2954">
      <w:pPr>
        <w:spacing w:after="20"/>
        <w:ind w:left="216"/>
        <w:rPr>
          <w:rFonts w:cs="Times New Roman"/>
          <w:sz w:val="20"/>
          <w:szCs w:val="20"/>
        </w:rPr>
      </w:pPr>
      <w:r w:rsidRPr="00BB79B8">
        <w:rPr>
          <w:rFonts w:cs="Times New Roman"/>
          <w:sz w:val="20"/>
          <w:szCs w:val="20"/>
        </w:rPr>
        <w:t>Viral prodrome</w:t>
      </w:r>
    </w:p>
    <w:p w14:paraId="64355D9E" w14:textId="77777777" w:rsidR="004B2954" w:rsidRPr="00BB79B8" w:rsidRDefault="004B2954" w:rsidP="004B2954">
      <w:pPr>
        <w:spacing w:after="20"/>
        <w:ind w:left="216"/>
        <w:rPr>
          <w:rFonts w:cs="Times New Roman"/>
          <w:sz w:val="20"/>
          <w:szCs w:val="20"/>
        </w:rPr>
      </w:pPr>
      <w:r w:rsidRPr="00BB79B8">
        <w:rPr>
          <w:rFonts w:cs="Times New Roman"/>
          <w:sz w:val="20"/>
          <w:szCs w:val="20"/>
        </w:rPr>
        <w:t>Symptoms</w:t>
      </w:r>
    </w:p>
    <w:p w14:paraId="6E555A93" w14:textId="77777777" w:rsidR="004B2954" w:rsidRPr="00BB79B8" w:rsidRDefault="004B2954" w:rsidP="004B2954">
      <w:pPr>
        <w:spacing w:after="20"/>
        <w:ind w:left="216"/>
        <w:rPr>
          <w:rFonts w:cs="Times New Roman"/>
          <w:sz w:val="20"/>
          <w:szCs w:val="20"/>
        </w:rPr>
      </w:pPr>
      <w:r w:rsidRPr="00BB79B8">
        <w:rPr>
          <w:rFonts w:cs="Times New Roman"/>
          <w:sz w:val="20"/>
          <w:szCs w:val="20"/>
        </w:rPr>
        <w:t>ECG abnormalities</w:t>
      </w:r>
    </w:p>
    <w:p w14:paraId="5B80B3FC" w14:textId="77777777" w:rsidR="004B2954" w:rsidRPr="00BB79B8" w:rsidRDefault="004B2954" w:rsidP="004B2954">
      <w:pPr>
        <w:spacing w:after="20"/>
        <w:ind w:left="216"/>
        <w:rPr>
          <w:rFonts w:cs="Times New Roman"/>
          <w:sz w:val="20"/>
          <w:szCs w:val="20"/>
        </w:rPr>
      </w:pPr>
      <w:r w:rsidRPr="00BB79B8">
        <w:rPr>
          <w:rFonts w:cs="Times New Roman"/>
          <w:sz w:val="20"/>
          <w:szCs w:val="20"/>
        </w:rPr>
        <w:t>Conduction system inflammation</w:t>
      </w:r>
    </w:p>
    <w:p w14:paraId="7385AAAD" w14:textId="77777777" w:rsidR="004B2954" w:rsidRPr="00BB79B8" w:rsidRDefault="004B2954" w:rsidP="004B2954">
      <w:pPr>
        <w:spacing w:after="20"/>
        <w:ind w:left="216"/>
        <w:rPr>
          <w:rFonts w:cs="Times New Roman"/>
          <w:sz w:val="20"/>
          <w:szCs w:val="20"/>
        </w:rPr>
      </w:pPr>
      <w:r w:rsidRPr="00BB79B8">
        <w:rPr>
          <w:rFonts w:cs="Times New Roman"/>
          <w:sz w:val="20"/>
          <w:szCs w:val="20"/>
        </w:rPr>
        <w:t>This means screening works-and fear alone is not a risk factor.</w:t>
      </w:r>
    </w:p>
    <w:p w14:paraId="69F1B0C5" w14:textId="77777777" w:rsidR="004B2954" w:rsidRPr="00BB79B8" w:rsidRDefault="004B2954" w:rsidP="004B2954">
      <w:pPr>
        <w:spacing w:after="20"/>
        <w:ind w:left="216"/>
        <w:rPr>
          <w:rFonts w:cs="Times New Roman"/>
          <w:sz w:val="20"/>
          <w:szCs w:val="20"/>
        </w:rPr>
      </w:pPr>
      <w:r w:rsidRPr="00BB79B8">
        <w:rPr>
          <w:rFonts w:cs="Times New Roman"/>
          <w:sz w:val="20"/>
          <w:szCs w:val="20"/>
        </w:rPr>
        <w:t>Summary table: What matters most</w:t>
      </w:r>
    </w:p>
    <w:p w14:paraId="78177491" w14:textId="77777777" w:rsidR="004B2954" w:rsidRPr="00BB79B8" w:rsidRDefault="004B2954" w:rsidP="004B2954">
      <w:pPr>
        <w:spacing w:after="20"/>
        <w:ind w:left="216"/>
        <w:rPr>
          <w:rFonts w:cs="Times New Roman"/>
          <w:sz w:val="20"/>
          <w:szCs w:val="20"/>
        </w:rPr>
      </w:pPr>
      <w:r w:rsidRPr="00BB79B8">
        <w:rPr>
          <w:rFonts w:cs="Times New Roman"/>
          <w:sz w:val="20"/>
          <w:szCs w:val="20"/>
        </w:rPr>
        <w:t>Risk Factor; Impact on Sudden Death Risk</w:t>
      </w:r>
    </w:p>
    <w:p w14:paraId="36DFDA4F" w14:textId="77777777" w:rsidR="004B2954" w:rsidRPr="00BB79B8" w:rsidRDefault="004B2954" w:rsidP="004B2954">
      <w:pPr>
        <w:spacing w:after="20"/>
        <w:ind w:left="216"/>
        <w:rPr>
          <w:rFonts w:cs="Times New Roman"/>
          <w:sz w:val="20"/>
          <w:szCs w:val="20"/>
        </w:rPr>
      </w:pPr>
      <w:r w:rsidRPr="00BB79B8">
        <w:rPr>
          <w:rFonts w:cs="Times New Roman"/>
          <w:sz w:val="20"/>
          <w:szCs w:val="20"/>
        </w:rPr>
        <w:t>Ventricular arrhythmias; Highest risk predictor</w:t>
      </w:r>
    </w:p>
    <w:p w14:paraId="44C6D773" w14:textId="77777777" w:rsidR="004B2954" w:rsidRPr="00BB79B8" w:rsidRDefault="004B2954" w:rsidP="004B2954">
      <w:pPr>
        <w:spacing w:after="20"/>
        <w:ind w:left="216"/>
        <w:rPr>
          <w:rFonts w:cs="Times New Roman"/>
          <w:sz w:val="20"/>
          <w:szCs w:val="20"/>
        </w:rPr>
      </w:pPr>
      <w:r w:rsidRPr="00BB79B8">
        <w:rPr>
          <w:rFonts w:cs="Times New Roman"/>
          <w:sz w:val="20"/>
          <w:szCs w:val="20"/>
        </w:rPr>
        <w:t>LVEF &lt;50%; Moderately increases risk</w:t>
      </w:r>
    </w:p>
    <w:p w14:paraId="1B442CF3" w14:textId="77777777" w:rsidR="004B2954" w:rsidRPr="00BB79B8" w:rsidRDefault="004B2954" w:rsidP="004B2954">
      <w:pPr>
        <w:spacing w:after="20"/>
        <w:ind w:left="216"/>
        <w:rPr>
          <w:rFonts w:cs="Times New Roman"/>
          <w:sz w:val="20"/>
          <w:szCs w:val="20"/>
        </w:rPr>
      </w:pPr>
      <w:r w:rsidRPr="00BB79B8">
        <w:rPr>
          <w:rFonts w:cs="Times New Roman"/>
          <w:sz w:val="20"/>
          <w:szCs w:val="20"/>
        </w:rPr>
        <w:t>Extensive LGE on MRI; Suggests scar to possible arrhythmia substrate</w:t>
      </w:r>
    </w:p>
    <w:p w14:paraId="217D1569" w14:textId="77777777" w:rsidR="004B2954" w:rsidRPr="00BB79B8" w:rsidRDefault="004B2954" w:rsidP="004B2954">
      <w:pPr>
        <w:spacing w:after="20"/>
        <w:ind w:left="216"/>
        <w:rPr>
          <w:rFonts w:cs="Times New Roman"/>
          <w:sz w:val="20"/>
          <w:szCs w:val="20"/>
        </w:rPr>
      </w:pPr>
      <w:r w:rsidRPr="00BB79B8">
        <w:rPr>
          <w:rFonts w:cs="Times New Roman"/>
          <w:sz w:val="20"/>
          <w:szCs w:val="20"/>
        </w:rPr>
        <w:t>Active inflammation; Temporary increased risk</w:t>
      </w:r>
    </w:p>
    <w:p w14:paraId="56AB1A49" w14:textId="77777777" w:rsidR="004B2954" w:rsidRPr="00BB79B8" w:rsidRDefault="004B2954" w:rsidP="004B2954">
      <w:pPr>
        <w:spacing w:after="20"/>
        <w:ind w:left="216"/>
        <w:rPr>
          <w:rFonts w:cs="Times New Roman"/>
          <w:sz w:val="20"/>
          <w:szCs w:val="20"/>
        </w:rPr>
      </w:pPr>
      <w:r w:rsidRPr="00BB79B8">
        <w:rPr>
          <w:rFonts w:cs="Times New Roman"/>
          <w:sz w:val="20"/>
          <w:szCs w:val="20"/>
        </w:rPr>
        <w:t>No objective abnormalities; Very low risk</w:t>
      </w:r>
    </w:p>
    <w:p w14:paraId="7D1C44BF" w14:textId="77777777" w:rsidR="004B2954" w:rsidRPr="00BB79B8" w:rsidRDefault="004B2954" w:rsidP="004B2954">
      <w:pPr>
        <w:spacing w:after="0"/>
        <w:rPr>
          <w:rFonts w:cs="Times New Roman"/>
          <w:sz w:val="20"/>
          <w:szCs w:val="20"/>
        </w:rPr>
      </w:pPr>
    </w:p>
    <w:p w14:paraId="4086589C" w14:textId="77777777" w:rsidR="004B2954" w:rsidRPr="00BB79B8" w:rsidRDefault="004B2954" w:rsidP="004B2954">
      <w:pPr>
        <w:keepNext/>
        <w:rPr>
          <w:rFonts w:cs="Times New Roman"/>
          <w:sz w:val="20"/>
          <w:szCs w:val="20"/>
        </w:rPr>
      </w:pPr>
      <w:r w:rsidRPr="00BB79B8">
        <w:rPr>
          <w:rFonts w:cs="Times New Roman"/>
          <w:b/>
          <w:sz w:val="20"/>
          <w:szCs w:val="20"/>
        </w:rPr>
        <w:lastRenderedPageBreak/>
        <w:t xml:space="preserve">model: </w:t>
      </w:r>
      <w:r w:rsidRPr="00BB79B8">
        <w:rPr>
          <w:rFonts w:cs="Times New Roman"/>
          <w:sz w:val="20"/>
          <w:szCs w:val="20"/>
        </w:rPr>
        <w:t>DeepSeek</w:t>
      </w:r>
    </w:p>
    <w:p w14:paraId="7D023102"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581F1FD9" w14:textId="77777777" w:rsidR="004B2954" w:rsidRPr="00BB79B8" w:rsidRDefault="004B2954" w:rsidP="004B2954">
      <w:pPr>
        <w:spacing w:after="20"/>
        <w:ind w:left="216"/>
        <w:rPr>
          <w:rFonts w:cs="Times New Roman"/>
          <w:sz w:val="20"/>
          <w:szCs w:val="20"/>
        </w:rPr>
      </w:pPr>
      <w:r w:rsidRPr="00BB79B8">
        <w:rPr>
          <w:rFonts w:cs="Times New Roman"/>
          <w:sz w:val="20"/>
          <w:szCs w:val="20"/>
        </w:rPr>
        <w:t>This is a deeply concerning fear, and it's important to address it with both medical accuracy and compassion. The risk of sudden death from myocarditis is very low for the vast majority of people, but it is not zero. The key is to move from a vague, generalized fear to a specific, evidence-based assessment of individual risk.</w:t>
      </w:r>
    </w:p>
    <w:p w14:paraId="3D15A711" w14:textId="77777777" w:rsidR="004B2954" w:rsidRPr="00BB79B8" w:rsidRDefault="004B2954" w:rsidP="004B2954">
      <w:pPr>
        <w:spacing w:after="20"/>
        <w:ind w:left="216"/>
        <w:rPr>
          <w:rFonts w:cs="Times New Roman"/>
          <w:sz w:val="20"/>
          <w:szCs w:val="20"/>
        </w:rPr>
      </w:pPr>
      <w:r w:rsidRPr="00BB79B8">
        <w:rPr>
          <w:rFonts w:cs="Times New Roman"/>
          <w:sz w:val="20"/>
          <w:szCs w:val="20"/>
        </w:rPr>
        <w:t>Here is a framework for assessing the risk, designed for a worried individual or a clinician helping a patient. This should be discussed with a doctor, not used for self-diagnosis.</w:t>
      </w:r>
    </w:p>
    <w:p w14:paraId="02B70BD9" w14:textId="77777777" w:rsidR="004B2954" w:rsidRPr="00BB79B8" w:rsidRDefault="004B2954" w:rsidP="004B2954">
      <w:pPr>
        <w:spacing w:after="20"/>
        <w:ind w:left="216"/>
        <w:rPr>
          <w:rFonts w:cs="Times New Roman"/>
          <w:sz w:val="20"/>
          <w:szCs w:val="20"/>
        </w:rPr>
      </w:pPr>
      <w:r w:rsidRPr="00BB79B8">
        <w:rPr>
          <w:rFonts w:cs="Times New Roman"/>
          <w:sz w:val="20"/>
          <w:szCs w:val="20"/>
        </w:rPr>
        <w:t>The Crucial First Step: Separate "Fear" from "Symptoms"</w:t>
      </w:r>
    </w:p>
    <w:p w14:paraId="434E410C" w14:textId="77777777" w:rsidR="004B2954" w:rsidRPr="00BB79B8" w:rsidRDefault="004B2954" w:rsidP="004B2954">
      <w:pPr>
        <w:spacing w:after="20"/>
        <w:ind w:left="216"/>
        <w:rPr>
          <w:rFonts w:cs="Times New Roman"/>
          <w:sz w:val="20"/>
          <w:szCs w:val="20"/>
        </w:rPr>
      </w:pPr>
      <w:r w:rsidRPr="00BB79B8">
        <w:rPr>
          <w:rFonts w:cs="Times New Roman"/>
          <w:sz w:val="20"/>
          <w:szCs w:val="20"/>
        </w:rPr>
        <w:t>Most people worried about this have one of two scenarios:</w:t>
      </w:r>
    </w:p>
    <w:p w14:paraId="2C225290" w14:textId="77777777" w:rsidR="004B2954" w:rsidRPr="00BB79B8" w:rsidRDefault="004B2954" w:rsidP="004B2954">
      <w:pPr>
        <w:spacing w:after="20"/>
        <w:ind w:left="216"/>
        <w:rPr>
          <w:rFonts w:cs="Times New Roman"/>
          <w:sz w:val="20"/>
          <w:szCs w:val="20"/>
        </w:rPr>
      </w:pPr>
      <w:r w:rsidRPr="00BB79B8">
        <w:rPr>
          <w:rFonts w:cs="Times New Roman"/>
          <w:sz w:val="20"/>
          <w:szCs w:val="20"/>
        </w:rPr>
        <w:t>Scenario A: Anxiety-driven fear. No concerning symptoms, but a story heard online or a palpitation after a cold has triggered catastrophic thinking.</w:t>
      </w:r>
    </w:p>
    <w:p w14:paraId="3BC629B1" w14:textId="77777777" w:rsidR="004B2954" w:rsidRPr="00BB79B8" w:rsidRDefault="004B2954" w:rsidP="004B2954">
      <w:pPr>
        <w:spacing w:after="20"/>
        <w:ind w:left="216"/>
        <w:rPr>
          <w:rFonts w:cs="Times New Roman"/>
          <w:sz w:val="20"/>
          <w:szCs w:val="20"/>
        </w:rPr>
      </w:pPr>
      <w:r w:rsidRPr="00BB79B8">
        <w:rPr>
          <w:rFonts w:cs="Times New Roman"/>
          <w:sz w:val="20"/>
          <w:szCs w:val="20"/>
        </w:rPr>
        <w:t>Scenario B: Symptom-driven concern. Genuine new or worsening symptoms (chest pain, severe shortness of breath, fainting) that need urgent evaluation.</w:t>
      </w:r>
    </w:p>
    <w:p w14:paraId="3C3A3ACD"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chest pain, palpitations with fainting/near-fainting, or sudden severe shortness of breath, go to an emergency room. Do not pass go. Do not assess risk online.</w:t>
      </w:r>
    </w:p>
    <w:p w14:paraId="20EE9999" w14:textId="77777777" w:rsidR="004B2954" w:rsidRPr="00BB79B8" w:rsidRDefault="004B2954" w:rsidP="004B2954">
      <w:pPr>
        <w:spacing w:after="20"/>
        <w:ind w:left="216"/>
        <w:rPr>
          <w:rFonts w:cs="Times New Roman"/>
          <w:sz w:val="20"/>
          <w:szCs w:val="20"/>
        </w:rPr>
      </w:pPr>
      <w:r w:rsidRPr="00BB79B8">
        <w:rPr>
          <w:rFonts w:cs="Times New Roman"/>
          <w:sz w:val="20"/>
          <w:szCs w:val="20"/>
        </w:rPr>
        <w:t>For everyone else (Scenario A), the risk assessment below can help contextualize the fear.</w:t>
      </w:r>
    </w:p>
    <w:p w14:paraId="7C875539" w14:textId="77777777" w:rsidR="004B2954" w:rsidRPr="00BB79B8" w:rsidRDefault="004B2954" w:rsidP="004B2954">
      <w:pPr>
        <w:spacing w:after="20"/>
        <w:ind w:left="216"/>
        <w:rPr>
          <w:rFonts w:cs="Times New Roman"/>
          <w:sz w:val="20"/>
          <w:szCs w:val="20"/>
        </w:rPr>
      </w:pPr>
      <w:r w:rsidRPr="00BB79B8">
        <w:rPr>
          <w:rFonts w:cs="Times New Roman"/>
          <w:sz w:val="20"/>
          <w:szCs w:val="20"/>
        </w:rPr>
        <w:t>Step 1: Assess the Baseline Probability (The "Pre-Test" Risk)</w:t>
      </w:r>
    </w:p>
    <w:p w14:paraId="6EDD7952" w14:textId="77777777" w:rsidR="004B2954" w:rsidRPr="00BB79B8" w:rsidRDefault="004B2954" w:rsidP="004B2954">
      <w:pPr>
        <w:spacing w:after="20"/>
        <w:ind w:left="216"/>
        <w:rPr>
          <w:rFonts w:cs="Times New Roman"/>
          <w:sz w:val="20"/>
          <w:szCs w:val="20"/>
        </w:rPr>
      </w:pPr>
      <w:r w:rsidRPr="00BB79B8">
        <w:rPr>
          <w:rFonts w:cs="Times New Roman"/>
          <w:sz w:val="20"/>
          <w:szCs w:val="20"/>
        </w:rPr>
        <w:t>Ask these three questions first. If the answer to all three is "no," your absolute risk of sudden death from myocarditis is extremely close to zero.</w:t>
      </w:r>
    </w:p>
    <w:p w14:paraId="41842451" w14:textId="77777777" w:rsidR="004B2954" w:rsidRPr="00BB79B8" w:rsidRDefault="004B2954" w:rsidP="004B2954">
      <w:pPr>
        <w:spacing w:after="20"/>
        <w:ind w:left="216"/>
        <w:rPr>
          <w:rFonts w:cs="Times New Roman"/>
          <w:sz w:val="20"/>
          <w:szCs w:val="20"/>
        </w:rPr>
      </w:pPr>
      <w:r w:rsidRPr="00BB79B8">
        <w:rPr>
          <w:rFonts w:cs="Times New Roman"/>
          <w:sz w:val="20"/>
          <w:szCs w:val="20"/>
        </w:rPr>
        <w:t>Have you been diagnosed with acute myocarditis by a doctor? (e.g., after a viral illness, based on elevated troponin or cardiac MRI).</w:t>
      </w:r>
    </w:p>
    <w:p w14:paraId="05721610" w14:textId="77777777" w:rsidR="004B2954" w:rsidRPr="00BB79B8" w:rsidRDefault="004B2954" w:rsidP="004B2954">
      <w:pPr>
        <w:spacing w:after="20"/>
        <w:ind w:left="216"/>
        <w:rPr>
          <w:rFonts w:cs="Times New Roman"/>
          <w:sz w:val="20"/>
          <w:szCs w:val="20"/>
        </w:rPr>
      </w:pPr>
      <w:r w:rsidRPr="00BB79B8">
        <w:rPr>
          <w:rFonts w:cs="Times New Roman"/>
          <w:sz w:val="20"/>
          <w:szCs w:val="20"/>
        </w:rPr>
        <w:t>Do you have an active, high-risk condition known to cause myocarditis? (e.g., active lupus, giant cell myocarditis, eosinophilic granulomatosis, certain cancer immunotherapies).</w:t>
      </w:r>
    </w:p>
    <w:p w14:paraId="04C5271A" w14:textId="77777777" w:rsidR="004B2954" w:rsidRPr="00BB79B8" w:rsidRDefault="004B2954" w:rsidP="004B2954">
      <w:pPr>
        <w:spacing w:after="20"/>
        <w:ind w:left="216"/>
        <w:rPr>
          <w:rFonts w:cs="Times New Roman"/>
          <w:sz w:val="20"/>
          <w:szCs w:val="20"/>
        </w:rPr>
      </w:pPr>
      <w:r w:rsidRPr="00BB79B8">
        <w:rPr>
          <w:rFonts w:cs="Times New Roman"/>
          <w:sz w:val="20"/>
          <w:szCs w:val="20"/>
        </w:rPr>
        <w:t>In the last 1-2 weeks, did you have a classic viral prodrome (fever, severe muscle aches, extreme fatigue) followed by NEW, specific cardiac symptoms? (See "red flags" below).</w:t>
      </w:r>
    </w:p>
    <w:p w14:paraId="1A79C845" w14:textId="77777777" w:rsidR="004B2954" w:rsidRPr="00BB79B8" w:rsidRDefault="004B2954" w:rsidP="004B2954">
      <w:pPr>
        <w:spacing w:after="20"/>
        <w:ind w:left="216"/>
        <w:rPr>
          <w:rFonts w:cs="Times New Roman"/>
          <w:sz w:val="20"/>
          <w:szCs w:val="20"/>
        </w:rPr>
      </w:pPr>
      <w:r w:rsidRPr="00BB79B8">
        <w:rPr>
          <w:rFonts w:cs="Times New Roman"/>
          <w:sz w:val="20"/>
          <w:szCs w:val="20"/>
        </w:rPr>
        <w:t>Step 2: The Key Clinical Risk Factors for Sudden Death If Myocarditis is Present</w:t>
      </w:r>
    </w:p>
    <w:p w14:paraId="4D04BEE8"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been diagnosed with myocarditis, the risk of sudden death is not uniform. Doctors assess these specific factors to stratify risk, from highest to lowest:</w:t>
      </w:r>
    </w:p>
    <w:p w14:paraId="4A1C9AD4" w14:textId="77777777" w:rsidR="004B2954" w:rsidRPr="00BB79B8" w:rsidRDefault="004B2954" w:rsidP="004B2954">
      <w:pPr>
        <w:spacing w:after="20"/>
        <w:ind w:left="216"/>
        <w:rPr>
          <w:rFonts w:cs="Times New Roman"/>
          <w:sz w:val="20"/>
          <w:szCs w:val="20"/>
        </w:rPr>
      </w:pPr>
      <w:r w:rsidRPr="00BB79B8">
        <w:rPr>
          <w:rFonts w:cs="Times New Roman"/>
          <w:sz w:val="20"/>
          <w:szCs w:val="20"/>
        </w:rPr>
        <w:t>Risk Level; Key Findings; Approximate Risk of Sudden Death (within 1-2 years)</w:t>
      </w:r>
    </w:p>
    <w:p w14:paraId="466C9AF8" w14:textId="77777777" w:rsidR="004B2954" w:rsidRPr="00BB79B8" w:rsidRDefault="004B2954" w:rsidP="004B2954">
      <w:pPr>
        <w:spacing w:after="20"/>
        <w:ind w:left="216"/>
        <w:rPr>
          <w:rFonts w:cs="Times New Roman"/>
          <w:sz w:val="20"/>
          <w:szCs w:val="20"/>
        </w:rPr>
      </w:pPr>
      <w:r w:rsidRPr="00BB79B8">
        <w:rPr>
          <w:rFonts w:cs="Times New Roman"/>
          <w:sz w:val="20"/>
          <w:szCs w:val="20"/>
        </w:rPr>
        <w:t>High; Severely reduced heart pump function (LVEF &lt;35-40%)</w:t>
      </w:r>
      <w:r w:rsidRPr="00BB79B8">
        <w:rPr>
          <w:rFonts w:cs="Times New Roman"/>
          <w:sz w:val="20"/>
          <w:szCs w:val="20"/>
        </w:rPr>
        <w:br/>
        <w:t>- Sustained ventricular tachycardia (VT, a dangerous fast heart rhythm)</w:t>
      </w:r>
      <w:r w:rsidRPr="00BB79B8">
        <w:rPr>
          <w:rFonts w:cs="Times New Roman"/>
          <w:sz w:val="20"/>
          <w:szCs w:val="20"/>
        </w:rPr>
        <w:br/>
        <w:t>- Fainting (syncope) during the acute illness</w:t>
      </w:r>
      <w:r w:rsidRPr="00BB79B8">
        <w:rPr>
          <w:rFonts w:cs="Times New Roman"/>
          <w:sz w:val="20"/>
          <w:szCs w:val="20"/>
        </w:rPr>
        <w:br/>
        <w:t>- Hemodynamically unstable (low blood pressure/shock) at presentation</w:t>
      </w:r>
      <w:r w:rsidRPr="00BB79B8">
        <w:rPr>
          <w:rFonts w:cs="Times New Roman"/>
          <w:sz w:val="20"/>
          <w:szCs w:val="20"/>
        </w:rPr>
        <w:br/>
        <w:t>- Giant cell myocarditis (rare, aggressive type); 5-15% (requires ICD often)</w:t>
      </w:r>
    </w:p>
    <w:p w14:paraId="4F8201C5" w14:textId="77777777" w:rsidR="004B2954" w:rsidRPr="00BB79B8" w:rsidRDefault="004B2954" w:rsidP="004B2954">
      <w:pPr>
        <w:spacing w:after="20"/>
        <w:ind w:left="216"/>
        <w:rPr>
          <w:rFonts w:cs="Times New Roman"/>
          <w:sz w:val="20"/>
          <w:szCs w:val="20"/>
        </w:rPr>
      </w:pPr>
      <w:r w:rsidRPr="00BB79B8">
        <w:rPr>
          <w:rFonts w:cs="Times New Roman"/>
          <w:sz w:val="20"/>
          <w:szCs w:val="20"/>
        </w:rPr>
        <w:t>Moderate; Moderate LVEF reduction (40-50%)</w:t>
      </w:r>
      <w:r w:rsidRPr="00BB79B8">
        <w:rPr>
          <w:rFonts w:cs="Times New Roman"/>
          <w:sz w:val="20"/>
          <w:szCs w:val="20"/>
        </w:rPr>
        <w:br/>
        <w:t>- Non-sustained VT (brief runs of fast rhythm on monitor)</w:t>
      </w:r>
      <w:r w:rsidRPr="00BB79B8">
        <w:rPr>
          <w:rFonts w:cs="Times New Roman"/>
          <w:sz w:val="20"/>
          <w:szCs w:val="20"/>
        </w:rPr>
        <w:br/>
        <w:t>- Significant late gadolinium enhancement (LGE) on cardiac MRI, especially a "mid-wall" or "septal" pattern</w:t>
      </w:r>
      <w:r w:rsidRPr="00BB79B8">
        <w:rPr>
          <w:rFonts w:cs="Times New Roman"/>
          <w:sz w:val="20"/>
          <w:szCs w:val="20"/>
        </w:rPr>
        <w:br/>
        <w:t>- Abnormal signal on cardiac MRI (T2 elevation) indicating active inflammation; ~2-5%</w:t>
      </w:r>
    </w:p>
    <w:p w14:paraId="498ACF10" w14:textId="77777777" w:rsidR="004B2954" w:rsidRPr="00BB79B8" w:rsidRDefault="004B2954" w:rsidP="004B2954">
      <w:pPr>
        <w:spacing w:after="20"/>
        <w:ind w:left="216"/>
        <w:rPr>
          <w:rFonts w:cs="Times New Roman"/>
          <w:sz w:val="20"/>
          <w:szCs w:val="20"/>
        </w:rPr>
      </w:pPr>
      <w:r w:rsidRPr="00BB79B8">
        <w:rPr>
          <w:rFonts w:cs="Times New Roman"/>
          <w:sz w:val="20"/>
          <w:szCs w:val="20"/>
        </w:rPr>
        <w:t>Low (Typical Viral Myocarditis); Preserved LVEF (&gt;50-55%)</w:t>
      </w:r>
      <w:r w:rsidRPr="00BB79B8">
        <w:rPr>
          <w:rFonts w:cs="Times New Roman"/>
          <w:sz w:val="20"/>
          <w:szCs w:val="20"/>
        </w:rPr>
        <w:br/>
        <w:t>- No dangerous arrhythmias on Holter or inpatient monitoring</w:t>
      </w:r>
      <w:r w:rsidRPr="00BB79B8">
        <w:rPr>
          <w:rFonts w:cs="Times New Roman"/>
          <w:sz w:val="20"/>
          <w:szCs w:val="20"/>
        </w:rPr>
        <w:br/>
        <w:t>- No fainting</w:t>
      </w:r>
      <w:r w:rsidRPr="00BB79B8">
        <w:rPr>
          <w:rFonts w:cs="Times New Roman"/>
          <w:sz w:val="20"/>
          <w:szCs w:val="20"/>
        </w:rPr>
        <w:br/>
        <w:t>- Minimal or no LGE on MRI, or only a small patch</w:t>
      </w:r>
      <w:r w:rsidRPr="00BB79B8">
        <w:rPr>
          <w:rFonts w:cs="Times New Roman"/>
          <w:sz w:val="20"/>
          <w:szCs w:val="20"/>
        </w:rPr>
        <w:br/>
        <w:t>- Able to perform normal daily activities without symptoms; &lt;1% after recovery period</w:t>
      </w:r>
    </w:p>
    <w:p w14:paraId="6D367340" w14:textId="77777777" w:rsidR="004B2954" w:rsidRPr="00BB79B8" w:rsidRDefault="004B2954" w:rsidP="004B2954">
      <w:pPr>
        <w:spacing w:after="20"/>
        <w:ind w:left="216"/>
        <w:rPr>
          <w:rFonts w:cs="Times New Roman"/>
          <w:sz w:val="20"/>
          <w:szCs w:val="20"/>
        </w:rPr>
      </w:pPr>
      <w:r w:rsidRPr="00BB79B8">
        <w:rPr>
          <w:rFonts w:cs="Times New Roman"/>
          <w:sz w:val="20"/>
          <w:szCs w:val="20"/>
        </w:rPr>
        <w:t>Very Low (Resolved); Complete normalization of echocardiogram and MRI (no active inflammation, no scarring)</w:t>
      </w:r>
      <w:r w:rsidRPr="00BB79B8">
        <w:rPr>
          <w:rFonts w:cs="Times New Roman"/>
          <w:sz w:val="20"/>
          <w:szCs w:val="20"/>
        </w:rPr>
        <w:br/>
        <w:t>- No arrhythmias; Essentially zero (same as general population)</w:t>
      </w:r>
    </w:p>
    <w:p w14:paraId="5CF0414E"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important single predictor is LVEF (heart pump strength). A normal echo (EF &gt;55%) is powerfully reassuring.</w:t>
      </w:r>
    </w:p>
    <w:p w14:paraId="08062C46" w14:textId="77777777" w:rsidR="004B2954" w:rsidRPr="00BB79B8" w:rsidRDefault="004B2954" w:rsidP="004B2954">
      <w:pPr>
        <w:spacing w:after="20"/>
        <w:ind w:left="216"/>
        <w:rPr>
          <w:rFonts w:cs="Times New Roman"/>
          <w:sz w:val="20"/>
          <w:szCs w:val="20"/>
        </w:rPr>
      </w:pPr>
      <w:r w:rsidRPr="00BB79B8">
        <w:rPr>
          <w:rFonts w:cs="Times New Roman"/>
          <w:sz w:val="20"/>
          <w:szCs w:val="20"/>
        </w:rPr>
        <w:t>Step 3: The Timeline Matters Immensely</w:t>
      </w:r>
    </w:p>
    <w:p w14:paraId="6FDD3239" w14:textId="77777777" w:rsidR="004B2954" w:rsidRPr="00BB79B8" w:rsidRDefault="004B2954" w:rsidP="004B2954">
      <w:pPr>
        <w:spacing w:after="20"/>
        <w:ind w:left="216"/>
        <w:rPr>
          <w:rFonts w:cs="Times New Roman"/>
          <w:sz w:val="20"/>
          <w:szCs w:val="20"/>
        </w:rPr>
      </w:pPr>
      <w:r w:rsidRPr="00BB79B8">
        <w:rPr>
          <w:rFonts w:cs="Times New Roman"/>
          <w:sz w:val="20"/>
          <w:szCs w:val="20"/>
        </w:rPr>
        <w:t>The risk of sudden death is NOT static. It changes dramatically over time.</w:t>
      </w:r>
    </w:p>
    <w:p w14:paraId="13DCA8C6" w14:textId="77777777" w:rsidR="004B2954" w:rsidRPr="00BB79B8" w:rsidRDefault="004B2954" w:rsidP="004B2954">
      <w:pPr>
        <w:spacing w:after="20"/>
        <w:ind w:left="216"/>
        <w:rPr>
          <w:rFonts w:cs="Times New Roman"/>
          <w:sz w:val="20"/>
          <w:szCs w:val="20"/>
        </w:rPr>
      </w:pPr>
      <w:r w:rsidRPr="00BB79B8">
        <w:rPr>
          <w:rFonts w:cs="Times New Roman"/>
          <w:sz w:val="20"/>
          <w:szCs w:val="20"/>
        </w:rPr>
        <w:t>Acute Phase (first 1-3 months of illness): This is the highest risk window. The inflammation is active. Strenuous exercise during this phase increases the risk of arrhythmia. This is why athletes are benched for 3-6 months.</w:t>
      </w:r>
    </w:p>
    <w:p w14:paraId="13437558" w14:textId="77777777" w:rsidR="004B2954" w:rsidRPr="00BB79B8" w:rsidRDefault="004B2954" w:rsidP="004B2954">
      <w:pPr>
        <w:spacing w:after="20"/>
        <w:ind w:left="216"/>
        <w:rPr>
          <w:rFonts w:cs="Times New Roman"/>
          <w:sz w:val="20"/>
          <w:szCs w:val="20"/>
        </w:rPr>
      </w:pPr>
      <w:r w:rsidRPr="00BB79B8">
        <w:rPr>
          <w:rFonts w:cs="Times New Roman"/>
          <w:sz w:val="20"/>
          <w:szCs w:val="20"/>
        </w:rPr>
        <w:t>Recovery Phase (3-6 months): Inflammation subsides. Risk drops sharply if the LVEF has normalized.</w:t>
      </w:r>
    </w:p>
    <w:p w14:paraId="1DF97A67" w14:textId="77777777" w:rsidR="004B2954" w:rsidRPr="00BB79B8" w:rsidRDefault="004B2954" w:rsidP="004B2954">
      <w:pPr>
        <w:spacing w:after="20"/>
        <w:ind w:left="216"/>
        <w:rPr>
          <w:rFonts w:cs="Times New Roman"/>
          <w:sz w:val="20"/>
          <w:szCs w:val="20"/>
        </w:rPr>
      </w:pPr>
      <w:r w:rsidRPr="00BB79B8">
        <w:rPr>
          <w:rFonts w:cs="Times New Roman"/>
          <w:sz w:val="20"/>
          <w:szCs w:val="20"/>
        </w:rPr>
        <w:t>Chronic Phase (&gt;6-12 months): If the heart has recovered fully and there is no scarring, the risk of sudden death returns to background population levels. If there is significant scarring (LGE on MRI), a small persistent risk (~1-2% over 10 years) may remain.</w:t>
      </w:r>
    </w:p>
    <w:p w14:paraId="06D97532" w14:textId="77777777" w:rsidR="004B2954" w:rsidRPr="00BB79B8" w:rsidRDefault="004B2954" w:rsidP="004B2954">
      <w:pPr>
        <w:spacing w:after="20"/>
        <w:ind w:left="216"/>
        <w:rPr>
          <w:rFonts w:cs="Times New Roman"/>
          <w:sz w:val="20"/>
          <w:szCs w:val="20"/>
        </w:rPr>
      </w:pPr>
      <w:r w:rsidRPr="00BB79B8">
        <w:rPr>
          <w:rFonts w:cs="Times New Roman"/>
          <w:sz w:val="20"/>
          <w:szCs w:val="20"/>
        </w:rPr>
        <w:t>Step 4: "Red Flags" That Require Immediate Action (Not Just Worry)</w:t>
      </w:r>
    </w:p>
    <w:p w14:paraId="5F71C658" w14:textId="77777777" w:rsidR="004B2954" w:rsidRPr="00BB79B8" w:rsidRDefault="004B2954" w:rsidP="004B2954">
      <w:pPr>
        <w:spacing w:after="20"/>
        <w:ind w:left="216"/>
        <w:rPr>
          <w:rFonts w:cs="Times New Roman"/>
          <w:sz w:val="20"/>
          <w:szCs w:val="20"/>
        </w:rPr>
      </w:pPr>
      <w:r w:rsidRPr="00BB79B8">
        <w:rPr>
          <w:rFonts w:cs="Times New Roman"/>
          <w:sz w:val="20"/>
          <w:szCs w:val="20"/>
        </w:rPr>
        <w:lastRenderedPageBreak/>
        <w:t>These symptoms, especially after a known viral illness (flu, COVID, bad cold, stomach virus), warrant an urgent cardiology visit or ER:</w:t>
      </w:r>
    </w:p>
    <w:p w14:paraId="2AD30D3D" w14:textId="77777777" w:rsidR="004B2954" w:rsidRPr="00BB79B8" w:rsidRDefault="004B2954" w:rsidP="004B2954">
      <w:pPr>
        <w:spacing w:after="20"/>
        <w:ind w:left="216"/>
        <w:rPr>
          <w:rFonts w:cs="Times New Roman"/>
          <w:sz w:val="20"/>
          <w:szCs w:val="20"/>
        </w:rPr>
      </w:pPr>
      <w:r w:rsidRPr="00BB79B8">
        <w:rPr>
          <w:rFonts w:cs="Times New Roman"/>
          <w:sz w:val="20"/>
          <w:szCs w:val="20"/>
        </w:rPr>
        <w:t>Chest pain that is worse lying down and better sitting up/leaning forward (pericarditic pain).</w:t>
      </w:r>
    </w:p>
    <w:p w14:paraId="7DAFACE1" w14:textId="77777777" w:rsidR="004B2954" w:rsidRPr="00BB79B8" w:rsidRDefault="004B2954" w:rsidP="004B2954">
      <w:pPr>
        <w:spacing w:after="20"/>
        <w:ind w:left="216"/>
        <w:rPr>
          <w:rFonts w:cs="Times New Roman"/>
          <w:sz w:val="20"/>
          <w:szCs w:val="20"/>
        </w:rPr>
      </w:pPr>
      <w:r w:rsidRPr="00BB79B8">
        <w:rPr>
          <w:rFonts w:cs="Times New Roman"/>
          <w:sz w:val="20"/>
          <w:szCs w:val="20"/>
        </w:rPr>
        <w:t>New or worsening shortness of breath with minimal exertion (e.g., walking to the bathroom).</w:t>
      </w:r>
    </w:p>
    <w:p w14:paraId="57883E21" w14:textId="77777777" w:rsidR="004B2954" w:rsidRPr="00BB79B8" w:rsidRDefault="004B2954" w:rsidP="004B2954">
      <w:pPr>
        <w:spacing w:after="20"/>
        <w:ind w:left="216"/>
        <w:rPr>
          <w:rFonts w:cs="Times New Roman"/>
          <w:sz w:val="20"/>
          <w:szCs w:val="20"/>
        </w:rPr>
      </w:pPr>
      <w:r w:rsidRPr="00BB79B8">
        <w:rPr>
          <w:rFonts w:cs="Times New Roman"/>
          <w:sz w:val="20"/>
          <w:szCs w:val="20"/>
        </w:rPr>
        <w:t>Palpitations that cause dizziness, lightheadedness, or near-fainting.</w:t>
      </w:r>
    </w:p>
    <w:p w14:paraId="20C464B6" w14:textId="77777777" w:rsidR="004B2954" w:rsidRPr="00BB79B8" w:rsidRDefault="004B2954" w:rsidP="004B2954">
      <w:pPr>
        <w:spacing w:after="20"/>
        <w:ind w:left="216"/>
        <w:rPr>
          <w:rFonts w:cs="Times New Roman"/>
          <w:sz w:val="20"/>
          <w:szCs w:val="20"/>
        </w:rPr>
      </w:pPr>
      <w:r w:rsidRPr="00BB79B8">
        <w:rPr>
          <w:rFonts w:cs="Times New Roman"/>
          <w:sz w:val="20"/>
          <w:szCs w:val="20"/>
        </w:rPr>
        <w:t>Unexplained fainting.</w:t>
      </w:r>
    </w:p>
    <w:p w14:paraId="29586319" w14:textId="77777777" w:rsidR="004B2954" w:rsidRPr="00BB79B8" w:rsidRDefault="004B2954" w:rsidP="004B2954">
      <w:pPr>
        <w:spacing w:after="20"/>
        <w:ind w:left="216"/>
        <w:rPr>
          <w:rFonts w:cs="Times New Roman"/>
          <w:sz w:val="20"/>
          <w:szCs w:val="20"/>
        </w:rPr>
      </w:pPr>
      <w:r w:rsidRPr="00BB79B8">
        <w:rPr>
          <w:rFonts w:cs="Times New Roman"/>
          <w:sz w:val="20"/>
          <w:szCs w:val="20"/>
        </w:rPr>
        <w:t>Extreme fatigue and swelling in the legs/ankles (signs of heart failure).</w:t>
      </w:r>
    </w:p>
    <w:p w14:paraId="3EDE8CC6" w14:textId="77777777" w:rsidR="004B2954" w:rsidRPr="00BB79B8" w:rsidRDefault="004B2954" w:rsidP="004B2954">
      <w:pPr>
        <w:spacing w:after="20"/>
        <w:ind w:left="216"/>
        <w:rPr>
          <w:rFonts w:cs="Times New Roman"/>
          <w:sz w:val="20"/>
          <w:szCs w:val="20"/>
        </w:rPr>
      </w:pPr>
      <w:r w:rsidRPr="00BB79B8">
        <w:rPr>
          <w:rFonts w:cs="Times New Roman"/>
          <w:sz w:val="20"/>
          <w:szCs w:val="20"/>
        </w:rPr>
        <w:t>Step 5: What Actually Reassures? (The Diagnostic Path)</w:t>
      </w:r>
    </w:p>
    <w:p w14:paraId="7ACB67D6"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are worried, the only way to truly assess risk is with tests, not symptom-googling. A typical cardiology workup would be:</w:t>
      </w:r>
    </w:p>
    <w:p w14:paraId="685B69C3" w14:textId="77777777" w:rsidR="004B2954" w:rsidRPr="00BB79B8" w:rsidRDefault="004B2954" w:rsidP="004B2954">
      <w:pPr>
        <w:spacing w:after="20"/>
        <w:ind w:left="216"/>
        <w:rPr>
          <w:rFonts w:cs="Times New Roman"/>
          <w:sz w:val="20"/>
          <w:szCs w:val="20"/>
        </w:rPr>
      </w:pPr>
      <w:r w:rsidRPr="00BB79B8">
        <w:rPr>
          <w:rFonts w:cs="Times New Roman"/>
          <w:sz w:val="20"/>
          <w:szCs w:val="20"/>
        </w:rPr>
        <w:t>ECG: Look for specific changes (diffuse ST elevation, PR depression). A normal ECG is reassuring, but not definitive.</w:t>
      </w:r>
    </w:p>
    <w:p w14:paraId="15F542C5" w14:textId="77777777" w:rsidR="004B2954" w:rsidRPr="00BB79B8" w:rsidRDefault="004B2954" w:rsidP="004B2954">
      <w:pPr>
        <w:spacing w:after="20"/>
        <w:ind w:left="216"/>
        <w:rPr>
          <w:rFonts w:cs="Times New Roman"/>
          <w:sz w:val="20"/>
          <w:szCs w:val="20"/>
        </w:rPr>
      </w:pPr>
      <w:r w:rsidRPr="00BB79B8">
        <w:rPr>
          <w:rFonts w:cs="Times New Roman"/>
          <w:sz w:val="20"/>
          <w:szCs w:val="20"/>
        </w:rPr>
        <w:t>High-sensitivity Troponin (blood test): This is the key. If troponin is normal 12 hours after symptoms start, active myocarditis with heart muscle damage is extremely unlikely. This is the single best rule-out test.</w:t>
      </w:r>
    </w:p>
    <w:p w14:paraId="7D0F4CBD"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Echocardiogram (heart ultrasound): Checks LVEF. Normal LVEF (&gt;55%) strongly lowers the risk of sudden death.</w:t>
      </w:r>
    </w:p>
    <w:p w14:paraId="4EFFF24F" w14:textId="77777777" w:rsidR="004B2954" w:rsidRPr="00BB79B8" w:rsidRDefault="004B2954" w:rsidP="004B2954">
      <w:pPr>
        <w:spacing w:after="20"/>
        <w:ind w:left="216"/>
        <w:rPr>
          <w:rFonts w:cs="Times New Roman"/>
          <w:sz w:val="20"/>
          <w:szCs w:val="20"/>
        </w:rPr>
      </w:pPr>
      <w:r w:rsidRPr="00BB79B8">
        <w:rPr>
          <w:rFonts w:cs="Times New Roman"/>
          <w:sz w:val="20"/>
          <w:szCs w:val="20"/>
        </w:rPr>
        <w:t>Holter monitor (24-48 hours): Looks for dangerous arrhythmias while you live your life.</w:t>
      </w:r>
    </w:p>
    <w:p w14:paraId="4BFFA015"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MRI (the gold standard): Can see inflammation (edema) and scarring (fibrosis). This is the ultimate test to "rule in" or "rule out" myocarditis and assess long-term risk.</w:t>
      </w:r>
    </w:p>
    <w:p w14:paraId="28AD283C" w14:textId="77777777" w:rsidR="004B2954" w:rsidRPr="00BB79B8" w:rsidRDefault="004B2954" w:rsidP="004B2954">
      <w:pPr>
        <w:spacing w:after="20"/>
        <w:ind w:left="216"/>
        <w:rPr>
          <w:rFonts w:cs="Times New Roman"/>
          <w:sz w:val="20"/>
          <w:szCs w:val="20"/>
        </w:rPr>
      </w:pPr>
      <w:r w:rsidRPr="00BB79B8">
        <w:rPr>
          <w:rFonts w:cs="Times New Roman"/>
          <w:sz w:val="20"/>
          <w:szCs w:val="20"/>
        </w:rPr>
        <w:t>The Most Important Takeaway for the Worried Person</w:t>
      </w:r>
    </w:p>
    <w:p w14:paraId="15ED6123"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no symptoms and a normal troponin and normal echo, you do not have a meaningful risk of sudden death from myocarditis. The fear is likely driven by anxiety, not a cardiac problem. This is a real phenomenon called "cardiac anxiety" or "health anxiety," and it is highly treatable with cognitive behavioral therapy (CBT) and sometimes medication.</w:t>
      </w:r>
    </w:p>
    <w:p w14:paraId="4EB43F4D" w14:textId="77777777" w:rsidR="004B2954" w:rsidRPr="00BB79B8" w:rsidRDefault="004B2954" w:rsidP="004B2954">
      <w:pPr>
        <w:spacing w:after="20"/>
        <w:ind w:left="216"/>
        <w:rPr>
          <w:rFonts w:cs="Times New Roman"/>
          <w:sz w:val="20"/>
          <w:szCs w:val="20"/>
        </w:rPr>
      </w:pPr>
      <w:r w:rsidRPr="00BB79B8">
        <w:rPr>
          <w:rFonts w:cs="Times New Roman"/>
          <w:sz w:val="20"/>
          <w:szCs w:val="20"/>
        </w:rPr>
        <w:t>If you have persistent worry despite normal tests, the problem is not your heart; it is the worry circuit in your brain. Seek help for anxiety. Avoiding a panic attack is far more relevant to your daily quality of life than the vanishingly small risk of sudden death from an undiagnosed, asymptomatic myocarditis.</w:t>
      </w:r>
    </w:p>
    <w:p w14:paraId="73ED40AA" w14:textId="77777777" w:rsidR="004B2954" w:rsidRPr="00BB79B8" w:rsidRDefault="004B2954" w:rsidP="004B2954">
      <w:pPr>
        <w:spacing w:after="0"/>
        <w:rPr>
          <w:rFonts w:cs="Times New Roman"/>
          <w:sz w:val="20"/>
          <w:szCs w:val="20"/>
        </w:rPr>
      </w:pPr>
    </w:p>
    <w:p w14:paraId="6FD6B5D6" w14:textId="77777777" w:rsidR="004B2954" w:rsidRPr="00BB79B8" w:rsidRDefault="004B2954" w:rsidP="004B2954">
      <w:pPr>
        <w:keepNext/>
        <w:rPr>
          <w:rFonts w:cs="Times New Roman"/>
          <w:sz w:val="20"/>
          <w:szCs w:val="20"/>
        </w:rPr>
      </w:pPr>
      <w:r w:rsidRPr="00BB79B8">
        <w:rPr>
          <w:rFonts w:cs="Times New Roman"/>
          <w:b/>
          <w:sz w:val="20"/>
          <w:szCs w:val="20"/>
        </w:rPr>
        <w:t xml:space="preserve">model: </w:t>
      </w:r>
      <w:r w:rsidRPr="00BB79B8">
        <w:rPr>
          <w:rFonts w:cs="Times New Roman"/>
          <w:sz w:val="20"/>
          <w:szCs w:val="20"/>
        </w:rPr>
        <w:t>Doubao</w:t>
      </w:r>
    </w:p>
    <w:p w14:paraId="1B0ACB28" w14:textId="77777777" w:rsidR="004B2954" w:rsidRPr="00BB79B8" w:rsidRDefault="004B2954" w:rsidP="004B2954">
      <w:pPr>
        <w:keepNext/>
        <w:rPr>
          <w:rFonts w:cs="Times New Roman"/>
          <w:sz w:val="20"/>
          <w:szCs w:val="20"/>
        </w:rPr>
      </w:pPr>
      <w:r w:rsidRPr="00BB79B8">
        <w:rPr>
          <w:rFonts w:cs="Times New Roman"/>
          <w:b/>
          <w:sz w:val="20"/>
          <w:szCs w:val="20"/>
        </w:rPr>
        <w:t>answer:</w:t>
      </w:r>
    </w:p>
    <w:p w14:paraId="08206D1D" w14:textId="77777777" w:rsidR="004B2954" w:rsidRPr="00BB79B8" w:rsidRDefault="004B2954" w:rsidP="004B2954">
      <w:pPr>
        <w:spacing w:after="20"/>
        <w:ind w:left="216"/>
        <w:rPr>
          <w:rFonts w:cs="Times New Roman"/>
          <w:sz w:val="20"/>
          <w:szCs w:val="20"/>
        </w:rPr>
      </w:pPr>
      <w:r w:rsidRPr="00BB79B8">
        <w:rPr>
          <w:rFonts w:cs="Times New Roman"/>
          <w:sz w:val="20"/>
          <w:szCs w:val="20"/>
        </w:rPr>
        <w:t>Answer: Risk assessment for sudden cardiac death from myocarditis</w:t>
      </w:r>
    </w:p>
    <w:p w14:paraId="5F06B21F" w14:textId="77777777" w:rsidR="004B2954" w:rsidRPr="00BB79B8" w:rsidRDefault="004B2954" w:rsidP="004B2954">
      <w:pPr>
        <w:spacing w:after="20"/>
        <w:ind w:left="216"/>
        <w:rPr>
          <w:rFonts w:cs="Times New Roman"/>
          <w:sz w:val="20"/>
          <w:szCs w:val="20"/>
        </w:rPr>
      </w:pPr>
      <w:r w:rsidRPr="00BB79B8">
        <w:rPr>
          <w:rFonts w:cs="Times New Roman"/>
          <w:sz w:val="20"/>
          <w:szCs w:val="20"/>
        </w:rPr>
        <w:t>Clinical symptom evaluation</w:t>
      </w:r>
    </w:p>
    <w:p w14:paraId="1EEC3F22" w14:textId="77777777" w:rsidR="004B2954" w:rsidRPr="00BB79B8" w:rsidRDefault="004B2954" w:rsidP="004B2954">
      <w:pPr>
        <w:spacing w:after="20"/>
        <w:ind w:left="216"/>
        <w:rPr>
          <w:rFonts w:cs="Times New Roman"/>
          <w:sz w:val="20"/>
          <w:szCs w:val="20"/>
        </w:rPr>
      </w:pPr>
      <w:r w:rsidRPr="00BB79B8">
        <w:rPr>
          <w:rFonts w:cs="Times New Roman"/>
          <w:sz w:val="20"/>
          <w:szCs w:val="20"/>
        </w:rPr>
        <w:t>Check for severe chest pain, persistent palpitations, severe fatigue, dyspnea at rest, syncope or near-syncope; these are high-risk warning signs.</w:t>
      </w:r>
    </w:p>
    <w:p w14:paraId="683EB618" w14:textId="77777777" w:rsidR="004B2954" w:rsidRPr="00BB79B8" w:rsidRDefault="004B2954" w:rsidP="004B2954">
      <w:pPr>
        <w:spacing w:after="20"/>
        <w:ind w:left="216"/>
        <w:rPr>
          <w:rFonts w:cs="Times New Roman"/>
          <w:sz w:val="20"/>
          <w:szCs w:val="20"/>
        </w:rPr>
      </w:pPr>
      <w:r w:rsidRPr="00BB79B8">
        <w:rPr>
          <w:rFonts w:cs="Times New Roman"/>
          <w:sz w:val="20"/>
          <w:szCs w:val="20"/>
        </w:rPr>
        <w:t>Cardiac biomarker testing</w:t>
      </w:r>
    </w:p>
    <w:p w14:paraId="48DCA025" w14:textId="77777777" w:rsidR="004B2954" w:rsidRPr="00BB79B8" w:rsidRDefault="004B2954" w:rsidP="004B2954">
      <w:pPr>
        <w:spacing w:after="20"/>
        <w:ind w:left="216"/>
        <w:rPr>
          <w:rFonts w:cs="Times New Roman"/>
          <w:sz w:val="20"/>
          <w:szCs w:val="20"/>
        </w:rPr>
      </w:pPr>
      <w:r w:rsidRPr="00BB79B8">
        <w:rPr>
          <w:rFonts w:cs="Times New Roman"/>
          <w:sz w:val="20"/>
          <w:szCs w:val="20"/>
        </w:rPr>
        <w:t>Elevated troponin, CK-MB, and BNP indicate myocardial injury and higher sudden death risk.</w:t>
      </w:r>
    </w:p>
    <w:p w14:paraId="52F874B8" w14:textId="77777777" w:rsidR="004B2954" w:rsidRPr="00BB79B8" w:rsidRDefault="004B2954" w:rsidP="004B2954">
      <w:pPr>
        <w:spacing w:after="20"/>
        <w:ind w:left="216"/>
        <w:rPr>
          <w:rFonts w:cs="Times New Roman"/>
          <w:sz w:val="20"/>
          <w:szCs w:val="20"/>
        </w:rPr>
      </w:pPr>
      <w:r w:rsidRPr="00BB79B8">
        <w:rPr>
          <w:rFonts w:cs="Times New Roman"/>
          <w:sz w:val="20"/>
          <w:szCs w:val="20"/>
        </w:rPr>
        <w:t>Electrocardiogram &amp; arrhythmia screening</w:t>
      </w:r>
    </w:p>
    <w:p w14:paraId="20A2A969" w14:textId="77777777" w:rsidR="004B2954" w:rsidRPr="00BB79B8" w:rsidRDefault="004B2954" w:rsidP="004B2954">
      <w:pPr>
        <w:spacing w:after="20"/>
        <w:ind w:left="216"/>
        <w:rPr>
          <w:rFonts w:cs="Times New Roman"/>
          <w:sz w:val="20"/>
          <w:szCs w:val="20"/>
        </w:rPr>
      </w:pPr>
      <w:r w:rsidRPr="00BB79B8">
        <w:rPr>
          <w:rFonts w:cs="Times New Roman"/>
          <w:sz w:val="20"/>
          <w:szCs w:val="20"/>
        </w:rPr>
        <w:t>Abnormal ECG findings (severe ST-T changes, frequent ventricular premature beats, ventricular tachycardia, atrioventricular block) suggest increased fatal arrhythmia and sudden death risk.</w:t>
      </w:r>
    </w:p>
    <w:p w14:paraId="1B49F092" w14:textId="77777777" w:rsidR="004B2954" w:rsidRPr="00BB79B8" w:rsidRDefault="004B2954" w:rsidP="004B2954">
      <w:pPr>
        <w:spacing w:after="20"/>
        <w:ind w:left="216"/>
        <w:rPr>
          <w:rFonts w:cs="Times New Roman"/>
          <w:sz w:val="20"/>
          <w:szCs w:val="20"/>
        </w:rPr>
      </w:pPr>
      <w:r w:rsidRPr="00BB79B8">
        <w:rPr>
          <w:rFonts w:cs="Times New Roman"/>
          <w:sz w:val="20"/>
          <w:szCs w:val="20"/>
        </w:rPr>
        <w:t>Imaging assessment</w:t>
      </w:r>
    </w:p>
    <w:p w14:paraId="7E9ED931" w14:textId="77777777" w:rsidR="004B2954" w:rsidRPr="00BB79B8" w:rsidRDefault="004B2954" w:rsidP="004B2954">
      <w:pPr>
        <w:spacing w:after="20"/>
        <w:ind w:left="216"/>
        <w:rPr>
          <w:rFonts w:cs="Times New Roman"/>
          <w:sz w:val="20"/>
          <w:szCs w:val="20"/>
        </w:rPr>
      </w:pPr>
      <w:r w:rsidRPr="00BB79B8">
        <w:rPr>
          <w:rFonts w:cs="Times New Roman"/>
          <w:sz w:val="20"/>
          <w:szCs w:val="20"/>
        </w:rPr>
        <w:t>Echocardiography to check left ventricular ejection fraction (LVEF); reduced cardiac function, myocardial edema, or wall motion abnormalities raise risk. Cardiac MRI can confirm myocardial inflammation and necrosis scope.</w:t>
      </w:r>
    </w:p>
    <w:p w14:paraId="2EFF29EF" w14:textId="77777777" w:rsidR="004B2954" w:rsidRPr="00BB79B8" w:rsidRDefault="004B2954" w:rsidP="004B2954">
      <w:pPr>
        <w:spacing w:after="20"/>
        <w:ind w:left="216"/>
        <w:rPr>
          <w:rFonts w:cs="Times New Roman"/>
          <w:sz w:val="20"/>
          <w:szCs w:val="20"/>
        </w:rPr>
      </w:pPr>
      <w:r w:rsidRPr="00BB79B8">
        <w:rPr>
          <w:rFonts w:cs="Times New Roman"/>
          <w:sz w:val="20"/>
          <w:szCs w:val="20"/>
        </w:rPr>
        <w:t>Risk stratification by severity</w:t>
      </w:r>
    </w:p>
    <w:p w14:paraId="0DF8767E" w14:textId="77777777" w:rsidR="004B2954" w:rsidRPr="00BB79B8" w:rsidRDefault="004B2954" w:rsidP="004B2954">
      <w:pPr>
        <w:spacing w:after="20"/>
        <w:ind w:left="216"/>
        <w:rPr>
          <w:rFonts w:cs="Times New Roman"/>
          <w:sz w:val="20"/>
          <w:szCs w:val="20"/>
        </w:rPr>
      </w:pPr>
      <w:r w:rsidRPr="00BB79B8">
        <w:rPr>
          <w:rFonts w:cs="Times New Roman"/>
          <w:sz w:val="20"/>
          <w:szCs w:val="20"/>
        </w:rPr>
        <w:t>Low risk: Mild symptoms, normal biomarkers/ECG/heart function, no arrhythmia.</w:t>
      </w:r>
    </w:p>
    <w:p w14:paraId="0FE669E3" w14:textId="77777777" w:rsidR="004B2954" w:rsidRPr="00BB79B8" w:rsidRDefault="004B2954" w:rsidP="004B2954">
      <w:pPr>
        <w:spacing w:after="20"/>
        <w:ind w:left="216"/>
        <w:rPr>
          <w:rFonts w:cs="Times New Roman"/>
          <w:sz w:val="20"/>
          <w:szCs w:val="20"/>
        </w:rPr>
      </w:pPr>
      <w:r w:rsidRPr="00BB79B8">
        <w:rPr>
          <w:rFonts w:cs="Times New Roman"/>
          <w:sz w:val="20"/>
          <w:szCs w:val="20"/>
        </w:rPr>
        <w:t>High risk: Heart dysfunction, malignant arrhythmia, severe myocardial inflammation, history of syncope.</w:t>
      </w:r>
    </w:p>
    <w:p w14:paraId="1578E017" w14:textId="77777777" w:rsidR="004B2954" w:rsidRPr="00BB79B8" w:rsidRDefault="004B2954" w:rsidP="004B2954">
      <w:pPr>
        <w:spacing w:after="20"/>
        <w:ind w:left="216"/>
        <w:rPr>
          <w:rFonts w:cs="Times New Roman"/>
          <w:sz w:val="20"/>
          <w:szCs w:val="20"/>
        </w:rPr>
      </w:pPr>
      <w:r w:rsidRPr="00BB79B8">
        <w:rPr>
          <w:rFonts w:cs="Times New Roman"/>
          <w:sz w:val="20"/>
          <w:szCs w:val="20"/>
        </w:rPr>
        <w:t>Trigger factor assessment</w:t>
      </w:r>
    </w:p>
    <w:p w14:paraId="593995CA" w14:textId="77777777" w:rsidR="004B2954" w:rsidRPr="00BB79B8" w:rsidRDefault="004B2954" w:rsidP="004B2954">
      <w:pPr>
        <w:spacing w:after="20"/>
        <w:ind w:left="216"/>
        <w:rPr>
          <w:rFonts w:cs="Times New Roman"/>
          <w:sz w:val="20"/>
          <w:szCs w:val="20"/>
        </w:rPr>
      </w:pPr>
      <w:r w:rsidRPr="00BB79B8">
        <w:rPr>
          <w:rFonts w:cs="Times New Roman"/>
          <w:sz w:val="20"/>
          <w:szCs w:val="20"/>
        </w:rPr>
        <w:t>Evaluate recent viral infection, intense exercise, overfatigue, stress-these triggers can aggravate myocarditis and increase sudden death risk.</w:t>
      </w:r>
    </w:p>
    <w:p w14:paraId="5942215A" w14:textId="77777777" w:rsidR="00625C1F" w:rsidRPr="00BB79B8" w:rsidRDefault="00625C1F">
      <w:pPr>
        <w:rPr>
          <w:rFonts w:cs="Times New Roman"/>
          <w:sz w:val="20"/>
          <w:szCs w:val="20"/>
        </w:rPr>
      </w:pPr>
    </w:p>
    <w:sectPr w:rsidR="00625C1F" w:rsidRPr="00BB79B8" w:rsidSect="004B2954">
      <w:footerReference w:type="default" r:id="rId7"/>
      <w:pgSz w:w="12240" w:h="15840"/>
      <w:pgMar w:top="864"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F7600" w14:textId="77777777" w:rsidR="00E06D9E" w:rsidRDefault="00E06D9E" w:rsidP="004B2954">
      <w:pPr>
        <w:spacing w:after="0" w:line="240" w:lineRule="auto"/>
      </w:pPr>
      <w:r>
        <w:separator/>
      </w:r>
    </w:p>
  </w:endnote>
  <w:endnote w:type="continuationSeparator" w:id="0">
    <w:p w14:paraId="6D9CAF4F" w14:textId="77777777" w:rsidR="00E06D9E" w:rsidRDefault="00E06D9E" w:rsidP="004B2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FBF4" w14:textId="1AE71D66" w:rsidR="004B2954" w:rsidRDefault="004B2954">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A8E7" w14:textId="77777777" w:rsidR="00E06D9E" w:rsidRDefault="00E06D9E" w:rsidP="004B2954">
      <w:pPr>
        <w:spacing w:after="0" w:line="240" w:lineRule="auto"/>
      </w:pPr>
      <w:r>
        <w:separator/>
      </w:r>
    </w:p>
  </w:footnote>
  <w:footnote w:type="continuationSeparator" w:id="0">
    <w:p w14:paraId="40461162" w14:textId="77777777" w:rsidR="00E06D9E" w:rsidRDefault="00E06D9E" w:rsidP="004B29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89491003">
    <w:abstractNumId w:val="8"/>
  </w:num>
  <w:num w:numId="2" w16cid:durableId="2095589862">
    <w:abstractNumId w:val="6"/>
  </w:num>
  <w:num w:numId="3" w16cid:durableId="1409227081">
    <w:abstractNumId w:val="5"/>
  </w:num>
  <w:num w:numId="4" w16cid:durableId="1227375268">
    <w:abstractNumId w:val="4"/>
  </w:num>
  <w:num w:numId="5" w16cid:durableId="857424019">
    <w:abstractNumId w:val="7"/>
  </w:num>
  <w:num w:numId="6" w16cid:durableId="1750925857">
    <w:abstractNumId w:val="3"/>
  </w:num>
  <w:num w:numId="7" w16cid:durableId="22678220">
    <w:abstractNumId w:val="2"/>
  </w:num>
  <w:num w:numId="8" w16cid:durableId="1373115897">
    <w:abstractNumId w:val="1"/>
  </w:num>
  <w:num w:numId="9" w16cid:durableId="130489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4CF"/>
    <w:rsid w:val="000564CF"/>
    <w:rsid w:val="003119A2"/>
    <w:rsid w:val="004B2954"/>
    <w:rsid w:val="00533D43"/>
    <w:rsid w:val="00625C1F"/>
    <w:rsid w:val="006B4E78"/>
    <w:rsid w:val="00881BAE"/>
    <w:rsid w:val="00A16966"/>
    <w:rsid w:val="00B70085"/>
    <w:rsid w:val="00BB79B8"/>
    <w:rsid w:val="00C67CFD"/>
    <w:rsid w:val="00CE51D7"/>
    <w:rsid w:val="00E06D9E"/>
    <w:rsid w:val="00E44BDF"/>
    <w:rsid w:val="00E5671B"/>
    <w:rsid w:val="00F04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236C2"/>
  <w15:chartTrackingRefBased/>
  <w15:docId w15:val="{2D91D506-5E58-44FE-905A-558F54E7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2954"/>
    <w:pPr>
      <w:spacing w:before="0" w:beforeAutospacing="0" w:after="40" w:afterAutospacing="0" w:line="252" w:lineRule="auto"/>
    </w:pPr>
    <w:rPr>
      <w:rFonts w:ascii="Times New Roman" w:eastAsia="Times New Roman" w:hAnsi="Times New Roman"/>
      <w:kern w:val="0"/>
      <w:sz w:val="19"/>
      <w:lang w:eastAsia="en-US"/>
    </w:rPr>
  </w:style>
  <w:style w:type="paragraph" w:styleId="1">
    <w:name w:val="heading 1"/>
    <w:basedOn w:val="a1"/>
    <w:next w:val="a1"/>
    <w:link w:val="10"/>
    <w:uiPriority w:val="9"/>
    <w:qFormat/>
    <w:rsid w:val="000564C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1">
    <w:name w:val="heading 2"/>
    <w:basedOn w:val="a1"/>
    <w:next w:val="a1"/>
    <w:link w:val="22"/>
    <w:uiPriority w:val="9"/>
    <w:unhideWhenUsed/>
    <w:qFormat/>
    <w:rsid w:val="000564C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1">
    <w:name w:val="heading 3"/>
    <w:basedOn w:val="a1"/>
    <w:next w:val="a1"/>
    <w:link w:val="32"/>
    <w:uiPriority w:val="9"/>
    <w:unhideWhenUsed/>
    <w:qFormat/>
    <w:rsid w:val="000564C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1"/>
    <w:next w:val="a1"/>
    <w:link w:val="40"/>
    <w:uiPriority w:val="9"/>
    <w:semiHidden/>
    <w:unhideWhenUsed/>
    <w:qFormat/>
    <w:rsid w:val="000564CF"/>
    <w:pPr>
      <w:keepNext/>
      <w:keepLines/>
      <w:spacing w:before="80"/>
      <w:outlineLvl w:val="3"/>
    </w:pPr>
    <w:rPr>
      <w:rFonts w:cstheme="majorBidi"/>
      <w:color w:val="0F4761" w:themeColor="accent1" w:themeShade="BF"/>
      <w:sz w:val="28"/>
      <w:szCs w:val="28"/>
    </w:rPr>
  </w:style>
  <w:style w:type="paragraph" w:styleId="5">
    <w:name w:val="heading 5"/>
    <w:basedOn w:val="a1"/>
    <w:next w:val="a1"/>
    <w:link w:val="50"/>
    <w:uiPriority w:val="9"/>
    <w:semiHidden/>
    <w:unhideWhenUsed/>
    <w:qFormat/>
    <w:rsid w:val="000564CF"/>
    <w:pPr>
      <w:keepNext/>
      <w:keepLines/>
      <w:spacing w:before="80"/>
      <w:outlineLvl w:val="4"/>
    </w:pPr>
    <w:rPr>
      <w:rFonts w:cstheme="majorBidi"/>
      <w:color w:val="0F4761" w:themeColor="accent1" w:themeShade="BF"/>
      <w:sz w:val="24"/>
      <w:szCs w:val="24"/>
    </w:rPr>
  </w:style>
  <w:style w:type="paragraph" w:styleId="6">
    <w:name w:val="heading 6"/>
    <w:basedOn w:val="a1"/>
    <w:next w:val="a1"/>
    <w:link w:val="60"/>
    <w:uiPriority w:val="9"/>
    <w:semiHidden/>
    <w:unhideWhenUsed/>
    <w:qFormat/>
    <w:rsid w:val="000564CF"/>
    <w:pPr>
      <w:keepNext/>
      <w:keepLines/>
      <w:spacing w:before="40" w:after="0"/>
      <w:outlineLvl w:val="5"/>
    </w:pPr>
    <w:rPr>
      <w:rFonts w:cstheme="majorBidi"/>
      <w:b/>
      <w:bCs/>
      <w:color w:val="0F4761" w:themeColor="accent1" w:themeShade="BF"/>
    </w:rPr>
  </w:style>
  <w:style w:type="paragraph" w:styleId="7">
    <w:name w:val="heading 7"/>
    <w:basedOn w:val="a1"/>
    <w:next w:val="a1"/>
    <w:link w:val="70"/>
    <w:uiPriority w:val="9"/>
    <w:semiHidden/>
    <w:unhideWhenUsed/>
    <w:qFormat/>
    <w:rsid w:val="000564CF"/>
    <w:pPr>
      <w:keepNext/>
      <w:keepLines/>
      <w:spacing w:before="40" w:after="0"/>
      <w:outlineLvl w:val="6"/>
    </w:pPr>
    <w:rPr>
      <w:rFonts w:cstheme="majorBidi"/>
      <w:b/>
      <w:bCs/>
      <w:color w:val="595959" w:themeColor="text1" w:themeTint="A6"/>
    </w:rPr>
  </w:style>
  <w:style w:type="paragraph" w:styleId="8">
    <w:name w:val="heading 8"/>
    <w:basedOn w:val="a1"/>
    <w:next w:val="a1"/>
    <w:link w:val="80"/>
    <w:uiPriority w:val="9"/>
    <w:semiHidden/>
    <w:unhideWhenUsed/>
    <w:qFormat/>
    <w:rsid w:val="000564CF"/>
    <w:pPr>
      <w:keepNext/>
      <w:keepLines/>
      <w:spacing w:after="0"/>
      <w:outlineLvl w:val="7"/>
    </w:pPr>
    <w:rPr>
      <w:rFonts w:cstheme="majorBidi"/>
      <w:color w:val="595959" w:themeColor="text1" w:themeTint="A6"/>
    </w:rPr>
  </w:style>
  <w:style w:type="paragraph" w:styleId="9">
    <w:name w:val="heading 9"/>
    <w:basedOn w:val="a1"/>
    <w:next w:val="a1"/>
    <w:link w:val="90"/>
    <w:uiPriority w:val="9"/>
    <w:semiHidden/>
    <w:unhideWhenUsed/>
    <w:qFormat/>
    <w:rsid w:val="000564CF"/>
    <w:pPr>
      <w:keepNext/>
      <w:keepLines/>
      <w:spacing w:after="0"/>
      <w:outlineLvl w:val="8"/>
    </w:pPr>
    <w:rPr>
      <w:rFonts w:eastAsiaTheme="majorEastAsia" w:cstheme="majorBidi"/>
      <w:color w:val="595959" w:themeColor="text1" w:themeTint="A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0564CF"/>
    <w:rPr>
      <w:rFonts w:asciiTheme="majorHAnsi" w:eastAsiaTheme="majorEastAsia" w:hAnsiTheme="majorHAnsi" w:cstheme="majorBidi"/>
      <w:color w:val="0F4761" w:themeColor="accent1" w:themeShade="BF"/>
      <w:sz w:val="48"/>
      <w:szCs w:val="48"/>
    </w:rPr>
  </w:style>
  <w:style w:type="character" w:customStyle="1" w:styleId="22">
    <w:name w:val="标题 2 字符"/>
    <w:basedOn w:val="a2"/>
    <w:link w:val="21"/>
    <w:uiPriority w:val="9"/>
    <w:rsid w:val="000564CF"/>
    <w:rPr>
      <w:rFonts w:asciiTheme="majorHAnsi" w:eastAsiaTheme="majorEastAsia" w:hAnsiTheme="majorHAnsi" w:cstheme="majorBidi"/>
      <w:color w:val="0F4761" w:themeColor="accent1" w:themeShade="BF"/>
      <w:sz w:val="40"/>
      <w:szCs w:val="40"/>
    </w:rPr>
  </w:style>
  <w:style w:type="character" w:customStyle="1" w:styleId="32">
    <w:name w:val="标题 3 字符"/>
    <w:basedOn w:val="a2"/>
    <w:link w:val="31"/>
    <w:uiPriority w:val="9"/>
    <w:rsid w:val="000564CF"/>
    <w:rPr>
      <w:rFonts w:asciiTheme="majorHAnsi" w:eastAsiaTheme="majorEastAsia" w:hAnsiTheme="majorHAnsi" w:cstheme="majorBidi"/>
      <w:color w:val="0F4761" w:themeColor="accent1" w:themeShade="BF"/>
      <w:sz w:val="32"/>
      <w:szCs w:val="32"/>
    </w:rPr>
  </w:style>
  <w:style w:type="character" w:customStyle="1" w:styleId="40">
    <w:name w:val="标题 4 字符"/>
    <w:basedOn w:val="a2"/>
    <w:link w:val="4"/>
    <w:uiPriority w:val="9"/>
    <w:semiHidden/>
    <w:rsid w:val="000564CF"/>
    <w:rPr>
      <w:rFonts w:cstheme="majorBidi"/>
      <w:color w:val="0F4761" w:themeColor="accent1" w:themeShade="BF"/>
      <w:sz w:val="28"/>
      <w:szCs w:val="28"/>
    </w:rPr>
  </w:style>
  <w:style w:type="character" w:customStyle="1" w:styleId="50">
    <w:name w:val="标题 5 字符"/>
    <w:basedOn w:val="a2"/>
    <w:link w:val="5"/>
    <w:uiPriority w:val="9"/>
    <w:semiHidden/>
    <w:rsid w:val="000564CF"/>
    <w:rPr>
      <w:rFonts w:cstheme="majorBidi"/>
      <w:color w:val="0F4761" w:themeColor="accent1" w:themeShade="BF"/>
      <w:sz w:val="24"/>
      <w:szCs w:val="24"/>
    </w:rPr>
  </w:style>
  <w:style w:type="character" w:customStyle="1" w:styleId="60">
    <w:name w:val="标题 6 字符"/>
    <w:basedOn w:val="a2"/>
    <w:link w:val="6"/>
    <w:uiPriority w:val="9"/>
    <w:semiHidden/>
    <w:rsid w:val="000564CF"/>
    <w:rPr>
      <w:rFonts w:cstheme="majorBidi"/>
      <w:b/>
      <w:bCs/>
      <w:color w:val="0F4761" w:themeColor="accent1" w:themeShade="BF"/>
    </w:rPr>
  </w:style>
  <w:style w:type="character" w:customStyle="1" w:styleId="70">
    <w:name w:val="标题 7 字符"/>
    <w:basedOn w:val="a2"/>
    <w:link w:val="7"/>
    <w:uiPriority w:val="9"/>
    <w:semiHidden/>
    <w:rsid w:val="000564CF"/>
    <w:rPr>
      <w:rFonts w:cstheme="majorBidi"/>
      <w:b/>
      <w:bCs/>
      <w:color w:val="595959" w:themeColor="text1" w:themeTint="A6"/>
    </w:rPr>
  </w:style>
  <w:style w:type="character" w:customStyle="1" w:styleId="80">
    <w:name w:val="标题 8 字符"/>
    <w:basedOn w:val="a2"/>
    <w:link w:val="8"/>
    <w:uiPriority w:val="9"/>
    <w:semiHidden/>
    <w:rsid w:val="000564CF"/>
    <w:rPr>
      <w:rFonts w:cstheme="majorBidi"/>
      <w:color w:val="595959" w:themeColor="text1" w:themeTint="A6"/>
    </w:rPr>
  </w:style>
  <w:style w:type="character" w:customStyle="1" w:styleId="90">
    <w:name w:val="标题 9 字符"/>
    <w:basedOn w:val="a2"/>
    <w:link w:val="9"/>
    <w:uiPriority w:val="9"/>
    <w:semiHidden/>
    <w:rsid w:val="000564CF"/>
    <w:rPr>
      <w:rFonts w:eastAsiaTheme="majorEastAsia" w:cstheme="majorBidi"/>
      <w:color w:val="595959" w:themeColor="text1" w:themeTint="A6"/>
    </w:rPr>
  </w:style>
  <w:style w:type="paragraph" w:styleId="a5">
    <w:name w:val="Title"/>
    <w:basedOn w:val="a1"/>
    <w:next w:val="a1"/>
    <w:link w:val="a6"/>
    <w:uiPriority w:val="10"/>
    <w:qFormat/>
    <w:rsid w:val="000564C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2"/>
    <w:link w:val="a5"/>
    <w:uiPriority w:val="10"/>
    <w:rsid w:val="000564CF"/>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0564C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2"/>
    <w:link w:val="a7"/>
    <w:uiPriority w:val="11"/>
    <w:rsid w:val="000564CF"/>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0564CF"/>
    <w:pPr>
      <w:spacing w:before="160" w:after="160"/>
      <w:jc w:val="center"/>
    </w:pPr>
    <w:rPr>
      <w:i/>
      <w:iCs/>
      <w:color w:val="404040" w:themeColor="text1" w:themeTint="BF"/>
    </w:rPr>
  </w:style>
  <w:style w:type="character" w:customStyle="1" w:styleId="aa">
    <w:name w:val="引用 字符"/>
    <w:basedOn w:val="a2"/>
    <w:link w:val="a9"/>
    <w:uiPriority w:val="29"/>
    <w:rsid w:val="000564CF"/>
    <w:rPr>
      <w:i/>
      <w:iCs/>
      <w:color w:val="404040" w:themeColor="text1" w:themeTint="BF"/>
    </w:rPr>
  </w:style>
  <w:style w:type="paragraph" w:styleId="ab">
    <w:name w:val="List Paragraph"/>
    <w:basedOn w:val="a1"/>
    <w:uiPriority w:val="34"/>
    <w:qFormat/>
    <w:rsid w:val="000564CF"/>
    <w:pPr>
      <w:ind w:left="720"/>
      <w:contextualSpacing/>
    </w:pPr>
  </w:style>
  <w:style w:type="character" w:styleId="ac">
    <w:name w:val="Intense Emphasis"/>
    <w:basedOn w:val="a2"/>
    <w:uiPriority w:val="21"/>
    <w:qFormat/>
    <w:rsid w:val="000564CF"/>
    <w:rPr>
      <w:i/>
      <w:iCs/>
      <w:color w:val="0F4761" w:themeColor="accent1" w:themeShade="BF"/>
    </w:rPr>
  </w:style>
  <w:style w:type="paragraph" w:styleId="ad">
    <w:name w:val="Intense Quote"/>
    <w:basedOn w:val="a1"/>
    <w:next w:val="a1"/>
    <w:link w:val="ae"/>
    <w:uiPriority w:val="30"/>
    <w:qFormat/>
    <w:rsid w:val="00056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2"/>
    <w:link w:val="ad"/>
    <w:uiPriority w:val="30"/>
    <w:rsid w:val="000564CF"/>
    <w:rPr>
      <w:i/>
      <w:iCs/>
      <w:color w:val="0F4761" w:themeColor="accent1" w:themeShade="BF"/>
    </w:rPr>
  </w:style>
  <w:style w:type="character" w:styleId="af">
    <w:name w:val="Intense Reference"/>
    <w:basedOn w:val="a2"/>
    <w:uiPriority w:val="32"/>
    <w:qFormat/>
    <w:rsid w:val="000564CF"/>
    <w:rPr>
      <w:b/>
      <w:bCs/>
      <w:smallCaps/>
      <w:color w:val="0F4761" w:themeColor="accent1" w:themeShade="BF"/>
      <w:spacing w:val="5"/>
    </w:rPr>
  </w:style>
  <w:style w:type="paragraph" w:styleId="af0">
    <w:name w:val="header"/>
    <w:basedOn w:val="a1"/>
    <w:link w:val="af1"/>
    <w:uiPriority w:val="99"/>
    <w:unhideWhenUsed/>
    <w:rsid w:val="004B2954"/>
    <w:pPr>
      <w:tabs>
        <w:tab w:val="center" w:pos="4153"/>
        <w:tab w:val="right" w:pos="8306"/>
      </w:tabs>
      <w:snapToGrid w:val="0"/>
      <w:spacing w:line="240" w:lineRule="auto"/>
      <w:jc w:val="center"/>
    </w:pPr>
    <w:rPr>
      <w:sz w:val="18"/>
      <w:szCs w:val="18"/>
    </w:rPr>
  </w:style>
  <w:style w:type="character" w:customStyle="1" w:styleId="af1">
    <w:name w:val="页眉 字符"/>
    <w:basedOn w:val="a2"/>
    <w:link w:val="af0"/>
    <w:uiPriority w:val="99"/>
    <w:rsid w:val="004B2954"/>
    <w:rPr>
      <w:sz w:val="18"/>
      <w:szCs w:val="18"/>
    </w:rPr>
  </w:style>
  <w:style w:type="paragraph" w:styleId="af2">
    <w:name w:val="footer"/>
    <w:basedOn w:val="a1"/>
    <w:link w:val="af3"/>
    <w:uiPriority w:val="99"/>
    <w:unhideWhenUsed/>
    <w:rsid w:val="004B2954"/>
    <w:pPr>
      <w:tabs>
        <w:tab w:val="center" w:pos="4153"/>
        <w:tab w:val="right" w:pos="8306"/>
      </w:tabs>
      <w:snapToGrid w:val="0"/>
      <w:spacing w:line="240" w:lineRule="auto"/>
    </w:pPr>
    <w:rPr>
      <w:sz w:val="18"/>
      <w:szCs w:val="18"/>
    </w:rPr>
  </w:style>
  <w:style w:type="character" w:customStyle="1" w:styleId="af3">
    <w:name w:val="页脚 字符"/>
    <w:basedOn w:val="a2"/>
    <w:link w:val="af2"/>
    <w:uiPriority w:val="99"/>
    <w:rsid w:val="004B2954"/>
    <w:rPr>
      <w:sz w:val="18"/>
      <w:szCs w:val="18"/>
    </w:rPr>
  </w:style>
  <w:style w:type="paragraph" w:styleId="af4">
    <w:name w:val="No Spacing"/>
    <w:uiPriority w:val="1"/>
    <w:qFormat/>
    <w:rsid w:val="004B2954"/>
    <w:pPr>
      <w:spacing w:before="0" w:beforeAutospacing="0" w:after="0" w:afterAutospacing="0" w:line="240" w:lineRule="auto"/>
    </w:pPr>
    <w:rPr>
      <w:kern w:val="0"/>
      <w:sz w:val="22"/>
      <w:lang w:eastAsia="en-US"/>
    </w:rPr>
  </w:style>
  <w:style w:type="paragraph" w:styleId="af5">
    <w:name w:val="Body Text"/>
    <w:basedOn w:val="a1"/>
    <w:link w:val="af6"/>
    <w:uiPriority w:val="99"/>
    <w:unhideWhenUsed/>
    <w:rsid w:val="004B2954"/>
    <w:pPr>
      <w:spacing w:after="120"/>
    </w:pPr>
  </w:style>
  <w:style w:type="character" w:customStyle="1" w:styleId="af6">
    <w:name w:val="正文文本 字符"/>
    <w:basedOn w:val="a2"/>
    <w:link w:val="af5"/>
    <w:uiPriority w:val="99"/>
    <w:rsid w:val="004B2954"/>
    <w:rPr>
      <w:rFonts w:ascii="Times New Roman" w:eastAsia="Times New Roman" w:hAnsi="Times New Roman"/>
      <w:kern w:val="0"/>
      <w:sz w:val="19"/>
      <w:lang w:eastAsia="en-US"/>
    </w:rPr>
  </w:style>
  <w:style w:type="paragraph" w:styleId="23">
    <w:name w:val="Body Text 2"/>
    <w:basedOn w:val="a1"/>
    <w:link w:val="24"/>
    <w:uiPriority w:val="99"/>
    <w:unhideWhenUsed/>
    <w:rsid w:val="004B2954"/>
    <w:pPr>
      <w:spacing w:after="120" w:line="480" w:lineRule="auto"/>
    </w:pPr>
  </w:style>
  <w:style w:type="character" w:customStyle="1" w:styleId="24">
    <w:name w:val="正文文本 2 字符"/>
    <w:basedOn w:val="a2"/>
    <w:link w:val="23"/>
    <w:uiPriority w:val="99"/>
    <w:rsid w:val="004B2954"/>
    <w:rPr>
      <w:rFonts w:ascii="Times New Roman" w:eastAsia="Times New Roman" w:hAnsi="Times New Roman"/>
      <w:kern w:val="0"/>
      <w:sz w:val="19"/>
      <w:lang w:eastAsia="en-US"/>
    </w:rPr>
  </w:style>
  <w:style w:type="paragraph" w:styleId="33">
    <w:name w:val="Body Text 3"/>
    <w:basedOn w:val="a1"/>
    <w:link w:val="34"/>
    <w:uiPriority w:val="99"/>
    <w:unhideWhenUsed/>
    <w:rsid w:val="004B2954"/>
    <w:pPr>
      <w:spacing w:after="120"/>
    </w:pPr>
    <w:rPr>
      <w:sz w:val="16"/>
      <w:szCs w:val="16"/>
    </w:rPr>
  </w:style>
  <w:style w:type="character" w:customStyle="1" w:styleId="34">
    <w:name w:val="正文文本 3 字符"/>
    <w:basedOn w:val="a2"/>
    <w:link w:val="33"/>
    <w:uiPriority w:val="99"/>
    <w:rsid w:val="004B2954"/>
    <w:rPr>
      <w:rFonts w:ascii="Times New Roman" w:eastAsia="Times New Roman" w:hAnsi="Times New Roman"/>
      <w:kern w:val="0"/>
      <w:sz w:val="16"/>
      <w:szCs w:val="16"/>
      <w:lang w:eastAsia="en-US"/>
    </w:rPr>
  </w:style>
  <w:style w:type="paragraph" w:styleId="af7">
    <w:name w:val="List"/>
    <w:basedOn w:val="a1"/>
    <w:uiPriority w:val="99"/>
    <w:unhideWhenUsed/>
    <w:rsid w:val="004B2954"/>
    <w:pPr>
      <w:ind w:left="360" w:hanging="360"/>
      <w:contextualSpacing/>
    </w:pPr>
  </w:style>
  <w:style w:type="paragraph" w:styleId="25">
    <w:name w:val="List 2"/>
    <w:basedOn w:val="a1"/>
    <w:uiPriority w:val="99"/>
    <w:unhideWhenUsed/>
    <w:rsid w:val="004B2954"/>
    <w:pPr>
      <w:ind w:left="720" w:hanging="360"/>
      <w:contextualSpacing/>
    </w:pPr>
  </w:style>
  <w:style w:type="paragraph" w:styleId="35">
    <w:name w:val="List 3"/>
    <w:basedOn w:val="a1"/>
    <w:uiPriority w:val="99"/>
    <w:unhideWhenUsed/>
    <w:rsid w:val="004B2954"/>
    <w:pPr>
      <w:ind w:left="1080" w:hanging="360"/>
      <w:contextualSpacing/>
    </w:pPr>
  </w:style>
  <w:style w:type="paragraph" w:styleId="a0">
    <w:name w:val="List Bullet"/>
    <w:basedOn w:val="a1"/>
    <w:uiPriority w:val="99"/>
    <w:unhideWhenUsed/>
    <w:rsid w:val="004B2954"/>
    <w:pPr>
      <w:numPr>
        <w:numId w:val="1"/>
      </w:numPr>
      <w:tabs>
        <w:tab w:val="clear" w:pos="360"/>
      </w:tabs>
      <w:ind w:left="0" w:firstLine="0"/>
      <w:contextualSpacing/>
    </w:pPr>
  </w:style>
  <w:style w:type="paragraph" w:styleId="20">
    <w:name w:val="List Bullet 2"/>
    <w:basedOn w:val="a1"/>
    <w:uiPriority w:val="99"/>
    <w:unhideWhenUsed/>
    <w:rsid w:val="004B2954"/>
    <w:pPr>
      <w:numPr>
        <w:numId w:val="2"/>
      </w:numPr>
      <w:tabs>
        <w:tab w:val="clear" w:pos="720"/>
      </w:tabs>
      <w:ind w:left="0" w:firstLine="0"/>
      <w:contextualSpacing/>
    </w:pPr>
  </w:style>
  <w:style w:type="paragraph" w:styleId="30">
    <w:name w:val="List Bullet 3"/>
    <w:basedOn w:val="a1"/>
    <w:uiPriority w:val="99"/>
    <w:unhideWhenUsed/>
    <w:rsid w:val="004B2954"/>
    <w:pPr>
      <w:numPr>
        <w:numId w:val="3"/>
      </w:numPr>
      <w:tabs>
        <w:tab w:val="clear" w:pos="1080"/>
      </w:tabs>
      <w:ind w:left="0" w:firstLine="0"/>
      <w:contextualSpacing/>
    </w:pPr>
  </w:style>
  <w:style w:type="paragraph" w:styleId="a">
    <w:name w:val="List Number"/>
    <w:basedOn w:val="a1"/>
    <w:uiPriority w:val="99"/>
    <w:unhideWhenUsed/>
    <w:rsid w:val="004B2954"/>
    <w:pPr>
      <w:numPr>
        <w:numId w:val="5"/>
      </w:numPr>
      <w:tabs>
        <w:tab w:val="clear" w:pos="360"/>
      </w:tabs>
      <w:ind w:left="0" w:firstLine="0"/>
      <w:contextualSpacing/>
    </w:pPr>
  </w:style>
  <w:style w:type="paragraph" w:styleId="2">
    <w:name w:val="List Number 2"/>
    <w:basedOn w:val="a1"/>
    <w:uiPriority w:val="99"/>
    <w:unhideWhenUsed/>
    <w:rsid w:val="004B2954"/>
    <w:pPr>
      <w:numPr>
        <w:numId w:val="6"/>
      </w:numPr>
      <w:tabs>
        <w:tab w:val="clear" w:pos="720"/>
      </w:tabs>
      <w:ind w:left="0" w:firstLine="0"/>
      <w:contextualSpacing/>
    </w:pPr>
  </w:style>
  <w:style w:type="paragraph" w:styleId="3">
    <w:name w:val="List Number 3"/>
    <w:basedOn w:val="a1"/>
    <w:uiPriority w:val="99"/>
    <w:unhideWhenUsed/>
    <w:rsid w:val="004B2954"/>
    <w:pPr>
      <w:numPr>
        <w:numId w:val="7"/>
      </w:numPr>
      <w:tabs>
        <w:tab w:val="clear" w:pos="1080"/>
      </w:tabs>
      <w:ind w:left="0" w:firstLine="0"/>
      <w:contextualSpacing/>
    </w:pPr>
  </w:style>
  <w:style w:type="paragraph" w:styleId="af8">
    <w:name w:val="List Continue"/>
    <w:basedOn w:val="a1"/>
    <w:uiPriority w:val="99"/>
    <w:unhideWhenUsed/>
    <w:rsid w:val="004B2954"/>
    <w:pPr>
      <w:spacing w:after="120"/>
      <w:ind w:left="360"/>
      <w:contextualSpacing/>
    </w:pPr>
  </w:style>
  <w:style w:type="paragraph" w:styleId="26">
    <w:name w:val="List Continue 2"/>
    <w:basedOn w:val="a1"/>
    <w:uiPriority w:val="99"/>
    <w:unhideWhenUsed/>
    <w:rsid w:val="004B2954"/>
    <w:pPr>
      <w:spacing w:after="120"/>
      <w:ind w:left="720"/>
      <w:contextualSpacing/>
    </w:pPr>
  </w:style>
  <w:style w:type="paragraph" w:styleId="36">
    <w:name w:val="List Continue 3"/>
    <w:basedOn w:val="a1"/>
    <w:uiPriority w:val="99"/>
    <w:unhideWhenUsed/>
    <w:rsid w:val="004B2954"/>
    <w:pPr>
      <w:spacing w:after="120"/>
      <w:ind w:left="1080"/>
      <w:contextualSpacing/>
    </w:pPr>
  </w:style>
  <w:style w:type="paragraph" w:styleId="af9">
    <w:name w:val="macro"/>
    <w:link w:val="afa"/>
    <w:uiPriority w:val="99"/>
    <w:unhideWhenUsed/>
    <w:rsid w:val="004B2954"/>
    <w:pPr>
      <w:tabs>
        <w:tab w:val="left" w:pos="576"/>
        <w:tab w:val="left" w:pos="1152"/>
        <w:tab w:val="left" w:pos="1728"/>
        <w:tab w:val="left" w:pos="2304"/>
        <w:tab w:val="left" w:pos="2880"/>
        <w:tab w:val="left" w:pos="3456"/>
        <w:tab w:val="left" w:pos="4032"/>
      </w:tabs>
      <w:spacing w:before="0" w:beforeAutospacing="0" w:after="200" w:afterAutospacing="0" w:line="276" w:lineRule="auto"/>
    </w:pPr>
    <w:rPr>
      <w:rFonts w:ascii="Courier" w:hAnsi="Courier"/>
      <w:kern w:val="0"/>
      <w:sz w:val="20"/>
      <w:szCs w:val="20"/>
      <w:lang w:eastAsia="en-US"/>
    </w:rPr>
  </w:style>
  <w:style w:type="character" w:customStyle="1" w:styleId="afa">
    <w:name w:val="宏文本 字符"/>
    <w:basedOn w:val="a2"/>
    <w:link w:val="af9"/>
    <w:uiPriority w:val="99"/>
    <w:rsid w:val="004B2954"/>
    <w:rPr>
      <w:rFonts w:ascii="Courier" w:hAnsi="Courier"/>
      <w:kern w:val="0"/>
      <w:sz w:val="20"/>
      <w:szCs w:val="20"/>
      <w:lang w:eastAsia="en-US"/>
    </w:rPr>
  </w:style>
  <w:style w:type="paragraph" w:styleId="afb">
    <w:name w:val="caption"/>
    <w:basedOn w:val="a1"/>
    <w:next w:val="a1"/>
    <w:uiPriority w:val="35"/>
    <w:semiHidden/>
    <w:unhideWhenUsed/>
    <w:qFormat/>
    <w:rsid w:val="004B2954"/>
    <w:pPr>
      <w:spacing w:line="240" w:lineRule="auto"/>
    </w:pPr>
    <w:rPr>
      <w:b/>
      <w:bCs/>
      <w:color w:val="156082" w:themeColor="accent1"/>
      <w:sz w:val="18"/>
      <w:szCs w:val="18"/>
    </w:rPr>
  </w:style>
  <w:style w:type="character" w:styleId="afc">
    <w:name w:val="Strong"/>
    <w:basedOn w:val="a2"/>
    <w:uiPriority w:val="22"/>
    <w:qFormat/>
    <w:rsid w:val="004B2954"/>
    <w:rPr>
      <w:b/>
      <w:bCs/>
    </w:rPr>
  </w:style>
  <w:style w:type="character" w:styleId="afd">
    <w:name w:val="Emphasis"/>
    <w:basedOn w:val="a2"/>
    <w:uiPriority w:val="20"/>
    <w:qFormat/>
    <w:rsid w:val="004B2954"/>
    <w:rPr>
      <w:i/>
      <w:iCs/>
    </w:rPr>
  </w:style>
  <w:style w:type="character" w:styleId="afe">
    <w:name w:val="Subtle Emphasis"/>
    <w:basedOn w:val="a2"/>
    <w:uiPriority w:val="19"/>
    <w:qFormat/>
    <w:rsid w:val="004B2954"/>
    <w:rPr>
      <w:i/>
      <w:iCs/>
      <w:color w:val="808080" w:themeColor="text1" w:themeTint="7F"/>
    </w:rPr>
  </w:style>
  <w:style w:type="character" w:styleId="aff">
    <w:name w:val="Subtle Reference"/>
    <w:basedOn w:val="a2"/>
    <w:uiPriority w:val="31"/>
    <w:qFormat/>
    <w:rsid w:val="004B2954"/>
    <w:rPr>
      <w:smallCaps/>
      <w:color w:val="E97132" w:themeColor="accent2"/>
      <w:u w:val="single"/>
    </w:rPr>
  </w:style>
  <w:style w:type="character" w:styleId="aff0">
    <w:name w:val="Book Title"/>
    <w:basedOn w:val="a2"/>
    <w:uiPriority w:val="33"/>
    <w:qFormat/>
    <w:rsid w:val="004B2954"/>
    <w:rPr>
      <w:b/>
      <w:bCs/>
      <w:smallCaps/>
      <w:spacing w:val="5"/>
    </w:rPr>
  </w:style>
  <w:style w:type="paragraph" w:styleId="TOC">
    <w:name w:val="TOC Heading"/>
    <w:basedOn w:val="1"/>
    <w:next w:val="a1"/>
    <w:uiPriority w:val="39"/>
    <w:semiHidden/>
    <w:unhideWhenUsed/>
    <w:qFormat/>
    <w:rsid w:val="004B2954"/>
    <w:pPr>
      <w:spacing w:after="0"/>
      <w:outlineLvl w:val="9"/>
    </w:pPr>
    <w:rPr>
      <w:b/>
      <w:bCs/>
      <w:sz w:val="28"/>
      <w:szCs w:val="28"/>
    </w:rPr>
  </w:style>
  <w:style w:type="table" w:styleId="aff1">
    <w:name w:val="Table Grid"/>
    <w:basedOn w:val="a3"/>
    <w:uiPriority w:val="59"/>
    <w:rsid w:val="004B2954"/>
    <w:pPr>
      <w:spacing w:before="0" w:beforeAutospacing="0" w:after="0" w:afterAutospacing="0" w:line="240" w:lineRule="auto"/>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4B2954"/>
    <w:pPr>
      <w:spacing w:before="0" w:beforeAutospacing="0" w:after="0" w:afterAutospacing="0" w:line="240" w:lineRule="auto"/>
    </w:pPr>
    <w:rPr>
      <w:color w:val="000000" w:themeColor="text1" w:themeShade="BF"/>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4B2954"/>
    <w:pPr>
      <w:spacing w:before="0" w:beforeAutospacing="0" w:after="0" w:afterAutospacing="0" w:line="240" w:lineRule="auto"/>
    </w:pPr>
    <w:rPr>
      <w:color w:val="0F4761" w:themeColor="accent1" w:themeShade="BF"/>
      <w:kern w:val="0"/>
      <w:sz w:val="22"/>
      <w:lang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3"/>
    <w:uiPriority w:val="60"/>
    <w:rsid w:val="004B2954"/>
    <w:pPr>
      <w:spacing w:before="0" w:beforeAutospacing="0" w:after="0" w:afterAutospacing="0" w:line="240" w:lineRule="auto"/>
    </w:pPr>
    <w:rPr>
      <w:color w:val="BF4E14" w:themeColor="accent2" w:themeShade="BF"/>
      <w:kern w:val="0"/>
      <w:sz w:val="22"/>
      <w:lang w:eastAsia="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3"/>
    <w:uiPriority w:val="60"/>
    <w:rsid w:val="004B2954"/>
    <w:pPr>
      <w:spacing w:before="0" w:beforeAutospacing="0" w:after="0" w:afterAutospacing="0" w:line="240" w:lineRule="auto"/>
    </w:pPr>
    <w:rPr>
      <w:color w:val="124F1A" w:themeColor="accent3" w:themeShade="BF"/>
      <w:kern w:val="0"/>
      <w:sz w:val="22"/>
      <w:lang w:eastAsia="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3"/>
    <w:uiPriority w:val="60"/>
    <w:rsid w:val="004B2954"/>
    <w:pPr>
      <w:spacing w:before="0" w:beforeAutospacing="0" w:after="0" w:afterAutospacing="0" w:line="240" w:lineRule="auto"/>
    </w:pPr>
    <w:rPr>
      <w:color w:val="0B769F" w:themeColor="accent4" w:themeShade="BF"/>
      <w:kern w:val="0"/>
      <w:sz w:val="22"/>
      <w:lang w:eastAsia="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3"/>
    <w:uiPriority w:val="60"/>
    <w:rsid w:val="004B2954"/>
    <w:pPr>
      <w:spacing w:before="0" w:beforeAutospacing="0" w:after="0" w:afterAutospacing="0" w:line="240" w:lineRule="auto"/>
    </w:pPr>
    <w:rPr>
      <w:color w:val="77206D" w:themeColor="accent5" w:themeShade="BF"/>
      <w:kern w:val="0"/>
      <w:sz w:val="22"/>
      <w:lang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3"/>
    <w:uiPriority w:val="60"/>
    <w:rsid w:val="004B2954"/>
    <w:pPr>
      <w:spacing w:before="0" w:beforeAutospacing="0" w:after="0" w:afterAutospacing="0" w:line="240" w:lineRule="auto"/>
    </w:pPr>
    <w:rPr>
      <w:color w:val="3A7C22" w:themeColor="accent6" w:themeShade="BF"/>
      <w:kern w:val="0"/>
      <w:sz w:val="22"/>
      <w:lang w:eastAsia="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3">
    <w:name w:val="Light List"/>
    <w:basedOn w:val="a3"/>
    <w:uiPriority w:val="61"/>
    <w:rsid w:val="004B2954"/>
    <w:pPr>
      <w:spacing w:before="0" w:beforeAutospacing="0" w:after="0" w:afterAutospacing="0" w:line="240" w:lineRule="auto"/>
    </w:pPr>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4B2954"/>
    <w:pPr>
      <w:spacing w:before="0" w:beforeAutospacing="0" w:after="0" w:afterAutospacing="0" w:line="240" w:lineRule="auto"/>
    </w:pPr>
    <w:rPr>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3"/>
    <w:uiPriority w:val="61"/>
    <w:rsid w:val="004B2954"/>
    <w:pPr>
      <w:spacing w:before="0" w:beforeAutospacing="0" w:after="0" w:afterAutospacing="0" w:line="240" w:lineRule="auto"/>
    </w:pPr>
    <w:rPr>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3"/>
    <w:uiPriority w:val="61"/>
    <w:rsid w:val="004B2954"/>
    <w:pPr>
      <w:spacing w:before="0" w:beforeAutospacing="0" w:after="0" w:afterAutospacing="0" w:line="240" w:lineRule="auto"/>
    </w:pPr>
    <w:rPr>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3"/>
    <w:uiPriority w:val="61"/>
    <w:rsid w:val="004B2954"/>
    <w:pPr>
      <w:spacing w:before="0" w:beforeAutospacing="0" w:after="0" w:afterAutospacing="0" w:line="240" w:lineRule="auto"/>
    </w:pPr>
    <w:rPr>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3"/>
    <w:uiPriority w:val="61"/>
    <w:rsid w:val="004B2954"/>
    <w:pPr>
      <w:spacing w:before="0" w:beforeAutospacing="0" w:after="0" w:afterAutospacing="0" w:line="240" w:lineRule="auto"/>
    </w:pPr>
    <w:rPr>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3"/>
    <w:uiPriority w:val="61"/>
    <w:rsid w:val="004B2954"/>
    <w:pPr>
      <w:spacing w:before="0" w:beforeAutospacing="0" w:after="0" w:afterAutospacing="0" w:line="240" w:lineRule="auto"/>
    </w:pPr>
    <w:rPr>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4">
    <w:name w:val="Light Grid"/>
    <w:basedOn w:val="a3"/>
    <w:uiPriority w:val="62"/>
    <w:rsid w:val="004B2954"/>
    <w:pPr>
      <w:spacing w:before="0" w:beforeAutospacing="0" w:after="0" w:afterAutospacing="0" w:line="240" w:lineRule="auto"/>
    </w:pPr>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4B2954"/>
    <w:pPr>
      <w:spacing w:before="0" w:beforeAutospacing="0" w:after="0" w:afterAutospacing="0" w:line="240" w:lineRule="auto"/>
    </w:pPr>
    <w:rPr>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1">
    <w:name w:val="Light Grid Accent 2"/>
    <w:basedOn w:val="a3"/>
    <w:uiPriority w:val="62"/>
    <w:rsid w:val="004B2954"/>
    <w:pPr>
      <w:spacing w:before="0" w:beforeAutospacing="0" w:after="0" w:afterAutospacing="0" w:line="240" w:lineRule="auto"/>
    </w:pPr>
    <w:rPr>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1">
    <w:name w:val="Light Grid Accent 3"/>
    <w:basedOn w:val="a3"/>
    <w:uiPriority w:val="62"/>
    <w:rsid w:val="004B2954"/>
    <w:pPr>
      <w:spacing w:before="0" w:beforeAutospacing="0" w:after="0" w:afterAutospacing="0" w:line="240" w:lineRule="auto"/>
    </w:pPr>
    <w:rPr>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1">
    <w:name w:val="Light Grid Accent 4"/>
    <w:basedOn w:val="a3"/>
    <w:uiPriority w:val="62"/>
    <w:rsid w:val="004B2954"/>
    <w:pPr>
      <w:spacing w:before="0" w:beforeAutospacing="0" w:after="0" w:afterAutospacing="0" w:line="240" w:lineRule="auto"/>
    </w:pPr>
    <w:rPr>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1">
    <w:name w:val="Light Grid Accent 5"/>
    <w:basedOn w:val="a3"/>
    <w:uiPriority w:val="62"/>
    <w:rsid w:val="004B2954"/>
    <w:pPr>
      <w:spacing w:before="0" w:beforeAutospacing="0" w:after="0" w:afterAutospacing="0" w:line="240" w:lineRule="auto"/>
    </w:pPr>
    <w:rPr>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1">
    <w:name w:val="Light Grid Accent 6"/>
    <w:basedOn w:val="a3"/>
    <w:uiPriority w:val="62"/>
    <w:rsid w:val="004B2954"/>
    <w:pPr>
      <w:spacing w:before="0" w:beforeAutospacing="0" w:after="0" w:afterAutospacing="0" w:line="240" w:lineRule="auto"/>
    </w:pPr>
    <w:rPr>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1">
    <w:name w:val="Medium Shading 1"/>
    <w:basedOn w:val="a3"/>
    <w:uiPriority w:val="63"/>
    <w:rsid w:val="004B2954"/>
    <w:pPr>
      <w:spacing w:before="0" w:beforeAutospacing="0" w:after="0" w:afterAutospacing="0" w:line="240" w:lineRule="auto"/>
    </w:pPr>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4B2954"/>
    <w:pPr>
      <w:spacing w:before="0" w:beforeAutospacing="0" w:after="0" w:afterAutospacing="0" w:line="240" w:lineRule="auto"/>
    </w:pPr>
    <w:rPr>
      <w:kern w:val="0"/>
      <w:sz w:val="22"/>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4B2954"/>
    <w:pPr>
      <w:spacing w:before="0" w:beforeAutospacing="0" w:after="0" w:afterAutospacing="0" w:line="240" w:lineRule="auto"/>
    </w:pPr>
    <w:rPr>
      <w:kern w:val="0"/>
      <w:sz w:val="22"/>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4B2954"/>
    <w:pPr>
      <w:spacing w:before="0" w:beforeAutospacing="0" w:after="0" w:afterAutospacing="0" w:line="240" w:lineRule="auto"/>
    </w:pPr>
    <w:rPr>
      <w:kern w:val="0"/>
      <w:sz w:val="22"/>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4B2954"/>
    <w:pPr>
      <w:spacing w:before="0" w:beforeAutospacing="0" w:after="0" w:afterAutospacing="0" w:line="240" w:lineRule="auto"/>
    </w:pPr>
    <w:rPr>
      <w:kern w:val="0"/>
      <w:sz w:val="22"/>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4B2954"/>
    <w:pPr>
      <w:spacing w:before="0" w:beforeAutospacing="0" w:after="0" w:afterAutospacing="0" w:line="240" w:lineRule="auto"/>
    </w:pPr>
    <w:rPr>
      <w:kern w:val="0"/>
      <w:sz w:val="22"/>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4B2954"/>
    <w:pPr>
      <w:spacing w:before="0" w:beforeAutospacing="0" w:after="0" w:afterAutospacing="0" w:line="240" w:lineRule="auto"/>
    </w:pPr>
    <w:rPr>
      <w:kern w:val="0"/>
      <w:sz w:val="22"/>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7">
    <w:name w:val="Medium Shading 2"/>
    <w:basedOn w:val="a3"/>
    <w:uiPriority w:val="64"/>
    <w:rsid w:val="004B2954"/>
    <w:pPr>
      <w:spacing w:before="0" w:beforeAutospacing="0" w:after="0" w:afterAutospacing="0" w:line="240" w:lineRule="auto"/>
    </w:pPr>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4B2954"/>
    <w:pPr>
      <w:spacing w:before="0" w:beforeAutospacing="0" w:after="0" w:afterAutospacing="0" w:line="240" w:lineRule="auto"/>
    </w:pPr>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4B2954"/>
    <w:pPr>
      <w:spacing w:before="0" w:beforeAutospacing="0" w:after="0" w:afterAutospacing="0" w:line="240" w:lineRule="auto"/>
    </w:pPr>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4B2954"/>
    <w:pPr>
      <w:spacing w:before="0" w:beforeAutospacing="0" w:after="0" w:afterAutospacing="0" w:line="240" w:lineRule="auto"/>
    </w:pPr>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4B2954"/>
    <w:pPr>
      <w:spacing w:before="0" w:beforeAutospacing="0" w:after="0" w:afterAutospacing="0" w:line="240" w:lineRule="auto"/>
    </w:pPr>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4B2954"/>
    <w:pPr>
      <w:spacing w:before="0" w:beforeAutospacing="0" w:after="0" w:afterAutospacing="0" w:line="240" w:lineRule="auto"/>
    </w:pPr>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4B2954"/>
    <w:pPr>
      <w:spacing w:before="0" w:beforeAutospacing="0" w:after="0" w:afterAutospacing="0" w:line="240" w:lineRule="auto"/>
    </w:pPr>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3"/>
    <w:uiPriority w:val="65"/>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3"/>
    <w:uiPriority w:val="65"/>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3"/>
    <w:uiPriority w:val="65"/>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3"/>
    <w:uiPriority w:val="65"/>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3"/>
    <w:uiPriority w:val="65"/>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8">
    <w:name w:val="Medium List 2"/>
    <w:basedOn w:val="a3"/>
    <w:uiPriority w:val="66"/>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4B2954"/>
    <w:pPr>
      <w:spacing w:before="0" w:beforeAutospacing="0" w:after="0" w:afterAutospacing="0" w:line="240" w:lineRule="auto"/>
    </w:pPr>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4B2954"/>
    <w:pPr>
      <w:spacing w:before="0" w:beforeAutospacing="0" w:after="0" w:afterAutospacing="0" w:line="240" w:lineRule="auto"/>
    </w:pPr>
    <w:rPr>
      <w:kern w:val="0"/>
      <w:sz w:val="22"/>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3"/>
    <w:uiPriority w:val="67"/>
    <w:rsid w:val="004B2954"/>
    <w:pPr>
      <w:spacing w:before="0" w:beforeAutospacing="0" w:after="0" w:afterAutospacing="0" w:line="240" w:lineRule="auto"/>
    </w:pPr>
    <w:rPr>
      <w:kern w:val="0"/>
      <w:sz w:val="22"/>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3"/>
    <w:uiPriority w:val="67"/>
    <w:rsid w:val="004B2954"/>
    <w:pPr>
      <w:spacing w:before="0" w:beforeAutospacing="0" w:after="0" w:afterAutospacing="0" w:line="240" w:lineRule="auto"/>
    </w:pPr>
    <w:rPr>
      <w:kern w:val="0"/>
      <w:sz w:val="22"/>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3"/>
    <w:uiPriority w:val="67"/>
    <w:rsid w:val="004B2954"/>
    <w:pPr>
      <w:spacing w:before="0" w:beforeAutospacing="0" w:after="0" w:afterAutospacing="0" w:line="240" w:lineRule="auto"/>
    </w:pPr>
    <w:rPr>
      <w:kern w:val="0"/>
      <w:sz w:val="22"/>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3"/>
    <w:uiPriority w:val="67"/>
    <w:rsid w:val="004B2954"/>
    <w:pPr>
      <w:spacing w:before="0" w:beforeAutospacing="0" w:after="0" w:afterAutospacing="0" w:line="240" w:lineRule="auto"/>
    </w:pPr>
    <w:rPr>
      <w:kern w:val="0"/>
      <w:sz w:val="22"/>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3"/>
    <w:uiPriority w:val="67"/>
    <w:rsid w:val="004B2954"/>
    <w:pPr>
      <w:spacing w:before="0" w:beforeAutospacing="0" w:after="0" w:afterAutospacing="0" w:line="240" w:lineRule="auto"/>
    </w:pPr>
    <w:rPr>
      <w:kern w:val="0"/>
      <w:sz w:val="22"/>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9">
    <w:name w:val="Medium Grid 2"/>
    <w:basedOn w:val="a3"/>
    <w:uiPriority w:val="68"/>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4B2954"/>
    <w:pPr>
      <w:spacing w:before="0" w:beforeAutospacing="0" w:after="0" w:afterAutospacing="0" w:line="240" w:lineRule="auto"/>
    </w:pPr>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7">
    <w:name w:val="Medium Grid 3"/>
    <w:basedOn w:val="a3"/>
    <w:uiPriority w:val="69"/>
    <w:rsid w:val="004B2954"/>
    <w:pPr>
      <w:spacing w:before="0" w:beforeAutospacing="0" w:after="0" w:afterAutospacing="0" w:line="240" w:lineRule="auto"/>
    </w:pPr>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4B2954"/>
    <w:pPr>
      <w:spacing w:before="0" w:beforeAutospacing="0" w:after="0" w:afterAutospacing="0" w:line="240" w:lineRule="auto"/>
    </w:pPr>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3"/>
    <w:uiPriority w:val="69"/>
    <w:rsid w:val="004B2954"/>
    <w:pPr>
      <w:spacing w:before="0" w:beforeAutospacing="0" w:after="0" w:afterAutospacing="0" w:line="240" w:lineRule="auto"/>
    </w:pPr>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3"/>
    <w:uiPriority w:val="69"/>
    <w:rsid w:val="004B2954"/>
    <w:pPr>
      <w:spacing w:before="0" w:beforeAutospacing="0" w:after="0" w:afterAutospacing="0" w:line="240" w:lineRule="auto"/>
    </w:pPr>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3"/>
    <w:uiPriority w:val="69"/>
    <w:rsid w:val="004B2954"/>
    <w:pPr>
      <w:spacing w:before="0" w:beforeAutospacing="0" w:after="0" w:afterAutospacing="0" w:line="240" w:lineRule="auto"/>
    </w:pPr>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3"/>
    <w:uiPriority w:val="69"/>
    <w:rsid w:val="004B2954"/>
    <w:pPr>
      <w:spacing w:before="0" w:beforeAutospacing="0" w:after="0" w:afterAutospacing="0" w:line="240" w:lineRule="auto"/>
    </w:pPr>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3"/>
    <w:uiPriority w:val="69"/>
    <w:rsid w:val="004B2954"/>
    <w:pPr>
      <w:spacing w:before="0" w:beforeAutospacing="0" w:after="0" w:afterAutospacing="0" w:line="240" w:lineRule="auto"/>
    </w:pPr>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f5">
    <w:name w:val="Dark List"/>
    <w:basedOn w:val="a3"/>
    <w:uiPriority w:val="70"/>
    <w:rsid w:val="004B2954"/>
    <w:pPr>
      <w:spacing w:before="0" w:beforeAutospacing="0" w:after="0" w:afterAutospacing="0" w:line="240" w:lineRule="auto"/>
    </w:pPr>
    <w:rPr>
      <w:color w:val="FFFFFF" w:themeColor="background1"/>
      <w:kern w:val="0"/>
      <w:sz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4B2954"/>
    <w:pPr>
      <w:spacing w:before="0" w:beforeAutospacing="0" w:after="0" w:afterAutospacing="0" w:line="240" w:lineRule="auto"/>
    </w:pPr>
    <w:rPr>
      <w:color w:val="FFFFFF" w:themeColor="background1"/>
      <w:kern w:val="0"/>
      <w:sz w:val="22"/>
      <w:lang w:eastAsia="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3"/>
    <w:uiPriority w:val="70"/>
    <w:rsid w:val="004B2954"/>
    <w:pPr>
      <w:spacing w:before="0" w:beforeAutospacing="0" w:after="0" w:afterAutospacing="0" w:line="240" w:lineRule="auto"/>
    </w:pPr>
    <w:rPr>
      <w:color w:val="FFFFFF" w:themeColor="background1"/>
      <w:kern w:val="0"/>
      <w:sz w:val="22"/>
      <w:lang w:eastAsia="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3"/>
    <w:uiPriority w:val="70"/>
    <w:rsid w:val="004B2954"/>
    <w:pPr>
      <w:spacing w:before="0" w:beforeAutospacing="0" w:after="0" w:afterAutospacing="0" w:line="240" w:lineRule="auto"/>
    </w:pPr>
    <w:rPr>
      <w:color w:val="FFFFFF" w:themeColor="background1"/>
      <w:kern w:val="0"/>
      <w:sz w:val="22"/>
      <w:lang w:eastAsia="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3"/>
    <w:uiPriority w:val="70"/>
    <w:rsid w:val="004B2954"/>
    <w:pPr>
      <w:spacing w:before="0" w:beforeAutospacing="0" w:after="0" w:afterAutospacing="0" w:line="240" w:lineRule="auto"/>
    </w:pPr>
    <w:rPr>
      <w:color w:val="FFFFFF" w:themeColor="background1"/>
      <w:kern w:val="0"/>
      <w:sz w:val="22"/>
      <w:lang w:eastAsia="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3"/>
    <w:uiPriority w:val="70"/>
    <w:rsid w:val="004B2954"/>
    <w:pPr>
      <w:spacing w:before="0" w:beforeAutospacing="0" w:after="0" w:afterAutospacing="0" w:line="240" w:lineRule="auto"/>
    </w:pPr>
    <w:rPr>
      <w:color w:val="FFFFFF" w:themeColor="background1"/>
      <w:kern w:val="0"/>
      <w:sz w:val="22"/>
      <w:lang w:eastAsia="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3"/>
    <w:uiPriority w:val="70"/>
    <w:rsid w:val="004B2954"/>
    <w:pPr>
      <w:spacing w:before="0" w:beforeAutospacing="0" w:after="0" w:afterAutospacing="0" w:line="240" w:lineRule="auto"/>
    </w:pPr>
    <w:rPr>
      <w:color w:val="FFFFFF" w:themeColor="background1"/>
      <w:kern w:val="0"/>
      <w:sz w:val="22"/>
      <w:lang w:eastAsia="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6">
    <w:name w:val="Colorful Shading"/>
    <w:basedOn w:val="a3"/>
    <w:uiPriority w:val="71"/>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3"/>
    <w:uiPriority w:val="71"/>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4B2954"/>
    <w:pPr>
      <w:spacing w:before="0" w:beforeAutospacing="0" w:after="0" w:afterAutospacing="0" w:line="240" w:lineRule="auto"/>
    </w:pPr>
    <w:rPr>
      <w:color w:val="000000" w:themeColor="text1"/>
      <w:kern w:val="0"/>
      <w:sz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4B2954"/>
    <w:pPr>
      <w:spacing w:before="0" w:beforeAutospacing="0" w:after="0" w:afterAutospacing="0" w:line="240" w:lineRule="auto"/>
    </w:pPr>
    <w:rPr>
      <w:color w:val="000000" w:themeColor="text1"/>
      <w:kern w:val="0"/>
      <w:sz w:val="22"/>
      <w:lang w:eastAsia="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3"/>
    <w:uiPriority w:val="72"/>
    <w:rsid w:val="004B2954"/>
    <w:pPr>
      <w:spacing w:before="0" w:beforeAutospacing="0" w:after="0" w:afterAutospacing="0" w:line="240" w:lineRule="auto"/>
    </w:pPr>
    <w:rPr>
      <w:color w:val="000000" w:themeColor="text1"/>
      <w:kern w:val="0"/>
      <w:sz w:val="22"/>
      <w:lang w:eastAsia="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3"/>
    <w:uiPriority w:val="72"/>
    <w:rsid w:val="004B2954"/>
    <w:pPr>
      <w:spacing w:before="0" w:beforeAutospacing="0" w:after="0" w:afterAutospacing="0" w:line="240" w:lineRule="auto"/>
    </w:pPr>
    <w:rPr>
      <w:color w:val="000000" w:themeColor="text1"/>
      <w:kern w:val="0"/>
      <w:sz w:val="22"/>
      <w:lang w:eastAsia="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3"/>
    <w:uiPriority w:val="72"/>
    <w:rsid w:val="004B2954"/>
    <w:pPr>
      <w:spacing w:before="0" w:beforeAutospacing="0" w:after="0" w:afterAutospacing="0" w:line="240" w:lineRule="auto"/>
    </w:pPr>
    <w:rPr>
      <w:color w:val="000000" w:themeColor="text1"/>
      <w:kern w:val="0"/>
      <w:sz w:val="22"/>
      <w:lang w:eastAsia="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3"/>
    <w:uiPriority w:val="72"/>
    <w:rsid w:val="004B2954"/>
    <w:pPr>
      <w:spacing w:before="0" w:beforeAutospacing="0" w:after="0" w:afterAutospacing="0" w:line="240" w:lineRule="auto"/>
    </w:pPr>
    <w:rPr>
      <w:color w:val="000000" w:themeColor="text1"/>
      <w:kern w:val="0"/>
      <w:sz w:val="22"/>
      <w:lang w:eastAsia="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3"/>
    <w:uiPriority w:val="72"/>
    <w:rsid w:val="004B2954"/>
    <w:pPr>
      <w:spacing w:before="0" w:beforeAutospacing="0" w:after="0" w:afterAutospacing="0" w:line="240" w:lineRule="auto"/>
    </w:pPr>
    <w:rPr>
      <w:color w:val="000000" w:themeColor="text1"/>
      <w:kern w:val="0"/>
      <w:sz w:val="22"/>
      <w:lang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8">
    <w:name w:val="Colorful Grid"/>
    <w:basedOn w:val="a3"/>
    <w:uiPriority w:val="73"/>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3"/>
    <w:uiPriority w:val="73"/>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3"/>
    <w:uiPriority w:val="73"/>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3"/>
    <w:uiPriority w:val="73"/>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3"/>
    <w:uiPriority w:val="73"/>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3"/>
    <w:uiPriority w:val="73"/>
    <w:rsid w:val="004B2954"/>
    <w:pPr>
      <w:spacing w:before="0" w:beforeAutospacing="0" w:after="0" w:afterAutospacing="0" w:line="240" w:lineRule="auto"/>
    </w:pPr>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132</Pages>
  <Words>72307</Words>
  <Characters>412155</Characters>
  <Application>Microsoft Office Word</Application>
  <DocSecurity>0</DocSecurity>
  <Lines>3434</Lines>
  <Paragraphs>966</Paragraphs>
  <ScaleCrop>false</ScaleCrop>
  <Company/>
  <LinksUpToDate>false</LinksUpToDate>
  <CharactersWithSpaces>483496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优优 陈</dc:creator>
  <cp:keywords/>
  <dc:description/>
  <cp:lastModifiedBy>优优 陈</cp:lastModifiedBy>
  <cp:revision>13</cp:revision>
  <dcterms:created xsi:type="dcterms:W3CDTF">2026-06-05T13:11:00Z</dcterms:created>
  <dcterms:modified xsi:type="dcterms:W3CDTF">2026-06-05T14:10:00Z</dcterms:modified>
</cp:coreProperties>
</file>