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B1FA" w14:textId="77777777" w:rsidR="002877BA" w:rsidRDefault="00000000">
      <w:pPr>
        <w:spacing w:before="120" w:after="80"/>
      </w:pPr>
      <w:r>
        <w:rPr>
          <w:b/>
          <w:sz w:val="20"/>
        </w:rPr>
        <w:t>Supplementary Table S1. Full clinical characteristics and outcomes across four phenotypes in the MIMIC-IV derivation cohort</w:t>
      </w:r>
    </w:p>
    <w:tbl>
      <w:tblPr>
        <w:tblStyle w:val="aff1"/>
        <w:tblW w:w="5000" w:type="pct"/>
        <w:jc w:val="center"/>
        <w:tblLayout w:type="fixed"/>
        <w:tblCellMar>
          <w:top w:w="25" w:type="dxa"/>
          <w:left w:w="35" w:type="dxa"/>
          <w:bottom w:w="25" w:type="dxa"/>
          <w:right w:w="35" w:type="dxa"/>
        </w:tblCellMar>
        <w:tblLook w:val="04A0" w:firstRow="1" w:lastRow="0" w:firstColumn="1" w:lastColumn="0" w:noHBand="0" w:noVBand="1"/>
      </w:tblPr>
      <w:tblGrid>
        <w:gridCol w:w="3659"/>
        <w:gridCol w:w="2520"/>
        <w:gridCol w:w="2520"/>
        <w:gridCol w:w="2520"/>
        <w:gridCol w:w="2520"/>
        <w:gridCol w:w="1869"/>
      </w:tblGrid>
      <w:tr w:rsidR="002877BA" w14:paraId="340BB16D" w14:textId="77777777" w:rsidTr="00E3664E">
        <w:trPr>
          <w:cantSplit/>
          <w:tblHeader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07F0835D" w14:textId="77777777" w:rsidR="002877BA" w:rsidRDefault="00000000">
            <w:r>
              <w:rPr>
                <w:b/>
                <w:sz w:val="14"/>
              </w:rPr>
              <w:t>Variable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30EC3B76" w14:textId="77777777" w:rsidR="002877BA" w:rsidRDefault="00000000">
            <w:pPr>
              <w:jc w:val="center"/>
            </w:pPr>
            <w:r>
              <w:rPr>
                <w:b/>
                <w:sz w:val="14"/>
              </w:rPr>
              <w:t>MIMIC C0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71B1EBF1" w14:textId="77777777" w:rsidR="002877BA" w:rsidRDefault="00000000">
            <w:pPr>
              <w:jc w:val="center"/>
            </w:pPr>
            <w:r>
              <w:rPr>
                <w:b/>
                <w:sz w:val="14"/>
              </w:rPr>
              <w:t>MIMIC C1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51B560BB" w14:textId="77777777" w:rsidR="002877BA" w:rsidRDefault="00000000">
            <w:pPr>
              <w:jc w:val="center"/>
            </w:pPr>
            <w:r>
              <w:rPr>
                <w:b/>
                <w:sz w:val="14"/>
              </w:rPr>
              <w:t>MIMIC C2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364CBA3B" w14:textId="77777777" w:rsidR="002877BA" w:rsidRDefault="00000000">
            <w:pPr>
              <w:jc w:val="center"/>
            </w:pPr>
            <w:r>
              <w:rPr>
                <w:b/>
                <w:sz w:val="14"/>
              </w:rPr>
              <w:t>MIMIC C3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38912A2C" w14:textId="77777777" w:rsidR="002877BA" w:rsidRDefault="00000000">
            <w:pPr>
              <w:jc w:val="center"/>
            </w:pPr>
            <w:r>
              <w:rPr>
                <w:b/>
                <w:sz w:val="14"/>
              </w:rPr>
              <w:t>P-value</w:t>
            </w:r>
          </w:p>
        </w:tc>
      </w:tr>
      <w:tr w:rsidR="002877BA" w14:paraId="0DEE6D2E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A27B77" w14:textId="77777777" w:rsidR="002877BA" w:rsidRDefault="00000000">
            <w:r>
              <w:rPr>
                <w:sz w:val="14"/>
              </w:rPr>
              <w:t>Total number of patients,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67480A" w14:textId="77777777" w:rsidR="002877BA" w:rsidRDefault="00000000">
            <w:pPr>
              <w:jc w:val="center"/>
            </w:pPr>
            <w:r>
              <w:rPr>
                <w:sz w:val="14"/>
              </w:rPr>
              <w:t>7272 (49.9%)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43903C" w14:textId="77777777" w:rsidR="002877BA" w:rsidRDefault="00000000">
            <w:pPr>
              <w:jc w:val="center"/>
            </w:pPr>
            <w:r>
              <w:rPr>
                <w:sz w:val="14"/>
              </w:rPr>
              <w:t>2201 (15.1%)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011727" w14:textId="77777777" w:rsidR="002877BA" w:rsidRDefault="00000000">
            <w:pPr>
              <w:jc w:val="center"/>
            </w:pPr>
            <w:r>
              <w:rPr>
                <w:sz w:val="14"/>
              </w:rPr>
              <w:t>2783 (19.1%)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E20656" w14:textId="77777777" w:rsidR="002877BA" w:rsidRDefault="00000000">
            <w:pPr>
              <w:jc w:val="center"/>
            </w:pPr>
            <w:r>
              <w:rPr>
                <w:sz w:val="14"/>
              </w:rPr>
              <w:t>2317 (15.9%)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1A02E8" w14:textId="77777777" w:rsidR="002877BA" w:rsidRDefault="00000000">
            <w:pPr>
              <w:jc w:val="center"/>
            </w:pPr>
            <w:r>
              <w:rPr>
                <w:sz w:val="14"/>
              </w:rPr>
              <w:t>-</w:t>
            </w:r>
          </w:p>
        </w:tc>
      </w:tr>
      <w:tr w:rsidR="002877BA" w14:paraId="7663C856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DF2A99" w14:textId="77777777" w:rsidR="002877BA" w:rsidRDefault="00000000">
            <w:r>
              <w:rPr>
                <w:b/>
                <w:sz w:val="14"/>
              </w:rPr>
              <w:t>[Demographics]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1DB7E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FE3530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4B1FB2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0BBE6B" w14:textId="77777777" w:rsidR="002877BA" w:rsidRDefault="002877BA">
            <w:pPr>
              <w:jc w:val="center"/>
            </w:pP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94BEAD" w14:textId="77777777" w:rsidR="002877BA" w:rsidRDefault="002877BA">
            <w:pPr>
              <w:jc w:val="center"/>
            </w:pPr>
          </w:p>
        </w:tc>
      </w:tr>
      <w:tr w:rsidR="002877BA" w14:paraId="695DF1AC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09951C" w14:textId="77777777" w:rsidR="002877BA" w:rsidRDefault="00000000">
            <w:r>
              <w:rPr>
                <w:sz w:val="14"/>
              </w:rPr>
              <w:t>Age, years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AA3568" w14:textId="77777777" w:rsidR="002877BA" w:rsidRDefault="00000000">
            <w:pPr>
              <w:jc w:val="center"/>
            </w:pPr>
            <w:r>
              <w:rPr>
                <w:sz w:val="14"/>
              </w:rPr>
              <w:t>64.5 ± 13.7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CF8F5A" w14:textId="77777777" w:rsidR="002877BA" w:rsidRDefault="00000000">
            <w:pPr>
              <w:jc w:val="center"/>
            </w:pPr>
            <w:r>
              <w:rPr>
                <w:sz w:val="14"/>
              </w:rPr>
              <w:t>67.4 ± 10.9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BB4EDA" w14:textId="77777777" w:rsidR="002877BA" w:rsidRDefault="00000000">
            <w:pPr>
              <w:jc w:val="center"/>
            </w:pPr>
            <w:r>
              <w:rPr>
                <w:sz w:val="14"/>
              </w:rPr>
              <w:t>66.5 ± 14.9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CCF543" w14:textId="77777777" w:rsidR="002877BA" w:rsidRDefault="00000000">
            <w:pPr>
              <w:jc w:val="center"/>
            </w:pPr>
            <w:r>
              <w:rPr>
                <w:sz w:val="14"/>
              </w:rPr>
              <w:t>67.1 ± 12.7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E9CCAE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23D72E77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0D31BE" w14:textId="77777777" w:rsidR="002877BA" w:rsidRDefault="00000000">
            <w:r>
              <w:rPr>
                <w:sz w:val="14"/>
              </w:rPr>
              <w:t>Male gender,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3A3332" w14:textId="77777777" w:rsidR="002877BA" w:rsidRDefault="00000000">
            <w:pPr>
              <w:jc w:val="center"/>
            </w:pPr>
            <w:r>
              <w:rPr>
                <w:sz w:val="14"/>
              </w:rPr>
              <w:t>4305 (59.2%)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CAD197" w14:textId="77777777" w:rsidR="002877BA" w:rsidRDefault="00000000">
            <w:pPr>
              <w:jc w:val="center"/>
            </w:pPr>
            <w:r>
              <w:rPr>
                <w:sz w:val="14"/>
              </w:rPr>
              <w:t>1176 (53.4%)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D7722F" w14:textId="77777777" w:rsidR="002877BA" w:rsidRDefault="00000000">
            <w:pPr>
              <w:jc w:val="center"/>
            </w:pPr>
            <w:r>
              <w:rPr>
                <w:sz w:val="14"/>
              </w:rPr>
              <w:t>1673 (60.1%)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44573B" w14:textId="77777777" w:rsidR="002877BA" w:rsidRDefault="00000000">
            <w:pPr>
              <w:jc w:val="center"/>
            </w:pPr>
            <w:r>
              <w:rPr>
                <w:sz w:val="14"/>
              </w:rPr>
              <w:t>1517 (65.5%)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D34A52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0B2F75B5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1E5CAE" w14:textId="77777777" w:rsidR="002877BA" w:rsidRDefault="00000000">
            <w:r>
              <w:rPr>
                <w:b/>
                <w:sz w:val="14"/>
              </w:rPr>
              <w:t>[Severity Scores]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D643B2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EFDE41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2E2E3F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B0D711" w14:textId="77777777" w:rsidR="002877BA" w:rsidRDefault="002877BA">
            <w:pPr>
              <w:jc w:val="center"/>
            </w:pP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377926" w14:textId="77777777" w:rsidR="002877BA" w:rsidRDefault="002877BA">
            <w:pPr>
              <w:jc w:val="center"/>
            </w:pPr>
          </w:p>
        </w:tc>
      </w:tr>
      <w:tr w:rsidR="002877BA" w14:paraId="5FBB11A5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C35E7F" w14:textId="77777777" w:rsidR="002877BA" w:rsidRDefault="00000000">
            <w:r>
              <w:rPr>
                <w:sz w:val="14"/>
              </w:rPr>
              <w:t>SOFA score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0CFB64" w14:textId="77777777" w:rsidR="002877BA" w:rsidRDefault="00000000">
            <w:pPr>
              <w:jc w:val="center"/>
            </w:pPr>
            <w:r>
              <w:rPr>
                <w:sz w:val="14"/>
              </w:rPr>
              <w:t>3.7 ± 2.7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14E939" w14:textId="77777777" w:rsidR="002877BA" w:rsidRDefault="00000000">
            <w:pPr>
              <w:jc w:val="center"/>
            </w:pPr>
            <w:r>
              <w:rPr>
                <w:sz w:val="14"/>
              </w:rPr>
              <w:t>3.8 ± 2.9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43E488" w14:textId="77777777" w:rsidR="002877BA" w:rsidRDefault="00000000">
            <w:pPr>
              <w:jc w:val="center"/>
            </w:pPr>
            <w:r>
              <w:rPr>
                <w:sz w:val="14"/>
              </w:rPr>
              <w:t>5.5 ± 3.6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A31F13" w14:textId="77777777" w:rsidR="002877BA" w:rsidRDefault="00000000">
            <w:pPr>
              <w:jc w:val="center"/>
            </w:pPr>
            <w:r>
              <w:rPr>
                <w:sz w:val="14"/>
              </w:rPr>
              <w:t>9.2 ± 4.2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EBF24B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4A71A66B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A0BE16" w14:textId="77777777" w:rsidR="002877BA" w:rsidRDefault="00000000">
            <w:r>
              <w:rPr>
                <w:sz w:val="14"/>
              </w:rPr>
              <w:t>APACHE IV score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90EFB" w14:textId="77777777" w:rsidR="002877BA" w:rsidRDefault="00000000">
            <w:pPr>
              <w:jc w:val="center"/>
            </w:pPr>
            <w:r>
              <w:rPr>
                <w:sz w:val="14"/>
              </w:rPr>
              <w:t>-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B0ADD8" w14:textId="77777777" w:rsidR="002877BA" w:rsidRDefault="00000000">
            <w:pPr>
              <w:jc w:val="center"/>
            </w:pPr>
            <w:r>
              <w:rPr>
                <w:sz w:val="14"/>
              </w:rPr>
              <w:t>-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09F847" w14:textId="77777777" w:rsidR="002877BA" w:rsidRDefault="00000000">
            <w:pPr>
              <w:jc w:val="center"/>
            </w:pPr>
            <w:r>
              <w:rPr>
                <w:sz w:val="14"/>
              </w:rPr>
              <w:t>-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86C091" w14:textId="77777777" w:rsidR="002877BA" w:rsidRDefault="00000000">
            <w:pPr>
              <w:jc w:val="center"/>
            </w:pPr>
            <w:r>
              <w:rPr>
                <w:sz w:val="14"/>
              </w:rPr>
              <w:t>-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964F6C" w14:textId="77777777" w:rsidR="002877BA" w:rsidRDefault="00000000">
            <w:pPr>
              <w:jc w:val="center"/>
            </w:pPr>
            <w:r>
              <w:rPr>
                <w:sz w:val="14"/>
              </w:rPr>
              <w:t>-</w:t>
            </w:r>
          </w:p>
        </w:tc>
      </w:tr>
      <w:tr w:rsidR="002877BA" w14:paraId="6968A864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0A3BF4" w14:textId="77777777" w:rsidR="002877BA" w:rsidRDefault="00000000">
            <w:r>
              <w:rPr>
                <w:b/>
                <w:sz w:val="14"/>
              </w:rPr>
              <w:t>[Vital Signs (First 24h)]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AAB463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D7355F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275DA6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405E81" w14:textId="77777777" w:rsidR="002877BA" w:rsidRDefault="002877BA">
            <w:pPr>
              <w:jc w:val="center"/>
            </w:pP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76535B" w14:textId="77777777" w:rsidR="002877BA" w:rsidRDefault="002877BA">
            <w:pPr>
              <w:jc w:val="center"/>
            </w:pPr>
          </w:p>
        </w:tc>
      </w:tr>
      <w:tr w:rsidR="002877BA" w14:paraId="34B3484F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10F877" w14:textId="77777777" w:rsidR="002877BA" w:rsidRDefault="00000000">
            <w:r>
              <w:rPr>
                <w:sz w:val="14"/>
              </w:rPr>
              <w:t>Heart rate, bpm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18DBE5" w14:textId="77777777" w:rsidR="002877BA" w:rsidRDefault="00000000">
            <w:pPr>
              <w:jc w:val="center"/>
            </w:pPr>
            <w:r>
              <w:rPr>
                <w:sz w:val="14"/>
              </w:rPr>
              <w:t>86.3 ± 16.7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B8EB55" w14:textId="77777777" w:rsidR="002877BA" w:rsidRDefault="00000000">
            <w:pPr>
              <w:jc w:val="center"/>
            </w:pPr>
            <w:r>
              <w:rPr>
                <w:sz w:val="14"/>
              </w:rPr>
              <w:t>90.2 ± 16.5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9018E" w14:textId="77777777" w:rsidR="002877BA" w:rsidRDefault="00000000">
            <w:pPr>
              <w:jc w:val="center"/>
            </w:pPr>
            <w:r>
              <w:rPr>
                <w:sz w:val="14"/>
              </w:rPr>
              <w:t>90.1 ± 17.0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2D9114" w14:textId="77777777" w:rsidR="002877BA" w:rsidRDefault="00000000">
            <w:pPr>
              <w:jc w:val="center"/>
            </w:pPr>
            <w:r>
              <w:rPr>
                <w:sz w:val="14"/>
              </w:rPr>
              <w:t>93.5 ± 18.3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23AD11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7EAE5732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E9BE16" w14:textId="77777777" w:rsidR="002877BA" w:rsidRDefault="00000000">
            <w:r>
              <w:rPr>
                <w:sz w:val="14"/>
              </w:rPr>
              <w:t>Mean arterial pressure, mmHg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2E4576" w14:textId="77777777" w:rsidR="002877BA" w:rsidRDefault="00000000">
            <w:pPr>
              <w:jc w:val="center"/>
            </w:pPr>
            <w:r>
              <w:rPr>
                <w:sz w:val="14"/>
              </w:rPr>
              <w:t>80.1 ± 11.0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2B6FD3" w14:textId="77777777" w:rsidR="002877BA" w:rsidRDefault="00000000">
            <w:pPr>
              <w:jc w:val="center"/>
            </w:pPr>
            <w:r>
              <w:rPr>
                <w:sz w:val="14"/>
              </w:rPr>
              <w:t>78.8 ± 10.7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6DAEB8" w14:textId="77777777" w:rsidR="002877BA" w:rsidRDefault="00000000">
            <w:pPr>
              <w:jc w:val="center"/>
            </w:pPr>
            <w:r>
              <w:rPr>
                <w:sz w:val="14"/>
              </w:rPr>
              <w:t>77.4 ± 11.2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D4A41C" w14:textId="77777777" w:rsidR="002877BA" w:rsidRDefault="00000000">
            <w:pPr>
              <w:jc w:val="center"/>
            </w:pPr>
            <w:r>
              <w:rPr>
                <w:sz w:val="14"/>
              </w:rPr>
              <w:t>72.5 ± 10.4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882C9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186A6823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5414E0" w14:textId="77777777" w:rsidR="002877BA" w:rsidRDefault="00000000">
            <w:r>
              <w:rPr>
                <w:sz w:val="14"/>
              </w:rPr>
              <w:t>Respiratory rate, breaths/min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B184A8" w14:textId="77777777" w:rsidR="002877BA" w:rsidRDefault="00000000">
            <w:pPr>
              <w:jc w:val="center"/>
            </w:pPr>
            <w:r>
              <w:rPr>
                <w:sz w:val="14"/>
              </w:rPr>
              <w:t>18.7 ± 3.8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3AEC1C" w14:textId="77777777" w:rsidR="002877BA" w:rsidRDefault="00000000">
            <w:pPr>
              <w:jc w:val="center"/>
            </w:pPr>
            <w:r>
              <w:rPr>
                <w:sz w:val="14"/>
              </w:rPr>
              <w:t>20.5 ± 4.1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80D3AA" w14:textId="77777777" w:rsidR="002877BA" w:rsidRDefault="00000000">
            <w:pPr>
              <w:jc w:val="center"/>
            </w:pPr>
            <w:r>
              <w:rPr>
                <w:sz w:val="14"/>
              </w:rPr>
              <w:t>20.7 ± 4.3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44E8B1" w14:textId="77777777" w:rsidR="002877BA" w:rsidRDefault="00000000">
            <w:pPr>
              <w:jc w:val="center"/>
            </w:pPr>
            <w:r>
              <w:rPr>
                <w:sz w:val="14"/>
              </w:rPr>
              <w:t>21.0 ± 4.7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9F902A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7A4C3DB8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29C821" w14:textId="77777777" w:rsidR="002877BA" w:rsidRDefault="00000000">
            <w:r>
              <w:rPr>
                <w:sz w:val="14"/>
              </w:rPr>
              <w:t>Temperature, °C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EF636A" w14:textId="77777777" w:rsidR="002877BA" w:rsidRDefault="00000000">
            <w:pPr>
              <w:jc w:val="center"/>
            </w:pPr>
            <w:r>
              <w:rPr>
                <w:sz w:val="14"/>
              </w:rPr>
              <w:t>36.8 ± 0.4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C5DA02" w14:textId="77777777" w:rsidR="002877BA" w:rsidRDefault="00000000">
            <w:pPr>
              <w:jc w:val="center"/>
            </w:pPr>
            <w:r>
              <w:rPr>
                <w:sz w:val="14"/>
              </w:rPr>
              <w:t>36.8 ± 0.4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496C58" w14:textId="77777777" w:rsidR="002877BA" w:rsidRDefault="00000000">
            <w:pPr>
              <w:jc w:val="center"/>
            </w:pPr>
            <w:r>
              <w:rPr>
                <w:sz w:val="14"/>
              </w:rPr>
              <w:t>36.9 ± 0.5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CE6248" w14:textId="77777777" w:rsidR="002877BA" w:rsidRDefault="00000000">
            <w:pPr>
              <w:jc w:val="center"/>
            </w:pPr>
            <w:r>
              <w:rPr>
                <w:sz w:val="14"/>
              </w:rPr>
              <w:t>36.7 ± 0.7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9D36CE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2175001D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E8C795" w14:textId="77777777" w:rsidR="002877BA" w:rsidRDefault="00000000">
            <w:r>
              <w:rPr>
                <w:sz w:val="14"/>
              </w:rPr>
              <w:t>SpO2, %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3D9630" w14:textId="77777777" w:rsidR="002877BA" w:rsidRDefault="00000000">
            <w:pPr>
              <w:jc w:val="center"/>
            </w:pPr>
            <w:r>
              <w:rPr>
                <w:sz w:val="14"/>
              </w:rPr>
              <w:t>96.7 ± 2.0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B7A155" w14:textId="77777777" w:rsidR="002877BA" w:rsidRDefault="00000000">
            <w:pPr>
              <w:jc w:val="center"/>
            </w:pPr>
            <w:r>
              <w:rPr>
                <w:sz w:val="14"/>
              </w:rPr>
              <w:t>95.9 ± 2.8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B4F0F3" w14:textId="77777777" w:rsidR="002877BA" w:rsidRDefault="00000000">
            <w:pPr>
              <w:jc w:val="center"/>
            </w:pPr>
            <w:r>
              <w:rPr>
                <w:sz w:val="14"/>
              </w:rPr>
              <w:t>96.4 ± 2.4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8C8786" w14:textId="77777777" w:rsidR="002877BA" w:rsidRDefault="00000000">
            <w:pPr>
              <w:jc w:val="center"/>
            </w:pPr>
            <w:r>
              <w:rPr>
                <w:sz w:val="14"/>
              </w:rPr>
              <w:t>96.1 ± 3.7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37F312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6ACEB674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9214B4" w14:textId="77777777" w:rsidR="002877BA" w:rsidRDefault="00000000">
            <w:r>
              <w:rPr>
                <w:b/>
                <w:sz w:val="14"/>
              </w:rPr>
              <w:t>[Laboratory Findings (First 24h)]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3111C3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832D8C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77272F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26E8F3" w14:textId="77777777" w:rsidR="002877BA" w:rsidRDefault="002877BA">
            <w:pPr>
              <w:jc w:val="center"/>
            </w:pP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C398EF" w14:textId="77777777" w:rsidR="002877BA" w:rsidRDefault="002877BA">
            <w:pPr>
              <w:jc w:val="center"/>
            </w:pPr>
          </w:p>
        </w:tc>
      </w:tr>
      <w:tr w:rsidR="002877BA" w14:paraId="133EF251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3A71BC" w14:textId="77777777" w:rsidR="002877BA" w:rsidRDefault="00000000">
            <w:r>
              <w:rPr>
                <w:sz w:val="14"/>
              </w:rPr>
              <w:t>White blood cell count, K/μL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2A0666" w14:textId="77777777" w:rsidR="002877BA" w:rsidRDefault="00000000">
            <w:pPr>
              <w:jc w:val="center"/>
            </w:pPr>
            <w:r>
              <w:rPr>
                <w:sz w:val="14"/>
              </w:rPr>
              <w:t>13.0 ± 7.3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444D5F" w14:textId="77777777" w:rsidR="002877BA" w:rsidRDefault="00000000">
            <w:pPr>
              <w:jc w:val="center"/>
            </w:pPr>
            <w:r>
              <w:rPr>
                <w:sz w:val="14"/>
              </w:rPr>
              <w:t>13.5 ± 8.0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5918F1" w14:textId="77777777" w:rsidR="002877BA" w:rsidRDefault="00000000">
            <w:pPr>
              <w:jc w:val="center"/>
            </w:pPr>
            <w:r>
              <w:rPr>
                <w:sz w:val="14"/>
              </w:rPr>
              <w:t>15.9 ± 24.0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1EB0D1" w14:textId="77777777" w:rsidR="002877BA" w:rsidRDefault="00000000">
            <w:pPr>
              <w:jc w:val="center"/>
            </w:pPr>
            <w:r>
              <w:rPr>
                <w:sz w:val="14"/>
              </w:rPr>
              <w:t>17.7 ± 14.5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71FE8B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4BA8080E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E2BC67" w14:textId="77777777" w:rsidR="002877BA" w:rsidRDefault="00000000">
            <w:r>
              <w:rPr>
                <w:sz w:val="14"/>
              </w:rPr>
              <w:t>Platelets, K/μL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62B759" w14:textId="77777777" w:rsidR="002877BA" w:rsidRDefault="00000000">
            <w:pPr>
              <w:jc w:val="center"/>
            </w:pPr>
            <w:r>
              <w:rPr>
                <w:sz w:val="14"/>
              </w:rPr>
              <w:t>216.1 ± 119.5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20BBF4" w14:textId="77777777" w:rsidR="002877BA" w:rsidRDefault="00000000">
            <w:pPr>
              <w:jc w:val="center"/>
            </w:pPr>
            <w:r>
              <w:rPr>
                <w:sz w:val="14"/>
              </w:rPr>
              <w:t>246.9 ± 123.5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D76BB0" w14:textId="77777777" w:rsidR="002877BA" w:rsidRDefault="00000000">
            <w:pPr>
              <w:jc w:val="center"/>
            </w:pPr>
            <w:r>
              <w:rPr>
                <w:sz w:val="14"/>
              </w:rPr>
              <w:t>143.2 ± 116.5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4B1615" w14:textId="77777777" w:rsidR="002877BA" w:rsidRDefault="00000000">
            <w:pPr>
              <w:jc w:val="center"/>
            </w:pPr>
            <w:r>
              <w:rPr>
                <w:sz w:val="14"/>
              </w:rPr>
              <w:t>164.8 ± 124.5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9AE09F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2F63D4BB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49E831" w14:textId="77777777" w:rsidR="002877BA" w:rsidRDefault="00000000">
            <w:r>
              <w:rPr>
                <w:sz w:val="14"/>
              </w:rPr>
              <w:t>Creatinine, mg/dL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5D50E2" w14:textId="77777777" w:rsidR="002877BA" w:rsidRDefault="00000000">
            <w:pPr>
              <w:jc w:val="center"/>
            </w:pPr>
            <w:r>
              <w:rPr>
                <w:sz w:val="14"/>
              </w:rPr>
              <w:t>1.1 ± 0.6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F4A09B" w14:textId="77777777" w:rsidR="002877BA" w:rsidRDefault="00000000">
            <w:pPr>
              <w:jc w:val="center"/>
            </w:pPr>
            <w:r>
              <w:rPr>
                <w:sz w:val="14"/>
              </w:rPr>
              <w:t>1.0 ± 0.7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C21E1F" w14:textId="77777777" w:rsidR="002877BA" w:rsidRDefault="00000000">
            <w:pPr>
              <w:jc w:val="center"/>
            </w:pPr>
            <w:r>
              <w:rPr>
                <w:sz w:val="14"/>
              </w:rPr>
              <w:t>1.4 ± 1.0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0A4D80" w14:textId="77777777" w:rsidR="002877BA" w:rsidRDefault="00000000">
            <w:pPr>
              <w:jc w:val="center"/>
            </w:pPr>
            <w:r>
              <w:rPr>
                <w:sz w:val="14"/>
              </w:rPr>
              <w:t>3.1 ± 2.6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4BF0DB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7E62889D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E4D53D" w14:textId="77777777" w:rsidR="002877BA" w:rsidRDefault="00000000">
            <w:r>
              <w:rPr>
                <w:sz w:val="14"/>
              </w:rPr>
              <w:t>Blood urea nitrogen, mg/dL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D54DB1" w14:textId="77777777" w:rsidR="002877BA" w:rsidRDefault="00000000">
            <w:pPr>
              <w:jc w:val="center"/>
            </w:pPr>
            <w:r>
              <w:rPr>
                <w:sz w:val="14"/>
              </w:rPr>
              <w:t>21.7 ± 12.6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12528C" w14:textId="77777777" w:rsidR="002877BA" w:rsidRDefault="00000000">
            <w:pPr>
              <w:jc w:val="center"/>
            </w:pPr>
            <w:r>
              <w:rPr>
                <w:sz w:val="14"/>
              </w:rPr>
              <w:t>22.9 ± 13.7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F59721" w14:textId="77777777" w:rsidR="002877BA" w:rsidRDefault="00000000">
            <w:pPr>
              <w:jc w:val="center"/>
            </w:pPr>
            <w:r>
              <w:rPr>
                <w:sz w:val="14"/>
              </w:rPr>
              <w:t>29.3 ± 18.9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B3B7C2" w14:textId="77777777" w:rsidR="002877BA" w:rsidRDefault="00000000">
            <w:pPr>
              <w:jc w:val="center"/>
            </w:pPr>
            <w:r>
              <w:rPr>
                <w:sz w:val="14"/>
              </w:rPr>
              <w:t>56.5 ± 34.5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9D8775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26D7B373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1FEB91" w14:textId="77777777" w:rsidR="002877BA" w:rsidRDefault="00000000">
            <w:r>
              <w:rPr>
                <w:sz w:val="14"/>
              </w:rPr>
              <w:t>Lactate, mmol/L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9CEF51" w14:textId="77777777" w:rsidR="002877BA" w:rsidRDefault="00000000">
            <w:pPr>
              <w:jc w:val="center"/>
            </w:pPr>
            <w:r>
              <w:rPr>
                <w:sz w:val="14"/>
              </w:rPr>
              <w:t>2.3 ± 1.2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95E7DF" w14:textId="77777777" w:rsidR="002877BA" w:rsidRDefault="00000000">
            <w:pPr>
              <w:jc w:val="center"/>
            </w:pPr>
            <w:r>
              <w:rPr>
                <w:sz w:val="14"/>
              </w:rPr>
              <w:t>2.2 ± 1.3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ED09A3" w14:textId="77777777" w:rsidR="002877BA" w:rsidRDefault="00000000">
            <w:pPr>
              <w:jc w:val="center"/>
            </w:pPr>
            <w:r>
              <w:rPr>
                <w:sz w:val="14"/>
              </w:rPr>
              <w:t>2.3 ± 1.4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9791D3" w14:textId="77777777" w:rsidR="002877BA" w:rsidRDefault="00000000">
            <w:pPr>
              <w:jc w:val="center"/>
            </w:pPr>
            <w:r>
              <w:rPr>
                <w:sz w:val="14"/>
              </w:rPr>
              <w:t>5.5 ± 4.4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C21CCC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07A60895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0C07A3" w14:textId="77777777" w:rsidR="002877BA" w:rsidRDefault="00000000">
            <w:r>
              <w:rPr>
                <w:sz w:val="14"/>
              </w:rPr>
              <w:t>Glucose, mg/dL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8DCF48" w14:textId="77777777" w:rsidR="002877BA" w:rsidRDefault="00000000">
            <w:pPr>
              <w:jc w:val="center"/>
            </w:pPr>
            <w:r>
              <w:rPr>
                <w:sz w:val="14"/>
              </w:rPr>
              <w:t>155.5 ± 65.9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55D98B" w14:textId="77777777" w:rsidR="002877BA" w:rsidRDefault="00000000">
            <w:pPr>
              <w:jc w:val="center"/>
            </w:pPr>
            <w:r>
              <w:rPr>
                <w:sz w:val="14"/>
              </w:rPr>
              <w:t>156.5 ± 82.0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8781E9" w14:textId="77777777" w:rsidR="002877BA" w:rsidRDefault="00000000">
            <w:pPr>
              <w:jc w:val="center"/>
            </w:pPr>
            <w:r>
              <w:rPr>
                <w:sz w:val="14"/>
              </w:rPr>
              <w:t>160.1 ± 78.8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8FAE5E" w14:textId="77777777" w:rsidR="002877BA" w:rsidRDefault="00000000">
            <w:pPr>
              <w:jc w:val="center"/>
            </w:pPr>
            <w:r>
              <w:rPr>
                <w:sz w:val="14"/>
              </w:rPr>
              <w:t>217.9 ± 222.0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14D7A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2B4289D7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A3E5A5" w14:textId="77777777" w:rsidR="002877BA" w:rsidRDefault="00000000">
            <w:r>
              <w:rPr>
                <w:sz w:val="14"/>
              </w:rPr>
              <w:t>Sodium, mEq/L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AD902F" w14:textId="77777777" w:rsidR="002877BA" w:rsidRDefault="00000000">
            <w:pPr>
              <w:jc w:val="center"/>
            </w:pPr>
            <w:r>
              <w:rPr>
                <w:sz w:val="14"/>
              </w:rPr>
              <w:t>136.7 ± 4.9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81191D" w14:textId="77777777" w:rsidR="002877BA" w:rsidRDefault="00000000">
            <w:pPr>
              <w:jc w:val="center"/>
            </w:pPr>
            <w:r>
              <w:rPr>
                <w:sz w:val="14"/>
              </w:rPr>
              <w:t>136.1 ± 5.1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AD56AA" w14:textId="77777777" w:rsidR="002877BA" w:rsidRDefault="00000000">
            <w:pPr>
              <w:jc w:val="center"/>
            </w:pPr>
            <w:r>
              <w:rPr>
                <w:sz w:val="14"/>
              </w:rPr>
              <w:t>136.8 ± 5.1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E2652B" w14:textId="77777777" w:rsidR="002877BA" w:rsidRDefault="00000000">
            <w:pPr>
              <w:jc w:val="center"/>
            </w:pPr>
            <w:r>
              <w:rPr>
                <w:sz w:val="14"/>
              </w:rPr>
              <w:t>133.9 ± 6.9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4FD8F1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20ACEEAB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AED359" w14:textId="77777777" w:rsidR="002877BA" w:rsidRDefault="00000000">
            <w:r>
              <w:rPr>
                <w:sz w:val="14"/>
              </w:rPr>
              <w:t>Potassium, mEq/L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EED9CA" w14:textId="77777777" w:rsidR="002877BA" w:rsidRDefault="00000000">
            <w:pPr>
              <w:jc w:val="center"/>
            </w:pPr>
            <w:r>
              <w:rPr>
                <w:sz w:val="14"/>
              </w:rPr>
              <w:t>4.4 ± 0.6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262022" w14:textId="77777777" w:rsidR="002877BA" w:rsidRDefault="00000000">
            <w:pPr>
              <w:jc w:val="center"/>
            </w:pPr>
            <w:r>
              <w:rPr>
                <w:sz w:val="14"/>
              </w:rPr>
              <w:t>4.5 ± 0.7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AB74AB" w14:textId="77777777" w:rsidR="002877BA" w:rsidRDefault="00000000">
            <w:pPr>
              <w:jc w:val="center"/>
            </w:pPr>
            <w:r>
              <w:rPr>
                <w:sz w:val="14"/>
              </w:rPr>
              <w:t>4.4 ± 0.7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A7A66E" w14:textId="77777777" w:rsidR="002877BA" w:rsidRDefault="00000000">
            <w:pPr>
              <w:jc w:val="center"/>
            </w:pPr>
            <w:r>
              <w:rPr>
                <w:sz w:val="14"/>
              </w:rPr>
              <w:t>5.3 ± 1.1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A8896E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7BD7C783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4CE852" w14:textId="77777777" w:rsidR="002877BA" w:rsidRDefault="00000000">
            <w:r>
              <w:rPr>
                <w:sz w:val="14"/>
              </w:rPr>
              <w:t>Bilirubin, mg/dL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794F3C" w14:textId="77777777" w:rsidR="002877BA" w:rsidRDefault="00000000">
            <w:pPr>
              <w:jc w:val="center"/>
            </w:pPr>
            <w:r>
              <w:rPr>
                <w:sz w:val="14"/>
              </w:rPr>
              <w:t>1.1 ± 1.7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E1622C" w14:textId="77777777" w:rsidR="002877BA" w:rsidRDefault="00000000">
            <w:pPr>
              <w:jc w:val="center"/>
            </w:pPr>
            <w:r>
              <w:rPr>
                <w:sz w:val="14"/>
              </w:rPr>
              <w:t>0.7 ± 0.7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8026B9" w14:textId="77777777" w:rsidR="002877BA" w:rsidRDefault="00000000">
            <w:pPr>
              <w:jc w:val="center"/>
            </w:pPr>
            <w:r>
              <w:rPr>
                <w:sz w:val="14"/>
              </w:rPr>
              <w:t>1.0 ± 1.2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5A60E5" w14:textId="77777777" w:rsidR="002877BA" w:rsidRDefault="00000000">
            <w:pPr>
              <w:jc w:val="center"/>
            </w:pPr>
            <w:r>
              <w:rPr>
                <w:sz w:val="14"/>
              </w:rPr>
              <w:t>3.8 ± 6.7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441B4B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2377C466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0DE06E" w14:textId="77777777" w:rsidR="002877BA" w:rsidRDefault="00000000">
            <w:r>
              <w:rPr>
                <w:sz w:val="14"/>
              </w:rPr>
              <w:t>Albumin, g/dL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67AEE8" w14:textId="77777777" w:rsidR="002877BA" w:rsidRDefault="00000000">
            <w:pPr>
              <w:jc w:val="center"/>
            </w:pPr>
            <w:r>
              <w:rPr>
                <w:sz w:val="14"/>
              </w:rPr>
              <w:t>2.9 ± 0.4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ADD70B" w14:textId="77777777" w:rsidR="002877BA" w:rsidRDefault="00000000">
            <w:pPr>
              <w:jc w:val="center"/>
            </w:pPr>
            <w:r>
              <w:rPr>
                <w:sz w:val="14"/>
              </w:rPr>
              <w:t>2.9 ± 0.4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1F95E4" w14:textId="77777777" w:rsidR="002877BA" w:rsidRDefault="00000000">
            <w:pPr>
              <w:jc w:val="center"/>
            </w:pPr>
            <w:r>
              <w:rPr>
                <w:sz w:val="14"/>
              </w:rPr>
              <w:t>3.0 ± 0.4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C61DF3" w14:textId="77777777" w:rsidR="002877BA" w:rsidRDefault="00000000">
            <w:pPr>
              <w:jc w:val="center"/>
            </w:pPr>
            <w:r>
              <w:rPr>
                <w:sz w:val="14"/>
              </w:rPr>
              <w:t>2.7 ± 0.6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77D01E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3268DC14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B64B0E" w14:textId="77777777" w:rsidR="002877BA" w:rsidRDefault="00000000">
            <w:r>
              <w:rPr>
                <w:sz w:val="14"/>
              </w:rPr>
              <w:t>Prothrombin time, s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6A354D" w14:textId="77777777" w:rsidR="002877BA" w:rsidRDefault="00000000">
            <w:pPr>
              <w:jc w:val="center"/>
            </w:pPr>
            <w:r>
              <w:rPr>
                <w:sz w:val="14"/>
              </w:rPr>
              <w:t>36.2 ± 21.6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8B7CF4" w14:textId="77777777" w:rsidR="002877BA" w:rsidRDefault="00000000">
            <w:pPr>
              <w:jc w:val="center"/>
            </w:pPr>
            <w:r>
              <w:rPr>
                <w:sz w:val="14"/>
              </w:rPr>
              <w:t>37.9 ± 24.4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455608" w14:textId="77777777" w:rsidR="002877BA" w:rsidRDefault="00000000">
            <w:pPr>
              <w:jc w:val="center"/>
            </w:pPr>
            <w:r>
              <w:rPr>
                <w:sz w:val="14"/>
              </w:rPr>
              <w:t>38.0 ± 22.7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02765A" w14:textId="77777777" w:rsidR="002877BA" w:rsidRDefault="00000000">
            <w:pPr>
              <w:jc w:val="center"/>
            </w:pPr>
            <w:r>
              <w:rPr>
                <w:sz w:val="14"/>
              </w:rPr>
              <w:t>59.7 ± 38.9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8347DD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3164B8A1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CFA93A" w14:textId="77777777" w:rsidR="002877BA" w:rsidRDefault="00000000">
            <w:r>
              <w:rPr>
                <w:sz w:val="14"/>
              </w:rPr>
              <w:t>Activated partial thromboplastin time, s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9C1E96" w14:textId="77777777" w:rsidR="002877BA" w:rsidRDefault="00000000">
            <w:pPr>
              <w:jc w:val="center"/>
            </w:pPr>
            <w:r>
              <w:rPr>
                <w:sz w:val="14"/>
              </w:rPr>
              <w:t>1.4 ± 0.4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4E5EE5" w14:textId="77777777" w:rsidR="002877BA" w:rsidRDefault="00000000">
            <w:pPr>
              <w:jc w:val="center"/>
            </w:pPr>
            <w:r>
              <w:rPr>
                <w:sz w:val="14"/>
              </w:rPr>
              <w:t>1.3 ± 0.5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9B6172" w14:textId="77777777" w:rsidR="002877BA" w:rsidRDefault="00000000">
            <w:pPr>
              <w:jc w:val="center"/>
            </w:pPr>
            <w:r>
              <w:rPr>
                <w:sz w:val="14"/>
              </w:rPr>
              <w:t>1.5 ± 0.5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F5F542" w14:textId="77777777" w:rsidR="002877BA" w:rsidRDefault="00000000">
            <w:pPr>
              <w:jc w:val="center"/>
            </w:pPr>
            <w:r>
              <w:rPr>
                <w:sz w:val="14"/>
              </w:rPr>
              <w:t>2.4 ± 2.0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CEAA36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058EA19B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0BB842" w14:textId="77777777" w:rsidR="002877BA" w:rsidRDefault="00000000">
            <w:r>
              <w:rPr>
                <w:b/>
                <w:sz w:val="14"/>
              </w:rPr>
              <w:t>[Cancer Types]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A85F31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58C2E1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38FE50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813554" w14:textId="77777777" w:rsidR="002877BA" w:rsidRDefault="002877BA">
            <w:pPr>
              <w:jc w:val="center"/>
            </w:pP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E7B16E" w14:textId="77777777" w:rsidR="002877BA" w:rsidRDefault="002877BA">
            <w:pPr>
              <w:jc w:val="center"/>
            </w:pPr>
          </w:p>
        </w:tc>
      </w:tr>
      <w:tr w:rsidR="002877BA" w14:paraId="4BAC667E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DA6637" w14:textId="77777777" w:rsidR="002877BA" w:rsidRDefault="00000000">
            <w:r>
              <w:rPr>
                <w:sz w:val="14"/>
              </w:rPr>
              <w:t>Lung cancer,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901A95" w14:textId="77777777" w:rsidR="002877BA" w:rsidRDefault="00000000">
            <w:pPr>
              <w:jc w:val="center"/>
            </w:pPr>
            <w:r>
              <w:rPr>
                <w:sz w:val="14"/>
              </w:rPr>
              <w:t>0 (0.0%)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588E5B" w14:textId="77777777" w:rsidR="002877BA" w:rsidRDefault="00000000">
            <w:pPr>
              <w:jc w:val="center"/>
            </w:pPr>
            <w:r>
              <w:rPr>
                <w:sz w:val="14"/>
              </w:rPr>
              <w:t>2195 (99.7%)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5A3D29" w14:textId="77777777" w:rsidR="002877BA" w:rsidRDefault="00000000">
            <w:pPr>
              <w:jc w:val="center"/>
            </w:pPr>
            <w:r>
              <w:rPr>
                <w:sz w:val="14"/>
              </w:rPr>
              <w:t>20 (0.7%)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E90A5C" w14:textId="77777777" w:rsidR="002877BA" w:rsidRDefault="00000000">
            <w:pPr>
              <w:jc w:val="center"/>
            </w:pPr>
            <w:r>
              <w:rPr>
                <w:sz w:val="14"/>
              </w:rPr>
              <w:t>121 (5.2%)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3F5BAA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4E309AF5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4D288" w14:textId="77777777" w:rsidR="002877BA" w:rsidRDefault="00000000">
            <w:r>
              <w:rPr>
                <w:sz w:val="14"/>
              </w:rPr>
              <w:t>Colorectal cancer,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6D6E50" w14:textId="77777777" w:rsidR="002877BA" w:rsidRDefault="00000000">
            <w:pPr>
              <w:jc w:val="center"/>
            </w:pPr>
            <w:r>
              <w:rPr>
                <w:sz w:val="14"/>
              </w:rPr>
              <w:t>461 (6.3%)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2DFB23" w14:textId="77777777" w:rsidR="002877BA" w:rsidRDefault="00000000">
            <w:pPr>
              <w:jc w:val="center"/>
            </w:pPr>
            <w:r>
              <w:rPr>
                <w:sz w:val="14"/>
              </w:rPr>
              <w:t>13 (0.6%)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081BCC" w14:textId="77777777" w:rsidR="002877BA" w:rsidRDefault="00000000">
            <w:pPr>
              <w:jc w:val="center"/>
            </w:pPr>
            <w:r>
              <w:rPr>
                <w:sz w:val="14"/>
              </w:rPr>
              <w:t>11 (0.4%)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1F2FC9" w14:textId="77777777" w:rsidR="002877BA" w:rsidRDefault="00000000">
            <w:pPr>
              <w:jc w:val="center"/>
            </w:pPr>
            <w:r>
              <w:rPr>
                <w:sz w:val="14"/>
              </w:rPr>
              <w:t>127 (5.5%)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790138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01216280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B58C22" w14:textId="77777777" w:rsidR="002877BA" w:rsidRDefault="00000000">
            <w:r>
              <w:rPr>
                <w:sz w:val="14"/>
              </w:rPr>
              <w:t>Breast cancer,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CDDA1C" w14:textId="77777777" w:rsidR="002877BA" w:rsidRDefault="00000000">
            <w:pPr>
              <w:jc w:val="center"/>
            </w:pPr>
            <w:r>
              <w:rPr>
                <w:sz w:val="14"/>
              </w:rPr>
              <w:t>302 (4.2%)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350AE8" w14:textId="77777777" w:rsidR="002877BA" w:rsidRDefault="00000000">
            <w:pPr>
              <w:jc w:val="center"/>
            </w:pPr>
            <w:r>
              <w:rPr>
                <w:sz w:val="14"/>
              </w:rPr>
              <w:t>9 (0.4%)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F062F6" w14:textId="77777777" w:rsidR="002877BA" w:rsidRDefault="00000000">
            <w:pPr>
              <w:jc w:val="center"/>
            </w:pPr>
            <w:r>
              <w:rPr>
                <w:sz w:val="14"/>
              </w:rPr>
              <w:t>9 (0.3%)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115ACD" w14:textId="77777777" w:rsidR="002877BA" w:rsidRDefault="00000000">
            <w:pPr>
              <w:jc w:val="center"/>
            </w:pPr>
            <w:r>
              <w:rPr>
                <w:sz w:val="14"/>
              </w:rPr>
              <w:t>55 (2.4%)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D51F5F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2F5BAEA7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CC6A97" w14:textId="77777777" w:rsidR="002877BA" w:rsidRDefault="00000000">
            <w:r>
              <w:rPr>
                <w:sz w:val="14"/>
              </w:rPr>
              <w:t>Hematologic cancer,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22157F" w14:textId="77777777" w:rsidR="002877BA" w:rsidRDefault="00000000">
            <w:pPr>
              <w:jc w:val="center"/>
            </w:pPr>
            <w:r>
              <w:rPr>
                <w:sz w:val="14"/>
              </w:rPr>
              <w:t>11 (0.2%)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F8B12" w14:textId="77777777" w:rsidR="002877BA" w:rsidRDefault="00000000">
            <w:pPr>
              <w:jc w:val="center"/>
            </w:pPr>
            <w:r>
              <w:rPr>
                <w:sz w:val="14"/>
              </w:rPr>
              <w:t>32 (1.5%)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A6F486" w14:textId="77777777" w:rsidR="002877BA" w:rsidRDefault="00000000">
            <w:pPr>
              <w:jc w:val="center"/>
            </w:pPr>
            <w:r>
              <w:rPr>
                <w:sz w:val="14"/>
              </w:rPr>
              <w:t>2778 (99.8%)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FFA15B" w14:textId="77777777" w:rsidR="002877BA" w:rsidRDefault="00000000">
            <w:pPr>
              <w:jc w:val="center"/>
            </w:pPr>
            <w:r>
              <w:rPr>
                <w:sz w:val="14"/>
              </w:rPr>
              <w:t>385 (16.6%)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DDF061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2BB84C97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48086B" w14:textId="77777777" w:rsidR="002877BA" w:rsidRDefault="00000000">
            <w:r>
              <w:rPr>
                <w:sz w:val="14"/>
              </w:rPr>
              <w:t>Metastatic cancer,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77E336" w14:textId="77777777" w:rsidR="002877BA" w:rsidRDefault="00000000">
            <w:pPr>
              <w:jc w:val="center"/>
            </w:pPr>
            <w:r>
              <w:rPr>
                <w:sz w:val="14"/>
              </w:rPr>
              <w:t>3605 (49.6%)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546FA7" w14:textId="77777777" w:rsidR="002877BA" w:rsidRDefault="00000000">
            <w:pPr>
              <w:jc w:val="center"/>
            </w:pPr>
            <w:r>
              <w:rPr>
                <w:sz w:val="14"/>
              </w:rPr>
              <w:t>1326 (60.2%)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4C15C2" w14:textId="77777777" w:rsidR="002877BA" w:rsidRDefault="00000000">
            <w:pPr>
              <w:jc w:val="center"/>
            </w:pPr>
            <w:r>
              <w:rPr>
                <w:sz w:val="14"/>
              </w:rPr>
              <w:t>53 (1.9%)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EBA73D" w14:textId="77777777" w:rsidR="002877BA" w:rsidRDefault="00000000">
            <w:pPr>
              <w:jc w:val="center"/>
            </w:pPr>
            <w:r>
              <w:rPr>
                <w:sz w:val="14"/>
              </w:rPr>
              <w:t>969 (41.8%)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7BC16D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7C0AC654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5EF619" w14:textId="77777777" w:rsidR="002877BA" w:rsidRDefault="00000000">
            <w:r>
              <w:rPr>
                <w:b/>
                <w:sz w:val="14"/>
              </w:rPr>
              <w:t>[Clinical Interventions &amp; Outcomes]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141498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66DA31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CD74DF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097E95" w14:textId="77777777" w:rsidR="002877BA" w:rsidRDefault="002877BA">
            <w:pPr>
              <w:jc w:val="center"/>
            </w:pP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49DF5D" w14:textId="77777777" w:rsidR="002877BA" w:rsidRDefault="002877BA">
            <w:pPr>
              <w:jc w:val="center"/>
            </w:pPr>
          </w:p>
        </w:tc>
      </w:tr>
      <w:tr w:rsidR="002877BA" w14:paraId="3BA01ECE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6772A9" w14:textId="77777777" w:rsidR="002877BA" w:rsidRDefault="00000000">
            <w:r>
              <w:rPr>
                <w:sz w:val="14"/>
              </w:rPr>
              <w:t>Mechanical ventilation,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A697D5" w14:textId="77777777" w:rsidR="002877BA" w:rsidRDefault="00000000">
            <w:pPr>
              <w:jc w:val="center"/>
            </w:pPr>
            <w:r>
              <w:rPr>
                <w:sz w:val="14"/>
              </w:rPr>
              <w:t>1661 (22.8%)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1BA96F" w14:textId="77777777" w:rsidR="002877BA" w:rsidRDefault="00000000">
            <w:pPr>
              <w:jc w:val="center"/>
            </w:pPr>
            <w:r>
              <w:rPr>
                <w:sz w:val="14"/>
              </w:rPr>
              <w:t>550 (25.0%)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3FE61C" w14:textId="77777777" w:rsidR="002877BA" w:rsidRDefault="00000000">
            <w:pPr>
              <w:jc w:val="center"/>
            </w:pPr>
            <w:r>
              <w:rPr>
                <w:sz w:val="14"/>
              </w:rPr>
              <w:t>673 (24.2%)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6B9166" w14:textId="77777777" w:rsidR="002877BA" w:rsidRDefault="00000000">
            <w:pPr>
              <w:jc w:val="center"/>
            </w:pPr>
            <w:r>
              <w:rPr>
                <w:sz w:val="14"/>
              </w:rPr>
              <w:t>1023 (44.2%)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B5A5A3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24BE7578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CA8E58" w14:textId="77777777" w:rsidR="002877BA" w:rsidRDefault="00000000">
            <w:r>
              <w:rPr>
                <w:sz w:val="14"/>
              </w:rPr>
              <w:t>Vasopressor use,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C380B6" w14:textId="77777777" w:rsidR="002877BA" w:rsidRDefault="00000000">
            <w:pPr>
              <w:jc w:val="center"/>
            </w:pPr>
            <w:r>
              <w:rPr>
                <w:sz w:val="14"/>
              </w:rPr>
              <w:t>1259 (17.3%)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2DAF8B" w14:textId="77777777" w:rsidR="002877BA" w:rsidRDefault="00000000">
            <w:pPr>
              <w:jc w:val="center"/>
            </w:pPr>
            <w:r>
              <w:rPr>
                <w:sz w:val="14"/>
              </w:rPr>
              <w:t>461 (20.9%)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B430C6" w14:textId="77777777" w:rsidR="002877BA" w:rsidRDefault="00000000">
            <w:pPr>
              <w:jc w:val="center"/>
            </w:pPr>
            <w:r>
              <w:rPr>
                <w:sz w:val="14"/>
              </w:rPr>
              <w:t>682 (24.5%)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00E80" w14:textId="77777777" w:rsidR="002877BA" w:rsidRDefault="00000000">
            <w:pPr>
              <w:jc w:val="center"/>
            </w:pPr>
            <w:r>
              <w:rPr>
                <w:sz w:val="14"/>
              </w:rPr>
              <w:t>1314 (56.7%)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F8ED8F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4467A2E8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AD5370" w14:textId="77777777" w:rsidR="002877BA" w:rsidRDefault="00000000">
            <w:r>
              <w:rPr>
                <w:sz w:val="14"/>
              </w:rPr>
              <w:t>ICU length of stay, days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66B72B" w14:textId="77777777" w:rsidR="002877BA" w:rsidRDefault="00000000">
            <w:pPr>
              <w:jc w:val="center"/>
            </w:pPr>
            <w:r>
              <w:rPr>
                <w:sz w:val="14"/>
              </w:rPr>
              <w:t>1.9 [1.1-3.2]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8DD167" w14:textId="77777777" w:rsidR="002877BA" w:rsidRDefault="00000000">
            <w:pPr>
              <w:jc w:val="center"/>
            </w:pPr>
            <w:r>
              <w:rPr>
                <w:sz w:val="14"/>
              </w:rPr>
              <w:t>2.0 [1.1-4.1]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A71BA8" w14:textId="77777777" w:rsidR="002877BA" w:rsidRDefault="00000000">
            <w:pPr>
              <w:jc w:val="center"/>
            </w:pPr>
            <w:r>
              <w:rPr>
                <w:sz w:val="14"/>
              </w:rPr>
              <w:t>2.1 [1.1-4.0]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DCE18F" w14:textId="77777777" w:rsidR="002877BA" w:rsidRDefault="00000000">
            <w:pPr>
              <w:jc w:val="center"/>
            </w:pPr>
            <w:r>
              <w:rPr>
                <w:sz w:val="14"/>
              </w:rPr>
              <w:t>2.5 [1.3-5.0]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C60983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49B4C4BA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E18096" w14:textId="77777777" w:rsidR="002877BA" w:rsidRDefault="00000000">
            <w:r>
              <w:rPr>
                <w:sz w:val="14"/>
              </w:rPr>
              <w:t>In-hospital mortality,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0EE052" w14:textId="77777777" w:rsidR="002877BA" w:rsidRDefault="00000000">
            <w:pPr>
              <w:jc w:val="center"/>
            </w:pPr>
            <w:r>
              <w:rPr>
                <w:sz w:val="14"/>
              </w:rPr>
              <w:t>787 (10.8%)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C07DDB" w14:textId="77777777" w:rsidR="002877BA" w:rsidRDefault="00000000">
            <w:pPr>
              <w:jc w:val="center"/>
            </w:pPr>
            <w:r>
              <w:rPr>
                <w:sz w:val="14"/>
              </w:rPr>
              <w:t>457 (20.8%)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A9331F" w14:textId="77777777" w:rsidR="002877BA" w:rsidRDefault="00000000">
            <w:pPr>
              <w:jc w:val="center"/>
            </w:pPr>
            <w:r>
              <w:rPr>
                <w:sz w:val="14"/>
              </w:rPr>
              <w:t>603 (21.7%)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1AE9B4" w14:textId="77777777" w:rsidR="002877BA" w:rsidRDefault="00000000">
            <w:pPr>
              <w:jc w:val="center"/>
            </w:pPr>
            <w:r>
              <w:rPr>
                <w:sz w:val="14"/>
              </w:rPr>
              <w:t>1039 (44.8%)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847621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</w:tbl>
    <w:p w14:paraId="13F9E714" w14:textId="0EC73CA2" w:rsidR="002877BA" w:rsidRDefault="00203E65">
      <w:r w:rsidRPr="00203E65">
        <w:t>Note: For Supplementary Table S1, continuous variables are presented as mean ± standard deviation or median [interquartile range], as appropriate; categorical variables are presented as n (%). Comparisons across phenotypes were performed using ANOVA or Kruskal-Wallis tests for continuous variables and chi-square tests for categorical variables. C0–C3 denote the four clinical phenotypes in the MIMIC-IV derivation cohort. Cancer type categories are not mutually exclusive. BUN: blood urea nitrogen; WBC: white blood cell; MAP: mean arterial pressure; SpO2: pulse oxygen saturation; SOFA: Sequential Organ Failure Assessment; APACHE IV: Acute Physiology and Chronic Health Evaluation IV; ICU: intensive care unit.</w:t>
      </w:r>
      <w:r>
        <w:br w:type="page"/>
      </w:r>
    </w:p>
    <w:p w14:paraId="7522A588" w14:textId="77777777" w:rsidR="002877BA" w:rsidRDefault="00000000">
      <w:pPr>
        <w:spacing w:before="120" w:after="80"/>
      </w:pPr>
      <w:r>
        <w:rPr>
          <w:b/>
          <w:sz w:val="20"/>
        </w:rPr>
        <w:lastRenderedPageBreak/>
        <w:t>Supplementary Table S2. Full clinical characteristics and outcomes across four phenotypes in the eICU external validation cohort</w:t>
      </w:r>
    </w:p>
    <w:tbl>
      <w:tblPr>
        <w:tblStyle w:val="aff1"/>
        <w:tblW w:w="5000" w:type="pct"/>
        <w:jc w:val="center"/>
        <w:tblLayout w:type="fixed"/>
        <w:tblCellMar>
          <w:top w:w="25" w:type="dxa"/>
          <w:left w:w="35" w:type="dxa"/>
          <w:bottom w:w="25" w:type="dxa"/>
          <w:right w:w="35" w:type="dxa"/>
        </w:tblCellMar>
        <w:tblLook w:val="04A0" w:firstRow="1" w:lastRow="0" w:firstColumn="1" w:lastColumn="0" w:noHBand="0" w:noVBand="1"/>
      </w:tblPr>
      <w:tblGrid>
        <w:gridCol w:w="3659"/>
        <w:gridCol w:w="2520"/>
        <w:gridCol w:w="2520"/>
        <w:gridCol w:w="2520"/>
        <w:gridCol w:w="2520"/>
        <w:gridCol w:w="1869"/>
      </w:tblGrid>
      <w:tr w:rsidR="002877BA" w14:paraId="6EE5EFB2" w14:textId="77777777" w:rsidTr="00E3664E">
        <w:trPr>
          <w:cantSplit/>
          <w:tblHeader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4D35463F" w14:textId="77777777" w:rsidR="002877BA" w:rsidRDefault="00000000">
            <w:r>
              <w:rPr>
                <w:b/>
                <w:sz w:val="14"/>
              </w:rPr>
              <w:t>Variable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0FD4B1D6" w14:textId="77777777" w:rsidR="002877BA" w:rsidRDefault="00000000">
            <w:pPr>
              <w:jc w:val="center"/>
            </w:pPr>
            <w:r>
              <w:rPr>
                <w:b/>
                <w:sz w:val="14"/>
              </w:rPr>
              <w:t>eICU C0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6DB71523" w14:textId="77777777" w:rsidR="002877BA" w:rsidRDefault="00000000">
            <w:pPr>
              <w:jc w:val="center"/>
            </w:pPr>
            <w:r>
              <w:rPr>
                <w:b/>
                <w:sz w:val="14"/>
              </w:rPr>
              <w:t>eICU C1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23B2DAF9" w14:textId="77777777" w:rsidR="002877BA" w:rsidRDefault="00000000">
            <w:pPr>
              <w:jc w:val="center"/>
            </w:pPr>
            <w:r>
              <w:rPr>
                <w:b/>
                <w:sz w:val="14"/>
              </w:rPr>
              <w:t>eICU C2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1F8754A8" w14:textId="77777777" w:rsidR="002877BA" w:rsidRDefault="00000000">
            <w:pPr>
              <w:jc w:val="center"/>
            </w:pPr>
            <w:r>
              <w:rPr>
                <w:b/>
                <w:sz w:val="14"/>
              </w:rPr>
              <w:t>eICU C3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25C76E79" w14:textId="77777777" w:rsidR="002877BA" w:rsidRDefault="00000000">
            <w:pPr>
              <w:jc w:val="center"/>
            </w:pPr>
            <w:r>
              <w:rPr>
                <w:b/>
                <w:sz w:val="14"/>
              </w:rPr>
              <w:t>P-value</w:t>
            </w:r>
          </w:p>
        </w:tc>
      </w:tr>
      <w:tr w:rsidR="002877BA" w14:paraId="5C193383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297468" w14:textId="77777777" w:rsidR="002877BA" w:rsidRDefault="00000000">
            <w:r>
              <w:rPr>
                <w:sz w:val="14"/>
              </w:rPr>
              <w:t>Total number of patients,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636D41" w14:textId="77777777" w:rsidR="002877BA" w:rsidRDefault="00000000">
            <w:pPr>
              <w:jc w:val="center"/>
            </w:pPr>
            <w:r>
              <w:rPr>
                <w:sz w:val="14"/>
              </w:rPr>
              <w:t>6298 (61.1%)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634EA7" w14:textId="77777777" w:rsidR="002877BA" w:rsidRDefault="00000000">
            <w:pPr>
              <w:jc w:val="center"/>
            </w:pPr>
            <w:r>
              <w:rPr>
                <w:sz w:val="14"/>
              </w:rPr>
              <w:t>1759 (17.1%)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CD0FD9" w14:textId="77777777" w:rsidR="002877BA" w:rsidRDefault="00000000">
            <w:pPr>
              <w:jc w:val="center"/>
            </w:pPr>
            <w:r>
              <w:rPr>
                <w:sz w:val="14"/>
              </w:rPr>
              <w:t>1307 (12.7%)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E5ADA2" w14:textId="77777777" w:rsidR="002877BA" w:rsidRDefault="00000000">
            <w:pPr>
              <w:jc w:val="center"/>
            </w:pPr>
            <w:r>
              <w:rPr>
                <w:sz w:val="14"/>
              </w:rPr>
              <w:t>937 (9.1%)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42E35C" w14:textId="77777777" w:rsidR="002877BA" w:rsidRDefault="00000000">
            <w:pPr>
              <w:jc w:val="center"/>
            </w:pPr>
            <w:r>
              <w:rPr>
                <w:sz w:val="14"/>
              </w:rPr>
              <w:t>-</w:t>
            </w:r>
          </w:p>
        </w:tc>
      </w:tr>
      <w:tr w:rsidR="002877BA" w14:paraId="533CA4FD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DA026E" w14:textId="77777777" w:rsidR="002877BA" w:rsidRDefault="00000000">
            <w:r>
              <w:rPr>
                <w:b/>
                <w:sz w:val="14"/>
              </w:rPr>
              <w:t>[Demographics]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9C07A2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DDAB3D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FF37BF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0A8C81" w14:textId="77777777" w:rsidR="002877BA" w:rsidRDefault="002877BA">
            <w:pPr>
              <w:jc w:val="center"/>
            </w:pP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BCFCD8" w14:textId="77777777" w:rsidR="002877BA" w:rsidRDefault="002877BA">
            <w:pPr>
              <w:jc w:val="center"/>
            </w:pPr>
          </w:p>
        </w:tc>
      </w:tr>
      <w:tr w:rsidR="002877BA" w14:paraId="4C9F5D4F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92526E" w14:textId="77777777" w:rsidR="002877BA" w:rsidRDefault="00000000">
            <w:r>
              <w:rPr>
                <w:sz w:val="14"/>
              </w:rPr>
              <w:t>Age, years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711B9C" w14:textId="77777777" w:rsidR="002877BA" w:rsidRDefault="00000000">
            <w:pPr>
              <w:jc w:val="center"/>
            </w:pPr>
            <w:r>
              <w:rPr>
                <w:sz w:val="14"/>
              </w:rPr>
              <w:t>64.8 ± 13.5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3CD464" w14:textId="77777777" w:rsidR="002877BA" w:rsidRDefault="00000000">
            <w:pPr>
              <w:jc w:val="center"/>
            </w:pPr>
            <w:r>
              <w:rPr>
                <w:sz w:val="14"/>
              </w:rPr>
              <w:t>67.3 ± 10.7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ACB3F4" w14:textId="77777777" w:rsidR="002877BA" w:rsidRDefault="00000000">
            <w:pPr>
              <w:jc w:val="center"/>
            </w:pPr>
            <w:r>
              <w:rPr>
                <w:sz w:val="14"/>
              </w:rPr>
              <w:t>67.6 ± 14.4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8082C0" w14:textId="77777777" w:rsidR="002877BA" w:rsidRDefault="00000000">
            <w:pPr>
              <w:jc w:val="center"/>
            </w:pPr>
            <w:r>
              <w:rPr>
                <w:sz w:val="14"/>
              </w:rPr>
              <w:t>65.9 ± 13.5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24DF83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16F8EE6C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CB8CCC" w14:textId="77777777" w:rsidR="002877BA" w:rsidRDefault="00000000">
            <w:r>
              <w:rPr>
                <w:sz w:val="14"/>
              </w:rPr>
              <w:t>Male gender,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E53391" w14:textId="77777777" w:rsidR="002877BA" w:rsidRDefault="00000000">
            <w:pPr>
              <w:jc w:val="center"/>
            </w:pPr>
            <w:r>
              <w:rPr>
                <w:sz w:val="14"/>
              </w:rPr>
              <w:t>3334 (52.9%)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F82A21" w14:textId="77777777" w:rsidR="002877BA" w:rsidRDefault="00000000">
            <w:pPr>
              <w:jc w:val="center"/>
            </w:pPr>
            <w:r>
              <w:rPr>
                <w:sz w:val="14"/>
              </w:rPr>
              <w:t>956 (54.3%)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74EF68" w14:textId="77777777" w:rsidR="002877BA" w:rsidRDefault="00000000">
            <w:pPr>
              <w:jc w:val="center"/>
            </w:pPr>
            <w:r>
              <w:rPr>
                <w:sz w:val="14"/>
              </w:rPr>
              <w:t>796 (60.9%)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114432" w14:textId="77777777" w:rsidR="002877BA" w:rsidRDefault="00000000">
            <w:pPr>
              <w:jc w:val="center"/>
            </w:pPr>
            <w:r>
              <w:rPr>
                <w:sz w:val="14"/>
              </w:rPr>
              <w:t>575 (61.4%)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71FCB9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44370A4C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DF54F6" w14:textId="77777777" w:rsidR="002877BA" w:rsidRDefault="00000000">
            <w:r>
              <w:rPr>
                <w:b/>
                <w:sz w:val="14"/>
              </w:rPr>
              <w:t>[Severity Scores]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CB5642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B8E33D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F27D04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B2E4D6" w14:textId="77777777" w:rsidR="002877BA" w:rsidRDefault="002877BA">
            <w:pPr>
              <w:jc w:val="center"/>
            </w:pP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01AC2C" w14:textId="77777777" w:rsidR="002877BA" w:rsidRDefault="002877BA">
            <w:pPr>
              <w:jc w:val="center"/>
            </w:pPr>
          </w:p>
        </w:tc>
      </w:tr>
      <w:tr w:rsidR="002877BA" w14:paraId="00AF3BA7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92D842" w14:textId="77777777" w:rsidR="002877BA" w:rsidRDefault="00000000">
            <w:r>
              <w:rPr>
                <w:sz w:val="14"/>
              </w:rPr>
              <w:t>SOFA score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7F1CDE" w14:textId="77777777" w:rsidR="002877BA" w:rsidRDefault="00000000">
            <w:pPr>
              <w:jc w:val="center"/>
            </w:pPr>
            <w:r>
              <w:rPr>
                <w:sz w:val="14"/>
              </w:rPr>
              <w:t>-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832FAA" w14:textId="77777777" w:rsidR="002877BA" w:rsidRDefault="00000000">
            <w:pPr>
              <w:jc w:val="center"/>
            </w:pPr>
            <w:r>
              <w:rPr>
                <w:sz w:val="14"/>
              </w:rPr>
              <w:t>-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C85D62" w14:textId="77777777" w:rsidR="002877BA" w:rsidRDefault="00000000">
            <w:pPr>
              <w:jc w:val="center"/>
            </w:pPr>
            <w:r>
              <w:rPr>
                <w:sz w:val="14"/>
              </w:rPr>
              <w:t>-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B33D2A" w14:textId="77777777" w:rsidR="002877BA" w:rsidRDefault="00000000">
            <w:pPr>
              <w:jc w:val="center"/>
            </w:pPr>
            <w:r>
              <w:rPr>
                <w:sz w:val="14"/>
              </w:rPr>
              <w:t>-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3E2F74" w14:textId="77777777" w:rsidR="002877BA" w:rsidRDefault="00000000">
            <w:pPr>
              <w:jc w:val="center"/>
            </w:pPr>
            <w:r>
              <w:rPr>
                <w:sz w:val="14"/>
              </w:rPr>
              <w:t>-</w:t>
            </w:r>
          </w:p>
        </w:tc>
      </w:tr>
      <w:tr w:rsidR="002877BA" w14:paraId="05D79E3D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902638" w14:textId="77777777" w:rsidR="002877BA" w:rsidRDefault="00000000">
            <w:r>
              <w:rPr>
                <w:sz w:val="14"/>
              </w:rPr>
              <w:t>APACHE IV score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172728" w14:textId="77777777" w:rsidR="002877BA" w:rsidRDefault="00000000">
            <w:pPr>
              <w:jc w:val="center"/>
            </w:pPr>
            <w:r>
              <w:rPr>
                <w:sz w:val="14"/>
              </w:rPr>
              <w:t>54.1 ± 19.5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615A7" w14:textId="77777777" w:rsidR="002877BA" w:rsidRDefault="00000000">
            <w:pPr>
              <w:jc w:val="center"/>
            </w:pPr>
            <w:r>
              <w:rPr>
                <w:sz w:val="14"/>
              </w:rPr>
              <w:t>57.8 ± 21.3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B985B3" w14:textId="77777777" w:rsidR="002877BA" w:rsidRDefault="00000000">
            <w:pPr>
              <w:jc w:val="center"/>
            </w:pPr>
            <w:r>
              <w:rPr>
                <w:sz w:val="14"/>
              </w:rPr>
              <w:t>66.9 ± 23.4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4B22A9" w14:textId="77777777" w:rsidR="002877BA" w:rsidRDefault="00000000">
            <w:pPr>
              <w:jc w:val="center"/>
            </w:pPr>
            <w:r>
              <w:rPr>
                <w:sz w:val="14"/>
              </w:rPr>
              <w:t>89.1 ± 34.4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7D5FF9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45CD1319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DE4847" w14:textId="77777777" w:rsidR="002877BA" w:rsidRDefault="00000000">
            <w:r>
              <w:rPr>
                <w:b/>
                <w:sz w:val="14"/>
              </w:rPr>
              <w:t>[Vital Signs (First 24h)]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879585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800554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594493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A8AC2B" w14:textId="77777777" w:rsidR="002877BA" w:rsidRDefault="002877BA">
            <w:pPr>
              <w:jc w:val="center"/>
            </w:pP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E1D59E" w14:textId="77777777" w:rsidR="002877BA" w:rsidRDefault="002877BA">
            <w:pPr>
              <w:jc w:val="center"/>
            </w:pPr>
          </w:p>
        </w:tc>
      </w:tr>
      <w:tr w:rsidR="002877BA" w14:paraId="65052D94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6273EE" w14:textId="77777777" w:rsidR="002877BA" w:rsidRDefault="00000000">
            <w:r>
              <w:rPr>
                <w:sz w:val="14"/>
              </w:rPr>
              <w:t>Heart rate, bpm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066719" w14:textId="77777777" w:rsidR="002877BA" w:rsidRDefault="00000000">
            <w:pPr>
              <w:jc w:val="center"/>
            </w:pPr>
            <w:r>
              <w:rPr>
                <w:sz w:val="14"/>
              </w:rPr>
              <w:t>87.4 ± 16.5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AE0AAA" w14:textId="77777777" w:rsidR="002877BA" w:rsidRDefault="00000000">
            <w:pPr>
              <w:jc w:val="center"/>
            </w:pPr>
            <w:r>
              <w:rPr>
                <w:sz w:val="14"/>
              </w:rPr>
              <w:t>90.3 ± 16.6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DBFAC4" w14:textId="77777777" w:rsidR="002877BA" w:rsidRDefault="00000000">
            <w:pPr>
              <w:jc w:val="center"/>
            </w:pPr>
            <w:r>
              <w:rPr>
                <w:sz w:val="14"/>
              </w:rPr>
              <w:t>92.3 ± 18.2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301755" w14:textId="77777777" w:rsidR="002877BA" w:rsidRDefault="00000000">
            <w:pPr>
              <w:jc w:val="center"/>
            </w:pPr>
            <w:r>
              <w:rPr>
                <w:sz w:val="14"/>
              </w:rPr>
              <w:t>96.7 ± 18.4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FBE176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31AA3F04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B26C12" w14:textId="77777777" w:rsidR="002877BA" w:rsidRDefault="00000000">
            <w:r>
              <w:rPr>
                <w:sz w:val="14"/>
              </w:rPr>
              <w:t>Mean arterial pressure, mmHg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E8B831" w14:textId="77777777" w:rsidR="002877BA" w:rsidRDefault="00000000">
            <w:pPr>
              <w:jc w:val="center"/>
            </w:pPr>
            <w:r>
              <w:rPr>
                <w:sz w:val="14"/>
              </w:rPr>
              <w:t>81.0 ± 12.2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EF1ED8" w14:textId="77777777" w:rsidR="002877BA" w:rsidRDefault="00000000">
            <w:pPr>
              <w:jc w:val="center"/>
            </w:pPr>
            <w:r>
              <w:rPr>
                <w:sz w:val="14"/>
              </w:rPr>
              <w:t>80.7 ± 11.0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7F25A6" w14:textId="77777777" w:rsidR="002877BA" w:rsidRDefault="00000000">
            <w:pPr>
              <w:jc w:val="center"/>
            </w:pPr>
            <w:r>
              <w:rPr>
                <w:sz w:val="14"/>
              </w:rPr>
              <w:t>78.8 ± 6.6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D441B3" w14:textId="77777777" w:rsidR="002877BA" w:rsidRDefault="00000000">
            <w:pPr>
              <w:jc w:val="center"/>
            </w:pPr>
            <w:r>
              <w:rPr>
                <w:sz w:val="14"/>
              </w:rPr>
              <w:t>75.8 ± 10.8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E9352F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1A89D7C3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404881" w14:textId="77777777" w:rsidR="002877BA" w:rsidRDefault="00000000">
            <w:r>
              <w:rPr>
                <w:sz w:val="14"/>
              </w:rPr>
              <w:t>Respiratory rate, breaths/min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2A64B7" w14:textId="77777777" w:rsidR="002877BA" w:rsidRDefault="00000000">
            <w:pPr>
              <w:jc w:val="center"/>
            </w:pPr>
            <w:r>
              <w:rPr>
                <w:sz w:val="14"/>
              </w:rPr>
              <w:t>18.5 ± 4.5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669108" w14:textId="77777777" w:rsidR="002877BA" w:rsidRDefault="00000000">
            <w:pPr>
              <w:jc w:val="center"/>
            </w:pPr>
            <w:r>
              <w:rPr>
                <w:sz w:val="14"/>
              </w:rPr>
              <w:t>20.5 ± 5.3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D69D7F" w14:textId="77777777" w:rsidR="002877BA" w:rsidRDefault="00000000">
            <w:pPr>
              <w:jc w:val="center"/>
            </w:pPr>
            <w:r>
              <w:rPr>
                <w:sz w:val="14"/>
              </w:rPr>
              <w:t>21.3 ± 5.7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64F6D1" w14:textId="77777777" w:rsidR="002877BA" w:rsidRDefault="00000000">
            <w:pPr>
              <w:jc w:val="center"/>
            </w:pPr>
            <w:r>
              <w:rPr>
                <w:sz w:val="14"/>
              </w:rPr>
              <w:t>21.7 ± 6.8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5D7623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1D2C99A9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270C69" w14:textId="77777777" w:rsidR="002877BA" w:rsidRDefault="00000000">
            <w:r>
              <w:rPr>
                <w:sz w:val="14"/>
              </w:rPr>
              <w:t>Temperature, °C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13F74E" w14:textId="77777777" w:rsidR="002877BA" w:rsidRDefault="00000000">
            <w:pPr>
              <w:jc w:val="center"/>
            </w:pPr>
            <w:r>
              <w:rPr>
                <w:sz w:val="14"/>
              </w:rPr>
              <w:t>37.1 ± 0.2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03390A" w14:textId="77777777" w:rsidR="002877BA" w:rsidRDefault="00000000">
            <w:pPr>
              <w:jc w:val="center"/>
            </w:pPr>
            <w:r>
              <w:rPr>
                <w:sz w:val="14"/>
              </w:rPr>
              <w:t>37.1 ± 0.4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AFF5F9" w14:textId="77777777" w:rsidR="002877BA" w:rsidRDefault="00000000">
            <w:pPr>
              <w:jc w:val="center"/>
            </w:pPr>
            <w:r>
              <w:rPr>
                <w:sz w:val="14"/>
              </w:rPr>
              <w:t>37.1 ± 0.4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7C13EC" w14:textId="77777777" w:rsidR="002877BA" w:rsidRDefault="00000000">
            <w:pPr>
              <w:jc w:val="center"/>
            </w:pPr>
            <w:r>
              <w:rPr>
                <w:sz w:val="14"/>
              </w:rPr>
              <w:t>36.9 ± 1.3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14FCA3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2C78EE48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0FB4D2" w14:textId="77777777" w:rsidR="002877BA" w:rsidRDefault="00000000">
            <w:r>
              <w:rPr>
                <w:sz w:val="14"/>
              </w:rPr>
              <w:t>SpO2, %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98CC1F" w14:textId="77777777" w:rsidR="002877BA" w:rsidRDefault="00000000">
            <w:pPr>
              <w:jc w:val="center"/>
            </w:pPr>
            <w:r>
              <w:rPr>
                <w:sz w:val="14"/>
              </w:rPr>
              <w:t>97.0 ± 2.3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DB8BBE" w14:textId="77777777" w:rsidR="002877BA" w:rsidRDefault="00000000">
            <w:pPr>
              <w:jc w:val="center"/>
            </w:pPr>
            <w:r>
              <w:rPr>
                <w:sz w:val="14"/>
              </w:rPr>
              <w:t>96.2 ± 3.4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8CC0A0" w14:textId="77777777" w:rsidR="002877BA" w:rsidRDefault="00000000">
            <w:pPr>
              <w:jc w:val="center"/>
            </w:pPr>
            <w:r>
              <w:rPr>
                <w:sz w:val="14"/>
              </w:rPr>
              <w:t>96.6 ± 2.6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C6BAB4" w14:textId="77777777" w:rsidR="002877BA" w:rsidRDefault="00000000">
            <w:pPr>
              <w:jc w:val="center"/>
            </w:pPr>
            <w:r>
              <w:rPr>
                <w:sz w:val="14"/>
              </w:rPr>
              <w:t>95.5 ± 5.2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F5598B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64B30DF0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5A1041" w14:textId="77777777" w:rsidR="002877BA" w:rsidRDefault="00000000">
            <w:r>
              <w:rPr>
                <w:b/>
                <w:sz w:val="14"/>
              </w:rPr>
              <w:t>[Laboratory Findings (First 24h)]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2E6E1F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43734D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AB3B38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0BC2EA" w14:textId="77777777" w:rsidR="002877BA" w:rsidRDefault="002877BA">
            <w:pPr>
              <w:jc w:val="center"/>
            </w:pP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415052" w14:textId="77777777" w:rsidR="002877BA" w:rsidRDefault="002877BA">
            <w:pPr>
              <w:jc w:val="center"/>
            </w:pPr>
          </w:p>
        </w:tc>
      </w:tr>
      <w:tr w:rsidR="002877BA" w14:paraId="53FA6233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2A9A36" w14:textId="77777777" w:rsidR="002877BA" w:rsidRDefault="00000000">
            <w:r>
              <w:rPr>
                <w:sz w:val="14"/>
              </w:rPr>
              <w:t>White blood cell count, K/μL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6AF2AB" w14:textId="77777777" w:rsidR="002877BA" w:rsidRDefault="00000000">
            <w:pPr>
              <w:jc w:val="center"/>
            </w:pPr>
            <w:r>
              <w:rPr>
                <w:sz w:val="14"/>
              </w:rPr>
              <w:t>13.3 ± 10.1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EC56EC" w14:textId="77777777" w:rsidR="002877BA" w:rsidRDefault="00000000">
            <w:pPr>
              <w:jc w:val="center"/>
            </w:pPr>
            <w:r>
              <w:rPr>
                <w:sz w:val="14"/>
              </w:rPr>
              <w:t>13.1 ± 9.5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CF7C8A" w14:textId="77777777" w:rsidR="002877BA" w:rsidRDefault="00000000">
            <w:pPr>
              <w:jc w:val="center"/>
            </w:pPr>
            <w:r>
              <w:rPr>
                <w:sz w:val="14"/>
              </w:rPr>
              <w:t>19.1 ± 30.9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E9AE0C" w14:textId="77777777" w:rsidR="002877BA" w:rsidRDefault="00000000">
            <w:pPr>
              <w:jc w:val="center"/>
            </w:pPr>
            <w:r>
              <w:rPr>
                <w:sz w:val="14"/>
              </w:rPr>
              <w:t>20.0 ± 23.8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C6DC32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4BA14880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9617EB" w14:textId="77777777" w:rsidR="002877BA" w:rsidRDefault="00000000">
            <w:r>
              <w:rPr>
                <w:sz w:val="14"/>
              </w:rPr>
              <w:t>Platelets, K/μL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206098" w14:textId="77777777" w:rsidR="002877BA" w:rsidRDefault="00000000">
            <w:pPr>
              <w:jc w:val="center"/>
            </w:pPr>
            <w:r>
              <w:rPr>
                <w:sz w:val="14"/>
              </w:rPr>
              <w:t>208.3 ± 105.8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269956" w14:textId="77777777" w:rsidR="002877BA" w:rsidRDefault="00000000">
            <w:pPr>
              <w:jc w:val="center"/>
            </w:pPr>
            <w:r>
              <w:rPr>
                <w:sz w:val="14"/>
              </w:rPr>
              <w:t>212.7 ± 110.4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D54438" w14:textId="77777777" w:rsidR="002877BA" w:rsidRDefault="00000000">
            <w:pPr>
              <w:jc w:val="center"/>
            </w:pPr>
            <w:r>
              <w:rPr>
                <w:sz w:val="14"/>
              </w:rPr>
              <w:t>125.9 ± 118.2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A6F93A" w14:textId="77777777" w:rsidR="002877BA" w:rsidRDefault="00000000">
            <w:pPr>
              <w:jc w:val="center"/>
            </w:pPr>
            <w:r>
              <w:rPr>
                <w:sz w:val="14"/>
              </w:rPr>
              <w:t>156.1 ± 122.6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B3FA98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446E520E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672195" w14:textId="77777777" w:rsidR="002877BA" w:rsidRDefault="00000000">
            <w:r>
              <w:rPr>
                <w:sz w:val="14"/>
              </w:rPr>
              <w:t>Creatinine, mg/dL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8004C1" w14:textId="77777777" w:rsidR="002877BA" w:rsidRDefault="00000000">
            <w:pPr>
              <w:jc w:val="center"/>
            </w:pPr>
            <w:r>
              <w:rPr>
                <w:sz w:val="14"/>
              </w:rPr>
              <w:t>1.1 ± 0.8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433FB9" w14:textId="77777777" w:rsidR="002877BA" w:rsidRDefault="00000000">
            <w:pPr>
              <w:jc w:val="center"/>
            </w:pPr>
            <w:r>
              <w:rPr>
                <w:sz w:val="14"/>
              </w:rPr>
              <w:t>1.0 ± 0.7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F06D5A" w14:textId="77777777" w:rsidR="002877BA" w:rsidRDefault="00000000">
            <w:pPr>
              <w:jc w:val="center"/>
            </w:pPr>
            <w:r>
              <w:rPr>
                <w:sz w:val="14"/>
              </w:rPr>
              <w:t>1.5 ± 1.1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A00B08" w14:textId="77777777" w:rsidR="002877BA" w:rsidRDefault="00000000">
            <w:pPr>
              <w:jc w:val="center"/>
            </w:pPr>
            <w:r>
              <w:rPr>
                <w:sz w:val="14"/>
              </w:rPr>
              <w:t>3.8 ± 3.1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D41D21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46578D13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4EBF79" w14:textId="77777777" w:rsidR="002877BA" w:rsidRDefault="00000000">
            <w:r>
              <w:rPr>
                <w:sz w:val="14"/>
              </w:rPr>
              <w:t>Blood urea nitrogen, mg/dL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145D60" w14:textId="77777777" w:rsidR="002877BA" w:rsidRDefault="00000000">
            <w:pPr>
              <w:jc w:val="center"/>
            </w:pPr>
            <w:r>
              <w:rPr>
                <w:sz w:val="14"/>
              </w:rPr>
              <w:t>20.7 ± 13.1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4EEC3D" w14:textId="77777777" w:rsidR="002877BA" w:rsidRDefault="00000000">
            <w:pPr>
              <w:jc w:val="center"/>
            </w:pPr>
            <w:r>
              <w:rPr>
                <w:sz w:val="14"/>
              </w:rPr>
              <w:t>21.9 ± 13.8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C9BB20" w14:textId="77777777" w:rsidR="002877BA" w:rsidRDefault="00000000">
            <w:pPr>
              <w:jc w:val="center"/>
            </w:pPr>
            <w:r>
              <w:rPr>
                <w:sz w:val="14"/>
              </w:rPr>
              <w:t>31.4 ± 20.7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1C98BC" w14:textId="77777777" w:rsidR="002877BA" w:rsidRDefault="00000000">
            <w:pPr>
              <w:jc w:val="center"/>
            </w:pPr>
            <w:r>
              <w:rPr>
                <w:sz w:val="14"/>
              </w:rPr>
              <w:t>62.7 ± 32.1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1C4388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208701E2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CBF57C" w14:textId="77777777" w:rsidR="002877BA" w:rsidRDefault="00000000">
            <w:r>
              <w:rPr>
                <w:sz w:val="14"/>
              </w:rPr>
              <w:t>Lactate, mmol/L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9558E2" w14:textId="77777777" w:rsidR="002877BA" w:rsidRDefault="00000000">
            <w:pPr>
              <w:jc w:val="center"/>
            </w:pPr>
            <w:r>
              <w:rPr>
                <w:sz w:val="14"/>
              </w:rPr>
              <w:t>2.1 ± 0.8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7FB0D7" w14:textId="77777777" w:rsidR="002877BA" w:rsidRDefault="00000000">
            <w:pPr>
              <w:jc w:val="center"/>
            </w:pPr>
            <w:r>
              <w:rPr>
                <w:sz w:val="14"/>
              </w:rPr>
              <w:t>2.2 ± 1.1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B000AC" w14:textId="77777777" w:rsidR="002877BA" w:rsidRDefault="00000000">
            <w:pPr>
              <w:jc w:val="center"/>
            </w:pPr>
            <w:r>
              <w:rPr>
                <w:sz w:val="14"/>
              </w:rPr>
              <w:t>2.3 ± 1.3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1694C9" w14:textId="77777777" w:rsidR="002877BA" w:rsidRDefault="00000000">
            <w:pPr>
              <w:jc w:val="center"/>
            </w:pPr>
            <w:r>
              <w:rPr>
                <w:sz w:val="14"/>
              </w:rPr>
              <w:t>5.4 ± 5.0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56B5BE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2F979B3B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5FF5FE" w14:textId="77777777" w:rsidR="002877BA" w:rsidRDefault="00000000">
            <w:r>
              <w:rPr>
                <w:sz w:val="14"/>
              </w:rPr>
              <w:t>Glucose, mg/dL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6D08A2" w14:textId="77777777" w:rsidR="002877BA" w:rsidRDefault="00000000">
            <w:pPr>
              <w:jc w:val="center"/>
            </w:pPr>
            <w:r>
              <w:rPr>
                <w:sz w:val="14"/>
              </w:rPr>
              <w:t>156.9 ± 66.2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F11654" w14:textId="77777777" w:rsidR="002877BA" w:rsidRDefault="00000000">
            <w:pPr>
              <w:jc w:val="center"/>
            </w:pPr>
            <w:r>
              <w:rPr>
                <w:sz w:val="14"/>
              </w:rPr>
              <w:t>153.1 ± 62.6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F2686F" w14:textId="77777777" w:rsidR="002877BA" w:rsidRDefault="00000000">
            <w:pPr>
              <w:jc w:val="center"/>
            </w:pPr>
            <w:r>
              <w:rPr>
                <w:sz w:val="14"/>
              </w:rPr>
              <w:t>153.4 ± 68.5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9D54F2" w14:textId="77777777" w:rsidR="002877BA" w:rsidRDefault="00000000">
            <w:pPr>
              <w:jc w:val="center"/>
            </w:pPr>
            <w:r>
              <w:rPr>
                <w:sz w:val="14"/>
              </w:rPr>
              <w:t>193.0 ± 134.0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D0B40A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33623D58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2AF7BB" w14:textId="77777777" w:rsidR="002877BA" w:rsidRDefault="00000000">
            <w:r>
              <w:rPr>
                <w:sz w:val="14"/>
              </w:rPr>
              <w:t>Sodium, mEq/L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6E9DD9" w14:textId="77777777" w:rsidR="002877BA" w:rsidRDefault="00000000">
            <w:pPr>
              <w:jc w:val="center"/>
            </w:pPr>
            <w:r>
              <w:rPr>
                <w:sz w:val="14"/>
              </w:rPr>
              <w:t>138.6 ± 4.5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AA4A4D" w14:textId="77777777" w:rsidR="002877BA" w:rsidRDefault="00000000">
            <w:pPr>
              <w:jc w:val="center"/>
            </w:pPr>
            <w:r>
              <w:rPr>
                <w:sz w:val="14"/>
              </w:rPr>
              <w:t>137.7 ± 4.7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F135D9" w14:textId="77777777" w:rsidR="002877BA" w:rsidRDefault="00000000">
            <w:pPr>
              <w:jc w:val="center"/>
            </w:pPr>
            <w:r>
              <w:rPr>
                <w:sz w:val="14"/>
              </w:rPr>
              <w:t>138.6 ± 5.1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ABC9C8" w14:textId="77777777" w:rsidR="002877BA" w:rsidRDefault="00000000">
            <w:pPr>
              <w:jc w:val="center"/>
            </w:pPr>
            <w:r>
              <w:rPr>
                <w:sz w:val="14"/>
              </w:rPr>
              <w:t>138.3 ± 7.0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68D28D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490134CA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D835CE" w14:textId="77777777" w:rsidR="002877BA" w:rsidRDefault="00000000">
            <w:r>
              <w:rPr>
                <w:sz w:val="14"/>
              </w:rPr>
              <w:t>Potassium, mEq/L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94FBB3" w14:textId="77777777" w:rsidR="002877BA" w:rsidRDefault="00000000">
            <w:pPr>
              <w:jc w:val="center"/>
            </w:pPr>
            <w:r>
              <w:rPr>
                <w:sz w:val="14"/>
              </w:rPr>
              <w:t>4.2 ± 0.6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88D006" w14:textId="77777777" w:rsidR="002877BA" w:rsidRDefault="00000000">
            <w:pPr>
              <w:jc w:val="center"/>
            </w:pPr>
            <w:r>
              <w:rPr>
                <w:sz w:val="14"/>
              </w:rPr>
              <w:t>4.3 ± 0.6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A179C2" w14:textId="77777777" w:rsidR="002877BA" w:rsidRDefault="00000000">
            <w:pPr>
              <w:jc w:val="center"/>
            </w:pPr>
            <w:r>
              <w:rPr>
                <w:sz w:val="14"/>
              </w:rPr>
              <w:t>4.3 ± 0.8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C8B973" w14:textId="77777777" w:rsidR="002877BA" w:rsidRDefault="00000000">
            <w:pPr>
              <w:jc w:val="center"/>
            </w:pPr>
            <w:r>
              <w:rPr>
                <w:sz w:val="14"/>
              </w:rPr>
              <w:t>5.2 ± 1.1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7F76E7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3091DE28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52FE0D" w14:textId="77777777" w:rsidR="002877BA" w:rsidRDefault="00000000">
            <w:r>
              <w:rPr>
                <w:sz w:val="14"/>
              </w:rPr>
              <w:t>Bilirubin, mg/dL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E91C4D" w14:textId="77777777" w:rsidR="002877BA" w:rsidRDefault="00000000">
            <w:pPr>
              <w:jc w:val="center"/>
            </w:pPr>
            <w:r>
              <w:rPr>
                <w:sz w:val="14"/>
              </w:rPr>
              <w:t>0.9 ± 1.4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EF9F2B" w14:textId="77777777" w:rsidR="002877BA" w:rsidRDefault="00000000">
            <w:pPr>
              <w:jc w:val="center"/>
            </w:pPr>
            <w:r>
              <w:rPr>
                <w:sz w:val="14"/>
              </w:rPr>
              <w:t>0.7 ± 0.6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BA35B9" w14:textId="77777777" w:rsidR="002877BA" w:rsidRDefault="00000000">
            <w:pPr>
              <w:jc w:val="center"/>
            </w:pPr>
            <w:r>
              <w:rPr>
                <w:sz w:val="14"/>
              </w:rPr>
              <w:t>1.1 ± 1.4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ABD2C7" w14:textId="77777777" w:rsidR="002877BA" w:rsidRDefault="00000000">
            <w:pPr>
              <w:jc w:val="center"/>
            </w:pPr>
            <w:r>
              <w:rPr>
                <w:sz w:val="14"/>
              </w:rPr>
              <w:t>3.0 ± 5.4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C1C43A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59D76A74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046C63" w14:textId="77777777" w:rsidR="002877BA" w:rsidRDefault="00000000">
            <w:r>
              <w:rPr>
                <w:sz w:val="14"/>
              </w:rPr>
              <w:t>Albumin, g/dL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BEF339" w14:textId="77777777" w:rsidR="002877BA" w:rsidRDefault="00000000">
            <w:pPr>
              <w:jc w:val="center"/>
            </w:pPr>
            <w:r>
              <w:rPr>
                <w:sz w:val="14"/>
              </w:rPr>
              <w:t>2.7 ± 0.5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85A2B4" w14:textId="77777777" w:rsidR="002877BA" w:rsidRDefault="00000000">
            <w:pPr>
              <w:jc w:val="center"/>
            </w:pPr>
            <w:r>
              <w:rPr>
                <w:sz w:val="14"/>
              </w:rPr>
              <w:t>2.6 ± 0.5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BFBACA" w14:textId="77777777" w:rsidR="002877BA" w:rsidRDefault="00000000">
            <w:pPr>
              <w:jc w:val="center"/>
            </w:pPr>
            <w:r>
              <w:rPr>
                <w:sz w:val="14"/>
              </w:rPr>
              <w:t>2.6 ± 0.5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6DCAB3" w14:textId="77777777" w:rsidR="002877BA" w:rsidRDefault="00000000">
            <w:pPr>
              <w:jc w:val="center"/>
            </w:pPr>
            <w:r>
              <w:rPr>
                <w:sz w:val="14"/>
              </w:rPr>
              <w:t>2.3 ± 0.6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05FD69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3C064726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1BBEA8" w14:textId="77777777" w:rsidR="002877BA" w:rsidRDefault="00000000">
            <w:r>
              <w:rPr>
                <w:sz w:val="14"/>
              </w:rPr>
              <w:t>Prothrombin time, s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6DF6B2" w14:textId="77777777" w:rsidR="002877BA" w:rsidRDefault="00000000">
            <w:pPr>
              <w:jc w:val="center"/>
            </w:pPr>
            <w:r>
              <w:rPr>
                <w:sz w:val="14"/>
              </w:rPr>
              <w:t>33.6 ± 11.8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9DBEF6" w14:textId="77777777" w:rsidR="002877BA" w:rsidRDefault="00000000">
            <w:pPr>
              <w:jc w:val="center"/>
            </w:pPr>
            <w:r>
              <w:rPr>
                <w:sz w:val="14"/>
              </w:rPr>
              <w:t>33.7 ± 11.9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B3DB55" w14:textId="77777777" w:rsidR="002877BA" w:rsidRDefault="00000000">
            <w:pPr>
              <w:jc w:val="center"/>
            </w:pPr>
            <w:r>
              <w:rPr>
                <w:sz w:val="14"/>
              </w:rPr>
              <w:t>33.9 ± 10.0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F1F7F1" w14:textId="77777777" w:rsidR="002877BA" w:rsidRDefault="00000000">
            <w:pPr>
              <w:jc w:val="center"/>
            </w:pPr>
            <w:r>
              <w:rPr>
                <w:sz w:val="14"/>
              </w:rPr>
              <w:t>41.3 ± 22.9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C18489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715B493E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E44C4D" w14:textId="77777777" w:rsidR="002877BA" w:rsidRDefault="00000000">
            <w:r>
              <w:rPr>
                <w:sz w:val="14"/>
              </w:rPr>
              <w:t>Activated partial thromboplastin time, s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501B75" w14:textId="77777777" w:rsidR="002877BA" w:rsidRDefault="00000000">
            <w:pPr>
              <w:jc w:val="center"/>
            </w:pPr>
            <w:r>
              <w:rPr>
                <w:sz w:val="14"/>
              </w:rPr>
              <w:t>1.2 ± 0.4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3A5083" w14:textId="77777777" w:rsidR="002877BA" w:rsidRDefault="00000000">
            <w:pPr>
              <w:jc w:val="center"/>
            </w:pPr>
            <w:r>
              <w:rPr>
                <w:sz w:val="14"/>
              </w:rPr>
              <w:t>1.3 ± 0.5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2F98EA" w14:textId="77777777" w:rsidR="002877BA" w:rsidRDefault="00000000">
            <w:pPr>
              <w:jc w:val="center"/>
            </w:pPr>
            <w:r>
              <w:rPr>
                <w:sz w:val="14"/>
              </w:rPr>
              <w:t>1.3 ± 0.5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0A355B" w14:textId="77777777" w:rsidR="002877BA" w:rsidRDefault="00000000">
            <w:pPr>
              <w:jc w:val="center"/>
            </w:pPr>
            <w:r>
              <w:rPr>
                <w:sz w:val="14"/>
              </w:rPr>
              <w:t>1.9 ± 1.6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ADB090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254DBCF8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15D3EC" w14:textId="77777777" w:rsidR="002877BA" w:rsidRDefault="00000000">
            <w:r>
              <w:rPr>
                <w:b/>
                <w:sz w:val="14"/>
              </w:rPr>
              <w:t>[Cancer Types]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6FDD14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8101A9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298F7B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72286A" w14:textId="77777777" w:rsidR="002877BA" w:rsidRDefault="002877BA">
            <w:pPr>
              <w:jc w:val="center"/>
            </w:pP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855654" w14:textId="77777777" w:rsidR="002877BA" w:rsidRDefault="002877BA">
            <w:pPr>
              <w:jc w:val="center"/>
            </w:pPr>
          </w:p>
        </w:tc>
      </w:tr>
      <w:tr w:rsidR="002877BA" w14:paraId="4F8E47E0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573183" w14:textId="77777777" w:rsidR="002877BA" w:rsidRDefault="00000000">
            <w:r>
              <w:rPr>
                <w:sz w:val="14"/>
              </w:rPr>
              <w:t>Lung cancer,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134A00" w14:textId="77777777" w:rsidR="002877BA" w:rsidRDefault="00000000">
            <w:pPr>
              <w:jc w:val="center"/>
            </w:pPr>
            <w:r>
              <w:rPr>
                <w:sz w:val="14"/>
              </w:rPr>
              <w:t>0 (0.0%)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0AD2EB" w14:textId="77777777" w:rsidR="002877BA" w:rsidRDefault="00000000">
            <w:pPr>
              <w:jc w:val="center"/>
            </w:pPr>
            <w:r>
              <w:rPr>
                <w:sz w:val="14"/>
              </w:rPr>
              <w:t>1754 (99.7%)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4A50F1" w14:textId="77777777" w:rsidR="002877BA" w:rsidRDefault="00000000">
            <w:pPr>
              <w:jc w:val="center"/>
            </w:pPr>
            <w:r>
              <w:rPr>
                <w:sz w:val="14"/>
              </w:rPr>
              <w:t>7 (0.5%)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102A02" w14:textId="77777777" w:rsidR="002877BA" w:rsidRDefault="00000000">
            <w:pPr>
              <w:jc w:val="center"/>
            </w:pPr>
            <w:r>
              <w:rPr>
                <w:sz w:val="14"/>
              </w:rPr>
              <w:t>60 (6.4%)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285D40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724C5424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683E3C" w14:textId="77777777" w:rsidR="002877BA" w:rsidRDefault="00000000">
            <w:r>
              <w:rPr>
                <w:sz w:val="14"/>
              </w:rPr>
              <w:t>Colorectal cancer,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283FD0" w14:textId="77777777" w:rsidR="002877BA" w:rsidRDefault="00000000">
            <w:pPr>
              <w:jc w:val="center"/>
            </w:pPr>
            <w:r>
              <w:rPr>
                <w:sz w:val="14"/>
              </w:rPr>
              <w:t>0 (0.0%)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24FB5B" w14:textId="77777777" w:rsidR="002877BA" w:rsidRDefault="00000000">
            <w:pPr>
              <w:jc w:val="center"/>
            </w:pPr>
            <w:r>
              <w:rPr>
                <w:sz w:val="14"/>
              </w:rPr>
              <w:t>0 (0.0%)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CBC860" w14:textId="77777777" w:rsidR="002877BA" w:rsidRDefault="00000000">
            <w:pPr>
              <w:jc w:val="center"/>
            </w:pPr>
            <w:r>
              <w:rPr>
                <w:sz w:val="14"/>
              </w:rPr>
              <w:t>0 (0.0%)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D2B715" w14:textId="77777777" w:rsidR="002877BA" w:rsidRDefault="00000000">
            <w:pPr>
              <w:jc w:val="center"/>
            </w:pPr>
            <w:r>
              <w:rPr>
                <w:sz w:val="14"/>
              </w:rPr>
              <w:t>0 (0.0%)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C680E9" w14:textId="77777777" w:rsidR="002877BA" w:rsidRDefault="00000000">
            <w:pPr>
              <w:jc w:val="center"/>
            </w:pPr>
            <w:r>
              <w:rPr>
                <w:sz w:val="14"/>
              </w:rPr>
              <w:t>-</w:t>
            </w:r>
          </w:p>
        </w:tc>
      </w:tr>
      <w:tr w:rsidR="002877BA" w14:paraId="7773A6FB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44DFB0" w14:textId="77777777" w:rsidR="002877BA" w:rsidRDefault="00000000">
            <w:r>
              <w:rPr>
                <w:sz w:val="14"/>
              </w:rPr>
              <w:t>Breast cancer,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465174" w14:textId="77777777" w:rsidR="002877BA" w:rsidRDefault="00000000">
            <w:pPr>
              <w:jc w:val="center"/>
            </w:pPr>
            <w:r>
              <w:rPr>
                <w:sz w:val="14"/>
              </w:rPr>
              <w:t>0 (0.0%)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AFCC59" w14:textId="77777777" w:rsidR="002877BA" w:rsidRDefault="00000000">
            <w:pPr>
              <w:jc w:val="center"/>
            </w:pPr>
            <w:r>
              <w:rPr>
                <w:sz w:val="14"/>
              </w:rPr>
              <w:t>0 (0.0%)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3F39E3" w14:textId="77777777" w:rsidR="002877BA" w:rsidRDefault="00000000">
            <w:pPr>
              <w:jc w:val="center"/>
            </w:pPr>
            <w:r>
              <w:rPr>
                <w:sz w:val="14"/>
              </w:rPr>
              <w:t>0 (0.0%)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9CA536" w14:textId="77777777" w:rsidR="002877BA" w:rsidRDefault="00000000">
            <w:pPr>
              <w:jc w:val="center"/>
            </w:pPr>
            <w:r>
              <w:rPr>
                <w:sz w:val="14"/>
              </w:rPr>
              <w:t>0 (0.0%)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7AEA1A" w14:textId="77777777" w:rsidR="002877BA" w:rsidRDefault="00000000">
            <w:pPr>
              <w:jc w:val="center"/>
            </w:pPr>
            <w:r>
              <w:rPr>
                <w:sz w:val="14"/>
              </w:rPr>
              <w:t>-</w:t>
            </w:r>
          </w:p>
        </w:tc>
      </w:tr>
      <w:tr w:rsidR="002877BA" w14:paraId="127CBA4B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D9EC96" w14:textId="77777777" w:rsidR="002877BA" w:rsidRDefault="00000000">
            <w:r>
              <w:rPr>
                <w:sz w:val="14"/>
              </w:rPr>
              <w:t>Hematologic cancer,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5604A5" w14:textId="77777777" w:rsidR="002877BA" w:rsidRDefault="00000000">
            <w:pPr>
              <w:jc w:val="center"/>
            </w:pPr>
            <w:r>
              <w:rPr>
                <w:sz w:val="14"/>
              </w:rPr>
              <w:t>1 (0.0%)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FCF2BA" w14:textId="77777777" w:rsidR="002877BA" w:rsidRDefault="00000000">
            <w:pPr>
              <w:jc w:val="center"/>
            </w:pPr>
            <w:r>
              <w:rPr>
                <w:sz w:val="14"/>
              </w:rPr>
              <w:t>13 (0.7%)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F899AB" w14:textId="77777777" w:rsidR="002877BA" w:rsidRDefault="00000000">
            <w:pPr>
              <w:jc w:val="center"/>
            </w:pPr>
            <w:r>
              <w:rPr>
                <w:sz w:val="14"/>
              </w:rPr>
              <w:t>1282 (98.1%)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2C15A2" w14:textId="77777777" w:rsidR="002877BA" w:rsidRDefault="00000000">
            <w:pPr>
              <w:jc w:val="center"/>
            </w:pPr>
            <w:r>
              <w:rPr>
                <w:sz w:val="14"/>
              </w:rPr>
              <w:t>136 (14.5%)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469988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2FFFC91B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039873" w14:textId="77777777" w:rsidR="002877BA" w:rsidRDefault="00000000">
            <w:r>
              <w:rPr>
                <w:sz w:val="14"/>
              </w:rPr>
              <w:t>Metastatic cancer,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FC5F5F" w14:textId="77777777" w:rsidR="002877BA" w:rsidRDefault="00000000">
            <w:pPr>
              <w:jc w:val="center"/>
            </w:pPr>
            <w:r>
              <w:rPr>
                <w:sz w:val="14"/>
              </w:rPr>
              <w:t>761 (12.1%)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E3B96D" w14:textId="77777777" w:rsidR="002877BA" w:rsidRDefault="00000000">
            <w:pPr>
              <w:jc w:val="center"/>
            </w:pPr>
            <w:r>
              <w:rPr>
                <w:sz w:val="14"/>
              </w:rPr>
              <w:t>235 (13.4%)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4D2C03" w14:textId="77777777" w:rsidR="002877BA" w:rsidRDefault="00000000">
            <w:pPr>
              <w:jc w:val="center"/>
            </w:pPr>
            <w:r>
              <w:rPr>
                <w:sz w:val="14"/>
              </w:rPr>
              <w:t>22 (1.7%)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9E6FBE" w14:textId="77777777" w:rsidR="002877BA" w:rsidRDefault="00000000">
            <w:pPr>
              <w:jc w:val="center"/>
            </w:pPr>
            <w:r>
              <w:rPr>
                <w:sz w:val="14"/>
              </w:rPr>
              <w:t>134 (14.3%)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31A124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5FFF7D9A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D2E149" w14:textId="77777777" w:rsidR="002877BA" w:rsidRDefault="00000000">
            <w:r>
              <w:rPr>
                <w:b/>
                <w:sz w:val="14"/>
              </w:rPr>
              <w:t>[Clinical Interventions &amp; Outcomes]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196424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23A2E1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2C6E93" w14:textId="77777777" w:rsidR="002877BA" w:rsidRDefault="002877B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9AD944" w14:textId="77777777" w:rsidR="002877BA" w:rsidRDefault="002877BA">
            <w:pPr>
              <w:jc w:val="center"/>
            </w:pP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8DD3B4" w14:textId="77777777" w:rsidR="002877BA" w:rsidRDefault="002877BA">
            <w:pPr>
              <w:jc w:val="center"/>
            </w:pPr>
          </w:p>
        </w:tc>
      </w:tr>
      <w:tr w:rsidR="002877BA" w14:paraId="52DECEC9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825549" w14:textId="77777777" w:rsidR="002877BA" w:rsidRDefault="00000000">
            <w:r>
              <w:rPr>
                <w:sz w:val="14"/>
              </w:rPr>
              <w:t>Mechanical ventilation,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EB148" w14:textId="77777777" w:rsidR="002877BA" w:rsidRDefault="00000000">
            <w:pPr>
              <w:jc w:val="center"/>
            </w:pPr>
            <w:r>
              <w:rPr>
                <w:sz w:val="14"/>
              </w:rPr>
              <w:t>1593 (25.3%)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B3CFE0" w14:textId="77777777" w:rsidR="002877BA" w:rsidRDefault="00000000">
            <w:pPr>
              <w:jc w:val="center"/>
            </w:pPr>
            <w:r>
              <w:rPr>
                <w:sz w:val="14"/>
              </w:rPr>
              <w:t>572 (32.5%)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3AB178" w14:textId="77777777" w:rsidR="002877BA" w:rsidRDefault="00000000">
            <w:pPr>
              <w:jc w:val="center"/>
            </w:pPr>
            <w:r>
              <w:rPr>
                <w:sz w:val="14"/>
              </w:rPr>
              <w:t>396 (30.3%)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B7346B" w14:textId="77777777" w:rsidR="002877BA" w:rsidRDefault="00000000">
            <w:pPr>
              <w:jc w:val="center"/>
            </w:pPr>
            <w:r>
              <w:rPr>
                <w:sz w:val="14"/>
              </w:rPr>
              <w:t>458 (48.9%)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62AEF5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7E10BEF8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AFD06F" w14:textId="77777777" w:rsidR="002877BA" w:rsidRDefault="00000000">
            <w:r>
              <w:rPr>
                <w:sz w:val="14"/>
              </w:rPr>
              <w:t>Vasopressor use,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DBFCE1" w14:textId="77777777" w:rsidR="002877BA" w:rsidRDefault="00000000">
            <w:pPr>
              <w:jc w:val="center"/>
            </w:pPr>
            <w:r>
              <w:rPr>
                <w:sz w:val="14"/>
              </w:rPr>
              <w:t>587 (9.3%)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81134F" w14:textId="77777777" w:rsidR="002877BA" w:rsidRDefault="00000000">
            <w:pPr>
              <w:jc w:val="center"/>
            </w:pPr>
            <w:r>
              <w:rPr>
                <w:sz w:val="14"/>
              </w:rPr>
              <w:t>231 (13.1%)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CEBA28" w14:textId="77777777" w:rsidR="002877BA" w:rsidRDefault="00000000">
            <w:pPr>
              <w:jc w:val="center"/>
            </w:pPr>
            <w:r>
              <w:rPr>
                <w:sz w:val="14"/>
              </w:rPr>
              <w:t>229 (17.5%)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C85F0F" w14:textId="77777777" w:rsidR="002877BA" w:rsidRDefault="00000000">
            <w:pPr>
              <w:jc w:val="center"/>
            </w:pPr>
            <w:r>
              <w:rPr>
                <w:sz w:val="14"/>
              </w:rPr>
              <w:t>425 (45.4%)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F383B7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3938542F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7B38D6" w14:textId="77777777" w:rsidR="002877BA" w:rsidRDefault="00000000">
            <w:r>
              <w:rPr>
                <w:sz w:val="14"/>
              </w:rPr>
              <w:t>ICU length of stay, days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40569E" w14:textId="77777777" w:rsidR="002877BA" w:rsidRDefault="00000000">
            <w:pPr>
              <w:jc w:val="center"/>
            </w:pPr>
            <w:r>
              <w:rPr>
                <w:sz w:val="14"/>
              </w:rPr>
              <w:t>1.9 [1.0-3.6]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479BF5" w14:textId="77777777" w:rsidR="002877BA" w:rsidRDefault="00000000">
            <w:pPr>
              <w:jc w:val="center"/>
            </w:pPr>
            <w:r>
              <w:rPr>
                <w:sz w:val="14"/>
              </w:rPr>
              <w:t>2.0 [1.0-4.0]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36AE17" w14:textId="77777777" w:rsidR="002877BA" w:rsidRDefault="00000000">
            <w:pPr>
              <w:jc w:val="center"/>
            </w:pPr>
            <w:r>
              <w:rPr>
                <w:sz w:val="14"/>
              </w:rPr>
              <w:t>2.1 [1.2-4.0]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C18904" w14:textId="77777777" w:rsidR="002877BA" w:rsidRDefault="00000000">
            <w:pPr>
              <w:jc w:val="center"/>
            </w:pPr>
            <w:r>
              <w:rPr>
                <w:sz w:val="14"/>
              </w:rPr>
              <w:t>2.4 [1.0-5.0]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B21E11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  <w:tr w:rsidR="002877BA" w14:paraId="06B0465B" w14:textId="77777777" w:rsidTr="00203E65">
        <w:trPr>
          <w:cantSplit/>
          <w:jc w:val="center"/>
        </w:trPr>
        <w:tc>
          <w:tcPr>
            <w:tcW w:w="3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025907" w14:textId="77777777" w:rsidR="002877BA" w:rsidRDefault="00000000">
            <w:r>
              <w:rPr>
                <w:sz w:val="14"/>
              </w:rPr>
              <w:t>In-hospital mortality, n (%)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1E461A" w14:textId="77777777" w:rsidR="002877BA" w:rsidRDefault="00000000">
            <w:pPr>
              <w:jc w:val="center"/>
            </w:pPr>
            <w:r>
              <w:rPr>
                <w:sz w:val="14"/>
              </w:rPr>
              <w:t>604 (9.6%)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73FDC8" w14:textId="77777777" w:rsidR="002877BA" w:rsidRDefault="00000000">
            <w:pPr>
              <w:jc w:val="center"/>
            </w:pPr>
            <w:r>
              <w:rPr>
                <w:sz w:val="14"/>
              </w:rPr>
              <w:t>332 (18.9%)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DBAD2F" w14:textId="77777777" w:rsidR="002877BA" w:rsidRDefault="00000000">
            <w:pPr>
              <w:jc w:val="center"/>
            </w:pPr>
            <w:r>
              <w:rPr>
                <w:sz w:val="14"/>
              </w:rPr>
              <w:t>298 (22.8%)</w:t>
            </w:r>
          </w:p>
        </w:tc>
        <w:tc>
          <w:tcPr>
            <w:tcW w:w="2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8FC183" w14:textId="77777777" w:rsidR="002877BA" w:rsidRDefault="00000000">
            <w:pPr>
              <w:jc w:val="center"/>
            </w:pPr>
            <w:r>
              <w:rPr>
                <w:sz w:val="14"/>
              </w:rPr>
              <w:t>464 (49.5%)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FF857A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</w:tr>
    </w:tbl>
    <w:p w14:paraId="7B7FE272" w14:textId="50053A24" w:rsidR="002877BA" w:rsidRDefault="00203E65">
      <w:r w:rsidRPr="00203E65">
        <w:t xml:space="preserve">Note: For Supplementary Table S2, continuous variables are presented as mean ± standard deviation or median [interquartile range], as appropriate; categorical variables are presented as n (%). Comparisons across phenotypes were performed using ANOVA or Kruskal-Wallis tests for continuous variables and chi-square tests for categorical variables. C0–C3 denote the four clinical phenotypes in the </w:t>
      </w:r>
      <w:proofErr w:type="spellStart"/>
      <w:r w:rsidRPr="00203E65">
        <w:t>eICU</w:t>
      </w:r>
      <w:proofErr w:type="spellEnd"/>
      <w:r w:rsidRPr="00203E65">
        <w:t xml:space="preserve"> external validation cohort. Specific counts for colorectal and breast cancers were unavailable in the </w:t>
      </w:r>
      <w:proofErr w:type="spellStart"/>
      <w:r w:rsidRPr="00203E65">
        <w:t>eICU</w:t>
      </w:r>
      <w:proofErr w:type="spellEnd"/>
      <w:r w:rsidRPr="00203E65">
        <w:t xml:space="preserve"> dataset due to structural differences in diagnostic coding systems. Cancer type categories are not mutually exclusive. BUN: blood urea nitrogen; WBC: white blood cell; MAP: mean arterial pressure; SpO2: pulse oxygen saturation; SOFA: Sequential Organ Failure Assessment; APACHE IV: Acute Physiology and Chronic Health Evaluation IV; ICU: intensive care unit.</w:t>
      </w:r>
      <w:r>
        <w:br w:type="page"/>
      </w:r>
    </w:p>
    <w:p w14:paraId="741F2A25" w14:textId="77777777" w:rsidR="002877BA" w:rsidRDefault="00000000">
      <w:pPr>
        <w:spacing w:before="120" w:after="80"/>
      </w:pPr>
      <w:r>
        <w:rPr>
          <w:b/>
          <w:sz w:val="20"/>
        </w:rPr>
        <w:lastRenderedPageBreak/>
        <w:t>Supplementary Table S3. Multivariable analysis and AI importance ranking of risk factors in the derivation and validation cohorts</w:t>
      </w:r>
    </w:p>
    <w:tbl>
      <w:tblPr>
        <w:tblStyle w:val="aff1"/>
        <w:tblW w:w="5000" w:type="pct"/>
        <w:jc w:val="center"/>
        <w:tblLayout w:type="fixed"/>
        <w:tblCellMar>
          <w:top w:w="25" w:type="dxa"/>
          <w:left w:w="35" w:type="dxa"/>
          <w:bottom w:w="25" w:type="dxa"/>
          <w:right w:w="35" w:type="dxa"/>
        </w:tblCellMar>
        <w:tblLook w:val="04A0" w:firstRow="1" w:lastRow="0" w:firstColumn="1" w:lastColumn="0" w:noHBand="0" w:noVBand="1"/>
      </w:tblPr>
      <w:tblGrid>
        <w:gridCol w:w="4128"/>
        <w:gridCol w:w="2920"/>
        <w:gridCol w:w="1511"/>
        <w:gridCol w:w="1309"/>
        <w:gridCol w:w="2920"/>
        <w:gridCol w:w="1511"/>
        <w:gridCol w:w="1309"/>
      </w:tblGrid>
      <w:tr w:rsidR="002877BA" w14:paraId="147999B4" w14:textId="77777777" w:rsidTr="00E3664E">
        <w:trPr>
          <w:cantSplit/>
          <w:tblHeader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6AA0BBA9" w14:textId="77777777" w:rsidR="002877BA" w:rsidRDefault="00000000">
            <w:r>
              <w:rPr>
                <w:b/>
                <w:sz w:val="14"/>
              </w:rPr>
              <w:t>Variable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334C23BA" w14:textId="77777777" w:rsidR="002877BA" w:rsidRDefault="00000000">
            <w:pPr>
              <w:jc w:val="center"/>
            </w:pPr>
            <w:r>
              <w:rPr>
                <w:b/>
                <w:sz w:val="14"/>
              </w:rPr>
              <w:t>MIMIC Adjusted OR (95% CI)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0B036E8A" w14:textId="77777777" w:rsidR="002877BA" w:rsidRDefault="00000000">
            <w:pPr>
              <w:jc w:val="center"/>
            </w:pPr>
            <w:r>
              <w:rPr>
                <w:b/>
                <w:sz w:val="14"/>
              </w:rPr>
              <w:t>P-value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1DB4610D" w14:textId="77777777" w:rsidR="002877BA" w:rsidRDefault="00000000">
            <w:pPr>
              <w:jc w:val="center"/>
            </w:pPr>
            <w:r>
              <w:rPr>
                <w:b/>
                <w:sz w:val="14"/>
              </w:rPr>
              <w:t>AI Rank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2BFBFD0D" w14:textId="77777777" w:rsidR="002877BA" w:rsidRDefault="00000000">
            <w:pPr>
              <w:jc w:val="center"/>
            </w:pPr>
            <w:r>
              <w:rPr>
                <w:b/>
                <w:sz w:val="14"/>
              </w:rPr>
              <w:t>eICU Adjusted OR (95% CI)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7D27A094" w14:textId="77777777" w:rsidR="002877BA" w:rsidRDefault="00000000">
            <w:pPr>
              <w:jc w:val="center"/>
            </w:pPr>
            <w:r>
              <w:rPr>
                <w:b/>
                <w:sz w:val="14"/>
              </w:rPr>
              <w:t>P-value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74484B31" w14:textId="77777777" w:rsidR="002877BA" w:rsidRDefault="00000000">
            <w:pPr>
              <w:jc w:val="center"/>
            </w:pPr>
            <w:r>
              <w:rPr>
                <w:b/>
                <w:sz w:val="14"/>
              </w:rPr>
              <w:t>AI Rank</w:t>
            </w:r>
          </w:p>
        </w:tc>
      </w:tr>
      <w:tr w:rsidR="002877BA" w14:paraId="3C6491B3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0A4E75" w14:textId="77777777" w:rsidR="002877BA" w:rsidRDefault="00000000">
            <w:r>
              <w:rPr>
                <w:sz w:val="14"/>
              </w:rPr>
              <w:t>Vasopressor use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709D98" w14:textId="77777777" w:rsidR="002877BA" w:rsidRDefault="00000000">
            <w:pPr>
              <w:jc w:val="center"/>
            </w:pPr>
            <w:r>
              <w:rPr>
                <w:sz w:val="14"/>
              </w:rPr>
              <w:t>1.23 (1.17-1.30)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5AA7D0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E49701" w14:textId="77777777" w:rsidR="002877BA" w:rsidRDefault="00000000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81BCEF" w14:textId="77777777" w:rsidR="002877BA" w:rsidRDefault="00000000">
            <w:pPr>
              <w:jc w:val="center"/>
            </w:pPr>
            <w:r>
              <w:rPr>
                <w:sz w:val="14"/>
              </w:rPr>
              <w:t>1.33 (1.26-1.40)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39DFCF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4BF0E0" w14:textId="77777777" w:rsidR="002877BA" w:rsidRDefault="00000000">
            <w:pPr>
              <w:jc w:val="center"/>
            </w:pPr>
            <w:r>
              <w:rPr>
                <w:sz w:val="14"/>
              </w:rPr>
              <w:t>2</w:t>
            </w:r>
          </w:p>
        </w:tc>
      </w:tr>
      <w:tr w:rsidR="002877BA" w14:paraId="6CB4EFE8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364F13" w14:textId="77777777" w:rsidR="002877BA" w:rsidRDefault="00000000">
            <w:r>
              <w:rPr>
                <w:sz w:val="14"/>
              </w:rPr>
              <w:t>Mechanical ventilation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847DF2" w14:textId="77777777" w:rsidR="002877BA" w:rsidRDefault="00000000">
            <w:pPr>
              <w:jc w:val="center"/>
            </w:pPr>
            <w:r>
              <w:rPr>
                <w:sz w:val="14"/>
              </w:rPr>
              <w:t>1.42 (1.34-1.50)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E07212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850F7B" w14:textId="77777777" w:rsidR="002877BA" w:rsidRDefault="00000000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AFADBD" w14:textId="77777777" w:rsidR="002877BA" w:rsidRDefault="00000000">
            <w:pPr>
              <w:jc w:val="center"/>
            </w:pPr>
            <w:r>
              <w:rPr>
                <w:sz w:val="14"/>
              </w:rPr>
              <w:t>1.58 (1.49-1.68)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A8ED26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9E9B33" w14:textId="77777777" w:rsidR="002877BA" w:rsidRDefault="00000000">
            <w:pPr>
              <w:jc w:val="center"/>
            </w:pPr>
            <w:r>
              <w:rPr>
                <w:sz w:val="14"/>
              </w:rPr>
              <w:t>1</w:t>
            </w:r>
          </w:p>
        </w:tc>
      </w:tr>
      <w:tr w:rsidR="002877BA" w14:paraId="437A107A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648533" w14:textId="77777777" w:rsidR="002877BA" w:rsidRDefault="00000000">
            <w:r>
              <w:rPr>
                <w:sz w:val="14"/>
              </w:rPr>
              <w:t>Blood urea nitrogen, mg/dL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56E159" w14:textId="77777777" w:rsidR="002877BA" w:rsidRDefault="00000000">
            <w:pPr>
              <w:jc w:val="center"/>
            </w:pPr>
            <w:r>
              <w:rPr>
                <w:sz w:val="14"/>
              </w:rPr>
              <w:t>1.56 (1.46-1.66)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0FFBDB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3DE94F" w14:textId="77777777" w:rsidR="002877BA" w:rsidRDefault="00000000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C52FE" w14:textId="77777777" w:rsidR="002877BA" w:rsidRDefault="00000000">
            <w:pPr>
              <w:jc w:val="center"/>
            </w:pPr>
            <w:r>
              <w:rPr>
                <w:sz w:val="14"/>
              </w:rPr>
              <w:t>1.55 (1.43-1.67)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78A533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6687F1" w14:textId="77777777" w:rsidR="002877BA" w:rsidRDefault="00000000">
            <w:pPr>
              <w:jc w:val="center"/>
            </w:pPr>
            <w:r>
              <w:rPr>
                <w:sz w:val="14"/>
              </w:rPr>
              <w:t>3</w:t>
            </w:r>
          </w:p>
        </w:tc>
      </w:tr>
      <w:tr w:rsidR="002877BA" w14:paraId="24C7674F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D6EFB0" w14:textId="77777777" w:rsidR="002877BA" w:rsidRDefault="00000000">
            <w:r>
              <w:rPr>
                <w:sz w:val="14"/>
              </w:rPr>
              <w:t>Metastatic cancer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B604D6" w14:textId="77777777" w:rsidR="002877BA" w:rsidRDefault="00000000">
            <w:pPr>
              <w:jc w:val="center"/>
            </w:pPr>
            <w:r>
              <w:rPr>
                <w:sz w:val="14"/>
              </w:rPr>
              <w:t>1.38 (1.30-1.45)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E44DAD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84A7B7" w14:textId="77777777" w:rsidR="002877BA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22BDFF" w14:textId="77777777" w:rsidR="002877BA" w:rsidRDefault="00000000">
            <w:pPr>
              <w:jc w:val="center"/>
            </w:pPr>
            <w:r>
              <w:rPr>
                <w:sz w:val="14"/>
              </w:rPr>
              <w:t>1.22 (1.16-1.29)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DFA10D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323927" w14:textId="77777777" w:rsidR="002877BA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</w:tr>
      <w:tr w:rsidR="002877BA" w14:paraId="3D81DF57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D308E2" w14:textId="77777777" w:rsidR="002877BA" w:rsidRDefault="00000000">
            <w:r>
              <w:rPr>
                <w:sz w:val="14"/>
              </w:rPr>
              <w:t>Respiratory rate, breaths/min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088F03" w14:textId="77777777" w:rsidR="002877BA" w:rsidRDefault="00000000">
            <w:pPr>
              <w:jc w:val="center"/>
            </w:pPr>
            <w:r>
              <w:rPr>
                <w:sz w:val="14"/>
              </w:rPr>
              <w:t>1.42 (1.35-1.50)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630F73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5492CF" w14:textId="77777777" w:rsidR="002877BA" w:rsidRDefault="00000000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90D57C" w14:textId="77777777" w:rsidR="002877BA" w:rsidRDefault="00000000">
            <w:pPr>
              <w:jc w:val="center"/>
            </w:pPr>
            <w:r>
              <w:rPr>
                <w:sz w:val="14"/>
              </w:rPr>
              <w:t>1.26 (1.19-1.34)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5AB80F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53F243" w14:textId="77777777" w:rsidR="002877BA" w:rsidRDefault="00000000">
            <w:pPr>
              <w:jc w:val="center"/>
            </w:pPr>
            <w:r>
              <w:rPr>
                <w:sz w:val="14"/>
              </w:rPr>
              <w:t>7</w:t>
            </w:r>
          </w:p>
        </w:tc>
      </w:tr>
      <w:tr w:rsidR="002877BA" w14:paraId="2DBBCF0F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61CEC5" w14:textId="77777777" w:rsidR="002877BA" w:rsidRDefault="00000000">
            <w:r>
              <w:rPr>
                <w:sz w:val="14"/>
              </w:rPr>
              <w:t>Activated partial thromboplastin time, s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461DF4" w14:textId="77777777" w:rsidR="002877BA" w:rsidRDefault="00000000">
            <w:pPr>
              <w:jc w:val="center"/>
            </w:pPr>
            <w:r>
              <w:rPr>
                <w:sz w:val="14"/>
              </w:rPr>
              <w:t>1.04 (1.00-1.09)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F7F0EE" w14:textId="77777777" w:rsidR="002877BA" w:rsidRDefault="00000000">
            <w:pPr>
              <w:jc w:val="center"/>
            </w:pPr>
            <w:r>
              <w:rPr>
                <w:sz w:val="14"/>
              </w:rPr>
              <w:t>0.069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E2CBC1" w14:textId="77777777" w:rsidR="002877BA" w:rsidRDefault="00000000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AF772B" w14:textId="77777777" w:rsidR="002877BA" w:rsidRDefault="00000000">
            <w:pPr>
              <w:jc w:val="center"/>
            </w:pPr>
            <w:r>
              <w:rPr>
                <w:sz w:val="14"/>
              </w:rPr>
              <w:t>1.02 (0.96-1.08)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7B6E1D" w14:textId="77777777" w:rsidR="002877BA" w:rsidRDefault="00000000">
            <w:pPr>
              <w:jc w:val="center"/>
            </w:pPr>
            <w:r>
              <w:rPr>
                <w:sz w:val="14"/>
              </w:rPr>
              <w:t>0.52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3BF893" w14:textId="77777777" w:rsidR="002877BA" w:rsidRDefault="00000000">
            <w:pPr>
              <w:jc w:val="center"/>
            </w:pPr>
            <w:r>
              <w:rPr>
                <w:sz w:val="14"/>
              </w:rPr>
              <w:t>13</w:t>
            </w:r>
          </w:p>
        </w:tc>
      </w:tr>
      <w:tr w:rsidR="002877BA" w14:paraId="5FCF743D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033A02" w14:textId="77777777" w:rsidR="002877BA" w:rsidRDefault="00000000">
            <w:r>
              <w:rPr>
                <w:sz w:val="14"/>
              </w:rPr>
              <w:t>Heart rate, bpm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D5241D" w14:textId="77777777" w:rsidR="002877BA" w:rsidRDefault="00000000">
            <w:pPr>
              <w:jc w:val="center"/>
            </w:pPr>
            <w:r>
              <w:rPr>
                <w:sz w:val="14"/>
              </w:rPr>
              <w:t>1.53 (1.45-1.62)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D727A8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191793" w14:textId="77777777" w:rsidR="002877BA" w:rsidRDefault="00000000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AA1714" w14:textId="77777777" w:rsidR="002877BA" w:rsidRDefault="00000000">
            <w:pPr>
              <w:jc w:val="center"/>
            </w:pPr>
            <w:r>
              <w:rPr>
                <w:sz w:val="14"/>
              </w:rPr>
              <w:t>1.50 (1.41-1.61)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442858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CC75CA" w14:textId="77777777" w:rsidR="002877BA" w:rsidRDefault="00000000">
            <w:pPr>
              <w:jc w:val="center"/>
            </w:pPr>
            <w:r>
              <w:rPr>
                <w:sz w:val="14"/>
              </w:rPr>
              <w:t>5</w:t>
            </w:r>
          </w:p>
        </w:tc>
      </w:tr>
      <w:tr w:rsidR="002877BA" w14:paraId="1C9CB4F3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AB284B" w14:textId="77777777" w:rsidR="002877BA" w:rsidRDefault="00000000">
            <w:r>
              <w:rPr>
                <w:sz w:val="14"/>
              </w:rPr>
              <w:t>Hematologic cancer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35A0CF" w14:textId="77777777" w:rsidR="002877BA" w:rsidRDefault="00000000">
            <w:pPr>
              <w:jc w:val="center"/>
            </w:pPr>
            <w:r>
              <w:rPr>
                <w:sz w:val="14"/>
              </w:rPr>
              <w:t>1.29 (1.22-1.36)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66FDB1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1F36A2" w14:textId="77777777" w:rsidR="002877BA" w:rsidRDefault="00000000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7FBBB1" w14:textId="77777777" w:rsidR="002877BA" w:rsidRDefault="00000000">
            <w:pPr>
              <w:jc w:val="center"/>
            </w:pPr>
            <w:r>
              <w:rPr>
                <w:sz w:val="14"/>
              </w:rPr>
              <w:t>1.15 (1.08-1.22)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506326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F86738" w14:textId="77777777" w:rsidR="002877BA" w:rsidRDefault="00000000">
            <w:pPr>
              <w:jc w:val="center"/>
            </w:pPr>
            <w:r>
              <w:rPr>
                <w:sz w:val="14"/>
              </w:rPr>
              <w:t>22</w:t>
            </w:r>
          </w:p>
        </w:tc>
      </w:tr>
      <w:tr w:rsidR="002877BA" w14:paraId="0EA0C13F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D68D71" w14:textId="77777777" w:rsidR="002877BA" w:rsidRDefault="00000000">
            <w:r>
              <w:rPr>
                <w:sz w:val="14"/>
              </w:rPr>
              <w:t>Lung cancer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FD069C" w14:textId="77777777" w:rsidR="002877BA" w:rsidRDefault="00000000">
            <w:pPr>
              <w:jc w:val="center"/>
            </w:pPr>
            <w:r>
              <w:rPr>
                <w:sz w:val="14"/>
              </w:rPr>
              <w:t>1.13 (1.07-1.18)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F37159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506C00" w14:textId="77777777" w:rsidR="002877BA" w:rsidRDefault="00000000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4C21D4" w14:textId="77777777" w:rsidR="002877BA" w:rsidRDefault="00000000">
            <w:pPr>
              <w:jc w:val="center"/>
            </w:pPr>
            <w:r>
              <w:rPr>
                <w:sz w:val="14"/>
              </w:rPr>
              <w:t>1.17 (1.10-1.24)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BA9617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1C9C31" w14:textId="77777777" w:rsidR="002877BA" w:rsidRDefault="00000000">
            <w:pPr>
              <w:jc w:val="center"/>
            </w:pPr>
            <w:r>
              <w:rPr>
                <w:sz w:val="14"/>
              </w:rPr>
              <w:t>9</w:t>
            </w:r>
          </w:p>
        </w:tc>
      </w:tr>
      <w:tr w:rsidR="002877BA" w14:paraId="34B45344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223F44" w14:textId="77777777" w:rsidR="002877BA" w:rsidRDefault="00000000">
            <w:r>
              <w:rPr>
                <w:sz w:val="14"/>
              </w:rPr>
              <w:t>SpO2, %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E1E214" w14:textId="77777777" w:rsidR="002877BA" w:rsidRDefault="00000000">
            <w:pPr>
              <w:jc w:val="center"/>
            </w:pPr>
            <w:r>
              <w:rPr>
                <w:sz w:val="14"/>
              </w:rPr>
              <w:t>0.68 (0.64-0.72)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AAF2F4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3764BD" w14:textId="77777777" w:rsidR="002877BA" w:rsidRDefault="00000000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20884B" w14:textId="77777777" w:rsidR="002877BA" w:rsidRDefault="00000000">
            <w:pPr>
              <w:jc w:val="center"/>
            </w:pPr>
            <w:r>
              <w:rPr>
                <w:sz w:val="14"/>
              </w:rPr>
              <w:t>0.69 (0.65-0.74)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1972B8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52F601" w14:textId="77777777" w:rsidR="002877BA" w:rsidRDefault="00000000">
            <w:pPr>
              <w:jc w:val="center"/>
            </w:pPr>
            <w:r>
              <w:rPr>
                <w:sz w:val="14"/>
              </w:rPr>
              <w:t>10</w:t>
            </w:r>
          </w:p>
        </w:tc>
      </w:tr>
      <w:tr w:rsidR="002877BA" w14:paraId="6D5B24D8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EB1573" w14:textId="77777777" w:rsidR="002877BA" w:rsidRDefault="00000000">
            <w:r>
              <w:rPr>
                <w:sz w:val="14"/>
              </w:rPr>
              <w:t>Albumin, g/dL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A283AA" w14:textId="77777777" w:rsidR="002877BA" w:rsidRDefault="00000000">
            <w:pPr>
              <w:jc w:val="center"/>
            </w:pPr>
            <w:r>
              <w:rPr>
                <w:sz w:val="14"/>
              </w:rPr>
              <w:t>0.83 (0.79-0.87)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A1F502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414F47" w14:textId="77777777" w:rsidR="002877BA" w:rsidRDefault="00000000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8B32E2" w14:textId="77777777" w:rsidR="002877BA" w:rsidRDefault="00000000">
            <w:pPr>
              <w:jc w:val="center"/>
            </w:pPr>
            <w:r>
              <w:rPr>
                <w:sz w:val="14"/>
              </w:rPr>
              <w:t>0.76 (0.72-0.82)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BC4A6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23BECA" w14:textId="77777777" w:rsidR="002877BA" w:rsidRDefault="00000000">
            <w:pPr>
              <w:jc w:val="center"/>
            </w:pPr>
            <w:r>
              <w:rPr>
                <w:sz w:val="14"/>
              </w:rPr>
              <w:t>8</w:t>
            </w:r>
          </w:p>
        </w:tc>
      </w:tr>
      <w:tr w:rsidR="002877BA" w14:paraId="666D4287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A16E06" w14:textId="77777777" w:rsidR="002877BA" w:rsidRDefault="00000000">
            <w:r>
              <w:rPr>
                <w:sz w:val="14"/>
              </w:rPr>
              <w:t>Lactate, mmol/L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06CA40" w14:textId="77777777" w:rsidR="002877BA" w:rsidRDefault="00000000">
            <w:pPr>
              <w:jc w:val="center"/>
            </w:pPr>
            <w:r>
              <w:rPr>
                <w:sz w:val="14"/>
              </w:rPr>
              <w:t>1.28 (1.22-1.35)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89CC91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79D646" w14:textId="77777777" w:rsidR="002877BA" w:rsidRDefault="00000000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1E4884" w14:textId="77777777" w:rsidR="002877BA" w:rsidRDefault="00000000">
            <w:pPr>
              <w:jc w:val="center"/>
            </w:pPr>
            <w:r>
              <w:rPr>
                <w:sz w:val="14"/>
              </w:rPr>
              <w:t>1.29 (1.21-1.36)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D0F15B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C7FE22" w14:textId="77777777" w:rsidR="002877BA" w:rsidRDefault="00000000">
            <w:pPr>
              <w:jc w:val="center"/>
            </w:pPr>
            <w:r>
              <w:rPr>
                <w:sz w:val="14"/>
              </w:rPr>
              <w:t>6</w:t>
            </w:r>
          </w:p>
        </w:tc>
      </w:tr>
      <w:tr w:rsidR="002877BA" w14:paraId="5A300A8F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9E2FB4" w14:textId="77777777" w:rsidR="002877BA" w:rsidRDefault="00000000">
            <w:r>
              <w:rPr>
                <w:sz w:val="14"/>
              </w:rPr>
              <w:t>Platelets, K/μL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98CD21" w14:textId="77777777" w:rsidR="002877BA" w:rsidRDefault="00000000">
            <w:pPr>
              <w:jc w:val="center"/>
            </w:pPr>
            <w:r>
              <w:rPr>
                <w:sz w:val="14"/>
              </w:rPr>
              <w:t>0.90 (0.86-0.95)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02426D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BB4ED3" w14:textId="77777777" w:rsidR="002877BA" w:rsidRDefault="00000000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CBDEFA" w14:textId="77777777" w:rsidR="002877BA" w:rsidRDefault="00000000">
            <w:pPr>
              <w:jc w:val="center"/>
            </w:pPr>
            <w:r>
              <w:rPr>
                <w:sz w:val="14"/>
              </w:rPr>
              <w:t>0.91 (0.85-0.97)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35ED11" w14:textId="77777777" w:rsidR="002877BA" w:rsidRDefault="00000000">
            <w:pPr>
              <w:jc w:val="center"/>
            </w:pPr>
            <w:r>
              <w:rPr>
                <w:sz w:val="14"/>
              </w:rPr>
              <w:t>0.002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4939F" w14:textId="77777777" w:rsidR="002877BA" w:rsidRDefault="00000000">
            <w:pPr>
              <w:jc w:val="center"/>
            </w:pPr>
            <w:r>
              <w:rPr>
                <w:sz w:val="14"/>
              </w:rPr>
              <w:t>11</w:t>
            </w:r>
          </w:p>
        </w:tc>
      </w:tr>
      <w:tr w:rsidR="002877BA" w14:paraId="59795174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11FAF3" w14:textId="77777777" w:rsidR="002877BA" w:rsidRDefault="00000000">
            <w:r>
              <w:rPr>
                <w:sz w:val="14"/>
              </w:rPr>
              <w:t>Male gender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D4FE70" w14:textId="77777777" w:rsidR="002877BA" w:rsidRDefault="00000000">
            <w:pPr>
              <w:jc w:val="center"/>
            </w:pPr>
            <w:r>
              <w:rPr>
                <w:sz w:val="14"/>
              </w:rPr>
              <w:t>0.93 (0.89-0.98)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31F771" w14:textId="77777777" w:rsidR="002877BA" w:rsidRDefault="00000000">
            <w:pPr>
              <w:jc w:val="center"/>
            </w:pPr>
            <w:r>
              <w:rPr>
                <w:sz w:val="14"/>
              </w:rPr>
              <w:t>0.004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EE689D" w14:textId="77777777" w:rsidR="002877BA" w:rsidRDefault="00000000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304293" w14:textId="77777777" w:rsidR="002877BA" w:rsidRDefault="00000000">
            <w:pPr>
              <w:jc w:val="center"/>
            </w:pPr>
            <w:r>
              <w:rPr>
                <w:sz w:val="14"/>
              </w:rPr>
              <w:t>0.98 (0.92-1.04)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76DED6" w14:textId="77777777" w:rsidR="002877BA" w:rsidRDefault="00000000">
            <w:pPr>
              <w:jc w:val="center"/>
            </w:pPr>
            <w:r>
              <w:rPr>
                <w:sz w:val="14"/>
              </w:rPr>
              <w:t>0.55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4FA4FD" w14:textId="77777777" w:rsidR="002877BA" w:rsidRDefault="00000000">
            <w:pPr>
              <w:jc w:val="center"/>
            </w:pPr>
            <w:r>
              <w:rPr>
                <w:sz w:val="14"/>
              </w:rPr>
              <w:t>23</w:t>
            </w:r>
          </w:p>
        </w:tc>
      </w:tr>
      <w:tr w:rsidR="002877BA" w14:paraId="58AC6D07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36BD4A" w14:textId="77777777" w:rsidR="002877BA" w:rsidRDefault="00000000">
            <w:r>
              <w:rPr>
                <w:sz w:val="14"/>
              </w:rPr>
              <w:t>Sodium, mEq/L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0873CF" w14:textId="77777777" w:rsidR="002877BA" w:rsidRDefault="00000000">
            <w:pPr>
              <w:jc w:val="center"/>
            </w:pPr>
            <w:r>
              <w:rPr>
                <w:sz w:val="14"/>
              </w:rPr>
              <w:t>0.94 (0.89-0.99)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4FA152" w14:textId="77777777" w:rsidR="002877BA" w:rsidRDefault="00000000">
            <w:pPr>
              <w:jc w:val="center"/>
            </w:pPr>
            <w:r>
              <w:rPr>
                <w:sz w:val="14"/>
              </w:rPr>
              <w:t>0.011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EC8774" w14:textId="77777777" w:rsidR="002877BA" w:rsidRDefault="00000000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153D9C" w14:textId="77777777" w:rsidR="002877BA" w:rsidRDefault="00000000">
            <w:pPr>
              <w:jc w:val="center"/>
            </w:pPr>
            <w:r>
              <w:rPr>
                <w:sz w:val="14"/>
              </w:rPr>
              <w:t>1.01 (0.95-1.07)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E98D06" w14:textId="77777777" w:rsidR="002877BA" w:rsidRDefault="00000000">
            <w:pPr>
              <w:jc w:val="center"/>
            </w:pPr>
            <w:r>
              <w:rPr>
                <w:sz w:val="14"/>
              </w:rPr>
              <w:t>0.802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D3E2B1" w14:textId="77777777" w:rsidR="002877BA" w:rsidRDefault="00000000">
            <w:pPr>
              <w:jc w:val="center"/>
            </w:pPr>
            <w:r>
              <w:rPr>
                <w:sz w:val="14"/>
              </w:rPr>
              <w:t>12</w:t>
            </w:r>
          </w:p>
        </w:tc>
      </w:tr>
      <w:tr w:rsidR="002877BA" w14:paraId="6494DE85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DF7F61" w14:textId="77777777" w:rsidR="002877BA" w:rsidRDefault="00000000">
            <w:r>
              <w:rPr>
                <w:sz w:val="14"/>
              </w:rPr>
              <w:t>Temperature, °C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26A446" w14:textId="77777777" w:rsidR="002877BA" w:rsidRDefault="00000000">
            <w:pPr>
              <w:jc w:val="center"/>
            </w:pPr>
            <w:r>
              <w:rPr>
                <w:sz w:val="14"/>
              </w:rPr>
              <w:t>0.79 (0.75-0.83)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78EAD1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D54884" w14:textId="77777777" w:rsidR="002877BA" w:rsidRDefault="00000000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4BBBB5" w14:textId="77777777" w:rsidR="002877BA" w:rsidRDefault="00000000">
            <w:pPr>
              <w:jc w:val="center"/>
            </w:pPr>
            <w:r>
              <w:rPr>
                <w:sz w:val="14"/>
              </w:rPr>
              <w:t>0.98 (0.93-1.03)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6CDABA" w14:textId="77777777" w:rsidR="002877BA" w:rsidRDefault="00000000">
            <w:pPr>
              <w:jc w:val="center"/>
            </w:pPr>
            <w:r>
              <w:rPr>
                <w:sz w:val="14"/>
              </w:rPr>
              <w:t>0.457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1018D0" w14:textId="77777777" w:rsidR="002877BA" w:rsidRDefault="00000000">
            <w:pPr>
              <w:jc w:val="center"/>
            </w:pPr>
            <w:r>
              <w:rPr>
                <w:sz w:val="14"/>
              </w:rPr>
              <w:t>24</w:t>
            </w:r>
          </w:p>
        </w:tc>
      </w:tr>
      <w:tr w:rsidR="002877BA" w14:paraId="11988CD8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2970EE" w14:textId="77777777" w:rsidR="002877BA" w:rsidRDefault="00000000">
            <w:r>
              <w:rPr>
                <w:sz w:val="14"/>
              </w:rPr>
              <w:t>Creatinine, mg/dL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DE216B" w14:textId="77777777" w:rsidR="002877BA" w:rsidRDefault="00000000">
            <w:pPr>
              <w:jc w:val="center"/>
            </w:pPr>
            <w:r>
              <w:rPr>
                <w:sz w:val="14"/>
              </w:rPr>
              <w:t>0.84 (0.78-0.90)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B4E03D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0B39E3" w14:textId="77777777" w:rsidR="002877BA" w:rsidRDefault="00000000">
            <w:pPr>
              <w:jc w:val="center"/>
            </w:pPr>
            <w:r>
              <w:rPr>
                <w:sz w:val="14"/>
              </w:rPr>
              <w:t>17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B87602" w14:textId="77777777" w:rsidR="002877BA" w:rsidRDefault="00000000">
            <w:pPr>
              <w:jc w:val="center"/>
            </w:pPr>
            <w:r>
              <w:rPr>
                <w:sz w:val="14"/>
              </w:rPr>
              <w:t>0.87 (0.80-0.95)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93FB93" w14:textId="77777777" w:rsidR="002877BA" w:rsidRDefault="00000000">
            <w:pPr>
              <w:jc w:val="center"/>
            </w:pPr>
            <w:r>
              <w:rPr>
                <w:sz w:val="14"/>
              </w:rPr>
              <w:t>0.002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270FDE" w14:textId="77777777" w:rsidR="002877BA" w:rsidRDefault="00000000">
            <w:pPr>
              <w:jc w:val="center"/>
            </w:pPr>
            <w:r>
              <w:rPr>
                <w:sz w:val="14"/>
              </w:rPr>
              <w:t>15</w:t>
            </w:r>
          </w:p>
        </w:tc>
      </w:tr>
      <w:tr w:rsidR="002877BA" w14:paraId="0AB51493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60021A" w14:textId="77777777" w:rsidR="002877BA" w:rsidRDefault="00000000">
            <w:r>
              <w:rPr>
                <w:sz w:val="14"/>
              </w:rPr>
              <w:t>Mean arterial pressure, mmHg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3D6BCD" w14:textId="77777777" w:rsidR="002877BA" w:rsidRDefault="00000000">
            <w:pPr>
              <w:jc w:val="center"/>
            </w:pPr>
            <w:r>
              <w:rPr>
                <w:sz w:val="14"/>
              </w:rPr>
              <w:t>0.85 (0.80-0.90)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5D4E78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9837DE" w14:textId="77777777" w:rsidR="002877BA" w:rsidRDefault="00000000">
            <w:pPr>
              <w:jc w:val="center"/>
            </w:pPr>
            <w:r>
              <w:rPr>
                <w:sz w:val="14"/>
              </w:rPr>
              <w:t>18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A43D87" w14:textId="77777777" w:rsidR="002877BA" w:rsidRDefault="00000000">
            <w:pPr>
              <w:jc w:val="center"/>
            </w:pPr>
            <w:r>
              <w:rPr>
                <w:sz w:val="14"/>
              </w:rPr>
              <w:t>0.91 (0.84-0.98)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D943E0" w14:textId="77777777" w:rsidR="002877BA" w:rsidRDefault="00000000">
            <w:pPr>
              <w:jc w:val="center"/>
            </w:pPr>
            <w:r>
              <w:rPr>
                <w:sz w:val="14"/>
              </w:rPr>
              <w:t>0.011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0DCE6D" w14:textId="77777777" w:rsidR="002877BA" w:rsidRDefault="00000000">
            <w:pPr>
              <w:jc w:val="center"/>
            </w:pPr>
            <w:r>
              <w:rPr>
                <w:sz w:val="14"/>
              </w:rPr>
              <w:t>18</w:t>
            </w:r>
          </w:p>
        </w:tc>
      </w:tr>
      <w:tr w:rsidR="002877BA" w14:paraId="5EC6BE55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E3114F" w14:textId="77777777" w:rsidR="002877BA" w:rsidRDefault="00000000">
            <w:r>
              <w:rPr>
                <w:sz w:val="14"/>
              </w:rPr>
              <w:t>White blood cell count, K/μL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1BEF99" w14:textId="77777777" w:rsidR="002877BA" w:rsidRDefault="00000000">
            <w:pPr>
              <w:jc w:val="center"/>
            </w:pPr>
            <w:r>
              <w:rPr>
                <w:sz w:val="14"/>
              </w:rPr>
              <w:t>1.01 (0.97-1.05)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C389A3" w14:textId="77777777" w:rsidR="002877BA" w:rsidRDefault="00000000">
            <w:pPr>
              <w:jc w:val="center"/>
            </w:pPr>
            <w:r>
              <w:rPr>
                <w:sz w:val="14"/>
              </w:rPr>
              <w:t>0.71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840FE0" w14:textId="77777777" w:rsidR="002877BA" w:rsidRDefault="00000000">
            <w:pPr>
              <w:jc w:val="center"/>
            </w:pPr>
            <w:r>
              <w:rPr>
                <w:sz w:val="14"/>
              </w:rPr>
              <w:t>19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61E02B" w14:textId="77777777" w:rsidR="002877BA" w:rsidRDefault="00000000">
            <w:pPr>
              <w:jc w:val="center"/>
            </w:pPr>
            <w:r>
              <w:rPr>
                <w:sz w:val="14"/>
              </w:rPr>
              <w:t>1.05 (1.00-1.11)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E1724A" w14:textId="77777777" w:rsidR="002877BA" w:rsidRDefault="00000000">
            <w:pPr>
              <w:jc w:val="center"/>
            </w:pPr>
            <w:r>
              <w:rPr>
                <w:sz w:val="14"/>
              </w:rPr>
              <w:t>0.04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EA6237" w14:textId="77777777" w:rsidR="002877BA" w:rsidRDefault="00000000">
            <w:pPr>
              <w:jc w:val="center"/>
            </w:pPr>
            <w:r>
              <w:rPr>
                <w:sz w:val="14"/>
              </w:rPr>
              <w:t>14</w:t>
            </w:r>
          </w:p>
        </w:tc>
      </w:tr>
      <w:tr w:rsidR="002877BA" w14:paraId="69CACB64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80A184" w14:textId="77777777" w:rsidR="002877BA" w:rsidRDefault="00000000">
            <w:r>
              <w:rPr>
                <w:sz w:val="14"/>
              </w:rPr>
              <w:t>Age, years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C1083E" w14:textId="77777777" w:rsidR="002877BA" w:rsidRDefault="00000000">
            <w:pPr>
              <w:jc w:val="center"/>
            </w:pPr>
            <w:r>
              <w:rPr>
                <w:sz w:val="14"/>
              </w:rPr>
              <w:t>1.13 (1.07-1.19)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65EA58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DC182C" w14:textId="77777777" w:rsidR="002877BA" w:rsidRDefault="00000000">
            <w:pPr>
              <w:jc w:val="center"/>
            </w:pPr>
            <w:r>
              <w:rPr>
                <w:sz w:val="14"/>
              </w:rPr>
              <w:t>20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982087" w14:textId="77777777" w:rsidR="002877BA" w:rsidRDefault="00000000">
            <w:pPr>
              <w:jc w:val="center"/>
            </w:pPr>
            <w:r>
              <w:rPr>
                <w:sz w:val="14"/>
              </w:rPr>
              <w:t>1.11 (1.04-1.19)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24E55C" w14:textId="77777777" w:rsidR="002877BA" w:rsidRDefault="00000000">
            <w:pPr>
              <w:jc w:val="center"/>
            </w:pPr>
            <w:r>
              <w:rPr>
                <w:sz w:val="14"/>
              </w:rPr>
              <w:t>0.002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7FE03F" w14:textId="77777777" w:rsidR="002877BA" w:rsidRDefault="00000000">
            <w:pPr>
              <w:jc w:val="center"/>
            </w:pPr>
            <w:r>
              <w:rPr>
                <w:sz w:val="14"/>
              </w:rPr>
              <w:t>19</w:t>
            </w:r>
          </w:p>
        </w:tc>
      </w:tr>
      <w:tr w:rsidR="002877BA" w14:paraId="31FB4709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E9BADC" w14:textId="77777777" w:rsidR="002877BA" w:rsidRDefault="00000000">
            <w:r>
              <w:rPr>
                <w:sz w:val="14"/>
              </w:rPr>
              <w:t>Glucose, mg/dL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B2433E" w14:textId="77777777" w:rsidR="002877BA" w:rsidRDefault="00000000">
            <w:pPr>
              <w:jc w:val="center"/>
            </w:pPr>
            <w:r>
              <w:rPr>
                <w:sz w:val="14"/>
              </w:rPr>
              <w:t>0.97 (0.92-1.02)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CA79A4" w14:textId="77777777" w:rsidR="002877BA" w:rsidRDefault="00000000">
            <w:pPr>
              <w:jc w:val="center"/>
            </w:pPr>
            <w:r>
              <w:rPr>
                <w:sz w:val="14"/>
              </w:rPr>
              <w:t>0.203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A9536E" w14:textId="77777777" w:rsidR="002877BA" w:rsidRDefault="00000000">
            <w:pPr>
              <w:jc w:val="center"/>
            </w:pPr>
            <w:r>
              <w:rPr>
                <w:sz w:val="14"/>
              </w:rPr>
              <w:t>21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F28E69" w14:textId="77777777" w:rsidR="002877BA" w:rsidRDefault="00000000">
            <w:pPr>
              <w:jc w:val="center"/>
            </w:pPr>
            <w:r>
              <w:rPr>
                <w:sz w:val="14"/>
              </w:rPr>
              <w:t>0.92 (0.87-0.98)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4E17E7" w14:textId="77777777" w:rsidR="002877BA" w:rsidRDefault="00000000">
            <w:pPr>
              <w:jc w:val="center"/>
            </w:pPr>
            <w:r>
              <w:rPr>
                <w:sz w:val="14"/>
              </w:rPr>
              <w:t>0.012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F7D6E2" w14:textId="77777777" w:rsidR="002877BA" w:rsidRDefault="00000000">
            <w:pPr>
              <w:jc w:val="center"/>
            </w:pPr>
            <w:r>
              <w:rPr>
                <w:sz w:val="14"/>
              </w:rPr>
              <w:t>20</w:t>
            </w:r>
          </w:p>
        </w:tc>
      </w:tr>
      <w:tr w:rsidR="002877BA" w14:paraId="25525B8D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E1012F" w14:textId="77777777" w:rsidR="002877BA" w:rsidRDefault="00000000">
            <w:r>
              <w:rPr>
                <w:sz w:val="14"/>
              </w:rPr>
              <w:t>Prothrombin time, s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F7248B" w14:textId="77777777" w:rsidR="002877BA" w:rsidRDefault="00000000">
            <w:pPr>
              <w:jc w:val="center"/>
            </w:pPr>
            <w:r>
              <w:rPr>
                <w:sz w:val="14"/>
              </w:rPr>
              <w:t>1.06 (1.02-1.11)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41B260" w14:textId="77777777" w:rsidR="002877BA" w:rsidRDefault="00000000">
            <w:pPr>
              <w:jc w:val="center"/>
            </w:pPr>
            <w:r>
              <w:rPr>
                <w:sz w:val="14"/>
              </w:rPr>
              <w:t>0.009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4EA76" w14:textId="77777777" w:rsidR="002877BA" w:rsidRDefault="00000000">
            <w:pPr>
              <w:jc w:val="center"/>
            </w:pPr>
            <w:r>
              <w:rPr>
                <w:sz w:val="14"/>
              </w:rPr>
              <w:t>22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8385B0" w14:textId="77777777" w:rsidR="002877BA" w:rsidRDefault="00000000">
            <w:pPr>
              <w:jc w:val="center"/>
            </w:pPr>
            <w:r>
              <w:rPr>
                <w:sz w:val="14"/>
              </w:rPr>
              <w:t>1.04 (0.98-1.10)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AC7C17" w14:textId="77777777" w:rsidR="002877BA" w:rsidRDefault="00000000">
            <w:pPr>
              <w:jc w:val="center"/>
            </w:pPr>
            <w:r>
              <w:rPr>
                <w:sz w:val="14"/>
              </w:rPr>
              <w:t>0.156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215F51" w14:textId="77777777" w:rsidR="002877BA" w:rsidRDefault="00000000">
            <w:pPr>
              <w:jc w:val="center"/>
            </w:pPr>
            <w:r>
              <w:rPr>
                <w:sz w:val="14"/>
              </w:rPr>
              <w:t>17</w:t>
            </w:r>
          </w:p>
        </w:tc>
      </w:tr>
      <w:tr w:rsidR="002877BA" w14:paraId="2E371D30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8F01BE" w14:textId="77777777" w:rsidR="002877BA" w:rsidRDefault="00000000">
            <w:r>
              <w:rPr>
                <w:sz w:val="14"/>
              </w:rPr>
              <w:t>Bilirubin, mg/dL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42C7D8" w14:textId="77777777" w:rsidR="002877BA" w:rsidRDefault="00000000">
            <w:pPr>
              <w:jc w:val="center"/>
            </w:pPr>
            <w:r>
              <w:rPr>
                <w:sz w:val="14"/>
              </w:rPr>
              <w:t>1.15 (1.10-1.20)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F95993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EE2769" w14:textId="77777777" w:rsidR="002877BA" w:rsidRDefault="00000000">
            <w:pPr>
              <w:jc w:val="center"/>
            </w:pPr>
            <w:r>
              <w:rPr>
                <w:sz w:val="14"/>
              </w:rPr>
              <w:t>23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6AA230" w14:textId="77777777" w:rsidR="002877BA" w:rsidRDefault="00000000">
            <w:pPr>
              <w:jc w:val="center"/>
            </w:pPr>
            <w:r>
              <w:rPr>
                <w:sz w:val="14"/>
              </w:rPr>
              <w:t>1.12 (1.06-1.18)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DCEA60" w14:textId="77777777" w:rsidR="002877BA" w:rsidRDefault="00000000">
            <w:pPr>
              <w:jc w:val="center"/>
            </w:pPr>
            <w:r>
              <w:rPr>
                <w:sz w:val="14"/>
              </w:rPr>
              <w:t>&lt; 0.001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181DAB" w14:textId="77777777" w:rsidR="002877BA" w:rsidRDefault="00000000">
            <w:pPr>
              <w:jc w:val="center"/>
            </w:pPr>
            <w:r>
              <w:rPr>
                <w:sz w:val="14"/>
              </w:rPr>
              <w:t>21</w:t>
            </w:r>
          </w:p>
        </w:tc>
      </w:tr>
      <w:tr w:rsidR="002877BA" w14:paraId="43017531" w14:textId="77777777" w:rsidTr="00203E65">
        <w:trPr>
          <w:cantSplit/>
          <w:jc w:val="center"/>
        </w:trPr>
        <w:tc>
          <w:tcPr>
            <w:tcW w:w="29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677BDA" w14:textId="77777777" w:rsidR="002877BA" w:rsidRDefault="00000000">
            <w:r>
              <w:rPr>
                <w:sz w:val="14"/>
              </w:rPr>
              <w:t>Potassium, mEq/L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0723A1" w14:textId="77777777" w:rsidR="002877BA" w:rsidRDefault="00000000">
            <w:pPr>
              <w:jc w:val="center"/>
            </w:pPr>
            <w:r>
              <w:rPr>
                <w:sz w:val="14"/>
              </w:rPr>
              <w:t>1.04 (0.99-1.10)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EE8B44" w14:textId="77777777" w:rsidR="002877BA" w:rsidRDefault="00000000">
            <w:pPr>
              <w:jc w:val="center"/>
            </w:pPr>
            <w:r>
              <w:rPr>
                <w:sz w:val="14"/>
              </w:rPr>
              <w:t>0.098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6176E2" w14:textId="77777777" w:rsidR="002877BA" w:rsidRDefault="00000000">
            <w:pPr>
              <w:jc w:val="center"/>
            </w:pPr>
            <w:r>
              <w:rPr>
                <w:sz w:val="14"/>
              </w:rPr>
              <w:t>24</w:t>
            </w: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1AAB60" w14:textId="77777777" w:rsidR="002877BA" w:rsidRDefault="00000000">
            <w:pPr>
              <w:jc w:val="center"/>
            </w:pPr>
            <w:r>
              <w:rPr>
                <w:sz w:val="14"/>
              </w:rPr>
              <w:t>1.08 (1.02-1.15)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2D2B50" w14:textId="77777777" w:rsidR="002877BA" w:rsidRDefault="00000000">
            <w:pPr>
              <w:jc w:val="center"/>
            </w:pPr>
            <w:r>
              <w:rPr>
                <w:sz w:val="14"/>
              </w:rPr>
              <w:t>0.014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E360B3" w14:textId="77777777" w:rsidR="002877BA" w:rsidRDefault="00000000">
            <w:pPr>
              <w:jc w:val="center"/>
            </w:pPr>
            <w:r>
              <w:rPr>
                <w:sz w:val="14"/>
              </w:rPr>
              <w:t>16</w:t>
            </w:r>
          </w:p>
        </w:tc>
      </w:tr>
    </w:tbl>
    <w:p w14:paraId="29F9B231" w14:textId="77777777" w:rsidR="002877BA" w:rsidRDefault="00000000">
      <w:pPr>
        <w:spacing w:before="60" w:after="160" w:line="240" w:lineRule="auto"/>
      </w:pPr>
      <w:r>
        <w:t>Note: Data are presented as odds ratios (OR) with corresponding 95% confidence intervals (CI). Multivariate logistic regression analysis was performed to identify independent predictors associated with in-hospital mortality. OR: Odds ratio; CI: Confidence interval; XGBoost: Extreme gradient boosting; BUN: Blood urea nitrogen; WBC: White blood cell.</w:t>
      </w:r>
    </w:p>
    <w:p w14:paraId="6B35D006" w14:textId="77777777" w:rsidR="002877BA" w:rsidRDefault="00000000">
      <w:r>
        <w:br w:type="page"/>
      </w:r>
    </w:p>
    <w:p w14:paraId="0A7A684D" w14:textId="77777777" w:rsidR="002877BA" w:rsidRDefault="00000000">
      <w:pPr>
        <w:spacing w:before="120" w:after="80"/>
      </w:pPr>
      <w:r>
        <w:rPr>
          <w:b/>
          <w:sz w:val="20"/>
        </w:rPr>
        <w:lastRenderedPageBreak/>
        <w:t>Supplementary Table S4. Subgroup validation of the XGBoost mortality prediction model across different clinical settings</w:t>
      </w:r>
    </w:p>
    <w:tbl>
      <w:tblPr>
        <w:tblStyle w:val="aff1"/>
        <w:tblW w:w="5000" w:type="pct"/>
        <w:jc w:val="center"/>
        <w:tblLayout w:type="fixed"/>
        <w:tblCellMar>
          <w:top w:w="25" w:type="dxa"/>
          <w:left w:w="35" w:type="dxa"/>
          <w:bottom w:w="25" w:type="dxa"/>
          <w:right w:w="35" w:type="dxa"/>
        </w:tblCellMar>
        <w:tblLook w:val="04A0" w:firstRow="1" w:lastRow="0" w:firstColumn="1" w:lastColumn="0" w:noHBand="0" w:noVBand="1"/>
      </w:tblPr>
      <w:tblGrid>
        <w:gridCol w:w="4734"/>
        <w:gridCol w:w="1754"/>
        <w:gridCol w:w="3683"/>
        <w:gridCol w:w="1754"/>
        <w:gridCol w:w="3683"/>
      </w:tblGrid>
      <w:tr w:rsidR="002877BA" w14:paraId="300B5DB0" w14:textId="77777777" w:rsidTr="00E3664E">
        <w:trPr>
          <w:cantSplit/>
          <w:tblHeader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14FFF7AA" w14:textId="77777777" w:rsidR="002877BA" w:rsidRDefault="00000000">
            <w:r>
              <w:rPr>
                <w:b/>
                <w:sz w:val="15"/>
              </w:rPr>
              <w:t>Subgroup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3ACCF63F" w14:textId="77777777" w:rsidR="002877BA" w:rsidRDefault="00000000">
            <w:pPr>
              <w:jc w:val="center"/>
            </w:pPr>
            <w:r>
              <w:rPr>
                <w:b/>
                <w:sz w:val="15"/>
              </w:rPr>
              <w:t>MIMIC n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640F9F48" w14:textId="77777777" w:rsidR="002877BA" w:rsidRDefault="00000000">
            <w:pPr>
              <w:jc w:val="center"/>
            </w:pPr>
            <w:r>
              <w:rPr>
                <w:b/>
                <w:sz w:val="15"/>
              </w:rPr>
              <w:t>MIMIC AUC (95% CI)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465E898A" w14:textId="77777777" w:rsidR="002877BA" w:rsidRDefault="00000000">
            <w:pPr>
              <w:jc w:val="center"/>
            </w:pPr>
            <w:r>
              <w:rPr>
                <w:b/>
                <w:sz w:val="15"/>
              </w:rPr>
              <w:t>eICU n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33CF3AB1" w14:textId="77777777" w:rsidR="002877BA" w:rsidRDefault="00000000">
            <w:pPr>
              <w:jc w:val="center"/>
            </w:pPr>
            <w:r>
              <w:rPr>
                <w:b/>
                <w:sz w:val="15"/>
              </w:rPr>
              <w:t>eICU AUC (95% CI)</w:t>
            </w:r>
          </w:p>
        </w:tc>
      </w:tr>
      <w:tr w:rsidR="002877BA" w14:paraId="65474355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15E40E" w14:textId="77777777" w:rsidR="002877BA" w:rsidRDefault="00000000">
            <w:r>
              <w:rPr>
                <w:sz w:val="15"/>
              </w:rPr>
              <w:t>All Patients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DAD2FD" w14:textId="77777777" w:rsidR="002877BA" w:rsidRDefault="00000000">
            <w:pPr>
              <w:jc w:val="center"/>
            </w:pPr>
            <w:r>
              <w:rPr>
                <w:sz w:val="15"/>
              </w:rPr>
              <w:t>14573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DD0EF2" w14:textId="77777777" w:rsidR="002877BA" w:rsidRDefault="00000000">
            <w:pPr>
              <w:jc w:val="center"/>
            </w:pPr>
            <w:r>
              <w:rPr>
                <w:sz w:val="15"/>
              </w:rPr>
              <w:t>0.818 (0.808-0.828)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934E5B" w14:textId="77777777" w:rsidR="002877BA" w:rsidRDefault="00000000">
            <w:pPr>
              <w:jc w:val="center"/>
            </w:pPr>
            <w:r>
              <w:rPr>
                <w:sz w:val="15"/>
              </w:rPr>
              <w:t>10301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31B706" w14:textId="77777777" w:rsidR="002877BA" w:rsidRDefault="00000000">
            <w:pPr>
              <w:jc w:val="center"/>
            </w:pPr>
            <w:r>
              <w:rPr>
                <w:sz w:val="15"/>
              </w:rPr>
              <w:t>0.811 (0.798-0.824)</w:t>
            </w:r>
          </w:p>
        </w:tc>
      </w:tr>
      <w:tr w:rsidR="002877BA" w14:paraId="73542CE0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EF1221" w14:textId="77777777" w:rsidR="002877BA" w:rsidRDefault="00000000">
            <w:r>
              <w:rPr>
                <w:sz w:val="15"/>
              </w:rPr>
              <w:t>Age &lt; 65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977EA9" w14:textId="77777777" w:rsidR="002877BA" w:rsidRDefault="00000000">
            <w:pPr>
              <w:jc w:val="center"/>
            </w:pPr>
            <w:r>
              <w:rPr>
                <w:sz w:val="15"/>
              </w:rPr>
              <w:t>6433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E31134" w14:textId="77777777" w:rsidR="002877BA" w:rsidRDefault="00000000">
            <w:pPr>
              <w:jc w:val="center"/>
            </w:pPr>
            <w:r>
              <w:rPr>
                <w:sz w:val="15"/>
              </w:rPr>
              <w:t>0.830 (0.815-0.845)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17E2BD" w14:textId="77777777" w:rsidR="002877BA" w:rsidRDefault="00000000">
            <w:pPr>
              <w:jc w:val="center"/>
            </w:pPr>
            <w:r>
              <w:rPr>
                <w:sz w:val="15"/>
              </w:rPr>
              <w:t>4550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624740" w14:textId="77777777" w:rsidR="002877BA" w:rsidRDefault="00000000">
            <w:pPr>
              <w:jc w:val="center"/>
            </w:pPr>
            <w:r>
              <w:rPr>
                <w:sz w:val="15"/>
              </w:rPr>
              <w:t>0.825 (0.806-0.845)</w:t>
            </w:r>
          </w:p>
        </w:tc>
      </w:tr>
      <w:tr w:rsidR="002877BA" w14:paraId="5C4B5EB5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4A8A47" w14:textId="77777777" w:rsidR="002877BA" w:rsidRDefault="00000000">
            <w:r>
              <w:rPr>
                <w:sz w:val="15"/>
              </w:rPr>
              <w:t>Age &gt;= 65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A7BE33" w14:textId="77777777" w:rsidR="002877BA" w:rsidRDefault="00000000">
            <w:pPr>
              <w:jc w:val="center"/>
            </w:pPr>
            <w:r>
              <w:rPr>
                <w:sz w:val="15"/>
              </w:rPr>
              <w:t>8140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38A6D5" w14:textId="77777777" w:rsidR="002877BA" w:rsidRDefault="00000000">
            <w:pPr>
              <w:jc w:val="center"/>
            </w:pPr>
            <w:r>
              <w:rPr>
                <w:sz w:val="15"/>
              </w:rPr>
              <w:t>0.807 (0.794-0.820)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652055" w14:textId="77777777" w:rsidR="002877BA" w:rsidRDefault="00000000">
            <w:pPr>
              <w:jc w:val="center"/>
            </w:pPr>
            <w:r>
              <w:rPr>
                <w:sz w:val="15"/>
              </w:rPr>
              <w:t>5751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962662" w14:textId="77777777" w:rsidR="002877BA" w:rsidRDefault="00000000">
            <w:pPr>
              <w:jc w:val="center"/>
            </w:pPr>
            <w:r>
              <w:rPr>
                <w:sz w:val="15"/>
              </w:rPr>
              <w:t>0.799 (0.782-0.816)</w:t>
            </w:r>
          </w:p>
        </w:tc>
      </w:tr>
      <w:tr w:rsidR="002877BA" w14:paraId="02CC3144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7D2F2D" w14:textId="77777777" w:rsidR="002877BA" w:rsidRDefault="00000000">
            <w:r>
              <w:rPr>
                <w:sz w:val="15"/>
              </w:rPr>
              <w:t>Male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87C0FE" w14:textId="77777777" w:rsidR="002877BA" w:rsidRDefault="00000000">
            <w:pPr>
              <w:jc w:val="center"/>
            </w:pPr>
            <w:r>
              <w:rPr>
                <w:sz w:val="15"/>
              </w:rPr>
              <w:t>8671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039C7A" w14:textId="77777777" w:rsidR="002877BA" w:rsidRDefault="00000000">
            <w:pPr>
              <w:jc w:val="center"/>
            </w:pPr>
            <w:r>
              <w:rPr>
                <w:sz w:val="15"/>
              </w:rPr>
              <w:t>0.819 (0.806-0.832)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96C3BF" w14:textId="77777777" w:rsidR="002877BA" w:rsidRDefault="00000000">
            <w:pPr>
              <w:jc w:val="center"/>
            </w:pPr>
            <w:r>
              <w:rPr>
                <w:sz w:val="15"/>
              </w:rPr>
              <w:t>5661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E03E8B" w14:textId="77777777" w:rsidR="002877BA" w:rsidRDefault="00000000">
            <w:pPr>
              <w:jc w:val="center"/>
            </w:pPr>
            <w:r>
              <w:rPr>
                <w:sz w:val="15"/>
              </w:rPr>
              <w:t>0.810 (0.793-0.827)</w:t>
            </w:r>
          </w:p>
        </w:tc>
      </w:tr>
      <w:tr w:rsidR="002877BA" w14:paraId="5675BCC3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8ABE37" w14:textId="77777777" w:rsidR="002877BA" w:rsidRDefault="00000000">
            <w:r>
              <w:rPr>
                <w:sz w:val="15"/>
              </w:rPr>
              <w:t>Female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B02CE2" w14:textId="77777777" w:rsidR="002877BA" w:rsidRDefault="00000000">
            <w:pPr>
              <w:jc w:val="center"/>
            </w:pPr>
            <w:r>
              <w:rPr>
                <w:sz w:val="15"/>
              </w:rPr>
              <w:t>5902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B6B00C" w14:textId="77777777" w:rsidR="002877BA" w:rsidRDefault="00000000">
            <w:pPr>
              <w:jc w:val="center"/>
            </w:pPr>
            <w:r>
              <w:rPr>
                <w:sz w:val="15"/>
              </w:rPr>
              <w:t>0.817 (0.801-0.832)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8C7CF2" w14:textId="77777777" w:rsidR="002877BA" w:rsidRDefault="00000000">
            <w:pPr>
              <w:jc w:val="center"/>
            </w:pPr>
            <w:r>
              <w:rPr>
                <w:sz w:val="15"/>
              </w:rPr>
              <w:t>4640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A23FC8" w14:textId="77777777" w:rsidR="002877BA" w:rsidRDefault="00000000">
            <w:pPr>
              <w:jc w:val="center"/>
            </w:pPr>
            <w:r>
              <w:rPr>
                <w:sz w:val="15"/>
              </w:rPr>
              <w:t>0.813 (0.793-0.832)</w:t>
            </w:r>
          </w:p>
        </w:tc>
      </w:tr>
      <w:tr w:rsidR="002877BA" w14:paraId="6939611C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D76E43" w14:textId="77777777" w:rsidR="002877BA" w:rsidRDefault="00000000">
            <w:r>
              <w:rPr>
                <w:sz w:val="15"/>
              </w:rPr>
              <w:t>Lung Cancer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ADEFFC" w14:textId="77777777" w:rsidR="002877BA" w:rsidRDefault="00000000">
            <w:pPr>
              <w:jc w:val="center"/>
            </w:pPr>
            <w:r>
              <w:rPr>
                <w:sz w:val="15"/>
              </w:rPr>
              <w:t>2336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DC62E6" w14:textId="77777777" w:rsidR="002877BA" w:rsidRDefault="00000000">
            <w:pPr>
              <w:jc w:val="center"/>
            </w:pPr>
            <w:r>
              <w:rPr>
                <w:sz w:val="15"/>
              </w:rPr>
              <w:t>0.798 (0.774-0.822)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CAEEEA" w14:textId="77777777" w:rsidR="002877BA" w:rsidRDefault="00000000">
            <w:pPr>
              <w:jc w:val="center"/>
            </w:pPr>
            <w:r>
              <w:rPr>
                <w:sz w:val="15"/>
              </w:rPr>
              <w:t>1821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3C6D49" w14:textId="77777777" w:rsidR="002877BA" w:rsidRDefault="00000000">
            <w:pPr>
              <w:jc w:val="center"/>
            </w:pPr>
            <w:r>
              <w:rPr>
                <w:sz w:val="15"/>
              </w:rPr>
              <w:t>0.792 (0.763-0.821)</w:t>
            </w:r>
          </w:p>
        </w:tc>
      </w:tr>
      <w:tr w:rsidR="002877BA" w14:paraId="1585F799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F55F9" w14:textId="77777777" w:rsidR="002877BA" w:rsidRDefault="00000000">
            <w:r>
              <w:rPr>
                <w:sz w:val="15"/>
              </w:rPr>
              <w:t>Colorectal Cancer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A21363" w14:textId="77777777" w:rsidR="002877BA" w:rsidRDefault="00000000">
            <w:pPr>
              <w:jc w:val="center"/>
            </w:pPr>
            <w:r>
              <w:rPr>
                <w:sz w:val="15"/>
              </w:rPr>
              <w:t>612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CEA651" w14:textId="77777777" w:rsidR="002877BA" w:rsidRDefault="00000000">
            <w:pPr>
              <w:jc w:val="center"/>
            </w:pPr>
            <w:r>
              <w:rPr>
                <w:sz w:val="15"/>
              </w:rPr>
              <w:t>0.815 (0.763-0.867)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CF33BE" w14:textId="77777777" w:rsidR="002877BA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00A9FB" w14:textId="77777777" w:rsidR="002877BA" w:rsidRDefault="00000000">
            <w:pPr>
              <w:jc w:val="center"/>
            </w:pPr>
            <w:r>
              <w:rPr>
                <w:sz w:val="15"/>
              </w:rPr>
              <w:t>-</w:t>
            </w:r>
          </w:p>
        </w:tc>
      </w:tr>
      <w:tr w:rsidR="002877BA" w14:paraId="0D9C9DAD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787442" w14:textId="77777777" w:rsidR="002877BA" w:rsidRDefault="00000000">
            <w:r>
              <w:rPr>
                <w:sz w:val="15"/>
              </w:rPr>
              <w:t>Breast Cancer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10F359" w14:textId="77777777" w:rsidR="002877BA" w:rsidRDefault="00000000">
            <w:pPr>
              <w:jc w:val="center"/>
            </w:pPr>
            <w:r>
              <w:rPr>
                <w:sz w:val="15"/>
              </w:rPr>
              <w:t>375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548256" w14:textId="77777777" w:rsidR="002877BA" w:rsidRDefault="00000000">
            <w:pPr>
              <w:jc w:val="center"/>
            </w:pPr>
            <w:r>
              <w:rPr>
                <w:sz w:val="15"/>
              </w:rPr>
              <w:t>0.833 (0.774-0.892)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18F163" w14:textId="77777777" w:rsidR="002877BA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F13C21" w14:textId="77777777" w:rsidR="002877BA" w:rsidRDefault="00000000">
            <w:pPr>
              <w:jc w:val="center"/>
            </w:pPr>
            <w:r>
              <w:rPr>
                <w:sz w:val="15"/>
              </w:rPr>
              <w:t>-</w:t>
            </w:r>
          </w:p>
        </w:tc>
      </w:tr>
      <w:tr w:rsidR="002877BA" w14:paraId="0CF0A800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59A79A" w14:textId="77777777" w:rsidR="002877BA" w:rsidRDefault="00000000">
            <w:r>
              <w:rPr>
                <w:sz w:val="15"/>
              </w:rPr>
              <w:t>Hematologic Cancer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7F89CD" w14:textId="77777777" w:rsidR="002877BA" w:rsidRDefault="00000000">
            <w:pPr>
              <w:jc w:val="center"/>
            </w:pPr>
            <w:r>
              <w:rPr>
                <w:sz w:val="15"/>
              </w:rPr>
              <w:t>3206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D6428F" w14:textId="77777777" w:rsidR="002877BA" w:rsidRDefault="00000000">
            <w:pPr>
              <w:jc w:val="center"/>
            </w:pPr>
            <w:r>
              <w:rPr>
                <w:sz w:val="15"/>
              </w:rPr>
              <w:t>0.799 (0.780-0.819)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C42D90" w14:textId="77777777" w:rsidR="002877BA" w:rsidRDefault="00000000">
            <w:pPr>
              <w:jc w:val="center"/>
            </w:pPr>
            <w:r>
              <w:rPr>
                <w:sz w:val="15"/>
              </w:rPr>
              <w:t>1432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1496FA" w14:textId="77777777" w:rsidR="002877BA" w:rsidRDefault="00000000">
            <w:pPr>
              <w:jc w:val="center"/>
            </w:pPr>
            <w:r>
              <w:rPr>
                <w:sz w:val="15"/>
              </w:rPr>
              <w:t>0.763 (0.733-0.794)</w:t>
            </w:r>
          </w:p>
        </w:tc>
      </w:tr>
      <w:tr w:rsidR="002877BA" w14:paraId="0B3A370E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69BDCD" w14:textId="77777777" w:rsidR="002877BA" w:rsidRDefault="00000000">
            <w:r>
              <w:rPr>
                <w:sz w:val="15"/>
              </w:rPr>
              <w:t>Metastatic Cancer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A324FB" w14:textId="77777777" w:rsidR="002877BA" w:rsidRDefault="00000000">
            <w:pPr>
              <w:jc w:val="center"/>
            </w:pPr>
            <w:r>
              <w:rPr>
                <w:sz w:val="15"/>
              </w:rPr>
              <w:t>5953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CEA446" w14:textId="77777777" w:rsidR="002877BA" w:rsidRDefault="00000000">
            <w:pPr>
              <w:jc w:val="center"/>
            </w:pPr>
            <w:r>
              <w:rPr>
                <w:sz w:val="15"/>
              </w:rPr>
              <w:t>0.800 (0.785-0.815)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80EB45" w14:textId="77777777" w:rsidR="002877BA" w:rsidRDefault="00000000">
            <w:pPr>
              <w:jc w:val="center"/>
            </w:pPr>
            <w:r>
              <w:rPr>
                <w:sz w:val="15"/>
              </w:rPr>
              <w:t>1152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CE87BE" w14:textId="77777777" w:rsidR="002877BA" w:rsidRDefault="00000000">
            <w:pPr>
              <w:jc w:val="center"/>
            </w:pPr>
            <w:r>
              <w:rPr>
                <w:sz w:val="15"/>
              </w:rPr>
              <w:t>0.777 (0.744-0.811)</w:t>
            </w:r>
          </w:p>
        </w:tc>
      </w:tr>
      <w:tr w:rsidR="002877BA" w14:paraId="612AC699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5EBBF2" w14:textId="77777777" w:rsidR="002877BA" w:rsidRDefault="00000000">
            <w:r>
              <w:rPr>
                <w:sz w:val="15"/>
              </w:rPr>
              <w:t>SOFA &lt;= 6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5D2507" w14:textId="77777777" w:rsidR="002877BA" w:rsidRDefault="00000000">
            <w:pPr>
              <w:jc w:val="center"/>
            </w:pPr>
            <w:r>
              <w:rPr>
                <w:sz w:val="15"/>
              </w:rPr>
              <w:t>10587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26FE2" w14:textId="77777777" w:rsidR="002877BA" w:rsidRDefault="00000000">
            <w:pPr>
              <w:jc w:val="center"/>
            </w:pPr>
            <w:r>
              <w:rPr>
                <w:sz w:val="15"/>
              </w:rPr>
              <w:t>0.788 (0.772-0.804)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6B1222" w14:textId="77777777" w:rsidR="002877BA" w:rsidRDefault="00000000">
            <w:pPr>
              <w:jc w:val="center"/>
            </w:pPr>
            <w:r>
              <w:rPr>
                <w:sz w:val="15"/>
              </w:rPr>
              <w:t>-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A384D0" w14:textId="77777777" w:rsidR="002877BA" w:rsidRDefault="00000000">
            <w:pPr>
              <w:jc w:val="center"/>
            </w:pPr>
            <w:r>
              <w:rPr>
                <w:sz w:val="15"/>
              </w:rPr>
              <w:t>-</w:t>
            </w:r>
          </w:p>
        </w:tc>
      </w:tr>
      <w:tr w:rsidR="002877BA" w14:paraId="413A0A74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11CDC6" w14:textId="77777777" w:rsidR="002877BA" w:rsidRDefault="00000000">
            <w:r>
              <w:rPr>
                <w:sz w:val="15"/>
              </w:rPr>
              <w:t>SOFA &gt; 6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0FF7E0" w14:textId="77777777" w:rsidR="002877BA" w:rsidRDefault="00000000">
            <w:pPr>
              <w:jc w:val="center"/>
            </w:pPr>
            <w:r>
              <w:rPr>
                <w:sz w:val="15"/>
              </w:rPr>
              <w:t>3982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A52922" w14:textId="77777777" w:rsidR="002877BA" w:rsidRDefault="00000000">
            <w:pPr>
              <w:jc w:val="center"/>
            </w:pPr>
            <w:r>
              <w:rPr>
                <w:sz w:val="15"/>
              </w:rPr>
              <w:t>0.740 (0.724-0.756)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27F89C" w14:textId="77777777" w:rsidR="002877BA" w:rsidRDefault="00000000">
            <w:pPr>
              <w:jc w:val="center"/>
            </w:pPr>
            <w:r>
              <w:rPr>
                <w:sz w:val="15"/>
              </w:rPr>
              <w:t>-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794ADE" w14:textId="77777777" w:rsidR="002877BA" w:rsidRDefault="00000000">
            <w:pPr>
              <w:jc w:val="center"/>
            </w:pPr>
            <w:r>
              <w:rPr>
                <w:sz w:val="15"/>
              </w:rPr>
              <w:t>-</w:t>
            </w:r>
          </w:p>
        </w:tc>
      </w:tr>
      <w:tr w:rsidR="002877BA" w14:paraId="67E1E2E2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AFDBE1" w14:textId="77777777" w:rsidR="002877BA" w:rsidRDefault="00000000">
            <w:r>
              <w:rPr>
                <w:sz w:val="15"/>
              </w:rPr>
              <w:t>APACHE IV &lt; 70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933B79" w14:textId="77777777" w:rsidR="002877BA" w:rsidRDefault="00000000">
            <w:pPr>
              <w:jc w:val="center"/>
            </w:pPr>
            <w:r>
              <w:rPr>
                <w:sz w:val="15"/>
              </w:rPr>
              <w:t>-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5D9102" w14:textId="77777777" w:rsidR="002877BA" w:rsidRDefault="00000000">
            <w:pPr>
              <w:jc w:val="center"/>
            </w:pPr>
            <w:r>
              <w:rPr>
                <w:sz w:val="15"/>
              </w:rPr>
              <w:t>-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90E3E7" w14:textId="77777777" w:rsidR="002877BA" w:rsidRDefault="00000000">
            <w:pPr>
              <w:jc w:val="center"/>
            </w:pPr>
            <w:r>
              <w:rPr>
                <w:sz w:val="15"/>
              </w:rPr>
              <w:t>6081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83D729" w14:textId="77777777" w:rsidR="002877BA" w:rsidRDefault="00000000">
            <w:pPr>
              <w:jc w:val="center"/>
            </w:pPr>
            <w:r>
              <w:rPr>
                <w:sz w:val="15"/>
              </w:rPr>
              <w:t>0.770 (0.746-0.794)</w:t>
            </w:r>
          </w:p>
        </w:tc>
      </w:tr>
      <w:tr w:rsidR="002877BA" w14:paraId="4526DA8B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C9F1A2" w14:textId="77777777" w:rsidR="002877BA" w:rsidRDefault="00000000">
            <w:r>
              <w:rPr>
                <w:sz w:val="15"/>
              </w:rPr>
              <w:t>APACHE IV &gt;= 70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47C584" w14:textId="77777777" w:rsidR="002877BA" w:rsidRDefault="00000000">
            <w:pPr>
              <w:jc w:val="center"/>
            </w:pPr>
            <w:r>
              <w:rPr>
                <w:sz w:val="15"/>
              </w:rPr>
              <w:t>-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7147DA" w14:textId="77777777" w:rsidR="002877BA" w:rsidRDefault="00000000">
            <w:pPr>
              <w:jc w:val="center"/>
            </w:pPr>
            <w:r>
              <w:rPr>
                <w:sz w:val="15"/>
              </w:rPr>
              <w:t>-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DE2314" w14:textId="77777777" w:rsidR="002877BA" w:rsidRDefault="00000000">
            <w:pPr>
              <w:jc w:val="center"/>
            </w:pPr>
            <w:r>
              <w:rPr>
                <w:sz w:val="15"/>
              </w:rPr>
              <w:t>2623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F48889" w14:textId="77777777" w:rsidR="002877BA" w:rsidRDefault="00000000">
            <w:pPr>
              <w:jc w:val="center"/>
            </w:pPr>
            <w:r>
              <w:rPr>
                <w:sz w:val="15"/>
              </w:rPr>
              <w:t>0.738 (0.717-0.759)</w:t>
            </w:r>
          </w:p>
        </w:tc>
      </w:tr>
      <w:tr w:rsidR="002877BA" w14:paraId="2A156B97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9ADA1D" w14:textId="77777777" w:rsidR="002877BA" w:rsidRDefault="00000000">
            <w:r>
              <w:rPr>
                <w:sz w:val="15"/>
              </w:rPr>
              <w:t>Mechanical Ventilation: Yes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AE7FA7" w14:textId="77777777" w:rsidR="002877BA" w:rsidRDefault="00000000">
            <w:pPr>
              <w:jc w:val="center"/>
            </w:pPr>
            <w:r>
              <w:rPr>
                <w:sz w:val="15"/>
              </w:rPr>
              <w:t>3907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63D98C" w14:textId="77777777" w:rsidR="002877BA" w:rsidRDefault="00000000">
            <w:pPr>
              <w:jc w:val="center"/>
            </w:pPr>
            <w:r>
              <w:rPr>
                <w:sz w:val="15"/>
              </w:rPr>
              <w:t>0.804 (0.788-0.820)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9DAC53" w14:textId="77777777" w:rsidR="002877BA" w:rsidRDefault="00000000">
            <w:pPr>
              <w:jc w:val="center"/>
            </w:pPr>
            <w:r>
              <w:rPr>
                <w:sz w:val="15"/>
              </w:rPr>
              <w:t>3019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E8A52C" w14:textId="77777777" w:rsidR="002877BA" w:rsidRDefault="00000000">
            <w:pPr>
              <w:jc w:val="center"/>
            </w:pPr>
            <w:r>
              <w:rPr>
                <w:sz w:val="15"/>
              </w:rPr>
              <w:t>0.761 (0.742-0.781)</w:t>
            </w:r>
          </w:p>
        </w:tc>
      </w:tr>
      <w:tr w:rsidR="002877BA" w14:paraId="52965AD0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D5B32" w14:textId="77777777" w:rsidR="002877BA" w:rsidRDefault="00000000">
            <w:r>
              <w:rPr>
                <w:sz w:val="15"/>
              </w:rPr>
              <w:t>Mechanical Ventilation: No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3050BF" w14:textId="77777777" w:rsidR="002877BA" w:rsidRDefault="00000000">
            <w:pPr>
              <w:jc w:val="center"/>
            </w:pPr>
            <w:r>
              <w:rPr>
                <w:sz w:val="15"/>
              </w:rPr>
              <w:t>10666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96A972" w14:textId="77777777" w:rsidR="002877BA" w:rsidRDefault="00000000">
            <w:pPr>
              <w:jc w:val="center"/>
            </w:pPr>
            <w:r>
              <w:rPr>
                <w:sz w:val="15"/>
              </w:rPr>
              <w:t>0.810 (0.797-0.823)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EF5035" w14:textId="77777777" w:rsidR="002877BA" w:rsidRDefault="00000000">
            <w:pPr>
              <w:jc w:val="center"/>
            </w:pPr>
            <w:r>
              <w:rPr>
                <w:sz w:val="15"/>
              </w:rPr>
              <w:t>7282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E4DA44" w14:textId="77777777" w:rsidR="002877BA" w:rsidRDefault="00000000">
            <w:pPr>
              <w:jc w:val="center"/>
            </w:pPr>
            <w:r>
              <w:rPr>
                <w:sz w:val="15"/>
              </w:rPr>
              <w:t>0.796 (0.776-0.815)</w:t>
            </w:r>
          </w:p>
        </w:tc>
      </w:tr>
      <w:tr w:rsidR="002877BA" w14:paraId="4967C897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26BDEB" w14:textId="77777777" w:rsidR="002877BA" w:rsidRDefault="00000000">
            <w:r>
              <w:rPr>
                <w:sz w:val="15"/>
              </w:rPr>
              <w:t>Vasopressor: Yes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50D0D8" w14:textId="77777777" w:rsidR="002877BA" w:rsidRDefault="00000000">
            <w:pPr>
              <w:jc w:val="center"/>
            </w:pPr>
            <w:r>
              <w:rPr>
                <w:sz w:val="15"/>
              </w:rPr>
              <w:t>3716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68944E" w14:textId="77777777" w:rsidR="002877BA" w:rsidRDefault="00000000">
            <w:pPr>
              <w:jc w:val="center"/>
            </w:pPr>
            <w:r>
              <w:rPr>
                <w:sz w:val="15"/>
              </w:rPr>
              <w:t>0.802 (0.786-0.817)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0E6A20" w14:textId="77777777" w:rsidR="002877BA" w:rsidRDefault="00000000">
            <w:pPr>
              <w:jc w:val="center"/>
            </w:pPr>
            <w:r>
              <w:rPr>
                <w:sz w:val="15"/>
              </w:rPr>
              <w:t>1472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0A2CDC" w14:textId="77777777" w:rsidR="002877BA" w:rsidRDefault="00000000">
            <w:pPr>
              <w:jc w:val="center"/>
            </w:pPr>
            <w:r>
              <w:rPr>
                <w:sz w:val="15"/>
              </w:rPr>
              <w:t>0.720 (0.693-0.747)</w:t>
            </w:r>
          </w:p>
        </w:tc>
      </w:tr>
      <w:tr w:rsidR="002877BA" w14:paraId="4BDBC5A1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872C70" w14:textId="77777777" w:rsidR="002877BA" w:rsidRDefault="00000000">
            <w:r>
              <w:rPr>
                <w:sz w:val="15"/>
              </w:rPr>
              <w:t>Vasopressor: No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C08786" w14:textId="77777777" w:rsidR="002877BA" w:rsidRDefault="00000000">
            <w:pPr>
              <w:jc w:val="center"/>
            </w:pPr>
            <w:r>
              <w:rPr>
                <w:sz w:val="15"/>
              </w:rPr>
              <w:t>10857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1BFA6B" w14:textId="77777777" w:rsidR="002877BA" w:rsidRDefault="00000000">
            <w:pPr>
              <w:jc w:val="center"/>
            </w:pPr>
            <w:r>
              <w:rPr>
                <w:sz w:val="15"/>
              </w:rPr>
              <w:t>0.793 (0.780-0.807)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62B36F" w14:textId="77777777" w:rsidR="002877BA" w:rsidRDefault="00000000">
            <w:pPr>
              <w:jc w:val="center"/>
            </w:pPr>
            <w:r>
              <w:rPr>
                <w:sz w:val="15"/>
              </w:rPr>
              <w:t>8829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8A9DFC" w14:textId="77777777" w:rsidR="002877BA" w:rsidRDefault="00000000">
            <w:pPr>
              <w:jc w:val="center"/>
            </w:pPr>
            <w:r>
              <w:rPr>
                <w:sz w:val="15"/>
              </w:rPr>
              <w:t>0.793 (0.777-0.810)</w:t>
            </w:r>
          </w:p>
        </w:tc>
      </w:tr>
      <w:tr w:rsidR="002877BA" w14:paraId="5DB2B852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399FB5" w14:textId="77777777" w:rsidR="002877BA" w:rsidRDefault="00000000">
            <w:r>
              <w:rPr>
                <w:sz w:val="15"/>
              </w:rPr>
              <w:t>BUN &lt;= 25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B0C403" w14:textId="77777777" w:rsidR="002877BA" w:rsidRDefault="00000000">
            <w:pPr>
              <w:jc w:val="center"/>
            </w:pPr>
            <w:r>
              <w:rPr>
                <w:sz w:val="15"/>
              </w:rPr>
              <w:t>8786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5C7817" w14:textId="77777777" w:rsidR="002877BA" w:rsidRDefault="00000000">
            <w:pPr>
              <w:jc w:val="center"/>
            </w:pPr>
            <w:r>
              <w:rPr>
                <w:sz w:val="15"/>
              </w:rPr>
              <w:t>0.807 (0.791-0.823)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77CB66" w14:textId="77777777" w:rsidR="002877BA" w:rsidRDefault="00000000">
            <w:pPr>
              <w:jc w:val="center"/>
            </w:pPr>
            <w:r>
              <w:rPr>
                <w:sz w:val="15"/>
              </w:rPr>
              <w:t>6859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C2AEA5" w14:textId="77777777" w:rsidR="002877BA" w:rsidRDefault="00000000">
            <w:pPr>
              <w:jc w:val="center"/>
            </w:pPr>
            <w:r>
              <w:rPr>
                <w:sz w:val="15"/>
              </w:rPr>
              <w:t>0.796 (0.776-0.817)</w:t>
            </w:r>
          </w:p>
        </w:tc>
      </w:tr>
      <w:tr w:rsidR="002877BA" w14:paraId="20284C81" w14:textId="77777777" w:rsidTr="00203E65">
        <w:trPr>
          <w:cantSplit/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5618F7" w14:textId="77777777" w:rsidR="002877BA" w:rsidRDefault="00000000">
            <w:r>
              <w:rPr>
                <w:sz w:val="15"/>
              </w:rPr>
              <w:t>BUN &gt; 25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087E90" w14:textId="77777777" w:rsidR="002877BA" w:rsidRDefault="00000000">
            <w:pPr>
              <w:jc w:val="center"/>
            </w:pPr>
            <w:r>
              <w:rPr>
                <w:sz w:val="15"/>
              </w:rPr>
              <w:t>5787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EC5B6A" w14:textId="77777777" w:rsidR="002877BA" w:rsidRDefault="00000000">
            <w:pPr>
              <w:jc w:val="center"/>
            </w:pPr>
            <w:r>
              <w:rPr>
                <w:sz w:val="15"/>
              </w:rPr>
              <w:t>0.783 (0.770-0.797)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7BCA26" w14:textId="77777777" w:rsidR="002877BA" w:rsidRDefault="00000000">
            <w:pPr>
              <w:jc w:val="center"/>
            </w:pPr>
            <w:r>
              <w:rPr>
                <w:sz w:val="15"/>
              </w:rPr>
              <w:t>3442</w:t>
            </w:r>
          </w:p>
        </w:tc>
        <w:tc>
          <w:tcPr>
            <w:tcW w:w="3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06E913" w14:textId="77777777" w:rsidR="002877BA" w:rsidRDefault="00000000">
            <w:pPr>
              <w:jc w:val="center"/>
            </w:pPr>
            <w:r>
              <w:rPr>
                <w:sz w:val="15"/>
              </w:rPr>
              <w:t>0.757 (0.738-0.776)</w:t>
            </w:r>
          </w:p>
        </w:tc>
      </w:tr>
    </w:tbl>
    <w:p w14:paraId="450BB918" w14:textId="77777777" w:rsidR="002877BA" w:rsidRDefault="00000000">
      <w:pPr>
        <w:spacing w:before="60" w:after="160" w:line="240" w:lineRule="auto"/>
      </w:pPr>
      <w:r>
        <w:t>Note: Subgroup-specific model discrimination is presented as AUC with corresponding 95% confidence intervals (CI). Baseline severity was stratified using SOFA categories in the MIMIC-IV cohort and APACHE IV categories in the eICU cohort. AUC: area under the receiver operating characteristic curve; CI: confidence interval; BUN: blood urea nitrogen; SOFA: Sequential Organ Failure Assessment; APACHE IV: Acute Physiology and Chronic Health Evaluation IV.</w:t>
      </w:r>
    </w:p>
    <w:sectPr w:rsidR="002877BA" w:rsidSect="00034616">
      <w:footerReference w:type="default" r:id="rId8"/>
      <w:pgSz w:w="16834" w:h="11909" w:orient="landscape"/>
      <w:pgMar w:top="648" w:right="648" w:bottom="648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49E8C" w14:textId="77777777" w:rsidR="00121394" w:rsidRDefault="00121394">
      <w:pPr>
        <w:spacing w:after="0" w:line="240" w:lineRule="auto"/>
      </w:pPr>
      <w:r>
        <w:separator/>
      </w:r>
    </w:p>
  </w:endnote>
  <w:endnote w:type="continuationSeparator" w:id="0">
    <w:p w14:paraId="38917434" w14:textId="77777777" w:rsidR="00121394" w:rsidRDefault="0012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97530" w14:textId="47B6D025" w:rsidR="002877BA" w:rsidRDefault="002877B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D7538" w14:textId="77777777" w:rsidR="00121394" w:rsidRDefault="00121394">
      <w:pPr>
        <w:spacing w:after="0" w:line="240" w:lineRule="auto"/>
      </w:pPr>
      <w:r>
        <w:separator/>
      </w:r>
    </w:p>
  </w:footnote>
  <w:footnote w:type="continuationSeparator" w:id="0">
    <w:p w14:paraId="52190BF5" w14:textId="77777777" w:rsidR="00121394" w:rsidRDefault="00121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8914403">
    <w:abstractNumId w:val="8"/>
  </w:num>
  <w:num w:numId="2" w16cid:durableId="1736705992">
    <w:abstractNumId w:val="6"/>
  </w:num>
  <w:num w:numId="3" w16cid:durableId="288979130">
    <w:abstractNumId w:val="5"/>
  </w:num>
  <w:num w:numId="4" w16cid:durableId="950742407">
    <w:abstractNumId w:val="4"/>
  </w:num>
  <w:num w:numId="5" w16cid:durableId="874193795">
    <w:abstractNumId w:val="7"/>
  </w:num>
  <w:num w:numId="6" w16cid:durableId="940722421">
    <w:abstractNumId w:val="3"/>
  </w:num>
  <w:num w:numId="7" w16cid:durableId="204025498">
    <w:abstractNumId w:val="2"/>
  </w:num>
  <w:num w:numId="8" w16cid:durableId="1583174054">
    <w:abstractNumId w:val="1"/>
  </w:num>
  <w:num w:numId="9" w16cid:durableId="1472862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4E4C"/>
    <w:rsid w:val="00121394"/>
    <w:rsid w:val="0015074B"/>
    <w:rsid w:val="00203E65"/>
    <w:rsid w:val="002877BA"/>
    <w:rsid w:val="0029639D"/>
    <w:rsid w:val="00326F90"/>
    <w:rsid w:val="004119E5"/>
    <w:rsid w:val="00570031"/>
    <w:rsid w:val="006A3C8E"/>
    <w:rsid w:val="007D1BA7"/>
    <w:rsid w:val="00977A43"/>
    <w:rsid w:val="00977C2D"/>
    <w:rsid w:val="00A65AB3"/>
    <w:rsid w:val="00AA1D8D"/>
    <w:rsid w:val="00B47730"/>
    <w:rsid w:val="00CB0664"/>
    <w:rsid w:val="00D749C5"/>
    <w:rsid w:val="00D839BC"/>
    <w:rsid w:val="00E175FB"/>
    <w:rsid w:val="00E3664E"/>
    <w:rsid w:val="00ED01B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281CF3"/>
  <w14:defaultImageDpi w14:val="300"/>
  <w15:docId w15:val="{77FF274D-C6EE-4C70-8606-6BE05E48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1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1898</Words>
  <Characters>9153</Characters>
  <Application>Microsoft Office Word</Application>
  <DocSecurity>0</DocSecurity>
  <Lines>610</Lines>
  <Paragraphs>581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 yang</cp:lastModifiedBy>
  <cp:revision>9</cp:revision>
  <dcterms:created xsi:type="dcterms:W3CDTF">2013-12-23T23:15:00Z</dcterms:created>
  <dcterms:modified xsi:type="dcterms:W3CDTF">2026-07-01T10:32:00Z</dcterms:modified>
  <cp:category/>
</cp:coreProperties>
</file>