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1C62B" w14:textId="77777777" w:rsidR="00C65050" w:rsidRDefault="00941AF3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72C1BF0" wp14:editId="3238A87F">
            <wp:extent cx="9966960" cy="70221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sma_flow_sleeve_lobectomy_nscl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6960" cy="702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050" w:rsidSect="00034616">
      <w:pgSz w:w="16834" w:h="11909" w:orient="landscape"/>
      <w:pgMar w:top="259" w:right="317" w:bottom="259" w:left="3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4568123">
    <w:abstractNumId w:val="8"/>
  </w:num>
  <w:num w:numId="2" w16cid:durableId="2028022149">
    <w:abstractNumId w:val="6"/>
  </w:num>
  <w:num w:numId="3" w16cid:durableId="1223758872">
    <w:abstractNumId w:val="5"/>
  </w:num>
  <w:num w:numId="4" w16cid:durableId="998732651">
    <w:abstractNumId w:val="4"/>
  </w:num>
  <w:num w:numId="5" w16cid:durableId="42218031">
    <w:abstractNumId w:val="7"/>
  </w:num>
  <w:num w:numId="6" w16cid:durableId="89351918">
    <w:abstractNumId w:val="3"/>
  </w:num>
  <w:num w:numId="7" w16cid:durableId="1749814163">
    <w:abstractNumId w:val="2"/>
  </w:num>
  <w:num w:numId="8" w16cid:durableId="1916357131">
    <w:abstractNumId w:val="1"/>
  </w:num>
  <w:num w:numId="9" w16cid:durableId="208799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1AF3"/>
    <w:rsid w:val="00964837"/>
    <w:rsid w:val="00AA1D8D"/>
    <w:rsid w:val="00B47730"/>
    <w:rsid w:val="00C65050"/>
    <w:rsid w:val="00C95F26"/>
    <w:rsid w:val="00CB0664"/>
    <w:rsid w:val="00EE1C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50D61D"/>
  <w14:defaultImageDpi w14:val="300"/>
  <w15:docId w15:val="{2442EF1E-5EF8-8E41-8F03-22D6BD1E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Dr.Hussein Mussa Muafa</cp:lastModifiedBy>
  <cp:revision>2</cp:revision>
  <dcterms:created xsi:type="dcterms:W3CDTF">2026-06-29T09:54:00Z</dcterms:created>
  <dcterms:modified xsi:type="dcterms:W3CDTF">2026-06-29T09:54:00Z</dcterms:modified>
  <cp:category/>
</cp:coreProperties>
</file>