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4E61" w:rsidR="003F40DC" w:rsidRDefault="00000000" w14:paraId="253D7186" w14:textId="77777777">
      <w:pPr>
        <w:pStyle w:val="Ttulo1"/>
        <w:rPr>
          <w:rFonts w:ascii="Times New Roman" w:hAnsi="Times New Roman" w:cs="Times New Roman"/>
          <w:color w:val="auto"/>
        </w:rPr>
      </w:pPr>
      <w:r w:rsidRPr="00704E61">
        <w:rPr>
          <w:rFonts w:ascii="Times New Roman" w:hAnsi="Times New Roman" w:cs="Times New Roman"/>
          <w:color w:val="auto"/>
        </w:rPr>
        <w:t>SPIRIT 2025 Checklist</w:t>
      </w:r>
    </w:p>
    <w:p w:rsidRPr="0060181E" w:rsidR="003F40DC" w:rsidRDefault="00000000" w14:paraId="4138E7AA" w14:textId="77777777">
      <w:pPr>
        <w:rPr>
          <w:rFonts w:ascii="Times New Roman" w:hAnsi="Times New Roman" w:cs="Times New Roman"/>
        </w:rPr>
      </w:pPr>
      <w:r w:rsidRPr="00704E61">
        <w:rPr>
          <w:rFonts w:ascii="Times New Roman" w:hAnsi="Times New Roman" w:cs="Times New Roman"/>
          <w:b/>
          <w:bCs/>
        </w:rPr>
        <w:t>Title of protocol:</w:t>
      </w:r>
      <w:r w:rsidRPr="0060181E">
        <w:rPr>
          <w:rFonts w:ascii="Times New Roman" w:hAnsi="Times New Roman" w:cs="Times New Roman"/>
        </w:rPr>
        <w:t xml:space="preserve"> Neuromuscular electrical stimulation versus </w:t>
      </w:r>
      <w:proofErr w:type="gramStart"/>
      <w:r w:rsidRPr="0060181E">
        <w:rPr>
          <w:rFonts w:ascii="Times New Roman" w:hAnsi="Times New Roman" w:cs="Times New Roman"/>
        </w:rPr>
        <w:t>combined</w:t>
      </w:r>
      <w:proofErr w:type="gramEnd"/>
      <w:r w:rsidRPr="0060181E">
        <w:rPr>
          <w:rFonts w:ascii="Times New Roman" w:hAnsi="Times New Roman" w:cs="Times New Roman"/>
        </w:rPr>
        <w:t xml:space="preserve"> aerobic and resistance exercise versus health literacy intervention for glycemic control in institutionalized older adults with type 2 diabetes: study protocol for a randomized controlled trial.</w:t>
      </w:r>
    </w:p>
    <w:p w:rsidRPr="0060181E" w:rsidR="003F40DC" w:rsidRDefault="00000000" w14:paraId="3F1C3143" w14:textId="77777777">
      <w:pPr>
        <w:rPr>
          <w:rFonts w:ascii="Times New Roman" w:hAnsi="Times New Roman" w:cs="Times New Roman"/>
        </w:rPr>
      </w:pPr>
      <w:r w:rsidRPr="0060181E">
        <w:rPr>
          <w:rFonts w:ascii="Times New Roman" w:hAnsi="Times New Roman" w:cs="Times New Roman"/>
        </w:rPr>
        <w:t>This checklist is completed in accordance with the SPIRIT 2025 statement (Chan et al., 2025).</w:t>
      </w:r>
    </w:p>
    <w:tbl>
      <w:tblPr>
        <w:tblW w:w="0" w:type="auto"/>
        <w:jc w:val="center"/>
        <w:tblBorders>
          <w:top w:val="single" w:color="auto" w:sz="4" w:space="0"/>
          <w:bottom w:val="single" w:color="auto" w:sz="4" w:space="0"/>
          <w:insideH w:val="single" w:color="auto" w:sz="4" w:space="0"/>
        </w:tblBorders>
        <w:tblLook w:val="04A0" w:firstRow="1" w:lastRow="0" w:firstColumn="1" w:lastColumn="0" w:noHBand="0" w:noVBand="1"/>
      </w:tblPr>
      <w:tblGrid>
        <w:gridCol w:w="2015"/>
        <w:gridCol w:w="1873"/>
        <w:gridCol w:w="2122"/>
        <w:gridCol w:w="2846"/>
      </w:tblGrid>
      <w:tr w:rsidRPr="0060181E" w:rsidR="003F40DC" w:rsidTr="700A6879" w14:paraId="2580D9B2" w14:textId="77777777">
        <w:trPr>
          <w:jc w:val="center"/>
        </w:trPr>
        <w:tc>
          <w:tcPr>
            <w:tcW w:w="2015" w:type="dxa"/>
            <w:tcMar/>
          </w:tcPr>
          <w:p w:rsidRPr="00704E61" w:rsidR="003F40DC" w:rsidP="00704E61" w:rsidRDefault="00000000" w14:paraId="416A0777" w14:textId="77777777">
            <w:pPr>
              <w:spacing w:after="0"/>
              <w:rPr>
                <w:rFonts w:ascii="Times New Roman" w:hAnsi="Times New Roman" w:cs="Times New Roman"/>
                <w:sz w:val="18"/>
                <w:szCs w:val="18"/>
              </w:rPr>
            </w:pPr>
            <w:r w:rsidRPr="00704E61">
              <w:rPr>
                <w:rFonts w:ascii="Times New Roman" w:hAnsi="Times New Roman" w:cs="Times New Roman"/>
                <w:b/>
                <w:sz w:val="18"/>
                <w:szCs w:val="18"/>
              </w:rPr>
              <w:t>Section/Topic</w:t>
            </w:r>
          </w:p>
        </w:tc>
        <w:tc>
          <w:tcPr>
            <w:tcW w:w="1873" w:type="dxa"/>
            <w:tcMar/>
          </w:tcPr>
          <w:p w:rsidRPr="00704E61" w:rsidR="003F40DC" w:rsidP="00704E61" w:rsidRDefault="00000000" w14:paraId="1BAD3880" w14:textId="77777777">
            <w:pPr>
              <w:spacing w:after="0"/>
              <w:rPr>
                <w:rFonts w:ascii="Times New Roman" w:hAnsi="Times New Roman" w:cs="Times New Roman"/>
                <w:sz w:val="18"/>
                <w:szCs w:val="18"/>
              </w:rPr>
            </w:pPr>
            <w:r w:rsidRPr="00704E61">
              <w:rPr>
                <w:rFonts w:ascii="Times New Roman" w:hAnsi="Times New Roman" w:cs="Times New Roman"/>
                <w:b/>
                <w:sz w:val="18"/>
                <w:szCs w:val="18"/>
              </w:rPr>
              <w:t>Item No.</w:t>
            </w:r>
          </w:p>
        </w:tc>
        <w:tc>
          <w:tcPr>
            <w:tcW w:w="2122" w:type="dxa"/>
            <w:tcMar/>
          </w:tcPr>
          <w:p w:rsidRPr="00704E61" w:rsidR="003F40DC" w:rsidP="00704E61" w:rsidRDefault="00000000" w14:paraId="5F5D38ED" w14:textId="77777777">
            <w:pPr>
              <w:spacing w:after="0"/>
              <w:rPr>
                <w:rFonts w:ascii="Times New Roman" w:hAnsi="Times New Roman" w:cs="Times New Roman"/>
                <w:sz w:val="18"/>
                <w:szCs w:val="18"/>
              </w:rPr>
            </w:pPr>
            <w:r w:rsidRPr="00704E61">
              <w:rPr>
                <w:rFonts w:ascii="Times New Roman" w:hAnsi="Times New Roman" w:cs="Times New Roman"/>
                <w:b/>
                <w:sz w:val="18"/>
                <w:szCs w:val="18"/>
              </w:rPr>
              <w:t>SPIRIT 2025 checklist item</w:t>
            </w:r>
          </w:p>
        </w:tc>
        <w:tc>
          <w:tcPr>
            <w:tcW w:w="2846" w:type="dxa"/>
            <w:tcMar/>
          </w:tcPr>
          <w:p w:rsidRPr="00704E61" w:rsidR="003F40DC" w:rsidP="00704E61" w:rsidRDefault="00000000" w14:paraId="165DBF4E" w14:textId="77777777">
            <w:pPr>
              <w:spacing w:after="0"/>
              <w:rPr>
                <w:rFonts w:ascii="Times New Roman" w:hAnsi="Times New Roman" w:cs="Times New Roman"/>
                <w:sz w:val="18"/>
                <w:szCs w:val="18"/>
              </w:rPr>
            </w:pPr>
            <w:r w:rsidRPr="00704E61">
              <w:rPr>
                <w:rFonts w:ascii="Times New Roman" w:hAnsi="Times New Roman" w:cs="Times New Roman"/>
                <w:b/>
                <w:sz w:val="18"/>
                <w:szCs w:val="18"/>
              </w:rPr>
              <w:t>Reported on page no(s). / Location</w:t>
            </w:r>
          </w:p>
        </w:tc>
      </w:tr>
      <w:tr w:rsidRPr="0060181E" w:rsidR="003F40DC" w:rsidTr="700A6879" w14:paraId="5D9E9FFD" w14:textId="77777777">
        <w:trPr>
          <w:jc w:val="center"/>
        </w:trPr>
        <w:tc>
          <w:tcPr>
            <w:tcW w:w="2015" w:type="dxa"/>
            <w:tcMar/>
          </w:tcPr>
          <w:p w:rsidRPr="00704E61" w:rsidR="003F40DC" w:rsidP="00704E61" w:rsidRDefault="00000000" w14:paraId="5B2C4AA5" w14:textId="77777777">
            <w:pPr>
              <w:spacing w:after="0"/>
              <w:rPr>
                <w:rFonts w:ascii="Times New Roman" w:hAnsi="Times New Roman" w:cs="Times New Roman"/>
                <w:sz w:val="18"/>
                <w:szCs w:val="18"/>
              </w:rPr>
            </w:pPr>
            <w:r w:rsidRPr="00704E61">
              <w:rPr>
                <w:rFonts w:ascii="Times New Roman" w:hAnsi="Times New Roman" w:cs="Times New Roman"/>
                <w:sz w:val="18"/>
                <w:szCs w:val="18"/>
              </w:rPr>
              <w:t>Administrative information</w:t>
            </w:r>
          </w:p>
        </w:tc>
        <w:tc>
          <w:tcPr>
            <w:tcW w:w="1873" w:type="dxa"/>
            <w:tcMar/>
          </w:tcPr>
          <w:p w:rsidRPr="00704E61" w:rsidR="003F40DC" w:rsidP="00704E61" w:rsidRDefault="00000000" w14:paraId="4D3872A2" w14:textId="77777777">
            <w:pPr>
              <w:spacing w:after="0"/>
              <w:rPr>
                <w:rFonts w:ascii="Times New Roman" w:hAnsi="Times New Roman" w:cs="Times New Roman"/>
                <w:sz w:val="18"/>
                <w:szCs w:val="18"/>
              </w:rPr>
            </w:pPr>
            <w:r w:rsidRPr="00704E61">
              <w:rPr>
                <w:rFonts w:ascii="Times New Roman" w:hAnsi="Times New Roman" w:cs="Times New Roman"/>
                <w:sz w:val="18"/>
                <w:szCs w:val="18"/>
              </w:rPr>
              <w:t>1a</w:t>
            </w:r>
          </w:p>
        </w:tc>
        <w:tc>
          <w:tcPr>
            <w:tcW w:w="2122" w:type="dxa"/>
            <w:tcMar/>
          </w:tcPr>
          <w:p w:rsidRPr="00704E61" w:rsidR="003F40DC" w:rsidP="00704E61" w:rsidRDefault="00000000" w14:paraId="099290C3" w14:textId="77777777">
            <w:pPr>
              <w:spacing w:after="0"/>
              <w:rPr>
                <w:rFonts w:ascii="Times New Roman" w:hAnsi="Times New Roman" w:cs="Times New Roman"/>
                <w:sz w:val="18"/>
                <w:szCs w:val="18"/>
              </w:rPr>
            </w:pPr>
            <w:r w:rsidRPr="00704E61">
              <w:rPr>
                <w:rFonts w:ascii="Times New Roman" w:hAnsi="Times New Roman" w:cs="Times New Roman"/>
                <w:sz w:val="18"/>
                <w:szCs w:val="18"/>
              </w:rPr>
              <w:t>Title stating the trial design, population, and interventions, with identification as a protocol</w:t>
            </w:r>
          </w:p>
        </w:tc>
        <w:tc>
          <w:tcPr>
            <w:tcW w:w="2846" w:type="dxa"/>
            <w:tcMar/>
          </w:tcPr>
          <w:p w:rsidRPr="00704E61" w:rsidR="0080588E" w:rsidP="00704E61" w:rsidRDefault="00000000" w14:paraId="56C84F7F"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 (Title page)</w:t>
            </w:r>
          </w:p>
        </w:tc>
      </w:tr>
      <w:tr w:rsidRPr="0060181E" w:rsidR="003F40DC" w:rsidTr="700A6879" w14:paraId="4D37E3D9" w14:textId="77777777">
        <w:trPr>
          <w:jc w:val="center"/>
        </w:trPr>
        <w:tc>
          <w:tcPr>
            <w:tcW w:w="2015" w:type="dxa"/>
            <w:tcMar/>
          </w:tcPr>
          <w:p w:rsidRPr="00704E61" w:rsidR="003F40DC" w:rsidP="00704E61" w:rsidRDefault="00000000" w14:paraId="296C997C" w14:textId="77777777">
            <w:pPr>
              <w:spacing w:after="0"/>
              <w:rPr>
                <w:rFonts w:ascii="Times New Roman" w:hAnsi="Times New Roman" w:cs="Times New Roman"/>
                <w:sz w:val="18"/>
                <w:szCs w:val="18"/>
              </w:rPr>
            </w:pPr>
            <w:r w:rsidRPr="00704E61">
              <w:rPr>
                <w:rFonts w:ascii="Times New Roman" w:hAnsi="Times New Roman" w:cs="Times New Roman"/>
                <w:sz w:val="18"/>
                <w:szCs w:val="18"/>
              </w:rPr>
              <w:t>Administrative information</w:t>
            </w:r>
          </w:p>
        </w:tc>
        <w:tc>
          <w:tcPr>
            <w:tcW w:w="1873" w:type="dxa"/>
            <w:tcMar/>
          </w:tcPr>
          <w:p w:rsidRPr="00704E61" w:rsidR="003F40DC" w:rsidP="00704E61" w:rsidRDefault="00000000" w14:paraId="4648E517" w14:textId="77777777">
            <w:pPr>
              <w:spacing w:after="0"/>
              <w:rPr>
                <w:rFonts w:ascii="Times New Roman" w:hAnsi="Times New Roman" w:cs="Times New Roman"/>
                <w:sz w:val="18"/>
                <w:szCs w:val="18"/>
              </w:rPr>
            </w:pPr>
            <w:r w:rsidRPr="00704E61">
              <w:rPr>
                <w:rFonts w:ascii="Times New Roman" w:hAnsi="Times New Roman" w:cs="Times New Roman"/>
                <w:sz w:val="18"/>
                <w:szCs w:val="18"/>
              </w:rPr>
              <w:t>1b</w:t>
            </w:r>
          </w:p>
        </w:tc>
        <w:tc>
          <w:tcPr>
            <w:tcW w:w="2122" w:type="dxa"/>
            <w:tcMar/>
          </w:tcPr>
          <w:p w:rsidRPr="00704E61" w:rsidR="003F40DC" w:rsidP="00704E61" w:rsidRDefault="00000000" w14:paraId="75898249" w14:textId="77777777">
            <w:pPr>
              <w:spacing w:after="0"/>
              <w:rPr>
                <w:rFonts w:ascii="Times New Roman" w:hAnsi="Times New Roman" w:cs="Times New Roman"/>
                <w:sz w:val="18"/>
                <w:szCs w:val="18"/>
              </w:rPr>
            </w:pPr>
            <w:r w:rsidRPr="00704E61">
              <w:rPr>
                <w:rFonts w:ascii="Times New Roman" w:hAnsi="Times New Roman" w:cs="Times New Roman"/>
                <w:sz w:val="18"/>
                <w:szCs w:val="18"/>
              </w:rPr>
              <w:t>Structured summary of trial design and methods, including items from the World Health Organization Trial Registration Data Set</w:t>
            </w:r>
          </w:p>
        </w:tc>
        <w:tc>
          <w:tcPr>
            <w:tcW w:w="2846" w:type="dxa"/>
            <w:tcMar/>
          </w:tcPr>
          <w:p w:rsidRPr="00704E61" w:rsidR="0080588E" w:rsidP="00704E61" w:rsidRDefault="00000000" w14:paraId="3758300B" w14:textId="64AE128A">
            <w:pPr>
              <w:spacing w:after="0"/>
              <w:rPr>
                <w:rFonts w:ascii="Times New Roman" w:hAnsi="Times New Roman" w:cs="Times New Roman"/>
                <w:sz w:val="18"/>
                <w:szCs w:val="18"/>
              </w:rPr>
            </w:pPr>
            <w:r w:rsidRPr="2DAD29B4" w:rsidR="3943A914">
              <w:rPr>
                <w:rFonts w:ascii="Times New Roman" w:hAnsi="Times New Roman" w:cs="Times New Roman"/>
                <w:sz w:val="18"/>
                <w:szCs w:val="18"/>
              </w:rPr>
              <w:t>pp.1-</w:t>
            </w:r>
            <w:r w:rsidRPr="2DAD29B4" w:rsidR="1F4AB8CD">
              <w:rPr>
                <w:rFonts w:ascii="Times New Roman" w:hAnsi="Times New Roman" w:cs="Times New Roman"/>
                <w:sz w:val="18"/>
                <w:szCs w:val="18"/>
              </w:rPr>
              <w:t>2</w:t>
            </w:r>
            <w:r w:rsidRPr="2DAD29B4" w:rsidR="3943A914">
              <w:rPr>
                <w:rFonts w:ascii="Times New Roman" w:hAnsi="Times New Roman" w:cs="Times New Roman"/>
                <w:sz w:val="18"/>
                <w:szCs w:val="18"/>
              </w:rPr>
              <w:t xml:space="preserve"> (Abstract)</w:t>
            </w:r>
          </w:p>
        </w:tc>
      </w:tr>
      <w:tr w:rsidRPr="0060181E" w:rsidR="003F40DC" w:rsidTr="700A6879" w14:paraId="76199EDA" w14:textId="77777777">
        <w:trPr>
          <w:jc w:val="center"/>
        </w:trPr>
        <w:tc>
          <w:tcPr>
            <w:tcW w:w="2015" w:type="dxa"/>
            <w:tcMar/>
          </w:tcPr>
          <w:p w:rsidRPr="00704E61" w:rsidR="003F40DC" w:rsidP="00704E61" w:rsidRDefault="00000000" w14:paraId="742CCB1A" w14:textId="77777777">
            <w:pPr>
              <w:spacing w:after="0"/>
              <w:rPr>
                <w:rFonts w:ascii="Times New Roman" w:hAnsi="Times New Roman" w:cs="Times New Roman"/>
                <w:sz w:val="18"/>
                <w:szCs w:val="18"/>
              </w:rPr>
            </w:pPr>
            <w:r w:rsidRPr="00704E61">
              <w:rPr>
                <w:rFonts w:ascii="Times New Roman" w:hAnsi="Times New Roman" w:cs="Times New Roman"/>
                <w:sz w:val="18"/>
                <w:szCs w:val="18"/>
              </w:rPr>
              <w:t>Administrative information</w:t>
            </w:r>
          </w:p>
        </w:tc>
        <w:tc>
          <w:tcPr>
            <w:tcW w:w="1873" w:type="dxa"/>
            <w:tcMar/>
          </w:tcPr>
          <w:p w:rsidRPr="00704E61" w:rsidR="003F40DC" w:rsidP="00704E61" w:rsidRDefault="00000000" w14:paraId="7578AB63" w14:textId="77777777">
            <w:pPr>
              <w:spacing w:after="0"/>
              <w:rPr>
                <w:rFonts w:ascii="Times New Roman" w:hAnsi="Times New Roman" w:cs="Times New Roman"/>
                <w:sz w:val="18"/>
                <w:szCs w:val="18"/>
              </w:rPr>
            </w:pPr>
            <w:r w:rsidRPr="00704E61">
              <w:rPr>
                <w:rFonts w:ascii="Times New Roman" w:hAnsi="Times New Roman" w:cs="Times New Roman"/>
                <w:sz w:val="18"/>
                <w:szCs w:val="18"/>
              </w:rPr>
              <w:t>2</w:t>
            </w:r>
          </w:p>
        </w:tc>
        <w:tc>
          <w:tcPr>
            <w:tcW w:w="2122" w:type="dxa"/>
            <w:tcMar/>
          </w:tcPr>
          <w:p w:rsidRPr="00704E61" w:rsidR="003F40DC" w:rsidP="00704E61" w:rsidRDefault="00000000" w14:paraId="3153FA6A" w14:textId="77777777">
            <w:pPr>
              <w:spacing w:after="0"/>
              <w:rPr>
                <w:rFonts w:ascii="Times New Roman" w:hAnsi="Times New Roman" w:cs="Times New Roman"/>
                <w:sz w:val="18"/>
                <w:szCs w:val="18"/>
              </w:rPr>
            </w:pPr>
            <w:r w:rsidRPr="00704E61">
              <w:rPr>
                <w:rFonts w:ascii="Times New Roman" w:hAnsi="Times New Roman" w:cs="Times New Roman"/>
                <w:sz w:val="18"/>
                <w:szCs w:val="18"/>
              </w:rPr>
              <w:t>Version date and identifier</w:t>
            </w:r>
          </w:p>
        </w:tc>
        <w:tc>
          <w:tcPr>
            <w:tcW w:w="2846" w:type="dxa"/>
            <w:tcMar/>
          </w:tcPr>
          <w:p w:rsidRPr="00704E61" w:rsidR="0080588E" w:rsidP="00704E61" w:rsidRDefault="00000000" w14:paraId="7DBA7B50" w14:textId="77777777">
            <w:pPr>
              <w:spacing w:after="0"/>
              <w:rPr>
                <w:rFonts w:ascii="Times New Roman" w:hAnsi="Times New Roman" w:cs="Times New Roman"/>
                <w:sz w:val="18"/>
                <w:szCs w:val="18"/>
              </w:rPr>
            </w:pPr>
            <w:r w:rsidRPr="00704E61">
              <w:rPr>
                <w:rFonts w:ascii="Times New Roman" w:hAnsi="Times New Roman" w:cs="Times New Roman"/>
                <w:sz w:val="18"/>
                <w:szCs w:val="18"/>
              </w:rPr>
              <w:t>p.24 (Trial status: protocol version)</w:t>
            </w:r>
          </w:p>
        </w:tc>
      </w:tr>
      <w:tr w:rsidRPr="0060181E" w:rsidR="003F40DC" w:rsidTr="700A6879" w14:paraId="4BA5E7E8" w14:textId="77777777">
        <w:trPr>
          <w:jc w:val="center"/>
        </w:trPr>
        <w:tc>
          <w:tcPr>
            <w:tcW w:w="2015" w:type="dxa"/>
            <w:tcMar/>
          </w:tcPr>
          <w:p w:rsidRPr="00704E61" w:rsidR="003F40DC" w:rsidP="00704E61" w:rsidRDefault="00000000" w14:paraId="4FEFF586" w14:textId="77777777">
            <w:pPr>
              <w:spacing w:after="0"/>
              <w:rPr>
                <w:rFonts w:ascii="Times New Roman" w:hAnsi="Times New Roman" w:cs="Times New Roman"/>
                <w:sz w:val="18"/>
                <w:szCs w:val="18"/>
              </w:rPr>
            </w:pPr>
            <w:r w:rsidRPr="00704E61">
              <w:rPr>
                <w:rFonts w:ascii="Times New Roman" w:hAnsi="Times New Roman" w:cs="Times New Roman"/>
                <w:sz w:val="18"/>
                <w:szCs w:val="18"/>
              </w:rPr>
              <w:t>Administrative information</w:t>
            </w:r>
          </w:p>
        </w:tc>
        <w:tc>
          <w:tcPr>
            <w:tcW w:w="1873" w:type="dxa"/>
            <w:tcMar/>
          </w:tcPr>
          <w:p w:rsidRPr="00704E61" w:rsidR="003F40DC" w:rsidP="00704E61" w:rsidRDefault="00000000" w14:paraId="43AAF7E9" w14:textId="77777777">
            <w:pPr>
              <w:spacing w:after="0"/>
              <w:rPr>
                <w:rFonts w:ascii="Times New Roman" w:hAnsi="Times New Roman" w:cs="Times New Roman"/>
                <w:sz w:val="18"/>
                <w:szCs w:val="18"/>
              </w:rPr>
            </w:pPr>
            <w:r w:rsidRPr="00704E61">
              <w:rPr>
                <w:rFonts w:ascii="Times New Roman" w:hAnsi="Times New Roman" w:cs="Times New Roman"/>
                <w:sz w:val="18"/>
                <w:szCs w:val="18"/>
              </w:rPr>
              <w:t>3a</w:t>
            </w:r>
          </w:p>
        </w:tc>
        <w:tc>
          <w:tcPr>
            <w:tcW w:w="2122" w:type="dxa"/>
            <w:tcMar/>
          </w:tcPr>
          <w:p w:rsidRPr="00704E61" w:rsidR="003F40DC" w:rsidP="00704E61" w:rsidRDefault="00000000" w14:paraId="10F58482" w14:textId="77777777">
            <w:pPr>
              <w:spacing w:after="0"/>
              <w:rPr>
                <w:rFonts w:ascii="Times New Roman" w:hAnsi="Times New Roman" w:cs="Times New Roman"/>
                <w:sz w:val="18"/>
                <w:szCs w:val="18"/>
              </w:rPr>
            </w:pPr>
            <w:r w:rsidRPr="00704E61">
              <w:rPr>
                <w:rFonts w:ascii="Times New Roman" w:hAnsi="Times New Roman" w:cs="Times New Roman"/>
                <w:sz w:val="18"/>
                <w:szCs w:val="18"/>
              </w:rPr>
              <w:t>Names, affiliations, and roles of protocol contributors</w:t>
            </w:r>
          </w:p>
        </w:tc>
        <w:tc>
          <w:tcPr>
            <w:tcW w:w="2846" w:type="dxa"/>
            <w:tcMar/>
          </w:tcPr>
          <w:p w:rsidRPr="00704E61" w:rsidR="0080588E" w:rsidP="00704E61" w:rsidRDefault="00000000" w14:paraId="35E9210E"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 (Author list and affiliations)</w:t>
            </w:r>
          </w:p>
        </w:tc>
      </w:tr>
      <w:tr w:rsidRPr="0060181E" w:rsidR="003F40DC" w:rsidTr="700A6879" w14:paraId="3F85286D" w14:textId="77777777">
        <w:trPr>
          <w:jc w:val="center"/>
        </w:trPr>
        <w:tc>
          <w:tcPr>
            <w:tcW w:w="2015" w:type="dxa"/>
            <w:tcMar/>
          </w:tcPr>
          <w:p w:rsidRPr="00704E61" w:rsidR="003F40DC" w:rsidP="00704E61" w:rsidRDefault="00000000" w14:paraId="36BE969C" w14:textId="77777777">
            <w:pPr>
              <w:spacing w:after="0"/>
              <w:rPr>
                <w:rFonts w:ascii="Times New Roman" w:hAnsi="Times New Roman" w:cs="Times New Roman"/>
                <w:sz w:val="18"/>
                <w:szCs w:val="18"/>
              </w:rPr>
            </w:pPr>
            <w:r w:rsidRPr="00704E61">
              <w:rPr>
                <w:rFonts w:ascii="Times New Roman" w:hAnsi="Times New Roman" w:cs="Times New Roman"/>
                <w:sz w:val="18"/>
                <w:szCs w:val="18"/>
              </w:rPr>
              <w:t>Administrative information</w:t>
            </w:r>
          </w:p>
        </w:tc>
        <w:tc>
          <w:tcPr>
            <w:tcW w:w="1873" w:type="dxa"/>
            <w:tcMar/>
          </w:tcPr>
          <w:p w:rsidRPr="00704E61" w:rsidR="003F40DC" w:rsidP="00704E61" w:rsidRDefault="00000000" w14:paraId="48A4A4A8" w14:textId="77777777">
            <w:pPr>
              <w:spacing w:after="0"/>
              <w:rPr>
                <w:rFonts w:ascii="Times New Roman" w:hAnsi="Times New Roman" w:cs="Times New Roman"/>
                <w:sz w:val="18"/>
                <w:szCs w:val="18"/>
              </w:rPr>
            </w:pPr>
            <w:r w:rsidRPr="00704E61">
              <w:rPr>
                <w:rFonts w:ascii="Times New Roman" w:hAnsi="Times New Roman" w:cs="Times New Roman"/>
                <w:sz w:val="18"/>
                <w:szCs w:val="18"/>
              </w:rPr>
              <w:t>3b</w:t>
            </w:r>
          </w:p>
        </w:tc>
        <w:tc>
          <w:tcPr>
            <w:tcW w:w="2122" w:type="dxa"/>
            <w:tcMar/>
          </w:tcPr>
          <w:p w:rsidRPr="00704E61" w:rsidR="003F40DC" w:rsidP="00704E61" w:rsidRDefault="00000000" w14:paraId="6F4D8D88" w14:textId="77777777">
            <w:pPr>
              <w:spacing w:after="0"/>
              <w:rPr>
                <w:rFonts w:ascii="Times New Roman" w:hAnsi="Times New Roman" w:cs="Times New Roman"/>
                <w:sz w:val="18"/>
                <w:szCs w:val="18"/>
              </w:rPr>
            </w:pPr>
            <w:r w:rsidRPr="00704E61">
              <w:rPr>
                <w:rFonts w:ascii="Times New Roman" w:hAnsi="Times New Roman" w:cs="Times New Roman"/>
                <w:sz w:val="18"/>
                <w:szCs w:val="18"/>
              </w:rPr>
              <w:t>Name and contact information for the trial sponsor</w:t>
            </w:r>
          </w:p>
        </w:tc>
        <w:tc>
          <w:tcPr>
            <w:tcW w:w="2846" w:type="dxa"/>
            <w:tcMar/>
          </w:tcPr>
          <w:p w:rsidRPr="00704E61" w:rsidR="0080588E" w:rsidP="00704E61" w:rsidRDefault="00000000" w14:paraId="0D3B85B5" w14:textId="60914CA3">
            <w:pPr>
              <w:spacing w:after="0"/>
              <w:rPr>
                <w:rFonts w:ascii="Times New Roman" w:hAnsi="Times New Roman" w:cs="Times New Roman"/>
                <w:sz w:val="18"/>
                <w:szCs w:val="18"/>
              </w:rPr>
            </w:pPr>
            <w:r w:rsidRPr="2DAD29B4" w:rsidR="3943A914">
              <w:rPr>
                <w:rFonts w:ascii="Times New Roman" w:hAnsi="Times New Roman" w:cs="Times New Roman"/>
                <w:sz w:val="18"/>
                <w:szCs w:val="18"/>
              </w:rPr>
              <w:t>p.2</w:t>
            </w:r>
            <w:r w:rsidRPr="2DAD29B4" w:rsidR="201195E0">
              <w:rPr>
                <w:rFonts w:ascii="Times New Roman" w:hAnsi="Times New Roman" w:cs="Times New Roman"/>
                <w:sz w:val="18"/>
                <w:szCs w:val="18"/>
              </w:rPr>
              <w:t>5</w:t>
            </w:r>
            <w:r w:rsidRPr="2DAD29B4" w:rsidR="3943A914">
              <w:rPr>
                <w:rFonts w:ascii="Times New Roman" w:hAnsi="Times New Roman" w:cs="Times New Roman"/>
                <w:sz w:val="18"/>
                <w:szCs w:val="18"/>
              </w:rPr>
              <w:t xml:space="preserve"> (Declarations, Funding)</w:t>
            </w:r>
          </w:p>
        </w:tc>
      </w:tr>
      <w:tr w:rsidRPr="0060181E" w:rsidR="003F40DC" w:rsidTr="700A6879" w14:paraId="51F8E047" w14:textId="77777777">
        <w:trPr>
          <w:jc w:val="center"/>
        </w:trPr>
        <w:tc>
          <w:tcPr>
            <w:tcW w:w="2015" w:type="dxa"/>
            <w:tcMar/>
          </w:tcPr>
          <w:p w:rsidRPr="00704E61" w:rsidR="003F40DC" w:rsidP="00704E61" w:rsidRDefault="00000000" w14:paraId="726CB5DC" w14:textId="77777777">
            <w:pPr>
              <w:spacing w:after="0"/>
              <w:rPr>
                <w:rFonts w:ascii="Times New Roman" w:hAnsi="Times New Roman" w:cs="Times New Roman"/>
                <w:sz w:val="18"/>
                <w:szCs w:val="18"/>
              </w:rPr>
            </w:pPr>
            <w:r w:rsidRPr="00704E61">
              <w:rPr>
                <w:rFonts w:ascii="Times New Roman" w:hAnsi="Times New Roman" w:cs="Times New Roman"/>
                <w:sz w:val="18"/>
                <w:szCs w:val="18"/>
              </w:rPr>
              <w:t>Administrative information</w:t>
            </w:r>
          </w:p>
        </w:tc>
        <w:tc>
          <w:tcPr>
            <w:tcW w:w="1873" w:type="dxa"/>
            <w:tcMar/>
          </w:tcPr>
          <w:p w:rsidRPr="00704E61" w:rsidR="003F40DC" w:rsidP="00704E61" w:rsidRDefault="00000000" w14:paraId="4F89B813" w14:textId="77777777">
            <w:pPr>
              <w:spacing w:after="0"/>
              <w:rPr>
                <w:rFonts w:ascii="Times New Roman" w:hAnsi="Times New Roman" w:cs="Times New Roman"/>
                <w:sz w:val="18"/>
                <w:szCs w:val="18"/>
              </w:rPr>
            </w:pPr>
            <w:r w:rsidRPr="00704E61">
              <w:rPr>
                <w:rFonts w:ascii="Times New Roman" w:hAnsi="Times New Roman" w:cs="Times New Roman"/>
                <w:sz w:val="18"/>
                <w:szCs w:val="18"/>
              </w:rPr>
              <w:t>3c</w:t>
            </w:r>
          </w:p>
        </w:tc>
        <w:tc>
          <w:tcPr>
            <w:tcW w:w="2122" w:type="dxa"/>
            <w:tcMar/>
          </w:tcPr>
          <w:p w:rsidRPr="00704E61" w:rsidR="003F40DC" w:rsidP="00704E61" w:rsidRDefault="00000000" w14:paraId="7167942E" w14:textId="77777777">
            <w:pPr>
              <w:spacing w:after="0"/>
              <w:rPr>
                <w:rFonts w:ascii="Times New Roman" w:hAnsi="Times New Roman" w:cs="Times New Roman"/>
                <w:sz w:val="18"/>
                <w:szCs w:val="18"/>
              </w:rPr>
            </w:pPr>
            <w:r w:rsidRPr="00704E61">
              <w:rPr>
                <w:rFonts w:ascii="Times New Roman" w:hAnsi="Times New Roman" w:cs="Times New Roman"/>
                <w:sz w:val="18"/>
                <w:szCs w:val="18"/>
              </w:rPr>
              <w:t>Role of trial sponsor and funders in design, conduct, analysis, and reporting of trial; including any authority over these activities</w:t>
            </w:r>
          </w:p>
        </w:tc>
        <w:tc>
          <w:tcPr>
            <w:tcW w:w="2846" w:type="dxa"/>
            <w:tcMar/>
          </w:tcPr>
          <w:p w:rsidRPr="00704E61" w:rsidR="0080588E" w:rsidP="00704E61" w:rsidRDefault="00000000" w14:paraId="2DAC9C67"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pp.21 and 26 (Trial oversight and monitoring; Funding)</w:t>
            </w:r>
          </w:p>
        </w:tc>
      </w:tr>
      <w:tr w:rsidRPr="0060181E" w:rsidR="003F40DC" w:rsidTr="700A6879" w14:paraId="59F64D4D" w14:textId="77777777">
        <w:trPr>
          <w:jc w:val="center"/>
        </w:trPr>
        <w:tc>
          <w:tcPr>
            <w:tcW w:w="2015" w:type="dxa"/>
            <w:tcMar/>
          </w:tcPr>
          <w:p w:rsidRPr="00704E61" w:rsidR="003F40DC" w:rsidP="00704E61" w:rsidRDefault="00000000" w14:paraId="53C0DADC" w14:textId="77777777">
            <w:pPr>
              <w:spacing w:after="0"/>
              <w:rPr>
                <w:rFonts w:ascii="Times New Roman" w:hAnsi="Times New Roman" w:cs="Times New Roman"/>
                <w:sz w:val="18"/>
                <w:szCs w:val="18"/>
              </w:rPr>
            </w:pPr>
            <w:r w:rsidRPr="00704E61">
              <w:rPr>
                <w:rFonts w:ascii="Times New Roman" w:hAnsi="Times New Roman" w:cs="Times New Roman"/>
                <w:sz w:val="18"/>
                <w:szCs w:val="18"/>
              </w:rPr>
              <w:t>Administrative information</w:t>
            </w:r>
          </w:p>
        </w:tc>
        <w:tc>
          <w:tcPr>
            <w:tcW w:w="1873" w:type="dxa"/>
            <w:tcMar/>
          </w:tcPr>
          <w:p w:rsidRPr="00704E61" w:rsidR="003F40DC" w:rsidP="00704E61" w:rsidRDefault="00000000" w14:paraId="2899064F" w14:textId="77777777">
            <w:pPr>
              <w:spacing w:after="0"/>
              <w:rPr>
                <w:rFonts w:ascii="Times New Roman" w:hAnsi="Times New Roman" w:cs="Times New Roman"/>
                <w:sz w:val="18"/>
                <w:szCs w:val="18"/>
              </w:rPr>
            </w:pPr>
            <w:r w:rsidRPr="00704E61">
              <w:rPr>
                <w:rFonts w:ascii="Times New Roman" w:hAnsi="Times New Roman" w:cs="Times New Roman"/>
                <w:sz w:val="18"/>
                <w:szCs w:val="18"/>
              </w:rPr>
              <w:t>3d</w:t>
            </w:r>
          </w:p>
        </w:tc>
        <w:tc>
          <w:tcPr>
            <w:tcW w:w="2122" w:type="dxa"/>
            <w:tcMar/>
          </w:tcPr>
          <w:p w:rsidRPr="00704E61" w:rsidR="003F40DC" w:rsidP="00704E61" w:rsidRDefault="00000000" w14:paraId="1193DD1E" w14:textId="77777777">
            <w:pPr>
              <w:spacing w:after="0"/>
              <w:rPr>
                <w:rFonts w:ascii="Times New Roman" w:hAnsi="Times New Roman" w:cs="Times New Roman"/>
                <w:sz w:val="18"/>
                <w:szCs w:val="18"/>
              </w:rPr>
            </w:pPr>
            <w:r w:rsidRPr="00704E61">
              <w:rPr>
                <w:rFonts w:ascii="Times New Roman" w:hAnsi="Times New Roman" w:cs="Times New Roman"/>
                <w:sz w:val="18"/>
                <w:szCs w:val="18"/>
              </w:rPr>
              <w:t>Composition, roles, and responsibilities of the coordinating site, steering committee, endpoint adjudication committee, data management team, and other individuals or groups overseeing the trial, if applicable</w:t>
            </w:r>
          </w:p>
        </w:tc>
        <w:tc>
          <w:tcPr>
            <w:tcW w:w="2846" w:type="dxa"/>
            <w:tcMar/>
          </w:tcPr>
          <w:p w:rsidRPr="00704E61" w:rsidR="0080588E" w:rsidP="00704E61" w:rsidRDefault="00000000" w14:paraId="70968842" w14:textId="77777777">
            <w:pPr>
              <w:spacing w:after="0"/>
              <w:rPr>
                <w:rFonts w:ascii="Times New Roman" w:hAnsi="Times New Roman" w:cs="Times New Roman"/>
                <w:sz w:val="18"/>
                <w:szCs w:val="18"/>
              </w:rPr>
            </w:pPr>
            <w:proofErr w:type="gramStart"/>
            <w:r w:rsidRPr="00704E61">
              <w:rPr>
                <w:rFonts w:ascii="Times New Roman" w:hAnsi="Times New Roman" w:cs="Times New Roman"/>
                <w:sz w:val="18"/>
                <w:szCs w:val="18"/>
              </w:rPr>
              <w:t>pp</w:t>
            </w:r>
            <w:proofErr w:type="gramEnd"/>
            <w:r w:rsidRPr="00704E61">
              <w:rPr>
                <w:rFonts w:ascii="Times New Roman" w:hAnsi="Times New Roman" w:cs="Times New Roman"/>
                <w:sz w:val="18"/>
                <w:szCs w:val="18"/>
              </w:rPr>
              <w:t>.17-18, 21 and 26 (Data management/statistical analysis; Trial oversight and monitoring; Authors’ contributions)</w:t>
            </w:r>
          </w:p>
        </w:tc>
      </w:tr>
      <w:tr w:rsidRPr="0060181E" w:rsidR="003F40DC" w:rsidTr="700A6879" w14:paraId="46D5E96C" w14:textId="77777777">
        <w:trPr>
          <w:jc w:val="center"/>
        </w:trPr>
        <w:tc>
          <w:tcPr>
            <w:tcW w:w="2015" w:type="dxa"/>
            <w:tcMar/>
          </w:tcPr>
          <w:p w:rsidRPr="00704E61" w:rsidR="003F40DC" w:rsidP="00704E61" w:rsidRDefault="00000000" w14:paraId="59007097" w14:textId="77777777">
            <w:pPr>
              <w:spacing w:after="0"/>
              <w:rPr>
                <w:rFonts w:ascii="Times New Roman" w:hAnsi="Times New Roman" w:cs="Times New Roman"/>
                <w:sz w:val="18"/>
                <w:szCs w:val="18"/>
              </w:rPr>
            </w:pPr>
            <w:r w:rsidRPr="00704E61">
              <w:rPr>
                <w:rFonts w:ascii="Times New Roman" w:hAnsi="Times New Roman" w:cs="Times New Roman"/>
                <w:sz w:val="18"/>
                <w:szCs w:val="18"/>
              </w:rPr>
              <w:t>Open science</w:t>
            </w:r>
          </w:p>
        </w:tc>
        <w:tc>
          <w:tcPr>
            <w:tcW w:w="1873" w:type="dxa"/>
            <w:tcMar/>
          </w:tcPr>
          <w:p w:rsidRPr="00704E61" w:rsidR="003F40DC" w:rsidP="00704E61" w:rsidRDefault="00000000" w14:paraId="00EC4719" w14:textId="77777777">
            <w:pPr>
              <w:spacing w:after="0"/>
              <w:rPr>
                <w:rFonts w:ascii="Times New Roman" w:hAnsi="Times New Roman" w:cs="Times New Roman"/>
                <w:sz w:val="18"/>
                <w:szCs w:val="18"/>
              </w:rPr>
            </w:pPr>
            <w:r w:rsidRPr="00704E61">
              <w:rPr>
                <w:rFonts w:ascii="Times New Roman" w:hAnsi="Times New Roman" w:cs="Times New Roman"/>
                <w:sz w:val="18"/>
                <w:szCs w:val="18"/>
              </w:rPr>
              <w:t>4</w:t>
            </w:r>
          </w:p>
        </w:tc>
        <w:tc>
          <w:tcPr>
            <w:tcW w:w="2122" w:type="dxa"/>
            <w:tcMar/>
          </w:tcPr>
          <w:p w:rsidRPr="00704E61" w:rsidR="003F40DC" w:rsidP="00704E61" w:rsidRDefault="00000000" w14:paraId="03702F53" w14:textId="77777777">
            <w:pPr>
              <w:spacing w:after="0"/>
              <w:rPr>
                <w:rFonts w:ascii="Times New Roman" w:hAnsi="Times New Roman" w:cs="Times New Roman"/>
                <w:sz w:val="18"/>
                <w:szCs w:val="18"/>
              </w:rPr>
            </w:pPr>
            <w:r w:rsidRPr="00704E61">
              <w:rPr>
                <w:rFonts w:ascii="Times New Roman" w:hAnsi="Times New Roman" w:cs="Times New Roman"/>
                <w:sz w:val="18"/>
                <w:szCs w:val="18"/>
              </w:rPr>
              <w:t>Name of trial registry, identifying number (with URL), and date of registration. If not yet registered, name of intended registry</w:t>
            </w:r>
          </w:p>
        </w:tc>
        <w:tc>
          <w:tcPr>
            <w:tcW w:w="2846" w:type="dxa"/>
            <w:tcMar/>
          </w:tcPr>
          <w:p w:rsidRPr="00704E61" w:rsidR="0080588E" w:rsidP="00704E61" w:rsidRDefault="00000000" w14:paraId="01D44133" w14:textId="3BC9456C">
            <w:pPr>
              <w:spacing w:after="0"/>
              <w:rPr>
                <w:rFonts w:ascii="Times New Roman" w:hAnsi="Times New Roman" w:cs="Times New Roman"/>
                <w:sz w:val="18"/>
                <w:szCs w:val="18"/>
              </w:rPr>
            </w:pPr>
            <w:r w:rsidRPr="2DAD29B4" w:rsidR="3943A914">
              <w:rPr>
                <w:rFonts w:ascii="Times New Roman" w:hAnsi="Times New Roman" w:cs="Times New Roman"/>
                <w:sz w:val="18"/>
                <w:szCs w:val="18"/>
              </w:rPr>
              <w:t>pp.</w:t>
            </w:r>
            <w:r w:rsidRPr="2DAD29B4" w:rsidR="386B024F">
              <w:rPr>
                <w:rFonts w:ascii="Times New Roman" w:hAnsi="Times New Roman" w:cs="Times New Roman"/>
                <w:sz w:val="18"/>
                <w:szCs w:val="18"/>
              </w:rPr>
              <w:t>2</w:t>
            </w:r>
            <w:r w:rsidRPr="2DAD29B4" w:rsidR="3943A914">
              <w:rPr>
                <w:rFonts w:ascii="Times New Roman" w:hAnsi="Times New Roman" w:cs="Times New Roman"/>
                <w:sz w:val="18"/>
                <w:szCs w:val="18"/>
              </w:rPr>
              <w:t>, 5 and 24 (Abstract/Methods/Trial status)</w:t>
            </w:r>
          </w:p>
        </w:tc>
      </w:tr>
      <w:tr w:rsidRPr="0060181E" w:rsidR="003F40DC" w:rsidTr="700A6879" w14:paraId="2F85B0F8" w14:textId="77777777">
        <w:trPr>
          <w:jc w:val="center"/>
        </w:trPr>
        <w:tc>
          <w:tcPr>
            <w:tcW w:w="2015" w:type="dxa"/>
            <w:tcMar/>
          </w:tcPr>
          <w:p w:rsidRPr="00704E61" w:rsidR="003F40DC" w:rsidP="00704E61" w:rsidRDefault="00000000" w14:paraId="1768AF07" w14:textId="77777777">
            <w:pPr>
              <w:spacing w:after="0"/>
              <w:rPr>
                <w:rFonts w:ascii="Times New Roman" w:hAnsi="Times New Roman" w:cs="Times New Roman"/>
                <w:sz w:val="18"/>
                <w:szCs w:val="18"/>
              </w:rPr>
            </w:pPr>
            <w:r w:rsidRPr="00704E61">
              <w:rPr>
                <w:rFonts w:ascii="Times New Roman" w:hAnsi="Times New Roman" w:cs="Times New Roman"/>
                <w:sz w:val="18"/>
                <w:szCs w:val="18"/>
              </w:rPr>
              <w:t>Open science</w:t>
            </w:r>
          </w:p>
        </w:tc>
        <w:tc>
          <w:tcPr>
            <w:tcW w:w="1873" w:type="dxa"/>
            <w:tcMar/>
          </w:tcPr>
          <w:p w:rsidRPr="00704E61" w:rsidR="003F40DC" w:rsidP="00704E61" w:rsidRDefault="00000000" w14:paraId="260F6FF1" w14:textId="77777777">
            <w:pPr>
              <w:spacing w:after="0"/>
              <w:rPr>
                <w:rFonts w:ascii="Times New Roman" w:hAnsi="Times New Roman" w:cs="Times New Roman"/>
                <w:sz w:val="18"/>
                <w:szCs w:val="18"/>
              </w:rPr>
            </w:pPr>
            <w:r w:rsidRPr="00704E61">
              <w:rPr>
                <w:rFonts w:ascii="Times New Roman" w:hAnsi="Times New Roman" w:cs="Times New Roman"/>
                <w:sz w:val="18"/>
                <w:szCs w:val="18"/>
              </w:rPr>
              <w:t>5</w:t>
            </w:r>
          </w:p>
        </w:tc>
        <w:tc>
          <w:tcPr>
            <w:tcW w:w="2122" w:type="dxa"/>
            <w:tcMar/>
          </w:tcPr>
          <w:p w:rsidRPr="00704E61" w:rsidR="003F40DC" w:rsidP="00704E61" w:rsidRDefault="00000000" w14:paraId="39464692" w14:textId="77777777">
            <w:pPr>
              <w:spacing w:after="0"/>
              <w:rPr>
                <w:rFonts w:ascii="Times New Roman" w:hAnsi="Times New Roman" w:cs="Times New Roman"/>
                <w:sz w:val="18"/>
                <w:szCs w:val="18"/>
              </w:rPr>
            </w:pPr>
            <w:r w:rsidRPr="00704E61">
              <w:rPr>
                <w:rFonts w:ascii="Times New Roman" w:hAnsi="Times New Roman" w:cs="Times New Roman"/>
                <w:sz w:val="18"/>
                <w:szCs w:val="18"/>
              </w:rPr>
              <w:t xml:space="preserve">Where the trial protocol </w:t>
            </w:r>
            <w:r w:rsidRPr="00704E61">
              <w:rPr>
                <w:rFonts w:ascii="Times New Roman" w:hAnsi="Times New Roman" w:cs="Times New Roman"/>
                <w:sz w:val="18"/>
                <w:szCs w:val="18"/>
              </w:rPr>
              <w:lastRenderedPageBreak/>
              <w:t>and statistical analysis plan can be accessed</w:t>
            </w:r>
          </w:p>
        </w:tc>
        <w:tc>
          <w:tcPr>
            <w:tcW w:w="2846" w:type="dxa"/>
            <w:tcMar/>
          </w:tcPr>
          <w:p w:rsidRPr="00704E61" w:rsidR="0080588E" w:rsidP="00704E61" w:rsidRDefault="00000000" w14:paraId="580E1698" w14:textId="77777777">
            <w:pPr>
              <w:spacing w:after="0"/>
              <w:rPr>
                <w:rFonts w:ascii="Times New Roman" w:hAnsi="Times New Roman" w:cs="Times New Roman"/>
                <w:sz w:val="18"/>
                <w:szCs w:val="18"/>
              </w:rPr>
            </w:pPr>
            <w:r w:rsidRPr="00704E61">
              <w:rPr>
                <w:rFonts w:ascii="Times New Roman" w:hAnsi="Times New Roman" w:cs="Times New Roman"/>
                <w:sz w:val="18"/>
                <w:szCs w:val="18"/>
              </w:rPr>
              <w:lastRenderedPageBreak/>
              <w:t xml:space="preserve">pp.5, 17-20 and 25 (Protocol </w:t>
            </w:r>
            <w:r w:rsidRPr="00704E61">
              <w:rPr>
                <w:rFonts w:ascii="Times New Roman" w:hAnsi="Times New Roman" w:cs="Times New Roman"/>
                <w:sz w:val="18"/>
                <w:szCs w:val="18"/>
              </w:rPr>
              <w:lastRenderedPageBreak/>
              <w:t>statement; Statistical analysis; Availability of data and materials)</w:t>
            </w:r>
          </w:p>
        </w:tc>
      </w:tr>
      <w:tr w:rsidRPr="0060181E" w:rsidR="003F40DC" w:rsidTr="700A6879" w14:paraId="7F89B087" w14:textId="77777777">
        <w:trPr>
          <w:jc w:val="center"/>
        </w:trPr>
        <w:tc>
          <w:tcPr>
            <w:tcW w:w="2015" w:type="dxa"/>
            <w:tcMar/>
          </w:tcPr>
          <w:p w:rsidRPr="00704E61" w:rsidR="003F40DC" w:rsidP="00704E61" w:rsidRDefault="00000000" w14:paraId="36E2D537" w14:textId="77777777">
            <w:pPr>
              <w:spacing w:after="0"/>
              <w:rPr>
                <w:rFonts w:ascii="Times New Roman" w:hAnsi="Times New Roman" w:cs="Times New Roman"/>
                <w:sz w:val="18"/>
                <w:szCs w:val="18"/>
              </w:rPr>
            </w:pPr>
            <w:r w:rsidRPr="00704E61">
              <w:rPr>
                <w:rFonts w:ascii="Times New Roman" w:hAnsi="Times New Roman" w:cs="Times New Roman"/>
                <w:sz w:val="18"/>
                <w:szCs w:val="18"/>
              </w:rPr>
              <w:lastRenderedPageBreak/>
              <w:t>Open science</w:t>
            </w:r>
          </w:p>
        </w:tc>
        <w:tc>
          <w:tcPr>
            <w:tcW w:w="1873" w:type="dxa"/>
            <w:tcMar/>
          </w:tcPr>
          <w:p w:rsidRPr="00704E61" w:rsidR="003F40DC" w:rsidP="00704E61" w:rsidRDefault="00000000" w14:paraId="371A5E85" w14:textId="77777777">
            <w:pPr>
              <w:spacing w:after="0"/>
              <w:rPr>
                <w:rFonts w:ascii="Times New Roman" w:hAnsi="Times New Roman" w:cs="Times New Roman"/>
                <w:sz w:val="18"/>
                <w:szCs w:val="18"/>
              </w:rPr>
            </w:pPr>
            <w:r w:rsidRPr="00704E61">
              <w:rPr>
                <w:rFonts w:ascii="Times New Roman" w:hAnsi="Times New Roman" w:cs="Times New Roman"/>
                <w:sz w:val="18"/>
                <w:szCs w:val="18"/>
              </w:rPr>
              <w:t>6</w:t>
            </w:r>
          </w:p>
        </w:tc>
        <w:tc>
          <w:tcPr>
            <w:tcW w:w="2122" w:type="dxa"/>
            <w:tcMar/>
          </w:tcPr>
          <w:p w:rsidRPr="00704E61" w:rsidR="003F40DC" w:rsidP="00704E61" w:rsidRDefault="00000000" w14:paraId="09A8EF5C" w14:textId="77777777">
            <w:pPr>
              <w:spacing w:after="0"/>
              <w:rPr>
                <w:rFonts w:ascii="Times New Roman" w:hAnsi="Times New Roman" w:cs="Times New Roman"/>
                <w:sz w:val="18"/>
                <w:szCs w:val="18"/>
              </w:rPr>
            </w:pPr>
            <w:r w:rsidRPr="00704E61">
              <w:rPr>
                <w:rFonts w:ascii="Times New Roman" w:hAnsi="Times New Roman" w:cs="Times New Roman"/>
                <w:sz w:val="18"/>
                <w:szCs w:val="18"/>
              </w:rPr>
              <w:t>Where and how the individual de-identified participant data (including data dictionary), statistical code, and any other materials will be accessible</w:t>
            </w:r>
          </w:p>
        </w:tc>
        <w:tc>
          <w:tcPr>
            <w:tcW w:w="2846" w:type="dxa"/>
            <w:tcMar/>
          </w:tcPr>
          <w:p w:rsidRPr="00704E61" w:rsidR="0080588E" w:rsidP="00704E61" w:rsidRDefault="00000000" w14:paraId="30F34423" w14:textId="77777777">
            <w:pPr>
              <w:spacing w:after="0"/>
              <w:rPr>
                <w:rFonts w:ascii="Times New Roman" w:hAnsi="Times New Roman" w:cs="Times New Roman"/>
                <w:sz w:val="18"/>
                <w:szCs w:val="18"/>
              </w:rPr>
            </w:pPr>
            <w:r w:rsidRPr="00704E61">
              <w:rPr>
                <w:rFonts w:ascii="Times New Roman" w:hAnsi="Times New Roman" w:cs="Times New Roman"/>
                <w:sz w:val="18"/>
                <w:szCs w:val="18"/>
              </w:rPr>
              <w:t>p.25 (Availability of data and materials)</w:t>
            </w:r>
          </w:p>
        </w:tc>
      </w:tr>
      <w:tr w:rsidRPr="0060181E" w:rsidR="003F40DC" w:rsidTr="700A6879" w14:paraId="734A9D45" w14:textId="77777777">
        <w:trPr>
          <w:jc w:val="center"/>
        </w:trPr>
        <w:tc>
          <w:tcPr>
            <w:tcW w:w="2015" w:type="dxa"/>
            <w:tcMar/>
          </w:tcPr>
          <w:p w:rsidRPr="00704E61" w:rsidR="003F40DC" w:rsidP="00704E61" w:rsidRDefault="00000000" w14:paraId="604625A0" w14:textId="77777777">
            <w:pPr>
              <w:spacing w:after="0"/>
              <w:rPr>
                <w:rFonts w:ascii="Times New Roman" w:hAnsi="Times New Roman" w:cs="Times New Roman"/>
                <w:sz w:val="18"/>
                <w:szCs w:val="18"/>
              </w:rPr>
            </w:pPr>
            <w:r w:rsidRPr="00704E61">
              <w:rPr>
                <w:rFonts w:ascii="Times New Roman" w:hAnsi="Times New Roman" w:cs="Times New Roman"/>
                <w:sz w:val="18"/>
                <w:szCs w:val="18"/>
              </w:rPr>
              <w:t>Open science</w:t>
            </w:r>
          </w:p>
        </w:tc>
        <w:tc>
          <w:tcPr>
            <w:tcW w:w="1873" w:type="dxa"/>
            <w:tcMar/>
          </w:tcPr>
          <w:p w:rsidRPr="00704E61" w:rsidR="003F40DC" w:rsidP="00704E61" w:rsidRDefault="00000000" w14:paraId="7E1E4B41" w14:textId="77777777">
            <w:pPr>
              <w:spacing w:after="0"/>
              <w:rPr>
                <w:rFonts w:ascii="Times New Roman" w:hAnsi="Times New Roman" w:cs="Times New Roman"/>
                <w:sz w:val="18"/>
                <w:szCs w:val="18"/>
              </w:rPr>
            </w:pPr>
            <w:r w:rsidRPr="00704E61">
              <w:rPr>
                <w:rFonts w:ascii="Times New Roman" w:hAnsi="Times New Roman" w:cs="Times New Roman"/>
                <w:sz w:val="18"/>
                <w:szCs w:val="18"/>
              </w:rPr>
              <w:t>7a</w:t>
            </w:r>
          </w:p>
        </w:tc>
        <w:tc>
          <w:tcPr>
            <w:tcW w:w="2122" w:type="dxa"/>
            <w:tcMar/>
          </w:tcPr>
          <w:p w:rsidRPr="00704E61" w:rsidR="003F40DC" w:rsidP="00704E61" w:rsidRDefault="00000000" w14:paraId="6B39FE89" w14:textId="77777777">
            <w:pPr>
              <w:spacing w:after="0"/>
              <w:rPr>
                <w:rFonts w:ascii="Times New Roman" w:hAnsi="Times New Roman" w:cs="Times New Roman"/>
                <w:sz w:val="18"/>
                <w:szCs w:val="18"/>
              </w:rPr>
            </w:pPr>
            <w:r w:rsidRPr="00704E61">
              <w:rPr>
                <w:rFonts w:ascii="Times New Roman" w:hAnsi="Times New Roman" w:cs="Times New Roman"/>
                <w:sz w:val="18"/>
                <w:szCs w:val="18"/>
              </w:rPr>
              <w:t>Sources of funding and other support (eg, supply of drugs)</w:t>
            </w:r>
          </w:p>
        </w:tc>
        <w:tc>
          <w:tcPr>
            <w:tcW w:w="2846" w:type="dxa"/>
            <w:tcMar/>
          </w:tcPr>
          <w:p w:rsidRPr="00704E61" w:rsidR="0080588E" w:rsidP="00704E61" w:rsidRDefault="00000000" w14:paraId="2AE6CCC6" w14:textId="2E117CDD">
            <w:pPr>
              <w:spacing w:after="0"/>
              <w:rPr>
                <w:rFonts w:ascii="Times New Roman" w:hAnsi="Times New Roman" w:cs="Times New Roman"/>
                <w:sz w:val="18"/>
                <w:szCs w:val="18"/>
              </w:rPr>
            </w:pPr>
            <w:r w:rsidRPr="2DAD29B4" w:rsidR="3943A914">
              <w:rPr>
                <w:rFonts w:ascii="Times New Roman" w:hAnsi="Times New Roman" w:cs="Times New Roman"/>
                <w:sz w:val="18"/>
                <w:szCs w:val="18"/>
              </w:rPr>
              <w:t>p.2</w:t>
            </w:r>
            <w:r w:rsidRPr="2DAD29B4" w:rsidR="41A0D5D4">
              <w:rPr>
                <w:rFonts w:ascii="Times New Roman" w:hAnsi="Times New Roman" w:cs="Times New Roman"/>
                <w:sz w:val="18"/>
                <w:szCs w:val="18"/>
              </w:rPr>
              <w:t>5</w:t>
            </w:r>
            <w:r w:rsidRPr="2DAD29B4" w:rsidR="3943A914">
              <w:rPr>
                <w:rFonts w:ascii="Times New Roman" w:hAnsi="Times New Roman" w:cs="Times New Roman"/>
                <w:sz w:val="18"/>
                <w:szCs w:val="18"/>
              </w:rPr>
              <w:t xml:space="preserve"> (Funding)</w:t>
            </w:r>
          </w:p>
        </w:tc>
      </w:tr>
      <w:tr w:rsidRPr="0060181E" w:rsidR="003F40DC" w:rsidTr="700A6879" w14:paraId="6FC75666" w14:textId="77777777">
        <w:trPr>
          <w:jc w:val="center"/>
        </w:trPr>
        <w:tc>
          <w:tcPr>
            <w:tcW w:w="2015" w:type="dxa"/>
            <w:tcMar/>
          </w:tcPr>
          <w:p w:rsidRPr="00704E61" w:rsidR="003F40DC" w:rsidP="00704E61" w:rsidRDefault="00000000" w14:paraId="10805C00" w14:textId="77777777">
            <w:pPr>
              <w:spacing w:after="0"/>
              <w:rPr>
                <w:rFonts w:ascii="Times New Roman" w:hAnsi="Times New Roman" w:cs="Times New Roman"/>
                <w:sz w:val="18"/>
                <w:szCs w:val="18"/>
              </w:rPr>
            </w:pPr>
            <w:r w:rsidRPr="00704E61">
              <w:rPr>
                <w:rFonts w:ascii="Times New Roman" w:hAnsi="Times New Roman" w:cs="Times New Roman"/>
                <w:sz w:val="18"/>
                <w:szCs w:val="18"/>
              </w:rPr>
              <w:t>Open science</w:t>
            </w:r>
          </w:p>
        </w:tc>
        <w:tc>
          <w:tcPr>
            <w:tcW w:w="1873" w:type="dxa"/>
            <w:tcMar/>
          </w:tcPr>
          <w:p w:rsidRPr="00704E61" w:rsidR="003F40DC" w:rsidP="00704E61" w:rsidRDefault="00000000" w14:paraId="27563043" w14:textId="77777777">
            <w:pPr>
              <w:spacing w:after="0"/>
              <w:rPr>
                <w:rFonts w:ascii="Times New Roman" w:hAnsi="Times New Roman" w:cs="Times New Roman"/>
                <w:sz w:val="18"/>
                <w:szCs w:val="18"/>
              </w:rPr>
            </w:pPr>
            <w:r w:rsidRPr="00704E61">
              <w:rPr>
                <w:rFonts w:ascii="Times New Roman" w:hAnsi="Times New Roman" w:cs="Times New Roman"/>
                <w:sz w:val="18"/>
                <w:szCs w:val="18"/>
              </w:rPr>
              <w:t>7b</w:t>
            </w:r>
          </w:p>
        </w:tc>
        <w:tc>
          <w:tcPr>
            <w:tcW w:w="2122" w:type="dxa"/>
            <w:tcMar/>
          </w:tcPr>
          <w:p w:rsidRPr="00704E61" w:rsidR="003F40DC" w:rsidP="00704E61" w:rsidRDefault="00000000" w14:paraId="30864006" w14:textId="77777777">
            <w:pPr>
              <w:spacing w:after="0"/>
              <w:rPr>
                <w:rFonts w:ascii="Times New Roman" w:hAnsi="Times New Roman" w:cs="Times New Roman"/>
                <w:sz w:val="18"/>
                <w:szCs w:val="18"/>
              </w:rPr>
            </w:pPr>
            <w:r w:rsidRPr="00704E61">
              <w:rPr>
                <w:rFonts w:ascii="Times New Roman" w:hAnsi="Times New Roman" w:cs="Times New Roman"/>
                <w:sz w:val="18"/>
                <w:szCs w:val="18"/>
              </w:rPr>
              <w:t>Financial and other conflicts of interest for principal investigators and steering committee members</w:t>
            </w:r>
          </w:p>
        </w:tc>
        <w:tc>
          <w:tcPr>
            <w:tcW w:w="2846" w:type="dxa"/>
            <w:tcMar/>
          </w:tcPr>
          <w:p w:rsidRPr="00704E61" w:rsidR="0080588E" w:rsidP="00704E61" w:rsidRDefault="00000000" w14:paraId="2952FD2C" w14:textId="618E3A74">
            <w:pPr>
              <w:spacing w:after="0"/>
              <w:rPr>
                <w:rFonts w:ascii="Times New Roman" w:hAnsi="Times New Roman" w:cs="Times New Roman"/>
                <w:sz w:val="18"/>
                <w:szCs w:val="18"/>
              </w:rPr>
            </w:pPr>
            <w:r w:rsidRPr="2DAD29B4" w:rsidR="3943A914">
              <w:rPr>
                <w:rFonts w:ascii="Times New Roman" w:hAnsi="Times New Roman" w:cs="Times New Roman"/>
                <w:sz w:val="18"/>
                <w:szCs w:val="18"/>
              </w:rPr>
              <w:t>p.2</w:t>
            </w:r>
            <w:r w:rsidRPr="2DAD29B4" w:rsidR="2BF4F750">
              <w:rPr>
                <w:rFonts w:ascii="Times New Roman" w:hAnsi="Times New Roman" w:cs="Times New Roman"/>
                <w:sz w:val="18"/>
                <w:szCs w:val="18"/>
              </w:rPr>
              <w:t>5</w:t>
            </w:r>
            <w:r w:rsidRPr="2DAD29B4" w:rsidR="3943A914">
              <w:rPr>
                <w:rFonts w:ascii="Times New Roman" w:hAnsi="Times New Roman" w:cs="Times New Roman"/>
                <w:sz w:val="18"/>
                <w:szCs w:val="18"/>
              </w:rPr>
              <w:t xml:space="preserve"> (Competing interests)</w:t>
            </w:r>
          </w:p>
        </w:tc>
      </w:tr>
      <w:tr w:rsidRPr="0060181E" w:rsidR="003F40DC" w:rsidTr="700A6879" w14:paraId="61C2E311" w14:textId="77777777">
        <w:trPr>
          <w:jc w:val="center"/>
        </w:trPr>
        <w:tc>
          <w:tcPr>
            <w:tcW w:w="2015" w:type="dxa"/>
            <w:tcMar/>
          </w:tcPr>
          <w:p w:rsidRPr="00704E61" w:rsidR="003F40DC" w:rsidP="00704E61" w:rsidRDefault="00000000" w14:paraId="4D4A89F4" w14:textId="77777777">
            <w:pPr>
              <w:spacing w:after="0"/>
              <w:rPr>
                <w:rFonts w:ascii="Times New Roman" w:hAnsi="Times New Roman" w:cs="Times New Roman"/>
                <w:sz w:val="18"/>
                <w:szCs w:val="18"/>
              </w:rPr>
            </w:pPr>
            <w:r w:rsidRPr="00704E61">
              <w:rPr>
                <w:rFonts w:ascii="Times New Roman" w:hAnsi="Times New Roman" w:cs="Times New Roman"/>
                <w:sz w:val="18"/>
                <w:szCs w:val="18"/>
              </w:rPr>
              <w:t>Open science</w:t>
            </w:r>
          </w:p>
        </w:tc>
        <w:tc>
          <w:tcPr>
            <w:tcW w:w="1873" w:type="dxa"/>
            <w:tcMar/>
          </w:tcPr>
          <w:p w:rsidRPr="00704E61" w:rsidR="003F40DC" w:rsidP="00704E61" w:rsidRDefault="00000000" w14:paraId="3F9B3C11" w14:textId="77777777">
            <w:pPr>
              <w:spacing w:after="0"/>
              <w:rPr>
                <w:rFonts w:ascii="Times New Roman" w:hAnsi="Times New Roman" w:cs="Times New Roman"/>
                <w:sz w:val="18"/>
                <w:szCs w:val="18"/>
              </w:rPr>
            </w:pPr>
            <w:r w:rsidRPr="00704E61">
              <w:rPr>
                <w:rFonts w:ascii="Times New Roman" w:hAnsi="Times New Roman" w:cs="Times New Roman"/>
                <w:sz w:val="18"/>
                <w:szCs w:val="18"/>
              </w:rPr>
              <w:t>8</w:t>
            </w:r>
          </w:p>
        </w:tc>
        <w:tc>
          <w:tcPr>
            <w:tcW w:w="2122" w:type="dxa"/>
            <w:tcMar/>
          </w:tcPr>
          <w:p w:rsidRPr="00704E61" w:rsidR="003F40DC" w:rsidP="00704E61" w:rsidRDefault="00000000" w14:paraId="415C3DA1" w14:textId="77777777">
            <w:pPr>
              <w:spacing w:after="0"/>
              <w:rPr>
                <w:rFonts w:ascii="Times New Roman" w:hAnsi="Times New Roman" w:cs="Times New Roman"/>
                <w:sz w:val="18"/>
                <w:szCs w:val="18"/>
              </w:rPr>
            </w:pPr>
            <w:r w:rsidRPr="00704E61">
              <w:rPr>
                <w:rFonts w:ascii="Times New Roman" w:hAnsi="Times New Roman" w:cs="Times New Roman"/>
                <w:sz w:val="18"/>
                <w:szCs w:val="18"/>
              </w:rPr>
              <w:t>Plans to communicate trial results to participants, healthcare professionals, the public, and other relevant groups (eg, reporting in trial registry, plain language summary, publication)</w:t>
            </w:r>
          </w:p>
        </w:tc>
        <w:tc>
          <w:tcPr>
            <w:tcW w:w="2846" w:type="dxa"/>
            <w:tcMar/>
          </w:tcPr>
          <w:p w:rsidRPr="00704E61" w:rsidR="0080588E" w:rsidP="00704E61" w:rsidRDefault="00000000" w14:paraId="0AB52115"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pp.21-22 (Safety reporting; Dissemination)</w:t>
            </w:r>
          </w:p>
        </w:tc>
      </w:tr>
      <w:tr w:rsidRPr="0060181E" w:rsidR="003F40DC" w:rsidTr="700A6879" w14:paraId="426D36D1" w14:textId="77777777">
        <w:trPr>
          <w:jc w:val="center"/>
        </w:trPr>
        <w:tc>
          <w:tcPr>
            <w:tcW w:w="2015" w:type="dxa"/>
            <w:tcMar/>
          </w:tcPr>
          <w:p w:rsidRPr="00704E61" w:rsidR="003F40DC" w:rsidP="00704E61" w:rsidRDefault="00000000" w14:paraId="0C8DE51C" w14:textId="77777777">
            <w:pPr>
              <w:spacing w:after="0"/>
              <w:rPr>
                <w:rFonts w:ascii="Times New Roman" w:hAnsi="Times New Roman" w:cs="Times New Roman"/>
                <w:sz w:val="18"/>
                <w:szCs w:val="18"/>
              </w:rPr>
            </w:pPr>
            <w:r w:rsidRPr="00704E61">
              <w:rPr>
                <w:rFonts w:ascii="Times New Roman" w:hAnsi="Times New Roman" w:cs="Times New Roman"/>
                <w:sz w:val="18"/>
                <w:szCs w:val="18"/>
              </w:rPr>
              <w:t>Introduction</w:t>
            </w:r>
          </w:p>
        </w:tc>
        <w:tc>
          <w:tcPr>
            <w:tcW w:w="1873" w:type="dxa"/>
            <w:tcMar/>
          </w:tcPr>
          <w:p w:rsidRPr="00704E61" w:rsidR="003F40DC" w:rsidP="00704E61" w:rsidRDefault="00000000" w14:paraId="3A9B2629" w14:textId="77777777">
            <w:pPr>
              <w:spacing w:after="0"/>
              <w:rPr>
                <w:rFonts w:ascii="Times New Roman" w:hAnsi="Times New Roman" w:cs="Times New Roman"/>
                <w:sz w:val="18"/>
                <w:szCs w:val="18"/>
              </w:rPr>
            </w:pPr>
            <w:r w:rsidRPr="00704E61">
              <w:rPr>
                <w:rFonts w:ascii="Times New Roman" w:hAnsi="Times New Roman" w:cs="Times New Roman"/>
                <w:sz w:val="18"/>
                <w:szCs w:val="18"/>
              </w:rPr>
              <w:t>9a</w:t>
            </w:r>
          </w:p>
        </w:tc>
        <w:tc>
          <w:tcPr>
            <w:tcW w:w="2122" w:type="dxa"/>
            <w:tcMar/>
          </w:tcPr>
          <w:p w:rsidRPr="00704E61" w:rsidR="003F40DC" w:rsidP="00704E61" w:rsidRDefault="00000000" w14:paraId="6D13B534" w14:textId="77777777">
            <w:pPr>
              <w:spacing w:after="0"/>
              <w:rPr>
                <w:rFonts w:ascii="Times New Roman" w:hAnsi="Times New Roman" w:cs="Times New Roman"/>
                <w:sz w:val="18"/>
                <w:szCs w:val="18"/>
              </w:rPr>
            </w:pPr>
            <w:r w:rsidRPr="00704E61">
              <w:rPr>
                <w:rFonts w:ascii="Times New Roman" w:hAnsi="Times New Roman" w:cs="Times New Roman"/>
                <w:sz w:val="18"/>
                <w:szCs w:val="18"/>
              </w:rPr>
              <w:t>Scientific background and rationale, including summary of relevant studies (published and unpublished) examining benefits and harms for each intervention</w:t>
            </w:r>
          </w:p>
        </w:tc>
        <w:tc>
          <w:tcPr>
            <w:tcW w:w="2846" w:type="dxa"/>
            <w:tcMar/>
          </w:tcPr>
          <w:p w:rsidRPr="00704E61" w:rsidR="0080588E" w:rsidP="00704E61" w:rsidRDefault="00000000" w14:paraId="281B8294" w14:textId="77777777">
            <w:pPr>
              <w:spacing w:after="0"/>
              <w:rPr>
                <w:rFonts w:ascii="Times New Roman" w:hAnsi="Times New Roman" w:cs="Times New Roman"/>
                <w:sz w:val="18"/>
                <w:szCs w:val="18"/>
              </w:rPr>
            </w:pPr>
            <w:proofErr w:type="gramStart"/>
            <w:r w:rsidRPr="00704E61">
              <w:rPr>
                <w:rFonts w:ascii="Times New Roman" w:hAnsi="Times New Roman" w:cs="Times New Roman"/>
                <w:sz w:val="18"/>
                <w:szCs w:val="18"/>
              </w:rPr>
              <w:t>pp</w:t>
            </w:r>
            <w:proofErr w:type="gramEnd"/>
            <w:r w:rsidRPr="00704E61">
              <w:rPr>
                <w:rFonts w:ascii="Times New Roman" w:hAnsi="Times New Roman" w:cs="Times New Roman"/>
                <w:sz w:val="18"/>
                <w:szCs w:val="18"/>
              </w:rPr>
              <w:t>.3-4 (Background)</w:t>
            </w:r>
          </w:p>
        </w:tc>
      </w:tr>
      <w:tr w:rsidRPr="0060181E" w:rsidR="003F40DC" w:rsidTr="700A6879" w14:paraId="3FCA4CDD" w14:textId="77777777">
        <w:trPr>
          <w:jc w:val="center"/>
        </w:trPr>
        <w:tc>
          <w:tcPr>
            <w:tcW w:w="2015" w:type="dxa"/>
            <w:tcMar/>
          </w:tcPr>
          <w:p w:rsidRPr="00704E61" w:rsidR="003F40DC" w:rsidP="00704E61" w:rsidRDefault="00000000" w14:paraId="72DCBB9A" w14:textId="77777777">
            <w:pPr>
              <w:spacing w:after="0"/>
              <w:rPr>
                <w:rFonts w:ascii="Times New Roman" w:hAnsi="Times New Roman" w:cs="Times New Roman"/>
                <w:sz w:val="18"/>
                <w:szCs w:val="18"/>
              </w:rPr>
            </w:pPr>
            <w:r w:rsidRPr="00704E61">
              <w:rPr>
                <w:rFonts w:ascii="Times New Roman" w:hAnsi="Times New Roman" w:cs="Times New Roman"/>
                <w:sz w:val="18"/>
                <w:szCs w:val="18"/>
              </w:rPr>
              <w:t>Introduction</w:t>
            </w:r>
          </w:p>
        </w:tc>
        <w:tc>
          <w:tcPr>
            <w:tcW w:w="1873" w:type="dxa"/>
            <w:tcMar/>
          </w:tcPr>
          <w:p w:rsidRPr="00704E61" w:rsidR="003F40DC" w:rsidP="00704E61" w:rsidRDefault="00000000" w14:paraId="1915EE52" w14:textId="77777777">
            <w:pPr>
              <w:spacing w:after="0"/>
              <w:rPr>
                <w:rFonts w:ascii="Times New Roman" w:hAnsi="Times New Roman" w:cs="Times New Roman"/>
                <w:sz w:val="18"/>
                <w:szCs w:val="18"/>
              </w:rPr>
            </w:pPr>
            <w:r w:rsidRPr="00704E61">
              <w:rPr>
                <w:rFonts w:ascii="Times New Roman" w:hAnsi="Times New Roman" w:cs="Times New Roman"/>
                <w:sz w:val="18"/>
                <w:szCs w:val="18"/>
              </w:rPr>
              <w:t>9b</w:t>
            </w:r>
          </w:p>
        </w:tc>
        <w:tc>
          <w:tcPr>
            <w:tcW w:w="2122" w:type="dxa"/>
            <w:tcMar/>
          </w:tcPr>
          <w:p w:rsidRPr="00704E61" w:rsidR="003F40DC" w:rsidP="00704E61" w:rsidRDefault="00000000" w14:paraId="79647E80" w14:textId="77777777">
            <w:pPr>
              <w:spacing w:after="0"/>
              <w:rPr>
                <w:rFonts w:ascii="Times New Roman" w:hAnsi="Times New Roman" w:cs="Times New Roman"/>
                <w:sz w:val="18"/>
                <w:szCs w:val="18"/>
              </w:rPr>
            </w:pPr>
            <w:r w:rsidRPr="00704E61">
              <w:rPr>
                <w:rFonts w:ascii="Times New Roman" w:hAnsi="Times New Roman" w:cs="Times New Roman"/>
                <w:sz w:val="18"/>
                <w:szCs w:val="18"/>
              </w:rPr>
              <w:t>Explanation for choice of comparator</w:t>
            </w:r>
          </w:p>
        </w:tc>
        <w:tc>
          <w:tcPr>
            <w:tcW w:w="2846" w:type="dxa"/>
            <w:tcMar/>
          </w:tcPr>
          <w:p w:rsidRPr="00704E61" w:rsidR="0080588E" w:rsidP="00704E61" w:rsidRDefault="00000000" w14:paraId="1F55F5FA"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pp.4-5 (Background rationale for comparators)</w:t>
            </w:r>
          </w:p>
        </w:tc>
      </w:tr>
      <w:tr w:rsidRPr="0060181E" w:rsidR="003F40DC" w:rsidTr="700A6879" w14:paraId="4FEEF073" w14:textId="77777777">
        <w:trPr>
          <w:jc w:val="center"/>
        </w:trPr>
        <w:tc>
          <w:tcPr>
            <w:tcW w:w="2015" w:type="dxa"/>
            <w:tcMar/>
          </w:tcPr>
          <w:p w:rsidRPr="00704E61" w:rsidR="003F40DC" w:rsidP="00704E61" w:rsidRDefault="00000000" w14:paraId="4EF39A58" w14:textId="77777777">
            <w:pPr>
              <w:spacing w:after="0"/>
              <w:rPr>
                <w:rFonts w:ascii="Times New Roman" w:hAnsi="Times New Roman" w:cs="Times New Roman"/>
                <w:sz w:val="18"/>
                <w:szCs w:val="18"/>
              </w:rPr>
            </w:pPr>
            <w:r w:rsidRPr="00704E61">
              <w:rPr>
                <w:rFonts w:ascii="Times New Roman" w:hAnsi="Times New Roman" w:cs="Times New Roman"/>
                <w:sz w:val="18"/>
                <w:szCs w:val="18"/>
              </w:rPr>
              <w:t>Introduction</w:t>
            </w:r>
          </w:p>
        </w:tc>
        <w:tc>
          <w:tcPr>
            <w:tcW w:w="1873" w:type="dxa"/>
            <w:tcMar/>
          </w:tcPr>
          <w:p w:rsidRPr="00704E61" w:rsidR="003F40DC" w:rsidP="00704E61" w:rsidRDefault="00000000" w14:paraId="7274F68F" w14:textId="77777777">
            <w:pPr>
              <w:spacing w:after="0"/>
              <w:rPr>
                <w:rFonts w:ascii="Times New Roman" w:hAnsi="Times New Roman" w:cs="Times New Roman"/>
                <w:sz w:val="18"/>
                <w:szCs w:val="18"/>
              </w:rPr>
            </w:pPr>
            <w:r w:rsidRPr="00704E61">
              <w:rPr>
                <w:rFonts w:ascii="Times New Roman" w:hAnsi="Times New Roman" w:cs="Times New Roman"/>
                <w:sz w:val="18"/>
                <w:szCs w:val="18"/>
              </w:rPr>
              <w:t>10</w:t>
            </w:r>
          </w:p>
        </w:tc>
        <w:tc>
          <w:tcPr>
            <w:tcW w:w="2122" w:type="dxa"/>
            <w:tcMar/>
          </w:tcPr>
          <w:p w:rsidRPr="00704E61" w:rsidR="003F40DC" w:rsidP="00704E61" w:rsidRDefault="00000000" w14:paraId="0C23CEED" w14:textId="77777777">
            <w:pPr>
              <w:spacing w:after="0"/>
              <w:rPr>
                <w:rFonts w:ascii="Times New Roman" w:hAnsi="Times New Roman" w:cs="Times New Roman"/>
                <w:sz w:val="18"/>
                <w:szCs w:val="18"/>
              </w:rPr>
            </w:pPr>
            <w:r w:rsidRPr="00704E61">
              <w:rPr>
                <w:rFonts w:ascii="Times New Roman" w:hAnsi="Times New Roman" w:cs="Times New Roman"/>
                <w:sz w:val="18"/>
                <w:szCs w:val="18"/>
              </w:rPr>
              <w:t>Specific objectives related to benefits and harms</w:t>
            </w:r>
          </w:p>
        </w:tc>
        <w:tc>
          <w:tcPr>
            <w:tcW w:w="2846" w:type="dxa"/>
            <w:tcMar/>
          </w:tcPr>
          <w:p w:rsidRPr="00704E61" w:rsidR="0080588E" w:rsidP="700A6879" w:rsidRDefault="00000000" w14:paraId="54C6210E" w14:textId="7EDAAB84">
            <w:pPr>
              <w:pStyle w:val="Normal"/>
              <w:suppressLineNumbers w:val="0"/>
              <w:bidi w:val="0"/>
              <w:spacing w:before="0" w:beforeAutospacing="off" w:after="0" w:afterAutospacing="off" w:line="276" w:lineRule="auto"/>
              <w:ind w:left="0" w:right="0"/>
              <w:jc w:val="left"/>
              <w:rPr>
                <w:rFonts w:ascii="Times New Roman" w:hAnsi="Times New Roman" w:cs="Times New Roman"/>
                <w:sz w:val="18"/>
                <w:szCs w:val="18"/>
              </w:rPr>
            </w:pPr>
            <w:r w:rsidRPr="700A6879" w:rsidR="19AB41DD">
              <w:rPr>
                <w:rFonts w:ascii="Times New Roman" w:hAnsi="Times New Roman" w:cs="Times New Roman"/>
                <w:sz w:val="18"/>
                <w:szCs w:val="18"/>
              </w:rPr>
              <w:t>p.</w:t>
            </w:r>
            <w:r w:rsidRPr="700A6879" w:rsidR="33458972">
              <w:rPr>
                <w:rFonts w:ascii="Times New Roman" w:hAnsi="Times New Roman" w:cs="Times New Roman"/>
                <w:sz w:val="18"/>
                <w:szCs w:val="18"/>
              </w:rPr>
              <w:t>4</w:t>
            </w:r>
            <w:r w:rsidRPr="700A6879" w:rsidR="19AB41DD">
              <w:rPr>
                <w:rFonts w:ascii="Times New Roman" w:hAnsi="Times New Roman" w:cs="Times New Roman"/>
                <w:sz w:val="18"/>
                <w:szCs w:val="18"/>
              </w:rPr>
              <w:t xml:space="preserve"> (Objectives/aims and hypotheses)</w:t>
            </w:r>
          </w:p>
        </w:tc>
      </w:tr>
      <w:tr w:rsidRPr="0060181E" w:rsidR="003F40DC" w:rsidTr="700A6879" w14:paraId="10A3F3C3" w14:textId="77777777">
        <w:trPr>
          <w:jc w:val="center"/>
        </w:trPr>
        <w:tc>
          <w:tcPr>
            <w:tcW w:w="2015" w:type="dxa"/>
            <w:tcMar/>
          </w:tcPr>
          <w:p w:rsidRPr="00704E61" w:rsidR="003F40DC" w:rsidP="00704E61" w:rsidRDefault="00000000" w14:paraId="1C8B47DE"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Patient and public involvement, trial design</w:t>
            </w:r>
          </w:p>
        </w:tc>
        <w:tc>
          <w:tcPr>
            <w:tcW w:w="1873" w:type="dxa"/>
            <w:tcMar/>
          </w:tcPr>
          <w:p w:rsidRPr="00704E61" w:rsidR="003F40DC" w:rsidP="00704E61" w:rsidRDefault="00000000" w14:paraId="2650CC31" w14:textId="77777777">
            <w:pPr>
              <w:spacing w:after="0"/>
              <w:rPr>
                <w:rFonts w:ascii="Times New Roman" w:hAnsi="Times New Roman" w:cs="Times New Roman"/>
                <w:sz w:val="18"/>
                <w:szCs w:val="18"/>
              </w:rPr>
            </w:pPr>
            <w:r w:rsidRPr="00704E61">
              <w:rPr>
                <w:rFonts w:ascii="Times New Roman" w:hAnsi="Times New Roman" w:cs="Times New Roman"/>
                <w:sz w:val="18"/>
                <w:szCs w:val="18"/>
              </w:rPr>
              <w:t>11</w:t>
            </w:r>
          </w:p>
        </w:tc>
        <w:tc>
          <w:tcPr>
            <w:tcW w:w="2122" w:type="dxa"/>
            <w:tcMar/>
          </w:tcPr>
          <w:p w:rsidRPr="00704E61" w:rsidR="003F40DC" w:rsidP="00704E61" w:rsidRDefault="00000000" w14:paraId="04B644A7" w14:textId="77777777">
            <w:pPr>
              <w:spacing w:after="0"/>
              <w:rPr>
                <w:rFonts w:ascii="Times New Roman" w:hAnsi="Times New Roman" w:cs="Times New Roman"/>
                <w:sz w:val="18"/>
                <w:szCs w:val="18"/>
              </w:rPr>
            </w:pPr>
            <w:r w:rsidRPr="00704E61">
              <w:rPr>
                <w:rFonts w:ascii="Times New Roman" w:hAnsi="Times New Roman" w:cs="Times New Roman"/>
                <w:sz w:val="18"/>
                <w:szCs w:val="18"/>
              </w:rPr>
              <w:t>Details of, or plans for, patient or public involvement in the design, conduct, and reporting of the trial</w:t>
            </w:r>
          </w:p>
        </w:tc>
        <w:tc>
          <w:tcPr>
            <w:tcW w:w="2846" w:type="dxa"/>
            <w:tcMar/>
          </w:tcPr>
          <w:p w:rsidRPr="00704E61" w:rsidR="0080588E" w:rsidP="00704E61" w:rsidRDefault="00000000" w14:paraId="5F746DC4" w14:textId="417E50E3">
            <w:pPr>
              <w:spacing w:after="0"/>
              <w:rPr>
                <w:rFonts w:ascii="Times New Roman" w:hAnsi="Times New Roman" w:cs="Times New Roman"/>
                <w:sz w:val="18"/>
                <w:szCs w:val="18"/>
              </w:rPr>
            </w:pPr>
            <w:r w:rsidRPr="2DAD29B4" w:rsidR="3943A914">
              <w:rPr>
                <w:rFonts w:ascii="Times New Roman" w:hAnsi="Times New Roman" w:cs="Times New Roman"/>
                <w:sz w:val="18"/>
                <w:szCs w:val="18"/>
              </w:rPr>
              <w:t>p.</w:t>
            </w:r>
            <w:r w:rsidRPr="2DAD29B4" w:rsidR="3EA1EB1E">
              <w:rPr>
                <w:rFonts w:ascii="Times New Roman" w:hAnsi="Times New Roman" w:cs="Times New Roman"/>
                <w:sz w:val="18"/>
                <w:szCs w:val="18"/>
              </w:rPr>
              <w:t>7</w:t>
            </w:r>
            <w:r w:rsidRPr="2DAD29B4" w:rsidR="3943A914">
              <w:rPr>
                <w:rFonts w:ascii="Times New Roman" w:hAnsi="Times New Roman" w:cs="Times New Roman"/>
                <w:sz w:val="18"/>
                <w:szCs w:val="18"/>
              </w:rPr>
              <w:t xml:space="preserve"> (Patient and public involvement statement)</w:t>
            </w:r>
          </w:p>
        </w:tc>
      </w:tr>
      <w:tr w:rsidRPr="0060181E" w:rsidR="003F40DC" w:rsidTr="700A6879" w14:paraId="53C782FA" w14:textId="77777777">
        <w:trPr>
          <w:jc w:val="center"/>
        </w:trPr>
        <w:tc>
          <w:tcPr>
            <w:tcW w:w="2015" w:type="dxa"/>
            <w:tcMar/>
          </w:tcPr>
          <w:p w:rsidRPr="00704E61" w:rsidR="003F40DC" w:rsidP="00704E61" w:rsidRDefault="00000000" w14:paraId="7CCB4778"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Patient and public involvement, trial design</w:t>
            </w:r>
          </w:p>
        </w:tc>
        <w:tc>
          <w:tcPr>
            <w:tcW w:w="1873" w:type="dxa"/>
            <w:tcMar/>
          </w:tcPr>
          <w:p w:rsidRPr="00704E61" w:rsidR="003F40DC" w:rsidP="00704E61" w:rsidRDefault="00000000" w14:paraId="1D81B950" w14:textId="77777777">
            <w:pPr>
              <w:spacing w:after="0"/>
              <w:rPr>
                <w:rFonts w:ascii="Times New Roman" w:hAnsi="Times New Roman" w:cs="Times New Roman"/>
                <w:sz w:val="18"/>
                <w:szCs w:val="18"/>
              </w:rPr>
            </w:pPr>
            <w:r w:rsidRPr="00704E61">
              <w:rPr>
                <w:rFonts w:ascii="Times New Roman" w:hAnsi="Times New Roman" w:cs="Times New Roman"/>
                <w:sz w:val="18"/>
                <w:szCs w:val="18"/>
              </w:rPr>
              <w:t>12</w:t>
            </w:r>
          </w:p>
        </w:tc>
        <w:tc>
          <w:tcPr>
            <w:tcW w:w="2122" w:type="dxa"/>
            <w:tcMar/>
          </w:tcPr>
          <w:p w:rsidRPr="00704E61" w:rsidR="003F40DC" w:rsidP="00704E61" w:rsidRDefault="00000000" w14:paraId="14AEE923" w14:textId="77777777">
            <w:pPr>
              <w:spacing w:after="0"/>
              <w:rPr>
                <w:rFonts w:ascii="Times New Roman" w:hAnsi="Times New Roman" w:cs="Times New Roman"/>
                <w:sz w:val="18"/>
                <w:szCs w:val="18"/>
              </w:rPr>
            </w:pPr>
            <w:r w:rsidRPr="00704E61">
              <w:rPr>
                <w:rFonts w:ascii="Times New Roman" w:hAnsi="Times New Roman" w:cs="Times New Roman"/>
                <w:sz w:val="18"/>
                <w:szCs w:val="18"/>
              </w:rPr>
              <w:t>Description of trial design including type of trial (eg, parallel group, crossover), allocation ratio, and framework (eg, superiority, equivalence, non-inferiority, exploratory)</w:t>
            </w:r>
          </w:p>
        </w:tc>
        <w:tc>
          <w:tcPr>
            <w:tcW w:w="2846" w:type="dxa"/>
            <w:tcMar/>
          </w:tcPr>
          <w:p w:rsidRPr="00704E61" w:rsidR="0080588E" w:rsidP="700A6879" w:rsidRDefault="00000000" w14:paraId="1532AA9A" w14:textId="5FF2452F">
            <w:pPr>
              <w:pStyle w:val="Normal"/>
              <w:spacing w:after="0"/>
              <w:rPr>
                <w:rFonts w:ascii="Times New Roman" w:hAnsi="Times New Roman" w:cs="Times New Roman"/>
                <w:sz w:val="18"/>
                <w:szCs w:val="18"/>
              </w:rPr>
            </w:pPr>
            <w:r w:rsidRPr="700A6879" w:rsidR="23A5E606">
              <w:rPr>
                <w:rFonts w:ascii="Times New Roman" w:hAnsi="Times New Roman" w:eastAsia="Times New Roman" w:cs="Times New Roman"/>
                <w:noProof w:val="0"/>
                <w:sz w:val="18"/>
                <w:szCs w:val="18"/>
                <w:lang w:val="en-US"/>
              </w:rPr>
              <w:t>pp.5 and 7</w:t>
            </w:r>
          </w:p>
        </w:tc>
      </w:tr>
      <w:tr w:rsidRPr="0060181E" w:rsidR="003F40DC" w:rsidTr="700A6879" w14:paraId="770F0408" w14:textId="77777777">
        <w:trPr>
          <w:jc w:val="center"/>
        </w:trPr>
        <w:tc>
          <w:tcPr>
            <w:tcW w:w="2015" w:type="dxa"/>
            <w:tcMar/>
          </w:tcPr>
          <w:p w:rsidRPr="00704E61" w:rsidR="003F40DC" w:rsidP="00704E61" w:rsidRDefault="00000000" w14:paraId="27F89108"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05E09C14" w14:textId="77777777">
            <w:pPr>
              <w:spacing w:after="0"/>
              <w:rPr>
                <w:rFonts w:ascii="Times New Roman" w:hAnsi="Times New Roman" w:cs="Times New Roman"/>
                <w:sz w:val="18"/>
                <w:szCs w:val="18"/>
              </w:rPr>
            </w:pPr>
            <w:r w:rsidRPr="00704E61">
              <w:rPr>
                <w:rFonts w:ascii="Times New Roman" w:hAnsi="Times New Roman" w:cs="Times New Roman"/>
                <w:sz w:val="18"/>
                <w:szCs w:val="18"/>
              </w:rPr>
              <w:t>13</w:t>
            </w:r>
          </w:p>
        </w:tc>
        <w:tc>
          <w:tcPr>
            <w:tcW w:w="2122" w:type="dxa"/>
            <w:tcMar/>
          </w:tcPr>
          <w:p w:rsidRPr="00704E61" w:rsidR="003F40DC" w:rsidP="00704E61" w:rsidRDefault="00000000" w14:paraId="14D05946" w14:textId="77777777">
            <w:pPr>
              <w:spacing w:after="0"/>
              <w:rPr>
                <w:rFonts w:ascii="Times New Roman" w:hAnsi="Times New Roman" w:cs="Times New Roman"/>
                <w:sz w:val="18"/>
                <w:szCs w:val="18"/>
              </w:rPr>
            </w:pPr>
            <w:r w:rsidRPr="00704E61">
              <w:rPr>
                <w:rFonts w:ascii="Times New Roman" w:hAnsi="Times New Roman" w:cs="Times New Roman"/>
                <w:sz w:val="18"/>
                <w:szCs w:val="18"/>
              </w:rPr>
              <w:t xml:space="preserve">Settings (eg, community, hospital) and locations (eg, countries, sites) where the trial will be </w:t>
            </w:r>
            <w:r w:rsidRPr="00704E61">
              <w:rPr>
                <w:rFonts w:ascii="Times New Roman" w:hAnsi="Times New Roman" w:cs="Times New Roman"/>
                <w:sz w:val="18"/>
                <w:szCs w:val="18"/>
              </w:rPr>
              <w:lastRenderedPageBreak/>
              <w:t>conducted</w:t>
            </w:r>
          </w:p>
        </w:tc>
        <w:tc>
          <w:tcPr>
            <w:tcW w:w="2846" w:type="dxa"/>
            <w:tcMar/>
          </w:tcPr>
          <w:p w:rsidRPr="00704E61" w:rsidR="0080588E" w:rsidP="700A6879" w:rsidRDefault="00000000" w14:paraId="17FD9A24" w14:textId="36BEEF3D">
            <w:pPr>
              <w:pStyle w:val="Normal"/>
              <w:spacing w:after="0"/>
              <w:rPr>
                <w:rFonts w:ascii="Times New Roman" w:hAnsi="Times New Roman" w:cs="Times New Roman"/>
                <w:sz w:val="18"/>
                <w:szCs w:val="18"/>
              </w:rPr>
            </w:pPr>
            <w:r w:rsidRPr="700A6879" w:rsidR="18B6CD8E">
              <w:rPr>
                <w:rFonts w:ascii="Times New Roman" w:hAnsi="Times New Roman" w:eastAsia="Times New Roman" w:cs="Times New Roman"/>
                <w:noProof w:val="0"/>
                <w:sz w:val="18"/>
                <w:szCs w:val="18"/>
                <w:lang w:val="en-US"/>
              </w:rPr>
              <w:t>pp.5 and 8</w:t>
            </w:r>
            <w:r w:rsidRPr="700A6879" w:rsidR="19AB41DD">
              <w:rPr>
                <w:rFonts w:ascii="Times New Roman" w:hAnsi="Times New Roman" w:cs="Times New Roman"/>
                <w:sz w:val="18"/>
                <w:szCs w:val="18"/>
              </w:rPr>
              <w:t xml:space="preserve"> (Study design and Participants/setting)</w:t>
            </w:r>
          </w:p>
        </w:tc>
      </w:tr>
      <w:tr w:rsidRPr="0060181E" w:rsidR="003F40DC" w:rsidTr="700A6879" w14:paraId="451895CF" w14:textId="77777777">
        <w:trPr>
          <w:jc w:val="center"/>
          <w:trHeight w:val="735"/>
        </w:trPr>
        <w:tc>
          <w:tcPr>
            <w:tcW w:w="2015" w:type="dxa"/>
            <w:tcMar/>
          </w:tcPr>
          <w:p w:rsidRPr="00704E61" w:rsidR="003F40DC" w:rsidP="00704E61" w:rsidRDefault="00000000" w14:paraId="161AA683"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1772AFF5" w14:textId="77777777">
            <w:pPr>
              <w:spacing w:after="0"/>
              <w:rPr>
                <w:rFonts w:ascii="Times New Roman" w:hAnsi="Times New Roman" w:cs="Times New Roman"/>
                <w:sz w:val="18"/>
                <w:szCs w:val="18"/>
              </w:rPr>
            </w:pPr>
            <w:r w:rsidRPr="00704E61">
              <w:rPr>
                <w:rFonts w:ascii="Times New Roman" w:hAnsi="Times New Roman" w:cs="Times New Roman"/>
                <w:sz w:val="18"/>
                <w:szCs w:val="18"/>
              </w:rPr>
              <w:t>14a</w:t>
            </w:r>
          </w:p>
        </w:tc>
        <w:tc>
          <w:tcPr>
            <w:tcW w:w="2122" w:type="dxa"/>
            <w:tcMar/>
          </w:tcPr>
          <w:p w:rsidRPr="00704E61" w:rsidR="003F40DC" w:rsidP="00704E61" w:rsidRDefault="00000000" w14:paraId="25D4FE9B" w14:textId="77777777">
            <w:pPr>
              <w:spacing w:after="0"/>
              <w:rPr>
                <w:rFonts w:ascii="Times New Roman" w:hAnsi="Times New Roman" w:cs="Times New Roman"/>
                <w:sz w:val="18"/>
                <w:szCs w:val="18"/>
              </w:rPr>
            </w:pPr>
            <w:r w:rsidRPr="00704E61">
              <w:rPr>
                <w:rFonts w:ascii="Times New Roman" w:hAnsi="Times New Roman" w:cs="Times New Roman"/>
                <w:sz w:val="18"/>
                <w:szCs w:val="18"/>
              </w:rPr>
              <w:t>Eligibility criteria for participants</w:t>
            </w:r>
          </w:p>
        </w:tc>
        <w:tc>
          <w:tcPr>
            <w:tcW w:w="2846" w:type="dxa"/>
            <w:tcMar/>
          </w:tcPr>
          <w:p w:rsidRPr="00704E61" w:rsidR="0080588E" w:rsidP="700A6879" w:rsidRDefault="00000000" w14:paraId="7738476A" w14:textId="656670C7">
            <w:pPr>
              <w:pStyle w:val="Normal"/>
              <w:spacing w:after="0"/>
              <w:rPr>
                <w:rFonts w:ascii="Times New Roman" w:hAnsi="Times New Roman" w:cs="Times New Roman"/>
                <w:sz w:val="18"/>
                <w:szCs w:val="18"/>
              </w:rPr>
            </w:pPr>
            <w:r w:rsidRPr="700A6879" w:rsidR="66A0C6EA">
              <w:rPr>
                <w:rFonts w:ascii="Times New Roman" w:hAnsi="Times New Roman" w:eastAsia="Times New Roman" w:cs="Times New Roman"/>
                <w:noProof w:val="0"/>
                <w:sz w:val="18"/>
                <w:szCs w:val="18"/>
                <w:lang w:val="en-US"/>
              </w:rPr>
              <w:t>pp.8–9</w:t>
            </w:r>
            <w:r w:rsidRPr="700A6879" w:rsidR="19AB41DD">
              <w:rPr>
                <w:rFonts w:ascii="Times New Roman" w:hAnsi="Times New Roman" w:cs="Times New Roman"/>
                <w:sz w:val="18"/>
                <w:szCs w:val="18"/>
              </w:rPr>
              <w:t xml:space="preserve"> (Participants: eligibility criteria)</w:t>
            </w:r>
          </w:p>
        </w:tc>
      </w:tr>
      <w:tr w:rsidRPr="0060181E" w:rsidR="003F40DC" w:rsidTr="700A6879" w14:paraId="050D0F59" w14:textId="77777777">
        <w:trPr>
          <w:jc w:val="center"/>
        </w:trPr>
        <w:tc>
          <w:tcPr>
            <w:tcW w:w="2015" w:type="dxa"/>
            <w:tcMar/>
          </w:tcPr>
          <w:p w:rsidRPr="00704E61" w:rsidR="003F40DC" w:rsidP="00704E61" w:rsidRDefault="00000000" w14:paraId="5B37FA0B"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0D805BA7" w14:textId="77777777">
            <w:pPr>
              <w:spacing w:after="0"/>
              <w:rPr>
                <w:rFonts w:ascii="Times New Roman" w:hAnsi="Times New Roman" w:cs="Times New Roman"/>
                <w:sz w:val="18"/>
                <w:szCs w:val="18"/>
              </w:rPr>
            </w:pPr>
            <w:r w:rsidRPr="00704E61">
              <w:rPr>
                <w:rFonts w:ascii="Times New Roman" w:hAnsi="Times New Roman" w:cs="Times New Roman"/>
                <w:sz w:val="18"/>
                <w:szCs w:val="18"/>
              </w:rPr>
              <w:t>14b</w:t>
            </w:r>
          </w:p>
        </w:tc>
        <w:tc>
          <w:tcPr>
            <w:tcW w:w="2122" w:type="dxa"/>
            <w:tcMar/>
          </w:tcPr>
          <w:p w:rsidRPr="00704E61" w:rsidR="003F40DC" w:rsidP="00704E61" w:rsidRDefault="00000000" w14:paraId="1048DF7A" w14:textId="77777777">
            <w:pPr>
              <w:spacing w:after="0"/>
              <w:rPr>
                <w:rFonts w:ascii="Times New Roman" w:hAnsi="Times New Roman" w:cs="Times New Roman"/>
                <w:sz w:val="18"/>
                <w:szCs w:val="18"/>
              </w:rPr>
            </w:pPr>
            <w:r w:rsidRPr="00704E61">
              <w:rPr>
                <w:rFonts w:ascii="Times New Roman" w:hAnsi="Times New Roman" w:cs="Times New Roman"/>
                <w:sz w:val="18"/>
                <w:szCs w:val="18"/>
              </w:rPr>
              <w:t>If applicable, eligibility criteria for sites and for individuals who will deliver the interventions (eg, surgeons, physiotherapists)</w:t>
            </w:r>
          </w:p>
        </w:tc>
        <w:tc>
          <w:tcPr>
            <w:tcW w:w="2846" w:type="dxa"/>
            <w:tcMar/>
          </w:tcPr>
          <w:p w:rsidRPr="00704E61" w:rsidR="0080588E" w:rsidP="700A6879" w:rsidRDefault="00000000" w14:paraId="56B1FB93" w14:textId="42C5AAD4">
            <w:pPr>
              <w:pStyle w:val="Normal"/>
              <w:spacing w:after="0"/>
              <w:rPr>
                <w:rFonts w:ascii="Times New Roman" w:hAnsi="Times New Roman" w:cs="Times New Roman"/>
                <w:sz w:val="18"/>
                <w:szCs w:val="18"/>
              </w:rPr>
            </w:pPr>
            <w:r w:rsidRPr="700A6879" w:rsidR="3DCC4866">
              <w:rPr>
                <w:rFonts w:ascii="Times New Roman" w:hAnsi="Times New Roman" w:eastAsia="Times New Roman" w:cs="Times New Roman"/>
                <w:noProof w:val="0"/>
                <w:sz w:val="18"/>
                <w:szCs w:val="18"/>
                <w:lang w:val="en-US"/>
              </w:rPr>
              <w:t>pp.5 and 11–14</w:t>
            </w:r>
            <w:r w:rsidRPr="700A6879" w:rsidR="19AB41DD">
              <w:rPr>
                <w:rFonts w:ascii="Times New Roman" w:hAnsi="Times New Roman" w:cs="Times New Roman"/>
                <w:sz w:val="18"/>
                <w:szCs w:val="18"/>
              </w:rPr>
              <w:t xml:space="preserve"> (Setting; intervention providers/training/fidelity)</w:t>
            </w:r>
          </w:p>
        </w:tc>
      </w:tr>
      <w:tr w:rsidRPr="0060181E" w:rsidR="003F40DC" w:rsidTr="700A6879" w14:paraId="05BA6388" w14:textId="77777777">
        <w:trPr>
          <w:jc w:val="center"/>
        </w:trPr>
        <w:tc>
          <w:tcPr>
            <w:tcW w:w="2015" w:type="dxa"/>
            <w:tcMar/>
          </w:tcPr>
          <w:p w:rsidRPr="00704E61" w:rsidR="003F40DC" w:rsidP="00704E61" w:rsidRDefault="00000000" w14:paraId="61126DBF"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1B091CDE" w14:textId="77777777">
            <w:pPr>
              <w:spacing w:after="0"/>
              <w:rPr>
                <w:rFonts w:ascii="Times New Roman" w:hAnsi="Times New Roman" w:cs="Times New Roman"/>
                <w:sz w:val="18"/>
                <w:szCs w:val="18"/>
              </w:rPr>
            </w:pPr>
            <w:r w:rsidRPr="00704E61">
              <w:rPr>
                <w:rFonts w:ascii="Times New Roman" w:hAnsi="Times New Roman" w:cs="Times New Roman"/>
                <w:sz w:val="18"/>
                <w:szCs w:val="18"/>
              </w:rPr>
              <w:t>15a</w:t>
            </w:r>
          </w:p>
        </w:tc>
        <w:tc>
          <w:tcPr>
            <w:tcW w:w="2122" w:type="dxa"/>
            <w:tcMar/>
          </w:tcPr>
          <w:p w:rsidRPr="00704E61" w:rsidR="003F40DC" w:rsidP="00704E61" w:rsidRDefault="00000000" w14:paraId="47A53A61" w14:textId="77777777">
            <w:pPr>
              <w:spacing w:after="0"/>
              <w:rPr>
                <w:rFonts w:ascii="Times New Roman" w:hAnsi="Times New Roman" w:cs="Times New Roman"/>
                <w:sz w:val="18"/>
                <w:szCs w:val="18"/>
              </w:rPr>
            </w:pPr>
            <w:r w:rsidRPr="00704E61">
              <w:rPr>
                <w:rFonts w:ascii="Times New Roman" w:hAnsi="Times New Roman" w:cs="Times New Roman"/>
                <w:sz w:val="18"/>
                <w:szCs w:val="18"/>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2846" w:type="dxa"/>
            <w:tcMar/>
          </w:tcPr>
          <w:p w:rsidRPr="00704E61" w:rsidR="0080588E" w:rsidP="700A6879" w:rsidRDefault="00000000" w14:paraId="28BD6AE4" w14:textId="17C50572">
            <w:pPr>
              <w:pStyle w:val="Normal"/>
              <w:spacing w:after="0"/>
              <w:rPr>
                <w:rFonts w:ascii="Times New Roman" w:hAnsi="Times New Roman" w:cs="Times New Roman"/>
                <w:sz w:val="18"/>
                <w:szCs w:val="18"/>
              </w:rPr>
            </w:pPr>
            <w:r w:rsidRPr="700A6879" w:rsidR="653A8371">
              <w:rPr>
                <w:rFonts w:ascii="Times New Roman" w:hAnsi="Times New Roman" w:eastAsia="Times New Roman" w:cs="Times New Roman"/>
                <w:noProof w:val="0"/>
                <w:sz w:val="18"/>
                <w:szCs w:val="18"/>
                <w:lang w:val="en-US"/>
              </w:rPr>
              <w:t>pp.11–14</w:t>
            </w:r>
            <w:r w:rsidRPr="700A6879" w:rsidR="19AB41DD">
              <w:rPr>
                <w:rFonts w:ascii="Times New Roman" w:hAnsi="Times New Roman" w:cs="Times New Roman"/>
                <w:sz w:val="18"/>
                <w:szCs w:val="18"/>
              </w:rPr>
              <w:t xml:space="preserve"> (Interventions)</w:t>
            </w:r>
          </w:p>
        </w:tc>
      </w:tr>
      <w:tr w:rsidRPr="0060181E" w:rsidR="003F40DC" w:rsidTr="700A6879" w14:paraId="75D1A231" w14:textId="77777777">
        <w:trPr>
          <w:jc w:val="center"/>
        </w:trPr>
        <w:tc>
          <w:tcPr>
            <w:tcW w:w="2015" w:type="dxa"/>
            <w:tcMar/>
          </w:tcPr>
          <w:p w:rsidRPr="00704E61" w:rsidR="003F40DC" w:rsidP="00704E61" w:rsidRDefault="00000000" w14:paraId="5A88FC72"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5449896A" w14:textId="77777777">
            <w:pPr>
              <w:spacing w:after="0"/>
              <w:rPr>
                <w:rFonts w:ascii="Times New Roman" w:hAnsi="Times New Roman" w:cs="Times New Roman"/>
                <w:sz w:val="18"/>
                <w:szCs w:val="18"/>
              </w:rPr>
            </w:pPr>
            <w:r w:rsidRPr="00704E61">
              <w:rPr>
                <w:rFonts w:ascii="Times New Roman" w:hAnsi="Times New Roman" w:cs="Times New Roman"/>
                <w:sz w:val="18"/>
                <w:szCs w:val="18"/>
              </w:rPr>
              <w:t>15b</w:t>
            </w:r>
          </w:p>
        </w:tc>
        <w:tc>
          <w:tcPr>
            <w:tcW w:w="2122" w:type="dxa"/>
            <w:tcMar/>
          </w:tcPr>
          <w:p w:rsidRPr="00704E61" w:rsidR="003F40DC" w:rsidP="00704E61" w:rsidRDefault="00000000" w14:paraId="242985D8" w14:textId="77777777">
            <w:pPr>
              <w:spacing w:after="0"/>
              <w:rPr>
                <w:rFonts w:ascii="Times New Roman" w:hAnsi="Times New Roman" w:cs="Times New Roman"/>
                <w:sz w:val="18"/>
                <w:szCs w:val="18"/>
              </w:rPr>
            </w:pPr>
            <w:r w:rsidRPr="00704E61">
              <w:rPr>
                <w:rFonts w:ascii="Times New Roman" w:hAnsi="Times New Roman" w:cs="Times New Roman"/>
                <w:sz w:val="18"/>
                <w:szCs w:val="18"/>
              </w:rPr>
              <w:t>Criteria for discontinuing or modifying allocated intervention/comparator for a trial participant</w:t>
            </w:r>
          </w:p>
        </w:tc>
        <w:tc>
          <w:tcPr>
            <w:tcW w:w="2846" w:type="dxa"/>
            <w:tcMar/>
          </w:tcPr>
          <w:p w:rsidRPr="00704E61" w:rsidR="0080588E" w:rsidP="700A6879" w:rsidRDefault="00000000" w14:paraId="68007D3E" w14:textId="257F39F6">
            <w:pPr>
              <w:pStyle w:val="Normal"/>
              <w:spacing w:after="0"/>
              <w:rPr>
                <w:rFonts w:ascii="Times New Roman" w:hAnsi="Times New Roman" w:cs="Times New Roman"/>
                <w:sz w:val="18"/>
                <w:szCs w:val="18"/>
              </w:rPr>
            </w:pPr>
            <w:r w:rsidRPr="700A6879" w:rsidR="20ADAE49">
              <w:rPr>
                <w:rFonts w:ascii="Times New Roman" w:hAnsi="Times New Roman" w:eastAsia="Times New Roman" w:cs="Times New Roman"/>
                <w:noProof w:val="0"/>
                <w:sz w:val="18"/>
                <w:szCs w:val="18"/>
                <w:lang w:val="en-US"/>
              </w:rPr>
              <w:t>pp.8 and 12–13</w:t>
            </w:r>
            <w:r w:rsidRPr="700A6879" w:rsidR="19AB41DD">
              <w:rPr>
                <w:rFonts w:ascii="Times New Roman" w:hAnsi="Times New Roman" w:cs="Times New Roman"/>
                <w:sz w:val="18"/>
                <w:szCs w:val="18"/>
              </w:rPr>
              <w:t xml:space="preserve"> (Discontinuation criteria; stopping rules)</w:t>
            </w:r>
          </w:p>
        </w:tc>
      </w:tr>
      <w:tr w:rsidRPr="0060181E" w:rsidR="003F40DC" w:rsidTr="700A6879" w14:paraId="256EC818" w14:textId="77777777">
        <w:trPr>
          <w:jc w:val="center"/>
        </w:trPr>
        <w:tc>
          <w:tcPr>
            <w:tcW w:w="2015" w:type="dxa"/>
            <w:tcMar/>
          </w:tcPr>
          <w:p w:rsidRPr="00704E61" w:rsidR="003F40DC" w:rsidP="00704E61" w:rsidRDefault="00000000" w14:paraId="06481682"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16943180" w14:textId="77777777">
            <w:pPr>
              <w:spacing w:after="0"/>
              <w:rPr>
                <w:rFonts w:ascii="Times New Roman" w:hAnsi="Times New Roman" w:cs="Times New Roman"/>
                <w:sz w:val="18"/>
                <w:szCs w:val="18"/>
              </w:rPr>
            </w:pPr>
            <w:r w:rsidRPr="00704E61">
              <w:rPr>
                <w:rFonts w:ascii="Times New Roman" w:hAnsi="Times New Roman" w:cs="Times New Roman"/>
                <w:sz w:val="18"/>
                <w:szCs w:val="18"/>
              </w:rPr>
              <w:t>15c</w:t>
            </w:r>
          </w:p>
        </w:tc>
        <w:tc>
          <w:tcPr>
            <w:tcW w:w="2122" w:type="dxa"/>
            <w:tcMar/>
          </w:tcPr>
          <w:p w:rsidRPr="00704E61" w:rsidR="003F40DC" w:rsidP="00704E61" w:rsidRDefault="00000000" w14:paraId="4E3BBEC9" w14:textId="77777777">
            <w:pPr>
              <w:spacing w:after="0"/>
              <w:rPr>
                <w:rFonts w:ascii="Times New Roman" w:hAnsi="Times New Roman" w:cs="Times New Roman"/>
                <w:sz w:val="18"/>
                <w:szCs w:val="18"/>
              </w:rPr>
            </w:pPr>
            <w:r w:rsidRPr="00704E61">
              <w:rPr>
                <w:rFonts w:ascii="Times New Roman" w:hAnsi="Times New Roman" w:cs="Times New Roman"/>
                <w:sz w:val="18"/>
                <w:szCs w:val="18"/>
              </w:rPr>
              <w:t>Strategies to improve adherence to intervention/comparator protocols, if applicable, and any procedures for monitoring adherence</w:t>
            </w:r>
          </w:p>
        </w:tc>
        <w:tc>
          <w:tcPr>
            <w:tcW w:w="2846" w:type="dxa"/>
            <w:tcMar/>
          </w:tcPr>
          <w:p w:rsidRPr="00704E61" w:rsidR="0080588E" w:rsidP="00704E61" w:rsidRDefault="00000000" w14:paraId="65130334" w14:textId="77777777">
            <w:pPr>
              <w:spacing w:after="0"/>
              <w:rPr>
                <w:rFonts w:ascii="Times New Roman" w:hAnsi="Times New Roman" w:cs="Times New Roman"/>
                <w:sz w:val="18"/>
                <w:szCs w:val="18"/>
              </w:rPr>
            </w:pPr>
            <w:proofErr w:type="gramStart"/>
            <w:r w:rsidRPr="00704E61">
              <w:rPr>
                <w:rFonts w:ascii="Times New Roman" w:hAnsi="Times New Roman" w:cs="Times New Roman"/>
                <w:sz w:val="18"/>
                <w:szCs w:val="18"/>
              </w:rPr>
              <w:t>pp</w:t>
            </w:r>
            <w:proofErr w:type="gramEnd"/>
            <w:r w:rsidRPr="00704E61">
              <w:rPr>
                <w:rFonts w:ascii="Times New Roman" w:hAnsi="Times New Roman" w:cs="Times New Roman"/>
                <w:sz w:val="18"/>
                <w:szCs w:val="18"/>
              </w:rPr>
              <w:t>.10-16 (Attendance, fidelity, retention, adherence outcomes)</w:t>
            </w:r>
          </w:p>
        </w:tc>
      </w:tr>
      <w:tr w:rsidRPr="0060181E" w:rsidR="003F40DC" w:rsidTr="700A6879" w14:paraId="14C034B1" w14:textId="77777777">
        <w:trPr>
          <w:jc w:val="center"/>
        </w:trPr>
        <w:tc>
          <w:tcPr>
            <w:tcW w:w="2015" w:type="dxa"/>
            <w:tcMar/>
          </w:tcPr>
          <w:p w:rsidRPr="00704E61" w:rsidR="003F40DC" w:rsidP="00704E61" w:rsidRDefault="00000000" w14:paraId="25FF1145"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454641A8" w14:textId="77777777">
            <w:pPr>
              <w:spacing w:after="0"/>
              <w:rPr>
                <w:rFonts w:ascii="Times New Roman" w:hAnsi="Times New Roman" w:cs="Times New Roman"/>
                <w:sz w:val="18"/>
                <w:szCs w:val="18"/>
              </w:rPr>
            </w:pPr>
            <w:r w:rsidRPr="00704E61">
              <w:rPr>
                <w:rFonts w:ascii="Times New Roman" w:hAnsi="Times New Roman" w:cs="Times New Roman"/>
                <w:sz w:val="18"/>
                <w:szCs w:val="18"/>
              </w:rPr>
              <w:t>15d</w:t>
            </w:r>
          </w:p>
        </w:tc>
        <w:tc>
          <w:tcPr>
            <w:tcW w:w="2122" w:type="dxa"/>
            <w:tcMar/>
          </w:tcPr>
          <w:p w:rsidRPr="00704E61" w:rsidR="003F40DC" w:rsidP="00704E61" w:rsidRDefault="00000000" w14:paraId="3351AFB6" w14:textId="77777777">
            <w:pPr>
              <w:spacing w:after="0"/>
              <w:rPr>
                <w:rFonts w:ascii="Times New Roman" w:hAnsi="Times New Roman" w:cs="Times New Roman"/>
                <w:sz w:val="18"/>
                <w:szCs w:val="18"/>
              </w:rPr>
            </w:pPr>
            <w:r w:rsidRPr="00704E61">
              <w:rPr>
                <w:rFonts w:ascii="Times New Roman" w:hAnsi="Times New Roman" w:cs="Times New Roman"/>
                <w:sz w:val="18"/>
                <w:szCs w:val="18"/>
              </w:rPr>
              <w:t>Concomitant care that is permitted or prohibited during the trial</w:t>
            </w:r>
          </w:p>
        </w:tc>
        <w:tc>
          <w:tcPr>
            <w:tcW w:w="2846" w:type="dxa"/>
            <w:tcMar/>
          </w:tcPr>
          <w:p w:rsidRPr="00704E61" w:rsidR="0080588E" w:rsidP="00704E61" w:rsidRDefault="00000000" w14:paraId="5FCE9F40"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p.11 (Concomitant care and contamination control)</w:t>
            </w:r>
          </w:p>
        </w:tc>
      </w:tr>
      <w:tr w:rsidRPr="0060181E" w:rsidR="003F40DC" w:rsidTr="700A6879" w14:paraId="3B61298D" w14:textId="77777777">
        <w:trPr>
          <w:jc w:val="center"/>
        </w:trPr>
        <w:tc>
          <w:tcPr>
            <w:tcW w:w="2015" w:type="dxa"/>
            <w:tcMar/>
          </w:tcPr>
          <w:p w:rsidRPr="00704E61" w:rsidR="003F40DC" w:rsidP="00704E61" w:rsidRDefault="00000000" w14:paraId="2CB226FF"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498EBD0F" w14:textId="77777777">
            <w:pPr>
              <w:spacing w:after="0"/>
              <w:rPr>
                <w:rFonts w:ascii="Times New Roman" w:hAnsi="Times New Roman" w:cs="Times New Roman"/>
                <w:sz w:val="18"/>
                <w:szCs w:val="18"/>
              </w:rPr>
            </w:pPr>
            <w:r w:rsidRPr="00704E61">
              <w:rPr>
                <w:rFonts w:ascii="Times New Roman" w:hAnsi="Times New Roman" w:cs="Times New Roman"/>
                <w:sz w:val="18"/>
                <w:szCs w:val="18"/>
              </w:rPr>
              <w:t>16</w:t>
            </w:r>
          </w:p>
        </w:tc>
        <w:tc>
          <w:tcPr>
            <w:tcW w:w="2122" w:type="dxa"/>
            <w:tcMar/>
          </w:tcPr>
          <w:p w:rsidRPr="00704E61" w:rsidR="003F40DC" w:rsidP="00704E61" w:rsidRDefault="00000000" w14:paraId="03F7B9AD" w14:textId="77777777">
            <w:pPr>
              <w:spacing w:after="0"/>
              <w:rPr>
                <w:rFonts w:ascii="Times New Roman" w:hAnsi="Times New Roman" w:cs="Times New Roman"/>
                <w:sz w:val="18"/>
                <w:szCs w:val="18"/>
              </w:rPr>
            </w:pPr>
            <w:r w:rsidRPr="00704E61">
              <w:rPr>
                <w:rFonts w:ascii="Times New Roman" w:hAnsi="Times New Roman" w:cs="Times New Roman"/>
                <w:sz w:val="18"/>
                <w:szCs w:val="18"/>
              </w:rPr>
              <w:t>Primary and secondary outcomes, including the specific measurement variable, analysis metric, method of aggregation, and time point for each outcome</w:t>
            </w:r>
          </w:p>
        </w:tc>
        <w:tc>
          <w:tcPr>
            <w:tcW w:w="2846" w:type="dxa"/>
            <w:tcMar/>
          </w:tcPr>
          <w:p w:rsidRPr="00704E61" w:rsidR="0080588E" w:rsidP="00704E61" w:rsidRDefault="00000000" w14:paraId="519AD16D"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pp.14-16 (Outcome measures)</w:t>
            </w:r>
          </w:p>
        </w:tc>
      </w:tr>
      <w:tr w:rsidRPr="0060181E" w:rsidR="003F40DC" w:rsidTr="700A6879" w14:paraId="69302530" w14:textId="77777777">
        <w:trPr>
          <w:jc w:val="center"/>
        </w:trPr>
        <w:tc>
          <w:tcPr>
            <w:tcW w:w="2015" w:type="dxa"/>
            <w:tcMar/>
          </w:tcPr>
          <w:p w:rsidRPr="00704E61" w:rsidR="003F40DC" w:rsidP="00704E61" w:rsidRDefault="00000000" w14:paraId="1983CFBB"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70C4F3AD" w14:textId="77777777">
            <w:pPr>
              <w:spacing w:after="0"/>
              <w:rPr>
                <w:rFonts w:ascii="Times New Roman" w:hAnsi="Times New Roman" w:cs="Times New Roman"/>
                <w:sz w:val="18"/>
                <w:szCs w:val="18"/>
              </w:rPr>
            </w:pPr>
            <w:r w:rsidRPr="00704E61">
              <w:rPr>
                <w:rFonts w:ascii="Times New Roman" w:hAnsi="Times New Roman" w:cs="Times New Roman"/>
                <w:sz w:val="18"/>
                <w:szCs w:val="18"/>
              </w:rPr>
              <w:t>17</w:t>
            </w:r>
          </w:p>
        </w:tc>
        <w:tc>
          <w:tcPr>
            <w:tcW w:w="2122" w:type="dxa"/>
            <w:tcMar/>
          </w:tcPr>
          <w:p w:rsidRPr="00704E61" w:rsidR="003F40DC" w:rsidP="00704E61" w:rsidRDefault="00000000" w14:paraId="4EC51D45" w14:textId="77777777">
            <w:pPr>
              <w:spacing w:after="0"/>
              <w:rPr>
                <w:rFonts w:ascii="Times New Roman" w:hAnsi="Times New Roman" w:cs="Times New Roman"/>
                <w:sz w:val="18"/>
                <w:szCs w:val="18"/>
              </w:rPr>
            </w:pPr>
            <w:r w:rsidRPr="00704E61">
              <w:rPr>
                <w:rFonts w:ascii="Times New Roman" w:hAnsi="Times New Roman" w:cs="Times New Roman"/>
                <w:sz w:val="18"/>
                <w:szCs w:val="18"/>
              </w:rPr>
              <w:t>How harms are defined and will be assessed</w:t>
            </w:r>
          </w:p>
        </w:tc>
        <w:tc>
          <w:tcPr>
            <w:tcW w:w="2846" w:type="dxa"/>
            <w:tcMar/>
          </w:tcPr>
          <w:p w:rsidRPr="00704E61" w:rsidR="0080588E" w:rsidP="700A6879" w:rsidRDefault="00000000" w14:paraId="7B00CFC8" w14:textId="5A112E21">
            <w:pPr>
              <w:pStyle w:val="Normal"/>
              <w:spacing w:after="0"/>
              <w:rPr>
                <w:rFonts w:ascii="Times New Roman" w:hAnsi="Times New Roman" w:cs="Times New Roman"/>
                <w:sz w:val="18"/>
                <w:szCs w:val="18"/>
              </w:rPr>
            </w:pPr>
            <w:r w:rsidRPr="700A6879" w:rsidR="33793E37">
              <w:rPr>
                <w:rFonts w:ascii="Times New Roman" w:hAnsi="Times New Roman" w:eastAsia="Times New Roman" w:cs="Times New Roman"/>
                <w:noProof w:val="0"/>
                <w:sz w:val="18"/>
                <w:szCs w:val="18"/>
                <w:lang w:val="en-US"/>
              </w:rPr>
              <w:t>pp.12–17 and 22</w:t>
            </w:r>
            <w:r w:rsidRPr="700A6879" w:rsidR="19AB41DD">
              <w:rPr>
                <w:rFonts w:ascii="Times New Roman" w:hAnsi="Times New Roman" w:cs="Times New Roman"/>
                <w:sz w:val="18"/>
                <w:szCs w:val="18"/>
              </w:rPr>
              <w:t xml:space="preserve"> (Stopping rules; adverse events; safety reporting)</w:t>
            </w:r>
          </w:p>
        </w:tc>
      </w:tr>
      <w:tr w:rsidRPr="0060181E" w:rsidR="003F40DC" w:rsidTr="700A6879" w14:paraId="08F35F87" w14:textId="77777777">
        <w:trPr>
          <w:jc w:val="center"/>
        </w:trPr>
        <w:tc>
          <w:tcPr>
            <w:tcW w:w="2015" w:type="dxa"/>
            <w:tcMar/>
          </w:tcPr>
          <w:p w:rsidRPr="00704E61" w:rsidR="003F40DC" w:rsidP="00704E61" w:rsidRDefault="00000000" w14:paraId="770F9440"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2BB75815" w14:textId="77777777">
            <w:pPr>
              <w:spacing w:after="0"/>
              <w:rPr>
                <w:rFonts w:ascii="Times New Roman" w:hAnsi="Times New Roman" w:cs="Times New Roman"/>
                <w:sz w:val="18"/>
                <w:szCs w:val="18"/>
              </w:rPr>
            </w:pPr>
            <w:r w:rsidRPr="00704E61">
              <w:rPr>
                <w:rFonts w:ascii="Times New Roman" w:hAnsi="Times New Roman" w:cs="Times New Roman"/>
                <w:sz w:val="18"/>
                <w:szCs w:val="18"/>
              </w:rPr>
              <w:t>18</w:t>
            </w:r>
          </w:p>
        </w:tc>
        <w:tc>
          <w:tcPr>
            <w:tcW w:w="2122" w:type="dxa"/>
            <w:tcMar/>
          </w:tcPr>
          <w:p w:rsidRPr="00704E61" w:rsidR="003F40DC" w:rsidP="00704E61" w:rsidRDefault="00000000" w14:paraId="33BAE8C8" w14:textId="77777777">
            <w:pPr>
              <w:spacing w:after="0"/>
              <w:rPr>
                <w:rFonts w:ascii="Times New Roman" w:hAnsi="Times New Roman" w:cs="Times New Roman"/>
                <w:sz w:val="18"/>
                <w:szCs w:val="18"/>
              </w:rPr>
            </w:pPr>
            <w:r w:rsidRPr="00704E61">
              <w:rPr>
                <w:rFonts w:ascii="Times New Roman" w:hAnsi="Times New Roman" w:cs="Times New Roman"/>
                <w:sz w:val="18"/>
                <w:szCs w:val="18"/>
              </w:rPr>
              <w:t>Time schedule of enrolment, interventions, assessments, and visits for participants. A schematic diagram is highly recommended</w:t>
            </w:r>
          </w:p>
        </w:tc>
        <w:tc>
          <w:tcPr>
            <w:tcW w:w="2846" w:type="dxa"/>
            <w:tcMar/>
          </w:tcPr>
          <w:p w:rsidRPr="00704E61" w:rsidR="0080588E" w:rsidP="2DAD29B4" w:rsidRDefault="00000000" w14:paraId="2481219E" w14:textId="1B64A3B3">
            <w:pPr>
              <w:pStyle w:val="Normal"/>
              <w:spacing w:after="0"/>
            </w:pPr>
            <w:r w:rsidRPr="2DAD29B4" w:rsidR="004579D2">
              <w:rPr>
                <w:rFonts w:ascii="Times New Roman" w:hAnsi="Times New Roman" w:eastAsia="Times New Roman" w:cs="Times New Roman"/>
                <w:noProof w:val="0"/>
                <w:sz w:val="18"/>
                <w:szCs w:val="18"/>
                <w:lang w:val="en-US"/>
              </w:rPr>
              <w:t>p.7, Figure 2; pp.14–16</w:t>
            </w:r>
          </w:p>
        </w:tc>
      </w:tr>
      <w:tr w:rsidRPr="0060181E" w:rsidR="003F40DC" w:rsidTr="700A6879" w14:paraId="34ED6715" w14:textId="77777777">
        <w:trPr>
          <w:jc w:val="center"/>
        </w:trPr>
        <w:tc>
          <w:tcPr>
            <w:tcW w:w="2015" w:type="dxa"/>
            <w:tcMar/>
          </w:tcPr>
          <w:p w:rsidRPr="00704E61" w:rsidR="003F40DC" w:rsidP="00704E61" w:rsidRDefault="00000000" w14:paraId="7BA46933" w14:textId="77777777">
            <w:pPr>
              <w:spacing w:after="0"/>
              <w:rPr>
                <w:rFonts w:ascii="Times New Roman" w:hAnsi="Times New Roman" w:cs="Times New Roman"/>
                <w:sz w:val="18"/>
                <w:szCs w:val="18"/>
              </w:rPr>
            </w:pPr>
            <w:r w:rsidRPr="00704E61">
              <w:rPr>
                <w:rFonts w:ascii="Times New Roman" w:hAnsi="Times New Roman" w:cs="Times New Roman"/>
                <w:sz w:val="18"/>
                <w:szCs w:val="18"/>
              </w:rPr>
              <w:t xml:space="preserve">Methods: Participants, interventions, and </w:t>
            </w:r>
            <w:r w:rsidRPr="00704E61">
              <w:rPr>
                <w:rFonts w:ascii="Times New Roman" w:hAnsi="Times New Roman" w:cs="Times New Roman"/>
                <w:sz w:val="18"/>
                <w:szCs w:val="18"/>
              </w:rPr>
              <w:lastRenderedPageBreak/>
              <w:t>outcomes</w:t>
            </w:r>
          </w:p>
        </w:tc>
        <w:tc>
          <w:tcPr>
            <w:tcW w:w="1873" w:type="dxa"/>
            <w:tcMar/>
          </w:tcPr>
          <w:p w:rsidRPr="00704E61" w:rsidR="003F40DC" w:rsidP="00704E61" w:rsidRDefault="00000000" w14:paraId="6D64BB57" w14:textId="77777777">
            <w:pPr>
              <w:spacing w:after="0"/>
              <w:rPr>
                <w:rFonts w:ascii="Times New Roman" w:hAnsi="Times New Roman" w:cs="Times New Roman"/>
                <w:sz w:val="18"/>
                <w:szCs w:val="18"/>
              </w:rPr>
            </w:pPr>
            <w:r w:rsidRPr="00704E61">
              <w:rPr>
                <w:rFonts w:ascii="Times New Roman" w:hAnsi="Times New Roman" w:cs="Times New Roman"/>
                <w:sz w:val="18"/>
                <w:szCs w:val="18"/>
              </w:rPr>
              <w:lastRenderedPageBreak/>
              <w:t>19</w:t>
            </w:r>
          </w:p>
        </w:tc>
        <w:tc>
          <w:tcPr>
            <w:tcW w:w="2122" w:type="dxa"/>
            <w:tcMar/>
          </w:tcPr>
          <w:p w:rsidRPr="00704E61" w:rsidR="003F40DC" w:rsidP="00704E61" w:rsidRDefault="00000000" w14:paraId="4C73F583" w14:textId="77777777">
            <w:pPr>
              <w:spacing w:after="0"/>
              <w:rPr>
                <w:rFonts w:ascii="Times New Roman" w:hAnsi="Times New Roman" w:cs="Times New Roman"/>
                <w:sz w:val="18"/>
                <w:szCs w:val="18"/>
              </w:rPr>
            </w:pPr>
            <w:r w:rsidRPr="00704E61">
              <w:rPr>
                <w:rFonts w:ascii="Times New Roman" w:hAnsi="Times New Roman" w:cs="Times New Roman"/>
                <w:sz w:val="18"/>
                <w:szCs w:val="18"/>
              </w:rPr>
              <w:t xml:space="preserve">How sample size was determined, including all </w:t>
            </w:r>
            <w:r w:rsidRPr="00704E61">
              <w:rPr>
                <w:rFonts w:ascii="Times New Roman" w:hAnsi="Times New Roman" w:cs="Times New Roman"/>
                <w:sz w:val="18"/>
                <w:szCs w:val="18"/>
              </w:rPr>
              <w:lastRenderedPageBreak/>
              <w:t>assumptions supporting the sample size calculation</w:t>
            </w:r>
          </w:p>
        </w:tc>
        <w:tc>
          <w:tcPr>
            <w:tcW w:w="2846" w:type="dxa"/>
            <w:tcMar/>
          </w:tcPr>
          <w:p w:rsidRPr="00704E61" w:rsidR="0080588E" w:rsidP="700A6879" w:rsidRDefault="00000000" w14:paraId="179E74A4" w14:textId="4A15AFC3">
            <w:pPr>
              <w:pStyle w:val="Normal"/>
              <w:spacing w:after="0"/>
              <w:rPr>
                <w:rFonts w:ascii="Times New Roman" w:hAnsi="Times New Roman" w:cs="Times New Roman"/>
                <w:sz w:val="18"/>
                <w:szCs w:val="18"/>
              </w:rPr>
            </w:pPr>
            <w:r w:rsidRPr="700A6879" w:rsidR="6827A63A">
              <w:rPr>
                <w:rFonts w:ascii="Times New Roman" w:hAnsi="Times New Roman" w:eastAsia="Times New Roman" w:cs="Times New Roman"/>
                <w:noProof w:val="0"/>
                <w:sz w:val="18"/>
                <w:szCs w:val="18"/>
                <w:lang w:val="en-US"/>
              </w:rPr>
              <w:t>pp.9–10</w:t>
            </w:r>
            <w:r w:rsidRPr="700A6879" w:rsidR="19AB41DD">
              <w:rPr>
                <w:rFonts w:ascii="Times New Roman" w:hAnsi="Times New Roman" w:cs="Times New Roman"/>
                <w:sz w:val="18"/>
                <w:szCs w:val="18"/>
              </w:rPr>
              <w:t xml:space="preserve"> (Sample size)</w:t>
            </w:r>
          </w:p>
        </w:tc>
      </w:tr>
      <w:tr w:rsidRPr="0060181E" w:rsidR="003F40DC" w:rsidTr="700A6879" w14:paraId="0C215ECC" w14:textId="77777777">
        <w:trPr>
          <w:jc w:val="center"/>
        </w:trPr>
        <w:tc>
          <w:tcPr>
            <w:tcW w:w="2015" w:type="dxa"/>
            <w:tcMar/>
          </w:tcPr>
          <w:p w:rsidRPr="00704E61" w:rsidR="003F40DC" w:rsidP="00704E61" w:rsidRDefault="00000000" w14:paraId="1298709D"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Participants, interventions, and outcomes</w:t>
            </w:r>
          </w:p>
        </w:tc>
        <w:tc>
          <w:tcPr>
            <w:tcW w:w="1873" w:type="dxa"/>
            <w:tcMar/>
          </w:tcPr>
          <w:p w:rsidRPr="00704E61" w:rsidR="003F40DC" w:rsidP="00704E61" w:rsidRDefault="00000000" w14:paraId="7D2504A8" w14:textId="77777777">
            <w:pPr>
              <w:spacing w:after="0"/>
              <w:rPr>
                <w:rFonts w:ascii="Times New Roman" w:hAnsi="Times New Roman" w:cs="Times New Roman"/>
                <w:sz w:val="18"/>
                <w:szCs w:val="18"/>
              </w:rPr>
            </w:pPr>
            <w:r w:rsidRPr="00704E61">
              <w:rPr>
                <w:rFonts w:ascii="Times New Roman" w:hAnsi="Times New Roman" w:cs="Times New Roman"/>
                <w:sz w:val="18"/>
                <w:szCs w:val="18"/>
              </w:rPr>
              <w:t>20</w:t>
            </w:r>
          </w:p>
        </w:tc>
        <w:tc>
          <w:tcPr>
            <w:tcW w:w="2122" w:type="dxa"/>
            <w:tcMar/>
          </w:tcPr>
          <w:p w:rsidRPr="00704E61" w:rsidR="003F40DC" w:rsidP="00704E61" w:rsidRDefault="00000000" w14:paraId="1030A821" w14:textId="77777777">
            <w:pPr>
              <w:spacing w:after="0"/>
              <w:rPr>
                <w:rFonts w:ascii="Times New Roman" w:hAnsi="Times New Roman" w:cs="Times New Roman"/>
                <w:sz w:val="18"/>
                <w:szCs w:val="18"/>
              </w:rPr>
            </w:pPr>
            <w:r w:rsidRPr="00704E61">
              <w:rPr>
                <w:rFonts w:ascii="Times New Roman" w:hAnsi="Times New Roman" w:cs="Times New Roman"/>
                <w:sz w:val="18"/>
                <w:szCs w:val="18"/>
              </w:rPr>
              <w:t>Strategies for achieving adequate participant enrolment to reach target sample size</w:t>
            </w:r>
          </w:p>
        </w:tc>
        <w:tc>
          <w:tcPr>
            <w:tcW w:w="2846" w:type="dxa"/>
            <w:tcMar/>
          </w:tcPr>
          <w:p w:rsidRPr="00704E61" w:rsidR="0080588E" w:rsidP="00704E61" w:rsidRDefault="00000000" w14:paraId="35AEC0A6"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pp.5 and 24 (Study design and setting; Trial status)</w:t>
            </w:r>
          </w:p>
        </w:tc>
      </w:tr>
      <w:tr w:rsidRPr="0060181E" w:rsidR="003F40DC" w:rsidTr="700A6879" w14:paraId="5E65D08E" w14:textId="77777777">
        <w:trPr>
          <w:jc w:val="center"/>
        </w:trPr>
        <w:tc>
          <w:tcPr>
            <w:tcW w:w="2015" w:type="dxa"/>
            <w:tcMar/>
          </w:tcPr>
          <w:p w:rsidRPr="00704E61" w:rsidR="003F40DC" w:rsidP="00704E61" w:rsidRDefault="00000000" w14:paraId="773E7E50"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Assignment of interventions</w:t>
            </w:r>
          </w:p>
        </w:tc>
        <w:tc>
          <w:tcPr>
            <w:tcW w:w="1873" w:type="dxa"/>
            <w:tcMar/>
          </w:tcPr>
          <w:p w:rsidRPr="00704E61" w:rsidR="003F40DC" w:rsidP="00704E61" w:rsidRDefault="00000000" w14:paraId="3380CAD5" w14:textId="77777777">
            <w:pPr>
              <w:spacing w:after="0"/>
              <w:rPr>
                <w:rFonts w:ascii="Times New Roman" w:hAnsi="Times New Roman" w:cs="Times New Roman"/>
                <w:sz w:val="18"/>
                <w:szCs w:val="18"/>
              </w:rPr>
            </w:pPr>
            <w:r w:rsidRPr="00704E61">
              <w:rPr>
                <w:rFonts w:ascii="Times New Roman" w:hAnsi="Times New Roman" w:cs="Times New Roman"/>
                <w:sz w:val="18"/>
                <w:szCs w:val="18"/>
              </w:rPr>
              <w:t>21a</w:t>
            </w:r>
          </w:p>
        </w:tc>
        <w:tc>
          <w:tcPr>
            <w:tcW w:w="2122" w:type="dxa"/>
            <w:tcMar/>
          </w:tcPr>
          <w:p w:rsidRPr="00704E61" w:rsidR="003F40DC" w:rsidP="00704E61" w:rsidRDefault="00000000" w14:paraId="6EF22C4F" w14:textId="77777777">
            <w:pPr>
              <w:spacing w:after="0"/>
              <w:rPr>
                <w:rFonts w:ascii="Times New Roman" w:hAnsi="Times New Roman" w:cs="Times New Roman"/>
                <w:sz w:val="18"/>
                <w:szCs w:val="18"/>
              </w:rPr>
            </w:pPr>
            <w:r w:rsidRPr="00704E61">
              <w:rPr>
                <w:rFonts w:ascii="Times New Roman" w:hAnsi="Times New Roman" w:cs="Times New Roman"/>
                <w:sz w:val="18"/>
                <w:szCs w:val="18"/>
              </w:rPr>
              <w:t>Who will generate the random allocation sequence and the method used</w:t>
            </w:r>
          </w:p>
        </w:tc>
        <w:tc>
          <w:tcPr>
            <w:tcW w:w="2846" w:type="dxa"/>
            <w:tcMar/>
          </w:tcPr>
          <w:p w:rsidRPr="00704E61" w:rsidR="0080588E" w:rsidP="00704E61" w:rsidRDefault="00000000" w14:paraId="5B9AD838"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p.10 (Sequence generation: independent researcher; computer-generated)</w:t>
            </w:r>
          </w:p>
        </w:tc>
      </w:tr>
      <w:tr w:rsidRPr="0060181E" w:rsidR="003F40DC" w:rsidTr="700A6879" w14:paraId="46503DE6" w14:textId="77777777">
        <w:trPr>
          <w:jc w:val="center"/>
        </w:trPr>
        <w:tc>
          <w:tcPr>
            <w:tcW w:w="2015" w:type="dxa"/>
            <w:tcMar/>
          </w:tcPr>
          <w:p w:rsidRPr="00704E61" w:rsidR="003F40DC" w:rsidP="00704E61" w:rsidRDefault="00000000" w14:paraId="02FECD3A"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Assignment of interventions</w:t>
            </w:r>
          </w:p>
        </w:tc>
        <w:tc>
          <w:tcPr>
            <w:tcW w:w="1873" w:type="dxa"/>
            <w:tcMar/>
          </w:tcPr>
          <w:p w:rsidRPr="00704E61" w:rsidR="003F40DC" w:rsidP="00704E61" w:rsidRDefault="00000000" w14:paraId="0413E44B" w14:textId="77777777">
            <w:pPr>
              <w:spacing w:after="0"/>
              <w:rPr>
                <w:rFonts w:ascii="Times New Roman" w:hAnsi="Times New Roman" w:cs="Times New Roman"/>
                <w:sz w:val="18"/>
                <w:szCs w:val="18"/>
              </w:rPr>
            </w:pPr>
            <w:r w:rsidRPr="00704E61">
              <w:rPr>
                <w:rFonts w:ascii="Times New Roman" w:hAnsi="Times New Roman" w:cs="Times New Roman"/>
                <w:sz w:val="18"/>
                <w:szCs w:val="18"/>
              </w:rPr>
              <w:t>21b</w:t>
            </w:r>
          </w:p>
        </w:tc>
        <w:tc>
          <w:tcPr>
            <w:tcW w:w="2122" w:type="dxa"/>
            <w:tcMar/>
          </w:tcPr>
          <w:p w:rsidRPr="00704E61" w:rsidR="003F40DC" w:rsidP="00704E61" w:rsidRDefault="00000000" w14:paraId="0A29C9E6" w14:textId="77777777">
            <w:pPr>
              <w:spacing w:after="0"/>
              <w:rPr>
                <w:rFonts w:ascii="Times New Roman" w:hAnsi="Times New Roman" w:cs="Times New Roman"/>
                <w:sz w:val="18"/>
                <w:szCs w:val="18"/>
              </w:rPr>
            </w:pPr>
            <w:r w:rsidRPr="00704E61">
              <w:rPr>
                <w:rFonts w:ascii="Times New Roman" w:hAnsi="Times New Roman" w:cs="Times New Roman"/>
                <w:sz w:val="18"/>
                <w:szCs w:val="18"/>
              </w:rPr>
              <w:t>Type of randomisation and details of any factors for stratification; details of restrictions (eg, blocking) if applicable</w:t>
            </w:r>
          </w:p>
        </w:tc>
        <w:tc>
          <w:tcPr>
            <w:tcW w:w="2846" w:type="dxa"/>
            <w:tcMar/>
          </w:tcPr>
          <w:p w:rsidRPr="00704E61" w:rsidR="0080588E" w:rsidP="00704E61" w:rsidRDefault="00000000" w14:paraId="00332CF4"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p.10 (Stratification by sex; variable block sizes)</w:t>
            </w:r>
          </w:p>
        </w:tc>
      </w:tr>
      <w:tr w:rsidRPr="0060181E" w:rsidR="003F40DC" w:rsidTr="700A6879" w14:paraId="1E4E4367" w14:textId="77777777">
        <w:trPr>
          <w:jc w:val="center"/>
        </w:trPr>
        <w:tc>
          <w:tcPr>
            <w:tcW w:w="2015" w:type="dxa"/>
            <w:tcMar/>
          </w:tcPr>
          <w:p w:rsidRPr="00704E61" w:rsidR="003F40DC" w:rsidP="00704E61" w:rsidRDefault="00000000" w14:paraId="0F636868"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Assignment of interventions</w:t>
            </w:r>
          </w:p>
        </w:tc>
        <w:tc>
          <w:tcPr>
            <w:tcW w:w="1873" w:type="dxa"/>
            <w:tcMar/>
          </w:tcPr>
          <w:p w:rsidRPr="00704E61" w:rsidR="003F40DC" w:rsidP="00704E61" w:rsidRDefault="00000000" w14:paraId="73A917C6" w14:textId="77777777">
            <w:pPr>
              <w:spacing w:after="0"/>
              <w:rPr>
                <w:rFonts w:ascii="Times New Roman" w:hAnsi="Times New Roman" w:cs="Times New Roman"/>
                <w:sz w:val="18"/>
                <w:szCs w:val="18"/>
              </w:rPr>
            </w:pPr>
            <w:r w:rsidRPr="00704E61">
              <w:rPr>
                <w:rFonts w:ascii="Times New Roman" w:hAnsi="Times New Roman" w:cs="Times New Roman"/>
                <w:sz w:val="18"/>
                <w:szCs w:val="18"/>
              </w:rPr>
              <w:t>22</w:t>
            </w:r>
          </w:p>
        </w:tc>
        <w:tc>
          <w:tcPr>
            <w:tcW w:w="2122" w:type="dxa"/>
            <w:tcMar/>
          </w:tcPr>
          <w:p w:rsidRPr="00704E61" w:rsidR="003F40DC" w:rsidP="00704E61" w:rsidRDefault="00000000" w14:paraId="3901F766"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Mechanism used to implement the random allocation sequence, describing any steps to conceal the sequence until interventions are assigned</w:t>
            </w:r>
          </w:p>
        </w:tc>
        <w:tc>
          <w:tcPr>
            <w:tcW w:w="2846" w:type="dxa"/>
            <w:tcMar/>
          </w:tcPr>
          <w:p w:rsidRPr="00704E61" w:rsidR="0080588E" w:rsidP="00704E61" w:rsidRDefault="00000000" w14:paraId="1B7CD042"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p.10 (Allocation concealment: SNOSE)</w:t>
            </w:r>
          </w:p>
        </w:tc>
      </w:tr>
      <w:tr w:rsidRPr="0060181E" w:rsidR="003F40DC" w:rsidTr="700A6879" w14:paraId="12872780" w14:textId="77777777">
        <w:trPr>
          <w:jc w:val="center"/>
        </w:trPr>
        <w:tc>
          <w:tcPr>
            <w:tcW w:w="2015" w:type="dxa"/>
            <w:tcMar/>
          </w:tcPr>
          <w:p w:rsidRPr="00704E61" w:rsidR="003F40DC" w:rsidP="00704E61" w:rsidRDefault="00000000" w14:paraId="3B7C8E93"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Assignment of interventions</w:t>
            </w:r>
          </w:p>
        </w:tc>
        <w:tc>
          <w:tcPr>
            <w:tcW w:w="1873" w:type="dxa"/>
            <w:tcMar/>
          </w:tcPr>
          <w:p w:rsidRPr="00704E61" w:rsidR="003F40DC" w:rsidP="00704E61" w:rsidRDefault="00000000" w14:paraId="3476742C" w14:textId="77777777">
            <w:pPr>
              <w:spacing w:after="0"/>
              <w:rPr>
                <w:rFonts w:ascii="Times New Roman" w:hAnsi="Times New Roman" w:cs="Times New Roman"/>
                <w:sz w:val="18"/>
                <w:szCs w:val="18"/>
              </w:rPr>
            </w:pPr>
            <w:r w:rsidRPr="00704E61">
              <w:rPr>
                <w:rFonts w:ascii="Times New Roman" w:hAnsi="Times New Roman" w:cs="Times New Roman"/>
                <w:sz w:val="18"/>
                <w:szCs w:val="18"/>
              </w:rPr>
              <w:t>23</w:t>
            </w:r>
          </w:p>
        </w:tc>
        <w:tc>
          <w:tcPr>
            <w:tcW w:w="2122" w:type="dxa"/>
            <w:tcMar/>
          </w:tcPr>
          <w:p w:rsidRPr="00704E61" w:rsidR="003F40DC" w:rsidP="00704E61" w:rsidRDefault="00000000" w14:paraId="3F537C7F" w14:textId="77777777">
            <w:pPr>
              <w:spacing w:after="0"/>
              <w:rPr>
                <w:rFonts w:ascii="Times New Roman" w:hAnsi="Times New Roman" w:cs="Times New Roman"/>
                <w:sz w:val="18"/>
                <w:szCs w:val="18"/>
              </w:rPr>
            </w:pPr>
            <w:r w:rsidRPr="00704E61">
              <w:rPr>
                <w:rFonts w:ascii="Times New Roman" w:hAnsi="Times New Roman" w:cs="Times New Roman"/>
                <w:sz w:val="18"/>
                <w:szCs w:val="18"/>
              </w:rPr>
              <w:t>Whether personnel who will enrol and those who will assign participants to interventions will have access to the random allocation sequence</w:t>
            </w:r>
          </w:p>
        </w:tc>
        <w:tc>
          <w:tcPr>
            <w:tcW w:w="2846" w:type="dxa"/>
            <w:tcMar/>
          </w:tcPr>
          <w:p w:rsidRPr="00704E61" w:rsidR="0080588E" w:rsidP="00704E61" w:rsidRDefault="00000000" w14:paraId="00DBFD0A" w14:textId="77777777">
            <w:pPr>
              <w:spacing w:after="0"/>
              <w:rPr>
                <w:rFonts w:ascii="Times New Roman" w:hAnsi="Times New Roman" w:cs="Times New Roman"/>
                <w:sz w:val="18"/>
                <w:szCs w:val="18"/>
              </w:rPr>
            </w:pPr>
            <w:proofErr w:type="gramStart"/>
            <w:r w:rsidRPr="00704E61">
              <w:rPr>
                <w:rFonts w:ascii="Times New Roman" w:hAnsi="Times New Roman" w:cs="Times New Roman"/>
                <w:sz w:val="18"/>
                <w:szCs w:val="18"/>
              </w:rPr>
              <w:t>p.10</w:t>
            </w:r>
            <w:proofErr w:type="gramEnd"/>
            <w:r w:rsidRPr="00704E61">
              <w:rPr>
                <w:rFonts w:ascii="Times New Roman" w:hAnsi="Times New Roman" w:cs="Times New Roman"/>
                <w:sz w:val="18"/>
                <w:szCs w:val="18"/>
              </w:rPr>
              <w:t xml:space="preserve"> (Implementation; access to sequence restricted)</w:t>
            </w:r>
          </w:p>
        </w:tc>
      </w:tr>
      <w:tr w:rsidRPr="0060181E" w:rsidR="003F40DC" w:rsidTr="700A6879" w14:paraId="623A90C6" w14:textId="77777777">
        <w:trPr>
          <w:jc w:val="center"/>
        </w:trPr>
        <w:tc>
          <w:tcPr>
            <w:tcW w:w="2015" w:type="dxa"/>
            <w:tcMar/>
          </w:tcPr>
          <w:p w:rsidRPr="00704E61" w:rsidR="003F40DC" w:rsidP="00704E61" w:rsidRDefault="00000000" w14:paraId="66031C2F"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Assignment of interventions</w:t>
            </w:r>
          </w:p>
        </w:tc>
        <w:tc>
          <w:tcPr>
            <w:tcW w:w="1873" w:type="dxa"/>
            <w:tcMar/>
          </w:tcPr>
          <w:p w:rsidRPr="00704E61" w:rsidR="003F40DC" w:rsidP="00704E61" w:rsidRDefault="00000000" w14:paraId="205D35BE" w14:textId="77777777">
            <w:pPr>
              <w:spacing w:after="0"/>
              <w:rPr>
                <w:rFonts w:ascii="Times New Roman" w:hAnsi="Times New Roman" w:cs="Times New Roman"/>
                <w:sz w:val="18"/>
                <w:szCs w:val="18"/>
              </w:rPr>
            </w:pPr>
            <w:r w:rsidRPr="00704E61">
              <w:rPr>
                <w:rFonts w:ascii="Times New Roman" w:hAnsi="Times New Roman" w:cs="Times New Roman"/>
                <w:sz w:val="18"/>
                <w:szCs w:val="18"/>
              </w:rPr>
              <w:t>24a</w:t>
            </w:r>
          </w:p>
        </w:tc>
        <w:tc>
          <w:tcPr>
            <w:tcW w:w="2122" w:type="dxa"/>
            <w:tcMar/>
          </w:tcPr>
          <w:p w:rsidRPr="00704E61" w:rsidR="003F40DC" w:rsidP="00704E61" w:rsidRDefault="00000000" w14:paraId="32E38328" w14:textId="77777777">
            <w:pPr>
              <w:spacing w:after="0"/>
              <w:rPr>
                <w:rFonts w:ascii="Times New Roman" w:hAnsi="Times New Roman" w:cs="Times New Roman"/>
                <w:sz w:val="18"/>
                <w:szCs w:val="18"/>
              </w:rPr>
            </w:pPr>
            <w:r w:rsidRPr="00704E61">
              <w:rPr>
                <w:rFonts w:ascii="Times New Roman" w:hAnsi="Times New Roman" w:cs="Times New Roman"/>
                <w:sz w:val="18"/>
                <w:szCs w:val="18"/>
              </w:rPr>
              <w:t>Who will be blinded after assignment to interventions</w:t>
            </w:r>
          </w:p>
        </w:tc>
        <w:tc>
          <w:tcPr>
            <w:tcW w:w="2846" w:type="dxa"/>
            <w:tcMar/>
          </w:tcPr>
          <w:p w:rsidRPr="00704E61" w:rsidR="0080588E" w:rsidP="00704E61" w:rsidRDefault="00000000" w14:paraId="5D2B53CC"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p.10 (Assessor and analyst blinding)</w:t>
            </w:r>
          </w:p>
        </w:tc>
      </w:tr>
      <w:tr w:rsidRPr="0060181E" w:rsidR="003F40DC" w:rsidTr="700A6879" w14:paraId="3214DFAF" w14:textId="77777777">
        <w:trPr>
          <w:jc w:val="center"/>
        </w:trPr>
        <w:tc>
          <w:tcPr>
            <w:tcW w:w="2015" w:type="dxa"/>
            <w:tcMar/>
          </w:tcPr>
          <w:p w:rsidRPr="00704E61" w:rsidR="003F40DC" w:rsidP="00704E61" w:rsidRDefault="00000000" w14:paraId="7BD0E9B2"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Assignment of interventions</w:t>
            </w:r>
          </w:p>
        </w:tc>
        <w:tc>
          <w:tcPr>
            <w:tcW w:w="1873" w:type="dxa"/>
            <w:tcMar/>
          </w:tcPr>
          <w:p w:rsidRPr="00704E61" w:rsidR="003F40DC" w:rsidP="00704E61" w:rsidRDefault="00000000" w14:paraId="18A255D7" w14:textId="77777777">
            <w:pPr>
              <w:spacing w:after="0"/>
              <w:rPr>
                <w:rFonts w:ascii="Times New Roman" w:hAnsi="Times New Roman" w:cs="Times New Roman"/>
                <w:sz w:val="18"/>
                <w:szCs w:val="18"/>
              </w:rPr>
            </w:pPr>
            <w:r w:rsidRPr="00704E61">
              <w:rPr>
                <w:rFonts w:ascii="Times New Roman" w:hAnsi="Times New Roman" w:cs="Times New Roman"/>
                <w:sz w:val="18"/>
                <w:szCs w:val="18"/>
              </w:rPr>
              <w:t>24b</w:t>
            </w:r>
          </w:p>
        </w:tc>
        <w:tc>
          <w:tcPr>
            <w:tcW w:w="2122" w:type="dxa"/>
            <w:tcMar/>
          </w:tcPr>
          <w:p w:rsidRPr="00704E61" w:rsidR="003F40DC" w:rsidP="00704E61" w:rsidRDefault="00000000" w14:paraId="26C3DC78" w14:textId="77777777">
            <w:pPr>
              <w:spacing w:after="0"/>
              <w:rPr>
                <w:rFonts w:ascii="Times New Roman" w:hAnsi="Times New Roman" w:cs="Times New Roman"/>
                <w:sz w:val="18"/>
                <w:szCs w:val="18"/>
              </w:rPr>
            </w:pPr>
            <w:r w:rsidRPr="00704E61">
              <w:rPr>
                <w:rFonts w:ascii="Times New Roman" w:hAnsi="Times New Roman" w:cs="Times New Roman"/>
                <w:sz w:val="18"/>
                <w:szCs w:val="18"/>
              </w:rPr>
              <w:t>If blinded, how blinding will be achieved and description of similarity of interventions</w:t>
            </w:r>
          </w:p>
        </w:tc>
        <w:tc>
          <w:tcPr>
            <w:tcW w:w="2846" w:type="dxa"/>
            <w:tcMar/>
          </w:tcPr>
          <w:p w:rsidRPr="00704E61" w:rsidR="0080588E" w:rsidP="00704E61" w:rsidRDefault="00000000" w14:paraId="42EDA662"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p.10 (How blinding maintained; coded groups)</w:t>
            </w:r>
          </w:p>
        </w:tc>
      </w:tr>
      <w:tr w:rsidRPr="0060181E" w:rsidR="003F40DC" w:rsidTr="700A6879" w14:paraId="449D2454" w14:textId="77777777">
        <w:trPr>
          <w:jc w:val="center"/>
        </w:trPr>
        <w:tc>
          <w:tcPr>
            <w:tcW w:w="2015" w:type="dxa"/>
            <w:tcMar/>
          </w:tcPr>
          <w:p w:rsidRPr="00704E61" w:rsidR="003F40DC" w:rsidP="00704E61" w:rsidRDefault="00000000" w14:paraId="65D60D7F"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Assignment of interventions</w:t>
            </w:r>
          </w:p>
        </w:tc>
        <w:tc>
          <w:tcPr>
            <w:tcW w:w="1873" w:type="dxa"/>
            <w:tcMar/>
          </w:tcPr>
          <w:p w:rsidRPr="00704E61" w:rsidR="003F40DC" w:rsidP="00704E61" w:rsidRDefault="00000000" w14:paraId="5FD0A191" w14:textId="77777777">
            <w:pPr>
              <w:spacing w:after="0"/>
              <w:rPr>
                <w:rFonts w:ascii="Times New Roman" w:hAnsi="Times New Roman" w:cs="Times New Roman"/>
                <w:sz w:val="18"/>
                <w:szCs w:val="18"/>
              </w:rPr>
            </w:pPr>
            <w:r w:rsidRPr="00704E61">
              <w:rPr>
                <w:rFonts w:ascii="Times New Roman" w:hAnsi="Times New Roman" w:cs="Times New Roman"/>
                <w:sz w:val="18"/>
                <w:szCs w:val="18"/>
              </w:rPr>
              <w:t>24c</w:t>
            </w:r>
          </w:p>
        </w:tc>
        <w:tc>
          <w:tcPr>
            <w:tcW w:w="2122" w:type="dxa"/>
            <w:tcMar/>
          </w:tcPr>
          <w:p w:rsidRPr="00704E61" w:rsidR="003F40DC" w:rsidP="00704E61" w:rsidRDefault="00000000" w14:paraId="61D32F1C" w14:textId="77777777">
            <w:pPr>
              <w:spacing w:after="0"/>
              <w:rPr>
                <w:rFonts w:ascii="Times New Roman" w:hAnsi="Times New Roman" w:cs="Times New Roman"/>
                <w:sz w:val="18"/>
                <w:szCs w:val="18"/>
              </w:rPr>
            </w:pPr>
            <w:r w:rsidRPr="00704E61">
              <w:rPr>
                <w:rFonts w:ascii="Times New Roman" w:hAnsi="Times New Roman" w:cs="Times New Roman"/>
                <w:sz w:val="18"/>
                <w:szCs w:val="18"/>
              </w:rPr>
              <w:t>If blinded, circumstances under which unblinding is permissible, and procedure for revealing a participant’s allocated intervention during the trial</w:t>
            </w:r>
          </w:p>
        </w:tc>
        <w:tc>
          <w:tcPr>
            <w:tcW w:w="2846" w:type="dxa"/>
            <w:tcMar/>
          </w:tcPr>
          <w:p w:rsidRPr="00704E61" w:rsidR="0080588E" w:rsidP="00704E61" w:rsidRDefault="00000000" w14:paraId="7DC3338A"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p.10 (Unblinding after primary analysis; no trial unblinding planned)</w:t>
            </w:r>
          </w:p>
        </w:tc>
      </w:tr>
      <w:tr w:rsidRPr="0060181E" w:rsidR="003F40DC" w:rsidTr="700A6879" w14:paraId="39DB09BB" w14:textId="77777777">
        <w:trPr>
          <w:jc w:val="center"/>
        </w:trPr>
        <w:tc>
          <w:tcPr>
            <w:tcW w:w="2015" w:type="dxa"/>
            <w:tcMar/>
          </w:tcPr>
          <w:p w:rsidRPr="00704E61" w:rsidR="003F40DC" w:rsidP="00704E61" w:rsidRDefault="00000000" w14:paraId="5B877345"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Data collection, management, and analysis</w:t>
            </w:r>
          </w:p>
        </w:tc>
        <w:tc>
          <w:tcPr>
            <w:tcW w:w="1873" w:type="dxa"/>
            <w:tcMar/>
          </w:tcPr>
          <w:p w:rsidRPr="00704E61" w:rsidR="003F40DC" w:rsidP="00704E61" w:rsidRDefault="00000000" w14:paraId="765E0637" w14:textId="77777777">
            <w:pPr>
              <w:spacing w:after="0"/>
              <w:rPr>
                <w:rFonts w:ascii="Times New Roman" w:hAnsi="Times New Roman" w:cs="Times New Roman"/>
                <w:sz w:val="18"/>
                <w:szCs w:val="18"/>
              </w:rPr>
            </w:pPr>
            <w:r w:rsidRPr="00704E61">
              <w:rPr>
                <w:rFonts w:ascii="Times New Roman" w:hAnsi="Times New Roman" w:cs="Times New Roman"/>
                <w:sz w:val="18"/>
                <w:szCs w:val="18"/>
              </w:rPr>
              <w:t>25a</w:t>
            </w:r>
          </w:p>
        </w:tc>
        <w:tc>
          <w:tcPr>
            <w:tcW w:w="2122" w:type="dxa"/>
            <w:tcMar/>
          </w:tcPr>
          <w:p w:rsidRPr="00704E61" w:rsidR="003F40DC" w:rsidP="00704E61" w:rsidRDefault="00000000" w14:paraId="10215841" w14:textId="77777777">
            <w:pPr>
              <w:spacing w:after="0"/>
              <w:rPr>
                <w:rFonts w:ascii="Times New Roman" w:hAnsi="Times New Roman" w:cs="Times New Roman"/>
                <w:sz w:val="18"/>
                <w:szCs w:val="18"/>
              </w:rPr>
            </w:pPr>
            <w:r w:rsidRPr="00704E61">
              <w:rPr>
                <w:rFonts w:ascii="Times New Roman" w:hAnsi="Times New Roman" w:cs="Times New Roman"/>
                <w:sz w:val="18"/>
                <w:szCs w:val="18"/>
              </w:rPr>
              <w:t>Plans for assessment and collection of trial data, processes to promote data quality, and description of trial instruments; and where forms can be accessed</w:t>
            </w:r>
          </w:p>
        </w:tc>
        <w:tc>
          <w:tcPr>
            <w:tcW w:w="2846" w:type="dxa"/>
            <w:tcMar/>
          </w:tcPr>
          <w:p w:rsidRPr="00704E61" w:rsidR="0080588E" w:rsidP="00704E61" w:rsidRDefault="00000000" w14:paraId="6A437B38"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pp.14-18 (Outcome assessment, data collection, instruments, quality procedures)</w:t>
            </w:r>
          </w:p>
        </w:tc>
      </w:tr>
      <w:tr w:rsidRPr="0060181E" w:rsidR="003F40DC" w:rsidTr="700A6879" w14:paraId="185BA0DF" w14:textId="77777777">
        <w:trPr>
          <w:jc w:val="center"/>
        </w:trPr>
        <w:tc>
          <w:tcPr>
            <w:tcW w:w="2015" w:type="dxa"/>
            <w:tcMar/>
          </w:tcPr>
          <w:p w:rsidRPr="00704E61" w:rsidR="003F40DC" w:rsidP="00704E61" w:rsidRDefault="00000000" w14:paraId="2311247A"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Data collection, management, and analysis</w:t>
            </w:r>
          </w:p>
        </w:tc>
        <w:tc>
          <w:tcPr>
            <w:tcW w:w="1873" w:type="dxa"/>
            <w:tcMar/>
          </w:tcPr>
          <w:p w:rsidRPr="00704E61" w:rsidR="003F40DC" w:rsidP="00704E61" w:rsidRDefault="00000000" w14:paraId="63B1121E" w14:textId="77777777">
            <w:pPr>
              <w:spacing w:after="0"/>
              <w:rPr>
                <w:rFonts w:ascii="Times New Roman" w:hAnsi="Times New Roman" w:cs="Times New Roman"/>
                <w:sz w:val="18"/>
                <w:szCs w:val="18"/>
              </w:rPr>
            </w:pPr>
            <w:r w:rsidRPr="00704E61">
              <w:rPr>
                <w:rFonts w:ascii="Times New Roman" w:hAnsi="Times New Roman" w:cs="Times New Roman"/>
                <w:sz w:val="18"/>
                <w:szCs w:val="18"/>
              </w:rPr>
              <w:t>25b</w:t>
            </w:r>
          </w:p>
        </w:tc>
        <w:tc>
          <w:tcPr>
            <w:tcW w:w="2122" w:type="dxa"/>
            <w:tcMar/>
          </w:tcPr>
          <w:p w:rsidRPr="00704E61" w:rsidR="003F40DC" w:rsidP="00704E61" w:rsidRDefault="00000000" w14:paraId="1B10F2C6" w14:textId="77777777">
            <w:pPr>
              <w:spacing w:after="0"/>
              <w:rPr>
                <w:rFonts w:ascii="Times New Roman" w:hAnsi="Times New Roman" w:cs="Times New Roman"/>
                <w:sz w:val="18"/>
                <w:szCs w:val="18"/>
              </w:rPr>
            </w:pPr>
            <w:r w:rsidRPr="00704E61">
              <w:rPr>
                <w:rFonts w:ascii="Times New Roman" w:hAnsi="Times New Roman" w:cs="Times New Roman"/>
                <w:sz w:val="18"/>
                <w:szCs w:val="18"/>
              </w:rPr>
              <w:t xml:space="preserve">Plans to promote participant retention and complete follow-up, including outcome data to </w:t>
            </w:r>
            <w:r w:rsidRPr="00704E61">
              <w:rPr>
                <w:rFonts w:ascii="Times New Roman" w:hAnsi="Times New Roman" w:cs="Times New Roman"/>
                <w:sz w:val="18"/>
                <w:szCs w:val="18"/>
              </w:rPr>
              <w:lastRenderedPageBreak/>
              <w:t>be collected for participants who discontinue or deviate from intervention protocols</w:t>
            </w:r>
          </w:p>
        </w:tc>
        <w:tc>
          <w:tcPr>
            <w:tcW w:w="2846" w:type="dxa"/>
            <w:tcMar/>
          </w:tcPr>
          <w:p w:rsidRPr="00704E61" w:rsidR="0080588E" w:rsidP="00704E61" w:rsidRDefault="00000000" w14:paraId="743E62A7" w14:textId="77777777">
            <w:pPr>
              <w:spacing w:after="0"/>
              <w:rPr>
                <w:rFonts w:ascii="Times New Roman" w:hAnsi="Times New Roman" w:cs="Times New Roman"/>
                <w:sz w:val="18"/>
                <w:szCs w:val="18"/>
              </w:rPr>
            </w:pPr>
            <w:r w:rsidRPr="00704E61">
              <w:rPr>
                <w:rFonts w:ascii="Times New Roman" w:hAnsi="Times New Roman" w:cs="Times New Roman"/>
                <w:sz w:val="18"/>
                <w:szCs w:val="18"/>
              </w:rPr>
              <w:lastRenderedPageBreak/>
              <w:t>p.15 (Participant retention and follow-up)</w:t>
            </w:r>
          </w:p>
        </w:tc>
      </w:tr>
      <w:tr w:rsidRPr="0060181E" w:rsidR="003F40DC" w:rsidTr="700A6879" w14:paraId="31895EB2" w14:textId="77777777">
        <w:trPr>
          <w:jc w:val="center"/>
        </w:trPr>
        <w:tc>
          <w:tcPr>
            <w:tcW w:w="2015" w:type="dxa"/>
            <w:tcMar/>
          </w:tcPr>
          <w:p w:rsidRPr="00704E61" w:rsidR="003F40DC" w:rsidP="00704E61" w:rsidRDefault="00000000" w14:paraId="0E375CC3"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Data collection, management, and analysis</w:t>
            </w:r>
          </w:p>
        </w:tc>
        <w:tc>
          <w:tcPr>
            <w:tcW w:w="1873" w:type="dxa"/>
            <w:tcMar/>
          </w:tcPr>
          <w:p w:rsidRPr="00704E61" w:rsidR="003F40DC" w:rsidP="00704E61" w:rsidRDefault="00000000" w14:paraId="7CEE5ED5" w14:textId="77777777">
            <w:pPr>
              <w:spacing w:after="0"/>
              <w:rPr>
                <w:rFonts w:ascii="Times New Roman" w:hAnsi="Times New Roman" w:cs="Times New Roman"/>
                <w:sz w:val="18"/>
                <w:szCs w:val="18"/>
              </w:rPr>
            </w:pPr>
            <w:r w:rsidRPr="00704E61">
              <w:rPr>
                <w:rFonts w:ascii="Times New Roman" w:hAnsi="Times New Roman" w:cs="Times New Roman"/>
                <w:sz w:val="18"/>
                <w:szCs w:val="18"/>
              </w:rPr>
              <w:t>26</w:t>
            </w:r>
          </w:p>
        </w:tc>
        <w:tc>
          <w:tcPr>
            <w:tcW w:w="2122" w:type="dxa"/>
            <w:tcMar/>
          </w:tcPr>
          <w:p w:rsidRPr="00704E61" w:rsidR="003F40DC" w:rsidP="00704E61" w:rsidRDefault="00000000" w14:paraId="5FB901D8" w14:textId="77777777">
            <w:pPr>
              <w:spacing w:after="0"/>
              <w:rPr>
                <w:rFonts w:ascii="Times New Roman" w:hAnsi="Times New Roman" w:cs="Times New Roman"/>
                <w:sz w:val="18"/>
                <w:szCs w:val="18"/>
              </w:rPr>
            </w:pPr>
            <w:r w:rsidRPr="00704E61">
              <w:rPr>
                <w:rFonts w:ascii="Times New Roman" w:hAnsi="Times New Roman" w:cs="Times New Roman"/>
                <w:sz w:val="18"/>
                <w:szCs w:val="18"/>
              </w:rPr>
              <w:t>Plans for data entry, coding, security, and storage, including processes to promote data quality</w:t>
            </w:r>
          </w:p>
        </w:tc>
        <w:tc>
          <w:tcPr>
            <w:tcW w:w="2846" w:type="dxa"/>
            <w:tcMar/>
          </w:tcPr>
          <w:p w:rsidRPr="00704E61" w:rsidR="0080588E" w:rsidP="00704E61" w:rsidRDefault="00000000" w14:paraId="5788AE08" w14:textId="77777777">
            <w:pPr>
              <w:spacing w:after="0"/>
              <w:rPr>
                <w:rFonts w:ascii="Times New Roman" w:hAnsi="Times New Roman" w:cs="Times New Roman"/>
                <w:sz w:val="18"/>
                <w:szCs w:val="18"/>
              </w:rPr>
            </w:pPr>
            <w:proofErr w:type="gramStart"/>
            <w:r w:rsidRPr="00704E61">
              <w:rPr>
                <w:rFonts w:ascii="Times New Roman" w:hAnsi="Times New Roman" w:cs="Times New Roman"/>
                <w:sz w:val="18"/>
                <w:szCs w:val="18"/>
              </w:rPr>
              <w:t>pp</w:t>
            </w:r>
            <w:proofErr w:type="gramEnd"/>
            <w:r w:rsidRPr="00704E61">
              <w:rPr>
                <w:rFonts w:ascii="Times New Roman" w:hAnsi="Times New Roman" w:cs="Times New Roman"/>
                <w:sz w:val="18"/>
                <w:szCs w:val="18"/>
              </w:rPr>
              <w:t>.17-18, 20-21 and 25 (Data management; confidentiality/storage; data availability)</w:t>
            </w:r>
          </w:p>
        </w:tc>
      </w:tr>
      <w:tr w:rsidRPr="0060181E" w:rsidR="003F40DC" w:rsidTr="700A6879" w14:paraId="3CD153B7" w14:textId="77777777">
        <w:trPr>
          <w:jc w:val="center"/>
        </w:trPr>
        <w:tc>
          <w:tcPr>
            <w:tcW w:w="2015" w:type="dxa"/>
            <w:tcMar/>
          </w:tcPr>
          <w:p w:rsidRPr="00704E61" w:rsidR="003F40DC" w:rsidP="00704E61" w:rsidRDefault="00000000" w14:paraId="7E029AD1"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Data collection, management, and analysis</w:t>
            </w:r>
          </w:p>
        </w:tc>
        <w:tc>
          <w:tcPr>
            <w:tcW w:w="1873" w:type="dxa"/>
            <w:tcMar/>
          </w:tcPr>
          <w:p w:rsidRPr="00704E61" w:rsidR="003F40DC" w:rsidP="00704E61" w:rsidRDefault="00000000" w14:paraId="44FA410E" w14:textId="77777777">
            <w:pPr>
              <w:spacing w:after="0"/>
              <w:rPr>
                <w:rFonts w:ascii="Times New Roman" w:hAnsi="Times New Roman" w:cs="Times New Roman"/>
                <w:sz w:val="18"/>
                <w:szCs w:val="18"/>
              </w:rPr>
            </w:pPr>
            <w:r w:rsidRPr="00704E61">
              <w:rPr>
                <w:rFonts w:ascii="Times New Roman" w:hAnsi="Times New Roman" w:cs="Times New Roman"/>
                <w:sz w:val="18"/>
                <w:szCs w:val="18"/>
              </w:rPr>
              <w:t>27a</w:t>
            </w:r>
          </w:p>
        </w:tc>
        <w:tc>
          <w:tcPr>
            <w:tcW w:w="2122" w:type="dxa"/>
            <w:tcMar/>
          </w:tcPr>
          <w:p w:rsidRPr="00704E61" w:rsidR="003F40DC" w:rsidP="00704E61" w:rsidRDefault="00000000" w14:paraId="4F9E9D1D" w14:textId="77777777">
            <w:pPr>
              <w:spacing w:after="0"/>
              <w:rPr>
                <w:rFonts w:ascii="Times New Roman" w:hAnsi="Times New Roman" w:cs="Times New Roman"/>
                <w:sz w:val="18"/>
                <w:szCs w:val="18"/>
              </w:rPr>
            </w:pPr>
            <w:r w:rsidRPr="00704E61">
              <w:rPr>
                <w:rFonts w:ascii="Times New Roman" w:hAnsi="Times New Roman" w:cs="Times New Roman"/>
                <w:sz w:val="18"/>
                <w:szCs w:val="18"/>
              </w:rPr>
              <w:t>Statistical methods used to compare groups for primary and secondary outcomes, including harms</w:t>
            </w:r>
          </w:p>
        </w:tc>
        <w:tc>
          <w:tcPr>
            <w:tcW w:w="2846" w:type="dxa"/>
            <w:tcMar/>
          </w:tcPr>
          <w:p w:rsidRPr="00704E61" w:rsidR="0080588E" w:rsidP="00704E61" w:rsidRDefault="00000000" w14:paraId="12FE3203"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pp.18-20 (Statistical analysis methods including harms)</w:t>
            </w:r>
          </w:p>
        </w:tc>
      </w:tr>
      <w:tr w:rsidRPr="0060181E" w:rsidR="003F40DC" w:rsidTr="700A6879" w14:paraId="56A30150" w14:textId="77777777">
        <w:trPr>
          <w:jc w:val="center"/>
        </w:trPr>
        <w:tc>
          <w:tcPr>
            <w:tcW w:w="2015" w:type="dxa"/>
            <w:tcMar/>
          </w:tcPr>
          <w:p w:rsidRPr="00704E61" w:rsidR="003F40DC" w:rsidP="00704E61" w:rsidRDefault="00000000" w14:paraId="458556EA"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Data collection, management, and analysis</w:t>
            </w:r>
          </w:p>
        </w:tc>
        <w:tc>
          <w:tcPr>
            <w:tcW w:w="1873" w:type="dxa"/>
            <w:tcMar/>
          </w:tcPr>
          <w:p w:rsidRPr="00704E61" w:rsidR="003F40DC" w:rsidP="00704E61" w:rsidRDefault="00000000" w14:paraId="27643B22" w14:textId="77777777">
            <w:pPr>
              <w:spacing w:after="0"/>
              <w:rPr>
                <w:rFonts w:ascii="Times New Roman" w:hAnsi="Times New Roman" w:cs="Times New Roman"/>
                <w:sz w:val="18"/>
                <w:szCs w:val="18"/>
              </w:rPr>
            </w:pPr>
            <w:r w:rsidRPr="00704E61">
              <w:rPr>
                <w:rFonts w:ascii="Times New Roman" w:hAnsi="Times New Roman" w:cs="Times New Roman"/>
                <w:sz w:val="18"/>
                <w:szCs w:val="18"/>
              </w:rPr>
              <w:t>27b</w:t>
            </w:r>
          </w:p>
        </w:tc>
        <w:tc>
          <w:tcPr>
            <w:tcW w:w="2122" w:type="dxa"/>
            <w:tcMar/>
          </w:tcPr>
          <w:p w:rsidRPr="00704E61" w:rsidR="003F40DC" w:rsidP="00704E61" w:rsidRDefault="00000000" w14:paraId="4B3D3EF3" w14:textId="77777777">
            <w:pPr>
              <w:spacing w:after="0"/>
              <w:rPr>
                <w:rFonts w:ascii="Times New Roman" w:hAnsi="Times New Roman" w:cs="Times New Roman"/>
                <w:sz w:val="18"/>
                <w:szCs w:val="18"/>
              </w:rPr>
            </w:pPr>
            <w:r w:rsidRPr="00704E61">
              <w:rPr>
                <w:rFonts w:ascii="Times New Roman" w:hAnsi="Times New Roman" w:cs="Times New Roman"/>
                <w:sz w:val="18"/>
                <w:szCs w:val="18"/>
              </w:rPr>
              <w:t>Definition of who will be included in each analysis, and in which group</w:t>
            </w:r>
          </w:p>
        </w:tc>
        <w:tc>
          <w:tcPr>
            <w:tcW w:w="2846" w:type="dxa"/>
            <w:tcMar/>
          </w:tcPr>
          <w:p w:rsidRPr="00704E61" w:rsidR="0080588E" w:rsidP="00704E61" w:rsidRDefault="00000000" w14:paraId="07A4C194" w14:textId="77777777">
            <w:pPr>
              <w:spacing w:after="0"/>
              <w:rPr>
                <w:rFonts w:ascii="Times New Roman" w:hAnsi="Times New Roman" w:cs="Times New Roman"/>
                <w:sz w:val="18"/>
                <w:szCs w:val="18"/>
              </w:rPr>
            </w:pPr>
            <w:r w:rsidRPr="00704E61">
              <w:rPr>
                <w:rFonts w:ascii="Times New Roman" w:hAnsi="Times New Roman" w:cs="Times New Roman"/>
                <w:sz w:val="18"/>
                <w:szCs w:val="18"/>
              </w:rPr>
              <w:t>p.18 (ITT and per-protocol populations)</w:t>
            </w:r>
          </w:p>
        </w:tc>
      </w:tr>
      <w:tr w:rsidRPr="0060181E" w:rsidR="003F40DC" w:rsidTr="700A6879" w14:paraId="697B9391" w14:textId="77777777">
        <w:trPr>
          <w:jc w:val="center"/>
        </w:trPr>
        <w:tc>
          <w:tcPr>
            <w:tcW w:w="2015" w:type="dxa"/>
            <w:tcMar/>
          </w:tcPr>
          <w:p w:rsidRPr="00704E61" w:rsidR="003F40DC" w:rsidP="00704E61" w:rsidRDefault="00000000" w14:paraId="46763CE5"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Data collection, management, and analysis</w:t>
            </w:r>
          </w:p>
        </w:tc>
        <w:tc>
          <w:tcPr>
            <w:tcW w:w="1873" w:type="dxa"/>
            <w:tcMar/>
          </w:tcPr>
          <w:p w:rsidRPr="00704E61" w:rsidR="003F40DC" w:rsidP="00704E61" w:rsidRDefault="00000000" w14:paraId="410AE712" w14:textId="77777777">
            <w:pPr>
              <w:spacing w:after="0"/>
              <w:rPr>
                <w:rFonts w:ascii="Times New Roman" w:hAnsi="Times New Roman" w:cs="Times New Roman"/>
                <w:sz w:val="18"/>
                <w:szCs w:val="18"/>
              </w:rPr>
            </w:pPr>
            <w:r w:rsidRPr="00704E61">
              <w:rPr>
                <w:rFonts w:ascii="Times New Roman" w:hAnsi="Times New Roman" w:cs="Times New Roman"/>
                <w:sz w:val="18"/>
                <w:szCs w:val="18"/>
              </w:rPr>
              <w:t>27c</w:t>
            </w:r>
          </w:p>
        </w:tc>
        <w:tc>
          <w:tcPr>
            <w:tcW w:w="2122" w:type="dxa"/>
            <w:tcMar/>
          </w:tcPr>
          <w:p w:rsidRPr="00704E61" w:rsidR="003F40DC" w:rsidP="00704E61" w:rsidRDefault="00000000" w14:paraId="5A4F7B20" w14:textId="77777777">
            <w:pPr>
              <w:spacing w:after="0"/>
              <w:rPr>
                <w:rFonts w:ascii="Times New Roman" w:hAnsi="Times New Roman" w:cs="Times New Roman"/>
                <w:sz w:val="18"/>
                <w:szCs w:val="18"/>
              </w:rPr>
            </w:pPr>
            <w:r w:rsidRPr="00704E61">
              <w:rPr>
                <w:rFonts w:ascii="Times New Roman" w:hAnsi="Times New Roman" w:cs="Times New Roman"/>
                <w:sz w:val="18"/>
                <w:szCs w:val="18"/>
              </w:rPr>
              <w:t>How missing data will be handled in the analysis</w:t>
            </w:r>
          </w:p>
        </w:tc>
        <w:tc>
          <w:tcPr>
            <w:tcW w:w="2846" w:type="dxa"/>
            <w:tcMar/>
          </w:tcPr>
          <w:p w:rsidRPr="00704E61" w:rsidR="0080588E" w:rsidP="00704E61" w:rsidRDefault="00000000" w14:paraId="36334F72" w14:textId="77777777">
            <w:pPr>
              <w:spacing w:after="0"/>
              <w:rPr>
                <w:rFonts w:ascii="Times New Roman" w:hAnsi="Times New Roman" w:cs="Times New Roman"/>
                <w:sz w:val="18"/>
                <w:szCs w:val="18"/>
              </w:rPr>
            </w:pPr>
            <w:r w:rsidRPr="00704E61">
              <w:rPr>
                <w:rFonts w:ascii="Times New Roman" w:hAnsi="Times New Roman" w:cs="Times New Roman"/>
                <w:sz w:val="18"/>
                <w:szCs w:val="18"/>
              </w:rPr>
              <w:t>p.20 (Missing data)</w:t>
            </w:r>
          </w:p>
        </w:tc>
      </w:tr>
      <w:tr w:rsidRPr="0060181E" w:rsidR="003F40DC" w:rsidTr="700A6879" w14:paraId="2ADBAD85" w14:textId="77777777">
        <w:trPr>
          <w:jc w:val="center"/>
        </w:trPr>
        <w:tc>
          <w:tcPr>
            <w:tcW w:w="2015" w:type="dxa"/>
            <w:tcMar/>
          </w:tcPr>
          <w:p w:rsidRPr="00704E61" w:rsidR="003F40DC" w:rsidP="00704E61" w:rsidRDefault="00000000" w14:paraId="44D902A2"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Data collection, management, and analysis</w:t>
            </w:r>
          </w:p>
        </w:tc>
        <w:tc>
          <w:tcPr>
            <w:tcW w:w="1873" w:type="dxa"/>
            <w:tcMar/>
          </w:tcPr>
          <w:p w:rsidRPr="00704E61" w:rsidR="003F40DC" w:rsidP="00704E61" w:rsidRDefault="00000000" w14:paraId="5446DC57" w14:textId="77777777">
            <w:pPr>
              <w:spacing w:after="0"/>
              <w:rPr>
                <w:rFonts w:ascii="Times New Roman" w:hAnsi="Times New Roman" w:cs="Times New Roman"/>
                <w:sz w:val="18"/>
                <w:szCs w:val="18"/>
              </w:rPr>
            </w:pPr>
            <w:r w:rsidRPr="00704E61">
              <w:rPr>
                <w:rFonts w:ascii="Times New Roman" w:hAnsi="Times New Roman" w:cs="Times New Roman"/>
                <w:sz w:val="18"/>
                <w:szCs w:val="18"/>
              </w:rPr>
              <w:t>27d</w:t>
            </w:r>
          </w:p>
        </w:tc>
        <w:tc>
          <w:tcPr>
            <w:tcW w:w="2122" w:type="dxa"/>
            <w:tcMar/>
          </w:tcPr>
          <w:p w:rsidRPr="00704E61" w:rsidR="003F40DC" w:rsidP="00704E61" w:rsidRDefault="00000000" w14:paraId="3D7FC721"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for any additional analyses (eg, subgroup and sensitivity analyses)</w:t>
            </w:r>
          </w:p>
        </w:tc>
        <w:tc>
          <w:tcPr>
            <w:tcW w:w="2846" w:type="dxa"/>
            <w:tcMar/>
          </w:tcPr>
          <w:p w:rsidRPr="00704E61" w:rsidR="0080588E" w:rsidP="00704E61" w:rsidRDefault="00000000" w14:paraId="6A070870"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pp.19-20 (Sensitivity and additional analyses)</w:t>
            </w:r>
          </w:p>
        </w:tc>
      </w:tr>
      <w:tr w:rsidRPr="0060181E" w:rsidR="003F40DC" w:rsidTr="700A6879" w14:paraId="45A4654B" w14:textId="77777777">
        <w:trPr>
          <w:jc w:val="center"/>
        </w:trPr>
        <w:tc>
          <w:tcPr>
            <w:tcW w:w="2015" w:type="dxa"/>
            <w:tcMar/>
          </w:tcPr>
          <w:p w:rsidRPr="00704E61" w:rsidR="003F40DC" w:rsidP="00704E61" w:rsidRDefault="00000000" w14:paraId="489C9252"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Monitoring</w:t>
            </w:r>
          </w:p>
        </w:tc>
        <w:tc>
          <w:tcPr>
            <w:tcW w:w="1873" w:type="dxa"/>
            <w:tcMar/>
          </w:tcPr>
          <w:p w:rsidRPr="00704E61" w:rsidR="003F40DC" w:rsidP="00704E61" w:rsidRDefault="00000000" w14:paraId="39A626CF" w14:textId="77777777">
            <w:pPr>
              <w:spacing w:after="0"/>
              <w:rPr>
                <w:rFonts w:ascii="Times New Roman" w:hAnsi="Times New Roman" w:cs="Times New Roman"/>
                <w:sz w:val="18"/>
                <w:szCs w:val="18"/>
              </w:rPr>
            </w:pPr>
            <w:r w:rsidRPr="00704E61">
              <w:rPr>
                <w:rFonts w:ascii="Times New Roman" w:hAnsi="Times New Roman" w:cs="Times New Roman"/>
                <w:sz w:val="18"/>
                <w:szCs w:val="18"/>
              </w:rPr>
              <w:t>28a</w:t>
            </w:r>
          </w:p>
        </w:tc>
        <w:tc>
          <w:tcPr>
            <w:tcW w:w="2122" w:type="dxa"/>
            <w:tcMar/>
          </w:tcPr>
          <w:p w:rsidRPr="00704E61" w:rsidR="003F40DC" w:rsidP="00704E61" w:rsidRDefault="00000000" w14:paraId="362BB6EE" w14:textId="77777777">
            <w:pPr>
              <w:spacing w:after="0"/>
              <w:rPr>
                <w:rFonts w:ascii="Times New Roman" w:hAnsi="Times New Roman" w:cs="Times New Roman"/>
                <w:sz w:val="18"/>
                <w:szCs w:val="18"/>
              </w:rPr>
            </w:pPr>
            <w:r w:rsidRPr="00704E61">
              <w:rPr>
                <w:rFonts w:ascii="Times New Roman" w:hAnsi="Times New Roman" w:cs="Times New Roman"/>
                <w:sz w:val="18"/>
                <w:szCs w:val="18"/>
              </w:rPr>
              <w:t>Composition of data monitoring committee (DMC) or explanation why not needed</w:t>
            </w:r>
          </w:p>
        </w:tc>
        <w:tc>
          <w:tcPr>
            <w:tcW w:w="2846" w:type="dxa"/>
            <w:tcMar/>
          </w:tcPr>
          <w:p w:rsidRPr="00704E61" w:rsidR="0080588E" w:rsidP="700A6879" w:rsidRDefault="00000000" w14:paraId="4615993C" w14:textId="5FE16191">
            <w:pPr>
              <w:pStyle w:val="Normal"/>
              <w:spacing w:after="0"/>
              <w:rPr>
                <w:rFonts w:ascii="Times New Roman" w:hAnsi="Times New Roman" w:cs="Times New Roman"/>
                <w:sz w:val="18"/>
                <w:szCs w:val="18"/>
              </w:rPr>
            </w:pPr>
            <w:r w:rsidRPr="700A6879" w:rsidR="259B05A8">
              <w:rPr>
                <w:rFonts w:ascii="Times New Roman" w:hAnsi="Times New Roman" w:eastAsia="Times New Roman" w:cs="Times New Roman"/>
                <w:noProof w:val="0"/>
                <w:sz w:val="18"/>
                <w:szCs w:val="18"/>
                <w:lang w:val="en-US"/>
              </w:rPr>
              <w:t>p.22</w:t>
            </w:r>
            <w:r w:rsidRPr="700A6879" w:rsidR="19AB41DD">
              <w:rPr>
                <w:rFonts w:ascii="Times New Roman" w:hAnsi="Times New Roman" w:cs="Times New Roman"/>
                <w:sz w:val="18"/>
                <w:szCs w:val="18"/>
              </w:rPr>
              <w:t xml:space="preserve"> (No independent DMC; rationale)</w:t>
            </w:r>
          </w:p>
        </w:tc>
      </w:tr>
      <w:tr w:rsidRPr="0060181E" w:rsidR="003F40DC" w:rsidTr="700A6879" w14:paraId="19065ED2" w14:textId="77777777">
        <w:trPr>
          <w:jc w:val="center"/>
        </w:trPr>
        <w:tc>
          <w:tcPr>
            <w:tcW w:w="2015" w:type="dxa"/>
            <w:tcMar/>
          </w:tcPr>
          <w:p w:rsidRPr="00704E61" w:rsidR="003F40DC" w:rsidP="00704E61" w:rsidRDefault="00000000" w14:paraId="4ECEC78F"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Monitoring</w:t>
            </w:r>
          </w:p>
        </w:tc>
        <w:tc>
          <w:tcPr>
            <w:tcW w:w="1873" w:type="dxa"/>
            <w:tcMar/>
          </w:tcPr>
          <w:p w:rsidRPr="00704E61" w:rsidR="003F40DC" w:rsidP="00704E61" w:rsidRDefault="00000000" w14:paraId="6DCAA691" w14:textId="77777777">
            <w:pPr>
              <w:spacing w:after="0"/>
              <w:rPr>
                <w:rFonts w:ascii="Times New Roman" w:hAnsi="Times New Roman" w:cs="Times New Roman"/>
                <w:sz w:val="18"/>
                <w:szCs w:val="18"/>
              </w:rPr>
            </w:pPr>
            <w:r w:rsidRPr="00704E61">
              <w:rPr>
                <w:rFonts w:ascii="Times New Roman" w:hAnsi="Times New Roman" w:cs="Times New Roman"/>
                <w:sz w:val="18"/>
                <w:szCs w:val="18"/>
              </w:rPr>
              <w:t>28b</w:t>
            </w:r>
          </w:p>
        </w:tc>
        <w:tc>
          <w:tcPr>
            <w:tcW w:w="2122" w:type="dxa"/>
            <w:tcMar/>
          </w:tcPr>
          <w:p w:rsidRPr="00704E61" w:rsidR="003F40DC" w:rsidP="00704E61" w:rsidRDefault="00000000" w14:paraId="1264FEEA" w14:textId="77777777">
            <w:pPr>
              <w:spacing w:after="0"/>
              <w:rPr>
                <w:rFonts w:ascii="Times New Roman" w:hAnsi="Times New Roman" w:cs="Times New Roman"/>
                <w:sz w:val="18"/>
                <w:szCs w:val="18"/>
              </w:rPr>
            </w:pPr>
            <w:r w:rsidRPr="00704E61">
              <w:rPr>
                <w:rFonts w:ascii="Times New Roman" w:hAnsi="Times New Roman" w:cs="Times New Roman"/>
                <w:sz w:val="18"/>
                <w:szCs w:val="18"/>
              </w:rPr>
              <w:t>Explanation of interim analyses and stopping guidelines, including who will have access and decision to terminate trial</w:t>
            </w:r>
          </w:p>
        </w:tc>
        <w:tc>
          <w:tcPr>
            <w:tcW w:w="2846" w:type="dxa"/>
            <w:tcMar/>
          </w:tcPr>
          <w:p w:rsidRPr="00704E61" w:rsidR="0080588E" w:rsidP="00704E61" w:rsidRDefault="00000000" w14:paraId="479422C3" w14:textId="5D041964">
            <w:pPr>
              <w:spacing w:after="0"/>
              <w:rPr>
                <w:rFonts w:ascii="Times New Roman" w:hAnsi="Times New Roman" w:cs="Times New Roman"/>
                <w:sz w:val="18"/>
                <w:szCs w:val="18"/>
              </w:rPr>
            </w:pPr>
            <w:r w:rsidRPr="700A6879" w:rsidR="19AB41DD">
              <w:rPr>
                <w:rFonts w:ascii="Times New Roman" w:hAnsi="Times New Roman" w:cs="Times New Roman"/>
                <w:sz w:val="18"/>
                <w:szCs w:val="18"/>
              </w:rPr>
              <w:t>p.2</w:t>
            </w:r>
            <w:r w:rsidRPr="700A6879" w:rsidR="51D6A28C">
              <w:rPr>
                <w:rFonts w:ascii="Times New Roman" w:hAnsi="Times New Roman" w:cs="Times New Roman"/>
                <w:sz w:val="18"/>
                <w:szCs w:val="18"/>
              </w:rPr>
              <w:t>2</w:t>
            </w:r>
            <w:r w:rsidRPr="700A6879" w:rsidR="19AB41DD">
              <w:rPr>
                <w:rFonts w:ascii="Times New Roman" w:hAnsi="Times New Roman" w:cs="Times New Roman"/>
                <w:sz w:val="18"/>
                <w:szCs w:val="18"/>
              </w:rPr>
              <w:t xml:space="preserve"> (No interim analyses/stopping rules)</w:t>
            </w:r>
          </w:p>
        </w:tc>
      </w:tr>
      <w:tr w:rsidRPr="0060181E" w:rsidR="003F40DC" w:rsidTr="700A6879" w14:paraId="7A7C0065" w14:textId="77777777">
        <w:trPr>
          <w:jc w:val="center"/>
        </w:trPr>
        <w:tc>
          <w:tcPr>
            <w:tcW w:w="2015" w:type="dxa"/>
            <w:tcMar/>
          </w:tcPr>
          <w:p w:rsidRPr="00704E61" w:rsidR="003F40DC" w:rsidP="00704E61" w:rsidRDefault="00000000" w14:paraId="247058CF" w14:textId="77777777">
            <w:pPr>
              <w:spacing w:after="0"/>
              <w:rPr>
                <w:rFonts w:ascii="Times New Roman" w:hAnsi="Times New Roman" w:cs="Times New Roman"/>
                <w:sz w:val="18"/>
                <w:szCs w:val="18"/>
              </w:rPr>
            </w:pPr>
            <w:r w:rsidRPr="00704E61">
              <w:rPr>
                <w:rFonts w:ascii="Times New Roman" w:hAnsi="Times New Roman" w:cs="Times New Roman"/>
                <w:sz w:val="18"/>
                <w:szCs w:val="18"/>
              </w:rPr>
              <w:t>Methods: Monitoring</w:t>
            </w:r>
          </w:p>
        </w:tc>
        <w:tc>
          <w:tcPr>
            <w:tcW w:w="1873" w:type="dxa"/>
            <w:tcMar/>
          </w:tcPr>
          <w:p w:rsidRPr="00704E61" w:rsidR="003F40DC" w:rsidP="00704E61" w:rsidRDefault="00000000" w14:paraId="050BD1B9" w14:textId="77777777">
            <w:pPr>
              <w:spacing w:after="0"/>
              <w:rPr>
                <w:rFonts w:ascii="Times New Roman" w:hAnsi="Times New Roman" w:cs="Times New Roman"/>
                <w:sz w:val="18"/>
                <w:szCs w:val="18"/>
              </w:rPr>
            </w:pPr>
            <w:r w:rsidRPr="00704E61">
              <w:rPr>
                <w:rFonts w:ascii="Times New Roman" w:hAnsi="Times New Roman" w:cs="Times New Roman"/>
                <w:sz w:val="18"/>
                <w:szCs w:val="18"/>
              </w:rPr>
              <w:t>29</w:t>
            </w:r>
          </w:p>
        </w:tc>
        <w:tc>
          <w:tcPr>
            <w:tcW w:w="2122" w:type="dxa"/>
            <w:tcMar/>
          </w:tcPr>
          <w:p w:rsidRPr="00704E61" w:rsidR="003F40DC" w:rsidP="00704E61" w:rsidRDefault="00000000" w14:paraId="3179557D" w14:textId="77777777">
            <w:pPr>
              <w:spacing w:after="0"/>
              <w:rPr>
                <w:rFonts w:ascii="Times New Roman" w:hAnsi="Times New Roman" w:cs="Times New Roman"/>
                <w:sz w:val="18"/>
                <w:szCs w:val="18"/>
              </w:rPr>
            </w:pPr>
            <w:r w:rsidRPr="00704E61">
              <w:rPr>
                <w:rFonts w:ascii="Times New Roman" w:hAnsi="Times New Roman" w:cs="Times New Roman"/>
                <w:sz w:val="18"/>
                <w:szCs w:val="18"/>
              </w:rPr>
              <w:t>Frequency and procedures for monitoring trial conduct (or explanation if none)</w:t>
            </w:r>
          </w:p>
        </w:tc>
        <w:tc>
          <w:tcPr>
            <w:tcW w:w="2846" w:type="dxa"/>
            <w:tcMar/>
          </w:tcPr>
          <w:p w:rsidRPr="00704E61" w:rsidR="0080588E" w:rsidP="00704E61" w:rsidRDefault="00000000" w14:paraId="16D1677E" w14:textId="2E881B21">
            <w:pPr>
              <w:spacing w:after="0"/>
              <w:rPr>
                <w:rFonts w:ascii="Times New Roman" w:hAnsi="Times New Roman" w:cs="Times New Roman"/>
                <w:sz w:val="18"/>
                <w:szCs w:val="18"/>
              </w:rPr>
            </w:pPr>
            <w:r w:rsidRPr="700A6879" w:rsidR="19AB41DD">
              <w:rPr>
                <w:rFonts w:ascii="Times New Roman" w:hAnsi="Times New Roman" w:cs="Times New Roman"/>
                <w:sz w:val="18"/>
                <w:szCs w:val="18"/>
              </w:rPr>
              <w:t>p.2</w:t>
            </w:r>
            <w:r w:rsidRPr="700A6879" w:rsidR="6A0CD83F">
              <w:rPr>
                <w:rFonts w:ascii="Times New Roman" w:hAnsi="Times New Roman" w:cs="Times New Roman"/>
                <w:sz w:val="18"/>
                <w:szCs w:val="18"/>
              </w:rPr>
              <w:t>2</w:t>
            </w:r>
            <w:r w:rsidRPr="700A6879" w:rsidR="19AB41DD">
              <w:rPr>
                <w:rFonts w:ascii="Times New Roman" w:hAnsi="Times New Roman" w:cs="Times New Roman"/>
                <w:sz w:val="18"/>
                <w:szCs w:val="18"/>
              </w:rPr>
              <w:t xml:space="preserve"> (Trial monitoring frequency/procedures)</w:t>
            </w:r>
          </w:p>
        </w:tc>
      </w:tr>
      <w:tr w:rsidRPr="0060181E" w:rsidR="003F40DC" w:rsidTr="700A6879" w14:paraId="52162E5D" w14:textId="77777777">
        <w:trPr>
          <w:jc w:val="center"/>
        </w:trPr>
        <w:tc>
          <w:tcPr>
            <w:tcW w:w="2015" w:type="dxa"/>
            <w:tcMar/>
          </w:tcPr>
          <w:p w:rsidRPr="00704E61" w:rsidR="003F40DC" w:rsidP="00704E61" w:rsidRDefault="00000000" w14:paraId="022828AB" w14:textId="77777777">
            <w:pPr>
              <w:spacing w:after="0"/>
              <w:rPr>
                <w:rFonts w:ascii="Times New Roman" w:hAnsi="Times New Roman" w:cs="Times New Roman"/>
                <w:sz w:val="18"/>
                <w:szCs w:val="18"/>
              </w:rPr>
            </w:pPr>
            <w:r w:rsidRPr="00704E61">
              <w:rPr>
                <w:rFonts w:ascii="Times New Roman" w:hAnsi="Times New Roman" w:cs="Times New Roman"/>
                <w:sz w:val="18"/>
                <w:szCs w:val="18"/>
              </w:rPr>
              <w:t>Ethics</w:t>
            </w:r>
          </w:p>
        </w:tc>
        <w:tc>
          <w:tcPr>
            <w:tcW w:w="1873" w:type="dxa"/>
            <w:tcMar/>
          </w:tcPr>
          <w:p w:rsidRPr="00704E61" w:rsidR="003F40DC" w:rsidP="00704E61" w:rsidRDefault="00000000" w14:paraId="59ACD2E7" w14:textId="77777777">
            <w:pPr>
              <w:spacing w:after="0"/>
              <w:rPr>
                <w:rFonts w:ascii="Times New Roman" w:hAnsi="Times New Roman" w:cs="Times New Roman"/>
                <w:sz w:val="18"/>
                <w:szCs w:val="18"/>
              </w:rPr>
            </w:pPr>
            <w:r w:rsidRPr="00704E61">
              <w:rPr>
                <w:rFonts w:ascii="Times New Roman" w:hAnsi="Times New Roman" w:cs="Times New Roman"/>
                <w:sz w:val="18"/>
                <w:szCs w:val="18"/>
              </w:rPr>
              <w:t>30</w:t>
            </w:r>
          </w:p>
        </w:tc>
        <w:tc>
          <w:tcPr>
            <w:tcW w:w="2122" w:type="dxa"/>
            <w:tcMar/>
          </w:tcPr>
          <w:p w:rsidRPr="00704E61" w:rsidR="003F40DC" w:rsidP="00704E61" w:rsidRDefault="00000000" w14:paraId="5623DD42" w14:textId="77777777">
            <w:pPr>
              <w:spacing w:after="0"/>
              <w:rPr>
                <w:rFonts w:ascii="Times New Roman" w:hAnsi="Times New Roman" w:cs="Times New Roman"/>
                <w:sz w:val="18"/>
                <w:szCs w:val="18"/>
              </w:rPr>
            </w:pPr>
            <w:r w:rsidRPr="00704E61">
              <w:rPr>
                <w:rFonts w:ascii="Times New Roman" w:hAnsi="Times New Roman" w:cs="Times New Roman"/>
                <w:sz w:val="18"/>
                <w:szCs w:val="18"/>
              </w:rPr>
              <w:t>Plans for seeking research ethics committee/institutional review board approval</w:t>
            </w:r>
          </w:p>
        </w:tc>
        <w:tc>
          <w:tcPr>
            <w:tcW w:w="2846" w:type="dxa"/>
            <w:tcMar/>
          </w:tcPr>
          <w:p w:rsidRPr="00704E61" w:rsidR="0080588E" w:rsidP="00704E61" w:rsidRDefault="00000000" w14:paraId="38EC08B1"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pp.20-21 and 25 (Ethics and dissemination; Ethics approval and consent to participate)</w:t>
            </w:r>
          </w:p>
        </w:tc>
      </w:tr>
      <w:tr w:rsidRPr="0060181E" w:rsidR="003F40DC" w:rsidTr="700A6879" w14:paraId="1C054685" w14:textId="77777777">
        <w:trPr>
          <w:jc w:val="center"/>
        </w:trPr>
        <w:tc>
          <w:tcPr>
            <w:tcW w:w="2015" w:type="dxa"/>
            <w:tcMar/>
          </w:tcPr>
          <w:p w:rsidRPr="00704E61" w:rsidR="003F40DC" w:rsidP="00704E61" w:rsidRDefault="00000000" w14:paraId="37FD8B3D" w14:textId="77777777">
            <w:pPr>
              <w:spacing w:after="0"/>
              <w:rPr>
                <w:rFonts w:ascii="Times New Roman" w:hAnsi="Times New Roman" w:cs="Times New Roman"/>
                <w:sz w:val="18"/>
                <w:szCs w:val="18"/>
              </w:rPr>
            </w:pPr>
            <w:r w:rsidRPr="00704E61">
              <w:rPr>
                <w:rFonts w:ascii="Times New Roman" w:hAnsi="Times New Roman" w:cs="Times New Roman"/>
                <w:sz w:val="18"/>
                <w:szCs w:val="18"/>
              </w:rPr>
              <w:t>Ethics</w:t>
            </w:r>
          </w:p>
        </w:tc>
        <w:tc>
          <w:tcPr>
            <w:tcW w:w="1873" w:type="dxa"/>
            <w:tcMar/>
          </w:tcPr>
          <w:p w:rsidRPr="00704E61" w:rsidR="003F40DC" w:rsidP="00704E61" w:rsidRDefault="00000000" w14:paraId="14D37AC1" w14:textId="77777777">
            <w:pPr>
              <w:spacing w:after="0"/>
              <w:rPr>
                <w:rFonts w:ascii="Times New Roman" w:hAnsi="Times New Roman" w:cs="Times New Roman"/>
                <w:sz w:val="18"/>
                <w:szCs w:val="18"/>
              </w:rPr>
            </w:pPr>
            <w:r w:rsidRPr="00704E61">
              <w:rPr>
                <w:rFonts w:ascii="Times New Roman" w:hAnsi="Times New Roman" w:cs="Times New Roman"/>
                <w:sz w:val="18"/>
                <w:szCs w:val="18"/>
              </w:rPr>
              <w:t>31</w:t>
            </w:r>
          </w:p>
        </w:tc>
        <w:tc>
          <w:tcPr>
            <w:tcW w:w="2122" w:type="dxa"/>
            <w:tcMar/>
          </w:tcPr>
          <w:p w:rsidRPr="00704E61" w:rsidR="003F40DC" w:rsidP="00704E61" w:rsidRDefault="00000000" w14:paraId="1018FE8E" w14:textId="77777777">
            <w:pPr>
              <w:spacing w:after="0"/>
              <w:rPr>
                <w:rFonts w:ascii="Times New Roman" w:hAnsi="Times New Roman" w:cs="Times New Roman"/>
                <w:sz w:val="18"/>
                <w:szCs w:val="18"/>
              </w:rPr>
            </w:pPr>
            <w:r w:rsidRPr="00704E61">
              <w:rPr>
                <w:rFonts w:ascii="Times New Roman" w:hAnsi="Times New Roman" w:cs="Times New Roman"/>
                <w:sz w:val="18"/>
                <w:szCs w:val="18"/>
              </w:rPr>
              <w:t>Plans for communicating important protocol modifications to relevant parties</w:t>
            </w:r>
          </w:p>
        </w:tc>
        <w:tc>
          <w:tcPr>
            <w:tcW w:w="2846" w:type="dxa"/>
            <w:tcMar/>
          </w:tcPr>
          <w:p w:rsidRPr="00704E61" w:rsidR="0080588E" w:rsidP="00704E61" w:rsidRDefault="00000000" w14:paraId="29EA4928" w14:textId="77777777">
            <w:pPr>
              <w:spacing w:after="0"/>
              <w:rPr>
                <w:rFonts w:ascii="Times New Roman" w:hAnsi="Times New Roman" w:cs="Times New Roman"/>
                <w:sz w:val="18"/>
                <w:szCs w:val="18"/>
              </w:rPr>
            </w:pPr>
            <w:r w:rsidRPr="00704E61">
              <w:rPr>
                <w:rFonts w:ascii="Times New Roman" w:hAnsi="Times New Roman" w:cs="Times New Roman"/>
                <w:sz w:val="18"/>
                <w:szCs w:val="18"/>
              </w:rPr>
              <w:t>p.21 (Protocol amendments)</w:t>
            </w:r>
          </w:p>
        </w:tc>
      </w:tr>
      <w:tr w:rsidRPr="0060181E" w:rsidR="003F40DC" w:rsidTr="700A6879" w14:paraId="12A4535D" w14:textId="77777777">
        <w:trPr>
          <w:jc w:val="center"/>
        </w:trPr>
        <w:tc>
          <w:tcPr>
            <w:tcW w:w="2015" w:type="dxa"/>
            <w:tcMar/>
          </w:tcPr>
          <w:p w:rsidRPr="00704E61" w:rsidR="003F40DC" w:rsidP="00704E61" w:rsidRDefault="00000000" w14:paraId="116F1EA2" w14:textId="77777777">
            <w:pPr>
              <w:spacing w:after="0"/>
              <w:rPr>
                <w:rFonts w:ascii="Times New Roman" w:hAnsi="Times New Roman" w:cs="Times New Roman"/>
                <w:sz w:val="18"/>
                <w:szCs w:val="18"/>
              </w:rPr>
            </w:pPr>
            <w:r w:rsidRPr="00704E61">
              <w:rPr>
                <w:rFonts w:ascii="Times New Roman" w:hAnsi="Times New Roman" w:cs="Times New Roman"/>
                <w:sz w:val="18"/>
                <w:szCs w:val="18"/>
              </w:rPr>
              <w:t>Ethics</w:t>
            </w:r>
          </w:p>
        </w:tc>
        <w:tc>
          <w:tcPr>
            <w:tcW w:w="1873" w:type="dxa"/>
            <w:tcMar/>
          </w:tcPr>
          <w:p w:rsidRPr="00704E61" w:rsidR="003F40DC" w:rsidP="00704E61" w:rsidRDefault="00000000" w14:paraId="6EF6D6CF" w14:textId="77777777">
            <w:pPr>
              <w:spacing w:after="0"/>
              <w:rPr>
                <w:rFonts w:ascii="Times New Roman" w:hAnsi="Times New Roman" w:cs="Times New Roman"/>
                <w:sz w:val="18"/>
                <w:szCs w:val="18"/>
              </w:rPr>
            </w:pPr>
            <w:r w:rsidRPr="00704E61">
              <w:rPr>
                <w:rFonts w:ascii="Times New Roman" w:hAnsi="Times New Roman" w:cs="Times New Roman"/>
                <w:sz w:val="18"/>
                <w:szCs w:val="18"/>
              </w:rPr>
              <w:t>32a</w:t>
            </w:r>
          </w:p>
        </w:tc>
        <w:tc>
          <w:tcPr>
            <w:tcW w:w="2122" w:type="dxa"/>
            <w:tcMar/>
          </w:tcPr>
          <w:p w:rsidRPr="00704E61" w:rsidR="003F40DC" w:rsidP="00704E61" w:rsidRDefault="00000000" w14:paraId="0E9BB89D" w14:textId="77777777">
            <w:pPr>
              <w:spacing w:after="0"/>
              <w:rPr>
                <w:rFonts w:ascii="Times New Roman" w:hAnsi="Times New Roman" w:cs="Times New Roman"/>
                <w:sz w:val="18"/>
                <w:szCs w:val="18"/>
              </w:rPr>
            </w:pPr>
            <w:r w:rsidRPr="00704E61">
              <w:rPr>
                <w:rFonts w:ascii="Times New Roman" w:hAnsi="Times New Roman" w:cs="Times New Roman"/>
                <w:sz w:val="18"/>
                <w:szCs w:val="18"/>
              </w:rPr>
              <w:t>Who will obtain informed consent or assent and how</w:t>
            </w:r>
          </w:p>
        </w:tc>
        <w:tc>
          <w:tcPr>
            <w:tcW w:w="2846" w:type="dxa"/>
            <w:tcMar/>
          </w:tcPr>
          <w:p w:rsidRPr="00704E61" w:rsidR="0080588E" w:rsidP="700A6879" w:rsidRDefault="00000000" w14:paraId="07062ACB" w14:textId="0E9E9B68">
            <w:pPr>
              <w:pStyle w:val="Normal"/>
              <w:spacing w:after="0"/>
              <w:rPr>
                <w:rFonts w:ascii="Times New Roman" w:hAnsi="Times New Roman" w:cs="Times New Roman"/>
                <w:sz w:val="18"/>
                <w:szCs w:val="18"/>
              </w:rPr>
            </w:pPr>
            <w:r w:rsidRPr="700A6879" w:rsidR="7D16C95E">
              <w:rPr>
                <w:rFonts w:ascii="Times New Roman" w:hAnsi="Times New Roman" w:eastAsia="Times New Roman" w:cs="Times New Roman"/>
                <w:noProof w:val="0"/>
                <w:sz w:val="18"/>
                <w:szCs w:val="18"/>
                <w:lang w:val="en-US"/>
              </w:rPr>
              <w:t>pp.8, 21 and 25</w:t>
            </w:r>
            <w:r w:rsidRPr="700A6879" w:rsidR="19AB41DD">
              <w:rPr>
                <w:rFonts w:ascii="Times New Roman" w:hAnsi="Times New Roman" w:cs="Times New Roman"/>
                <w:sz w:val="18"/>
                <w:szCs w:val="18"/>
              </w:rPr>
              <w:t xml:space="preserve"> (Consent procedures; Ethics approval and consent to </w:t>
            </w:r>
            <w:r w:rsidRPr="700A6879" w:rsidR="19AB41DD">
              <w:rPr>
                <w:rFonts w:ascii="Times New Roman" w:hAnsi="Times New Roman" w:cs="Times New Roman"/>
                <w:sz w:val="18"/>
                <w:szCs w:val="18"/>
              </w:rPr>
              <w:t>participate</w:t>
            </w:r>
            <w:r w:rsidRPr="700A6879" w:rsidR="19AB41DD">
              <w:rPr>
                <w:rFonts w:ascii="Times New Roman" w:hAnsi="Times New Roman" w:cs="Times New Roman"/>
                <w:sz w:val="18"/>
                <w:szCs w:val="18"/>
              </w:rPr>
              <w:t>)</w:t>
            </w:r>
          </w:p>
        </w:tc>
      </w:tr>
      <w:tr w:rsidRPr="0060181E" w:rsidR="003F40DC" w:rsidTr="700A6879" w14:paraId="12C77916" w14:textId="77777777">
        <w:trPr>
          <w:jc w:val="center"/>
        </w:trPr>
        <w:tc>
          <w:tcPr>
            <w:tcW w:w="2015" w:type="dxa"/>
            <w:tcMar/>
          </w:tcPr>
          <w:p w:rsidRPr="00704E61" w:rsidR="003F40DC" w:rsidP="00704E61" w:rsidRDefault="00000000" w14:paraId="451ED14E" w14:textId="77777777">
            <w:pPr>
              <w:spacing w:after="0"/>
              <w:rPr>
                <w:rFonts w:ascii="Times New Roman" w:hAnsi="Times New Roman" w:cs="Times New Roman"/>
                <w:sz w:val="18"/>
                <w:szCs w:val="18"/>
              </w:rPr>
            </w:pPr>
            <w:r w:rsidRPr="00704E61">
              <w:rPr>
                <w:rFonts w:ascii="Times New Roman" w:hAnsi="Times New Roman" w:cs="Times New Roman"/>
                <w:sz w:val="18"/>
                <w:szCs w:val="18"/>
              </w:rPr>
              <w:t>Ethics</w:t>
            </w:r>
          </w:p>
        </w:tc>
        <w:tc>
          <w:tcPr>
            <w:tcW w:w="1873" w:type="dxa"/>
            <w:tcMar/>
          </w:tcPr>
          <w:p w:rsidRPr="00704E61" w:rsidR="003F40DC" w:rsidP="00704E61" w:rsidRDefault="00000000" w14:paraId="4A5071DB" w14:textId="77777777">
            <w:pPr>
              <w:spacing w:after="0"/>
              <w:rPr>
                <w:rFonts w:ascii="Times New Roman" w:hAnsi="Times New Roman" w:cs="Times New Roman"/>
                <w:sz w:val="18"/>
                <w:szCs w:val="18"/>
              </w:rPr>
            </w:pPr>
            <w:r w:rsidRPr="00704E61">
              <w:rPr>
                <w:rFonts w:ascii="Times New Roman" w:hAnsi="Times New Roman" w:cs="Times New Roman"/>
                <w:sz w:val="18"/>
                <w:szCs w:val="18"/>
              </w:rPr>
              <w:t>32b</w:t>
            </w:r>
          </w:p>
        </w:tc>
        <w:tc>
          <w:tcPr>
            <w:tcW w:w="2122" w:type="dxa"/>
            <w:tcMar/>
          </w:tcPr>
          <w:p w:rsidRPr="00704E61" w:rsidR="003F40DC" w:rsidP="00704E61" w:rsidRDefault="00000000" w14:paraId="0B2CB435" w14:textId="77777777">
            <w:pPr>
              <w:spacing w:after="0"/>
              <w:rPr>
                <w:rFonts w:ascii="Times New Roman" w:hAnsi="Times New Roman" w:cs="Times New Roman"/>
                <w:sz w:val="18"/>
                <w:szCs w:val="18"/>
              </w:rPr>
            </w:pPr>
            <w:r w:rsidRPr="00704E61">
              <w:rPr>
                <w:rFonts w:ascii="Times New Roman" w:hAnsi="Times New Roman" w:cs="Times New Roman"/>
                <w:sz w:val="18"/>
                <w:szCs w:val="18"/>
              </w:rPr>
              <w:t xml:space="preserve">Additional consent provisions for collection and use of participant data and biological specimens </w:t>
            </w:r>
            <w:r w:rsidRPr="00704E61">
              <w:rPr>
                <w:rFonts w:ascii="Times New Roman" w:hAnsi="Times New Roman" w:cs="Times New Roman"/>
                <w:sz w:val="18"/>
                <w:szCs w:val="18"/>
              </w:rPr>
              <w:lastRenderedPageBreak/>
              <w:t>in ancillary studies, if applicable</w:t>
            </w:r>
          </w:p>
        </w:tc>
        <w:tc>
          <w:tcPr>
            <w:tcW w:w="2846" w:type="dxa"/>
            <w:tcMar/>
          </w:tcPr>
          <w:p w:rsidRPr="00704E61" w:rsidR="0080588E" w:rsidP="00704E61" w:rsidRDefault="00000000" w14:paraId="4D09F9F8" w14:textId="77777777">
            <w:pPr>
              <w:spacing w:after="0"/>
              <w:rPr>
                <w:rFonts w:ascii="Times New Roman" w:hAnsi="Times New Roman" w:cs="Times New Roman"/>
                <w:sz w:val="18"/>
                <w:szCs w:val="18"/>
              </w:rPr>
            </w:pPr>
            <w:r w:rsidRPr="00704E61">
              <w:rPr>
                <w:rFonts w:ascii="Times New Roman" w:hAnsi="Times New Roman" w:cs="Times New Roman"/>
                <w:sz w:val="18"/>
                <w:szCs w:val="18"/>
              </w:rPr>
              <w:lastRenderedPageBreak/>
              <w:t xml:space="preserve">p.21 (Ethics and dissemination: No biological specimens will be collected, and no ancillary studies requiring additional consent are </w:t>
            </w:r>
            <w:r w:rsidRPr="00704E61">
              <w:rPr>
                <w:rFonts w:ascii="Times New Roman" w:hAnsi="Times New Roman" w:cs="Times New Roman"/>
                <w:sz w:val="18"/>
                <w:szCs w:val="18"/>
              </w:rPr>
              <w:lastRenderedPageBreak/>
              <w:t>planned.)</w:t>
            </w:r>
          </w:p>
        </w:tc>
      </w:tr>
      <w:tr w:rsidRPr="0060181E" w:rsidR="003F40DC" w:rsidTr="700A6879" w14:paraId="2F14F428" w14:textId="77777777">
        <w:trPr>
          <w:jc w:val="center"/>
        </w:trPr>
        <w:tc>
          <w:tcPr>
            <w:tcW w:w="2015" w:type="dxa"/>
            <w:tcMar/>
          </w:tcPr>
          <w:p w:rsidRPr="00704E61" w:rsidR="003F40DC" w:rsidP="00704E61" w:rsidRDefault="00000000" w14:paraId="097CFA3E" w14:textId="77777777">
            <w:pPr>
              <w:spacing w:after="0"/>
              <w:rPr>
                <w:rFonts w:ascii="Times New Roman" w:hAnsi="Times New Roman" w:cs="Times New Roman"/>
                <w:sz w:val="18"/>
                <w:szCs w:val="18"/>
              </w:rPr>
            </w:pPr>
            <w:r w:rsidRPr="00704E61">
              <w:rPr>
                <w:rFonts w:ascii="Times New Roman" w:hAnsi="Times New Roman" w:cs="Times New Roman"/>
                <w:sz w:val="18"/>
                <w:szCs w:val="18"/>
              </w:rPr>
              <w:lastRenderedPageBreak/>
              <w:t>Ethics</w:t>
            </w:r>
          </w:p>
        </w:tc>
        <w:tc>
          <w:tcPr>
            <w:tcW w:w="1873" w:type="dxa"/>
            <w:tcMar/>
          </w:tcPr>
          <w:p w:rsidRPr="00704E61" w:rsidR="003F40DC" w:rsidP="00704E61" w:rsidRDefault="00000000" w14:paraId="1A98C74F" w14:textId="77777777">
            <w:pPr>
              <w:spacing w:after="0"/>
              <w:rPr>
                <w:rFonts w:ascii="Times New Roman" w:hAnsi="Times New Roman" w:cs="Times New Roman"/>
                <w:sz w:val="18"/>
                <w:szCs w:val="18"/>
              </w:rPr>
            </w:pPr>
            <w:r w:rsidRPr="00704E61">
              <w:rPr>
                <w:rFonts w:ascii="Times New Roman" w:hAnsi="Times New Roman" w:cs="Times New Roman"/>
                <w:sz w:val="18"/>
                <w:szCs w:val="18"/>
              </w:rPr>
              <w:t>33</w:t>
            </w:r>
          </w:p>
        </w:tc>
        <w:tc>
          <w:tcPr>
            <w:tcW w:w="2122" w:type="dxa"/>
            <w:tcMar/>
          </w:tcPr>
          <w:p w:rsidRPr="00704E61" w:rsidR="003F40DC" w:rsidP="00704E61" w:rsidRDefault="00000000" w14:paraId="7222F0AC" w14:textId="77777777">
            <w:pPr>
              <w:spacing w:after="0"/>
              <w:rPr>
                <w:rFonts w:ascii="Times New Roman" w:hAnsi="Times New Roman" w:cs="Times New Roman"/>
                <w:sz w:val="18"/>
                <w:szCs w:val="18"/>
              </w:rPr>
            </w:pPr>
            <w:r w:rsidRPr="00704E61">
              <w:rPr>
                <w:rFonts w:ascii="Times New Roman" w:hAnsi="Times New Roman" w:cs="Times New Roman"/>
                <w:sz w:val="18"/>
                <w:szCs w:val="18"/>
              </w:rPr>
              <w:t>How personal information will be collected, shared, and maintained to protect confidentiality</w:t>
            </w:r>
          </w:p>
        </w:tc>
        <w:tc>
          <w:tcPr>
            <w:tcW w:w="2846" w:type="dxa"/>
            <w:tcMar/>
          </w:tcPr>
          <w:p w:rsidRPr="00704E61" w:rsidR="0080588E" w:rsidP="00704E61" w:rsidRDefault="00000000" w14:paraId="4177E18F" w14:textId="77777777">
            <w:pPr>
              <w:spacing w:after="0"/>
              <w:rPr>
                <w:rFonts w:ascii="Times New Roman" w:hAnsi="Times New Roman" w:cs="Times New Roman"/>
                <w:sz w:val="18"/>
                <w:szCs w:val="18"/>
              </w:rPr>
            </w:pPr>
            <w:r w:rsidRPr="00704E61">
              <w:rPr>
                <w:rFonts w:ascii="Times New Roman" w:hAnsi="Times New Roman" w:cs="Times New Roman"/>
                <w:sz w:val="18"/>
                <w:szCs w:val="18"/>
              </w:rPr>
              <w:t>pp.20-21 and 25 (Confidentiality/GDPR; Availability of data and materials)</w:t>
            </w:r>
          </w:p>
        </w:tc>
      </w:tr>
      <w:tr w:rsidRPr="0060181E" w:rsidR="003F40DC" w:rsidTr="700A6879" w14:paraId="25F3B6C9" w14:textId="77777777">
        <w:trPr>
          <w:jc w:val="center"/>
        </w:trPr>
        <w:tc>
          <w:tcPr>
            <w:tcW w:w="2015" w:type="dxa"/>
            <w:tcMar/>
          </w:tcPr>
          <w:p w:rsidRPr="00704E61" w:rsidR="003F40DC" w:rsidP="00704E61" w:rsidRDefault="00000000" w14:paraId="51E767C4" w14:textId="77777777">
            <w:pPr>
              <w:spacing w:after="0"/>
              <w:rPr>
                <w:rFonts w:ascii="Times New Roman" w:hAnsi="Times New Roman" w:cs="Times New Roman"/>
                <w:sz w:val="18"/>
                <w:szCs w:val="18"/>
              </w:rPr>
            </w:pPr>
            <w:r w:rsidRPr="00704E61">
              <w:rPr>
                <w:rFonts w:ascii="Times New Roman" w:hAnsi="Times New Roman" w:cs="Times New Roman"/>
                <w:sz w:val="18"/>
                <w:szCs w:val="18"/>
              </w:rPr>
              <w:t>Ethics</w:t>
            </w:r>
          </w:p>
        </w:tc>
        <w:tc>
          <w:tcPr>
            <w:tcW w:w="1873" w:type="dxa"/>
            <w:tcMar/>
          </w:tcPr>
          <w:p w:rsidRPr="00704E61" w:rsidR="003F40DC" w:rsidP="00704E61" w:rsidRDefault="00000000" w14:paraId="35849DC0" w14:textId="77777777">
            <w:pPr>
              <w:spacing w:after="0"/>
              <w:rPr>
                <w:rFonts w:ascii="Times New Roman" w:hAnsi="Times New Roman" w:cs="Times New Roman"/>
                <w:sz w:val="18"/>
                <w:szCs w:val="18"/>
              </w:rPr>
            </w:pPr>
            <w:r w:rsidRPr="00704E61">
              <w:rPr>
                <w:rFonts w:ascii="Times New Roman" w:hAnsi="Times New Roman" w:cs="Times New Roman"/>
                <w:sz w:val="18"/>
                <w:szCs w:val="18"/>
              </w:rPr>
              <w:t>34</w:t>
            </w:r>
          </w:p>
        </w:tc>
        <w:tc>
          <w:tcPr>
            <w:tcW w:w="2122" w:type="dxa"/>
            <w:tcMar/>
          </w:tcPr>
          <w:p w:rsidRPr="00704E61" w:rsidR="003F40DC" w:rsidP="00704E61" w:rsidRDefault="00000000" w14:paraId="3BA49688" w14:textId="77777777">
            <w:pPr>
              <w:spacing w:after="0"/>
              <w:rPr>
                <w:rFonts w:ascii="Times New Roman" w:hAnsi="Times New Roman" w:cs="Times New Roman"/>
                <w:sz w:val="18"/>
                <w:szCs w:val="18"/>
              </w:rPr>
            </w:pPr>
            <w:r w:rsidRPr="00704E61">
              <w:rPr>
                <w:rFonts w:ascii="Times New Roman" w:hAnsi="Times New Roman" w:cs="Times New Roman"/>
                <w:sz w:val="18"/>
                <w:szCs w:val="18"/>
              </w:rPr>
              <w:t>Provisions for ancillary and post-trial care, and for compensation for harm from trial participation</w:t>
            </w:r>
          </w:p>
        </w:tc>
        <w:tc>
          <w:tcPr>
            <w:tcW w:w="2846" w:type="dxa"/>
            <w:tcMar/>
          </w:tcPr>
          <w:p w:rsidRPr="00704E61" w:rsidR="0080588E" w:rsidP="00704E61" w:rsidRDefault="00000000" w14:paraId="342FB9B2" w14:textId="77777777">
            <w:pPr>
              <w:spacing w:after="0"/>
              <w:rPr>
                <w:rFonts w:ascii="Times New Roman" w:hAnsi="Times New Roman" w:cs="Times New Roman"/>
                <w:sz w:val="18"/>
                <w:szCs w:val="18"/>
              </w:rPr>
            </w:pPr>
            <w:r w:rsidRPr="00704E61">
              <w:rPr>
                <w:rFonts w:ascii="Times New Roman" w:hAnsi="Times New Roman" w:cs="Times New Roman"/>
                <w:sz w:val="18"/>
                <w:szCs w:val="18"/>
              </w:rPr>
              <w:t>p.22 (Ancillary/post-trial care and compensation statement)</w:t>
            </w:r>
          </w:p>
        </w:tc>
      </w:tr>
    </w:tbl>
    <w:p w:rsidRPr="0060181E" w:rsidR="009300AA" w:rsidP="0060181E" w:rsidRDefault="009300AA" w14:paraId="11B7FDB0" w14:textId="77777777">
      <w:pPr>
        <w:rPr>
          <w:rFonts w:ascii="Times New Roman" w:hAnsi="Times New Roman" w:cs="Times New Roman"/>
        </w:rPr>
      </w:pPr>
    </w:p>
    <w:p w:rsidR="0080588E" w:rsidRDefault="0080588E" w14:paraId="5A8BF30C" w14:textId="77777777"/>
    <w:sectPr w:rsidR="0080588E"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hint="default" w:ascii="Symbol" w:hAnsi="Symbol"/>
      </w:rPr>
    </w:lvl>
  </w:abstractNum>
  <w:num w:numId="1" w16cid:durableId="166018189">
    <w:abstractNumId w:val="8"/>
  </w:num>
  <w:num w:numId="2" w16cid:durableId="1790976980">
    <w:abstractNumId w:val="6"/>
  </w:num>
  <w:num w:numId="3" w16cid:durableId="648364629">
    <w:abstractNumId w:val="5"/>
  </w:num>
  <w:num w:numId="4" w16cid:durableId="663750295">
    <w:abstractNumId w:val="4"/>
  </w:num>
  <w:num w:numId="5" w16cid:durableId="1747409578">
    <w:abstractNumId w:val="7"/>
  </w:num>
  <w:num w:numId="6" w16cid:durableId="1050956950">
    <w:abstractNumId w:val="3"/>
  </w:num>
  <w:num w:numId="7" w16cid:durableId="2018730756">
    <w:abstractNumId w:val="2"/>
  </w:num>
  <w:num w:numId="8" w16cid:durableId="164590875">
    <w:abstractNumId w:val="1"/>
  </w:num>
  <w:num w:numId="9" w16cid:durableId="179328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000"/>
    <w:rsid w:val="00034616"/>
    <w:rsid w:val="0006063C"/>
    <w:rsid w:val="00119854"/>
    <w:rsid w:val="0015074B"/>
    <w:rsid w:val="00152DB6"/>
    <w:rsid w:val="0029639D"/>
    <w:rsid w:val="00326F90"/>
    <w:rsid w:val="003F40DC"/>
    <w:rsid w:val="004579D2"/>
    <w:rsid w:val="0060181E"/>
    <w:rsid w:val="00704E61"/>
    <w:rsid w:val="0080588E"/>
    <w:rsid w:val="009300AA"/>
    <w:rsid w:val="00AA1D8D"/>
    <w:rsid w:val="00B47730"/>
    <w:rsid w:val="00CB0664"/>
    <w:rsid w:val="00CD27FF"/>
    <w:rsid w:val="00FC693F"/>
    <w:rsid w:val="0705FAF2"/>
    <w:rsid w:val="074C2D1A"/>
    <w:rsid w:val="163D9238"/>
    <w:rsid w:val="16929537"/>
    <w:rsid w:val="18B6CD8E"/>
    <w:rsid w:val="19AB41DD"/>
    <w:rsid w:val="1D8DE776"/>
    <w:rsid w:val="1F4AB8CD"/>
    <w:rsid w:val="201195E0"/>
    <w:rsid w:val="20ADAE49"/>
    <w:rsid w:val="23A5E606"/>
    <w:rsid w:val="259B05A8"/>
    <w:rsid w:val="2BF4F750"/>
    <w:rsid w:val="2DAD29B4"/>
    <w:rsid w:val="33458972"/>
    <w:rsid w:val="33793E37"/>
    <w:rsid w:val="358AF139"/>
    <w:rsid w:val="386B024F"/>
    <w:rsid w:val="3943A914"/>
    <w:rsid w:val="3DCC4866"/>
    <w:rsid w:val="3EA1EB1E"/>
    <w:rsid w:val="41A0D5D4"/>
    <w:rsid w:val="51D6A28C"/>
    <w:rsid w:val="622A5E52"/>
    <w:rsid w:val="653A8371"/>
    <w:rsid w:val="66A0C6EA"/>
    <w:rsid w:val="6827A63A"/>
    <w:rsid w:val="6A0CD83F"/>
    <w:rsid w:val="700A6879"/>
    <w:rsid w:val="755A2EA6"/>
    <w:rsid w:val="7D16C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E2DE1D"/>
  <w14:defaultImageDpi w14:val="300"/>
  <w15:docId w15:val="{303B4888-AA3A-4D7D-985D-85FEEA89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Ttulo1">
    <w:name w:val="heading 1"/>
    <w:basedOn w:val="Normal"/>
    <w:next w:val="Normal"/>
    <w:link w:val="Ttulo1Carte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Ttulo3">
    <w:name w:val="heading 3"/>
    <w:basedOn w:val="Normal"/>
    <w:next w:val="Normal"/>
    <w:link w:val="Ttulo3Carte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Ttulo4">
    <w:name w:val="heading 4"/>
    <w:basedOn w:val="Normal"/>
    <w:next w:val="Normal"/>
    <w:link w:val="Ttulo4Carte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Ttulo5">
    <w:name w:val="heading 5"/>
    <w:basedOn w:val="Normal"/>
    <w:next w:val="Normal"/>
    <w:link w:val="Ttulo5Carte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Ttulo6">
    <w:name w:val="heading 6"/>
    <w:basedOn w:val="Normal"/>
    <w:next w:val="Normal"/>
    <w:link w:val="Ttulo6Carte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Ttulo7">
    <w:name w:val="heading 7"/>
    <w:basedOn w:val="Normal"/>
    <w:next w:val="Normal"/>
    <w:link w:val="Ttulo7Carte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Ttulo8">
    <w:name w:val="heading 8"/>
    <w:basedOn w:val="Normal"/>
    <w:next w:val="Normal"/>
    <w:link w:val="Ttulo8Carte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Ttulo9">
    <w:name w:val="heading 9"/>
    <w:basedOn w:val="Normal"/>
    <w:next w:val="Normal"/>
    <w:link w:val="Ttulo9Carte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Tipodeletrapredefinidodopargraf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spacing w:after="0" w:line="240" w:lineRule="auto"/>
    </w:pPr>
  </w:style>
  <w:style w:type="character" w:styleId="CabealhoCarter" w:customStyle="1">
    <w:name w:val="Cabeçalho Caráter"/>
    <w:basedOn w:val="Tipodeletrapredefinidodopargrafo"/>
    <w:link w:val="Cabealho"/>
    <w:uiPriority w:val="99"/>
    <w:rsid w:val="00E618BF"/>
  </w:style>
  <w:style w:type="paragraph" w:styleId="Rodap">
    <w:name w:val="footer"/>
    <w:basedOn w:val="Normal"/>
    <w:link w:val="RodapCarter"/>
    <w:uiPriority w:val="99"/>
    <w:unhideWhenUsed/>
    <w:rsid w:val="00E618BF"/>
    <w:pPr>
      <w:tabs>
        <w:tab w:val="center" w:pos="4680"/>
        <w:tab w:val="right" w:pos="9360"/>
      </w:tabs>
      <w:spacing w:after="0" w:line="240" w:lineRule="auto"/>
    </w:pPr>
  </w:style>
  <w:style w:type="character" w:styleId="RodapCarter" w:customStyle="1">
    <w:name w:val="Rodapé Caráter"/>
    <w:basedOn w:val="Tipodeletrapredefinidodopargrafo"/>
    <w:link w:val="Rodap"/>
    <w:uiPriority w:val="99"/>
    <w:rsid w:val="00E618BF"/>
  </w:style>
  <w:style w:type="paragraph" w:styleId="SemEspaamento">
    <w:name w:val="No Spacing"/>
    <w:uiPriority w:val="1"/>
    <w:qFormat/>
    <w:rsid w:val="00FC693F"/>
    <w:pPr>
      <w:spacing w:after="0" w:line="240" w:lineRule="auto"/>
    </w:pPr>
  </w:style>
  <w:style w:type="character" w:styleId="Ttulo1Carter" w:customStyle="1">
    <w:name w:val="Título 1 Caráter"/>
    <w:basedOn w:val="Tipodeletrapredefinidodopargrafo"/>
    <w:link w:val="Ttulo1"/>
    <w:uiPriority w:val="9"/>
    <w:rsid w:val="00FC693F"/>
    <w:rPr>
      <w:rFonts w:asciiTheme="majorHAnsi" w:hAnsiTheme="majorHAnsi" w:eastAsiaTheme="majorEastAsia" w:cstheme="majorBidi"/>
      <w:b/>
      <w:bCs/>
      <w:color w:val="365F91" w:themeColor="accent1" w:themeShade="BF"/>
      <w:sz w:val="28"/>
      <w:szCs w:val="28"/>
    </w:rPr>
  </w:style>
  <w:style w:type="character" w:styleId="Ttulo2Carter" w:customStyle="1">
    <w:name w:val="Título 2 Caráter"/>
    <w:basedOn w:val="Tipodeletrapredefinidodopargrafo"/>
    <w:link w:val="Ttulo2"/>
    <w:uiPriority w:val="9"/>
    <w:rsid w:val="00FC693F"/>
    <w:rPr>
      <w:rFonts w:asciiTheme="majorHAnsi" w:hAnsiTheme="majorHAnsi" w:eastAsiaTheme="majorEastAsia" w:cstheme="majorBidi"/>
      <w:b/>
      <w:bCs/>
      <w:color w:val="4F81BD" w:themeColor="accent1"/>
      <w:sz w:val="26"/>
      <w:szCs w:val="26"/>
    </w:rPr>
  </w:style>
  <w:style w:type="character" w:styleId="Ttulo3Carter" w:customStyle="1">
    <w:name w:val="Título 3 Caráter"/>
    <w:basedOn w:val="Tipodeletrapredefinidodopargrafo"/>
    <w:link w:val="Ttulo3"/>
    <w:uiPriority w:val="9"/>
    <w:rsid w:val="00FC693F"/>
    <w:rPr>
      <w:rFonts w:asciiTheme="majorHAnsi" w:hAnsiTheme="majorHAnsi" w:eastAsiaTheme="majorEastAsia" w:cstheme="majorBidi"/>
      <w:b/>
      <w:bCs/>
      <w:color w:val="4F81BD" w:themeColor="accent1"/>
    </w:rPr>
  </w:style>
  <w:style w:type="paragraph" w:styleId="Ttulo">
    <w:name w:val="Title"/>
    <w:basedOn w:val="Normal"/>
    <w:next w:val="Normal"/>
    <w:link w:val="TtuloCarte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tuloCarter" w:customStyle="1">
    <w:name w:val="Título Caráter"/>
    <w:basedOn w:val="Tipodeletrapredefinidodopargrafo"/>
    <w:link w:val="Ttulo"/>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tuloCarter" w:customStyle="1">
    <w:name w:val="Subtítulo Caráter"/>
    <w:basedOn w:val="Tipodeletrapredefinidodopargrafo"/>
    <w:link w:val="Subttulo"/>
    <w:uiPriority w:val="11"/>
    <w:rsid w:val="00FC693F"/>
    <w:rPr>
      <w:rFonts w:asciiTheme="majorHAnsi" w:hAnsiTheme="majorHAnsi" w:eastAsiaTheme="majorEastAsia"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arter"/>
    <w:uiPriority w:val="99"/>
    <w:unhideWhenUsed/>
    <w:rsid w:val="00AA1D8D"/>
    <w:pPr>
      <w:spacing w:after="120"/>
    </w:pPr>
  </w:style>
  <w:style w:type="character" w:styleId="CorpodetextoCarter" w:customStyle="1">
    <w:name w:val="Corpo de texto Caráter"/>
    <w:basedOn w:val="Tipodeletrapredefinidodopargrafo"/>
    <w:link w:val="Corpodetexto"/>
    <w:uiPriority w:val="99"/>
    <w:rsid w:val="00AA1D8D"/>
  </w:style>
  <w:style w:type="paragraph" w:styleId="Corpodetexto2">
    <w:name w:val="Body Text 2"/>
    <w:basedOn w:val="Normal"/>
    <w:link w:val="Corpodetexto2Carter"/>
    <w:uiPriority w:val="99"/>
    <w:unhideWhenUsed/>
    <w:rsid w:val="00AA1D8D"/>
    <w:pPr>
      <w:spacing w:after="120" w:line="480" w:lineRule="auto"/>
    </w:pPr>
  </w:style>
  <w:style w:type="character" w:styleId="Corpodetexto2Carter" w:customStyle="1">
    <w:name w:val="Corpo de texto 2 Caráter"/>
    <w:basedOn w:val="Tipodeletrapredefinidodopargrafo"/>
    <w:link w:val="Corpodetexto2"/>
    <w:uiPriority w:val="99"/>
    <w:rsid w:val="00AA1D8D"/>
  </w:style>
  <w:style w:type="paragraph" w:styleId="Corpodetexto3">
    <w:name w:val="Body Text 3"/>
    <w:basedOn w:val="Normal"/>
    <w:link w:val="Corpodetexto3Carter"/>
    <w:uiPriority w:val="99"/>
    <w:unhideWhenUsed/>
    <w:rsid w:val="00AA1D8D"/>
    <w:pPr>
      <w:spacing w:after="120"/>
    </w:pPr>
    <w:rPr>
      <w:sz w:val="16"/>
      <w:szCs w:val="16"/>
    </w:rPr>
  </w:style>
  <w:style w:type="character" w:styleId="Corpodetexto3Carter" w:customStyle="1">
    <w:name w:val="Corpo de texto 3 Caráter"/>
    <w:basedOn w:val="Tipodeletrapredefinidodopargraf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5"/>
      </w:numPr>
      <w:contextualSpacing/>
    </w:pPr>
  </w:style>
  <w:style w:type="paragraph" w:styleId="Listanumerada2">
    <w:name w:val="List Number 2"/>
    <w:basedOn w:val="Normal"/>
    <w:uiPriority w:val="99"/>
    <w:unhideWhenUsed/>
    <w:rsid w:val="0029639D"/>
    <w:pPr>
      <w:numPr>
        <w:numId w:val="6"/>
      </w:numPr>
      <w:contextualSpacing/>
    </w:pPr>
  </w:style>
  <w:style w:type="paragraph" w:styleId="Listanumerada3">
    <w:name w:val="List Number 3"/>
    <w:basedOn w:val="Normal"/>
    <w:uiPriority w:val="99"/>
    <w:unhideWhenUsed/>
    <w:rsid w:val="0029639D"/>
    <w:pPr>
      <w:numPr>
        <w:numId w:val="7"/>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TextodemacroCarter" w:customStyle="1">
    <w:name w:val="Texto de macro Caráter"/>
    <w:basedOn w:val="Tipodeletrapredefinidodopargrafo"/>
    <w:link w:val="Textodemacro"/>
    <w:uiPriority w:val="99"/>
    <w:rsid w:val="0029639D"/>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styleId="CitaoCarter" w:customStyle="1">
    <w:name w:val="Citação Caráter"/>
    <w:basedOn w:val="Tipodeletrapredefinidodopargrafo"/>
    <w:link w:val="Citao"/>
    <w:uiPriority w:val="29"/>
    <w:rsid w:val="00FC693F"/>
    <w:rPr>
      <w:i/>
      <w:iCs/>
      <w:color w:val="000000" w:themeColor="text1"/>
    </w:rPr>
  </w:style>
  <w:style w:type="character" w:styleId="Ttulo4Carter" w:customStyle="1">
    <w:name w:val="Título 4 Caráter"/>
    <w:basedOn w:val="Tipodeletrapredefinidodopargrafo"/>
    <w:link w:val="Ttulo4"/>
    <w:uiPriority w:val="9"/>
    <w:semiHidden/>
    <w:rsid w:val="00FC693F"/>
    <w:rPr>
      <w:rFonts w:asciiTheme="majorHAnsi" w:hAnsiTheme="majorHAnsi" w:eastAsiaTheme="majorEastAsia" w:cstheme="majorBidi"/>
      <w:b/>
      <w:bCs/>
      <w:i/>
      <w:iCs/>
      <w:color w:val="4F81BD" w:themeColor="accent1"/>
    </w:rPr>
  </w:style>
  <w:style w:type="character" w:styleId="Ttulo5Carter" w:customStyle="1">
    <w:name w:val="Título 5 Caráter"/>
    <w:basedOn w:val="Tipodeletrapredefinidodopargrafo"/>
    <w:link w:val="Ttulo5"/>
    <w:uiPriority w:val="9"/>
    <w:semiHidden/>
    <w:rsid w:val="00FC693F"/>
    <w:rPr>
      <w:rFonts w:asciiTheme="majorHAnsi" w:hAnsiTheme="majorHAnsi" w:eastAsiaTheme="majorEastAsia" w:cstheme="majorBidi"/>
      <w:color w:val="243F60" w:themeColor="accent1" w:themeShade="7F"/>
    </w:rPr>
  </w:style>
  <w:style w:type="character" w:styleId="Ttulo6Carter" w:customStyle="1">
    <w:name w:val="Título 6 Caráter"/>
    <w:basedOn w:val="Tipodeletrapredefinidodopargrafo"/>
    <w:link w:val="Ttulo6"/>
    <w:uiPriority w:val="9"/>
    <w:semiHidden/>
    <w:rsid w:val="00FC693F"/>
    <w:rPr>
      <w:rFonts w:asciiTheme="majorHAnsi" w:hAnsiTheme="majorHAnsi" w:eastAsiaTheme="majorEastAsia" w:cstheme="majorBidi"/>
      <w:i/>
      <w:iCs/>
      <w:color w:val="243F60" w:themeColor="accent1" w:themeShade="7F"/>
    </w:rPr>
  </w:style>
  <w:style w:type="character" w:styleId="Ttulo7Carter" w:customStyle="1">
    <w:name w:val="Título 7 Caráter"/>
    <w:basedOn w:val="Tipodeletrapredefinidodopargrafo"/>
    <w:link w:val="Ttulo7"/>
    <w:uiPriority w:val="9"/>
    <w:semiHidden/>
    <w:rsid w:val="00FC693F"/>
    <w:rPr>
      <w:rFonts w:asciiTheme="majorHAnsi" w:hAnsiTheme="majorHAnsi" w:eastAsiaTheme="majorEastAsia" w:cstheme="majorBidi"/>
      <w:i/>
      <w:iCs/>
      <w:color w:val="404040" w:themeColor="text1" w:themeTint="BF"/>
    </w:rPr>
  </w:style>
  <w:style w:type="character" w:styleId="Ttulo8Carter" w:customStyle="1">
    <w:name w:val="Título 8 Caráter"/>
    <w:basedOn w:val="Tipodeletrapredefinidodopargrafo"/>
    <w:link w:val="Ttulo8"/>
    <w:uiPriority w:val="9"/>
    <w:semiHidden/>
    <w:rsid w:val="00FC693F"/>
    <w:rPr>
      <w:rFonts w:asciiTheme="majorHAnsi" w:hAnsiTheme="majorHAnsi" w:eastAsiaTheme="majorEastAsia" w:cstheme="majorBidi"/>
      <w:color w:val="4F81BD" w:themeColor="accent1"/>
      <w:sz w:val="20"/>
      <w:szCs w:val="20"/>
    </w:rPr>
  </w:style>
  <w:style w:type="character" w:styleId="Ttulo9Carter" w:customStyle="1">
    <w:name w:val="Título 9 Caráter"/>
    <w:basedOn w:val="Tipodeletrapredefinidodopargrafo"/>
    <w:link w:val="Ttulo9"/>
    <w:uiPriority w:val="9"/>
    <w:semiHidden/>
    <w:rsid w:val="00FC693F"/>
    <w:rPr>
      <w:rFonts w:asciiTheme="majorHAnsi" w:hAnsiTheme="majorHAnsi" w:eastAsiaTheme="majorEastAsia"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Tipodeletrapredefinidodopargrafo"/>
    <w:uiPriority w:val="22"/>
    <w:qFormat/>
    <w:rsid w:val="00FC693F"/>
    <w:rPr>
      <w:b/>
      <w:bCs/>
    </w:rPr>
  </w:style>
  <w:style w:type="character" w:styleId="nfase">
    <w:name w:val="Emphasis"/>
    <w:basedOn w:val="Tipodeletrapredefinidodopargrafo"/>
    <w:uiPriority w:val="20"/>
    <w:qFormat/>
    <w:rsid w:val="00FC693F"/>
    <w:rPr>
      <w:i/>
      <w:iCs/>
    </w:rPr>
  </w:style>
  <w:style w:type="paragraph" w:styleId="CitaoIntensa">
    <w:name w:val="Intense Quote"/>
    <w:basedOn w:val="Normal"/>
    <w:next w:val="Normal"/>
    <w:link w:val="CitaoIntensaCarte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CitaoIntensaCarter" w:customStyle="1">
    <w:name w:val="Citação Intensa Caráter"/>
    <w:basedOn w:val="Tipodeletrapredefinidodopargrafo"/>
    <w:link w:val="CitaoIntensa"/>
    <w:uiPriority w:val="30"/>
    <w:rsid w:val="00FC693F"/>
    <w:rPr>
      <w:b/>
      <w:bCs/>
      <w:i/>
      <w:iCs/>
      <w:color w:val="4F81BD" w:themeColor="accent1"/>
    </w:rPr>
  </w:style>
  <w:style w:type="character" w:styleId="nfaseDiscreta">
    <w:name w:val="Subtle Emphasis"/>
    <w:basedOn w:val="Tipodeletrapredefinidodopargrafo"/>
    <w:uiPriority w:val="19"/>
    <w:qFormat/>
    <w:rsid w:val="00FC693F"/>
    <w:rPr>
      <w:i/>
      <w:iCs/>
      <w:color w:val="808080" w:themeColor="text1" w:themeTint="7F"/>
    </w:rPr>
  </w:style>
  <w:style w:type="character" w:styleId="nfaseIntensa">
    <w:name w:val="Intense Emphasis"/>
    <w:basedOn w:val="Tipodeletrapredefinidodopargrafo"/>
    <w:uiPriority w:val="21"/>
    <w:qFormat/>
    <w:rsid w:val="00FC693F"/>
    <w:rPr>
      <w:b/>
      <w:bCs/>
      <w:i/>
      <w:iCs/>
      <w:color w:val="4F81BD" w:themeColor="accent1"/>
    </w:rPr>
  </w:style>
  <w:style w:type="character" w:styleId="RefernciaDiscreta">
    <w:name w:val="Subtle Reference"/>
    <w:basedOn w:val="Tipodeletrapredefinidodopargrafo"/>
    <w:uiPriority w:val="31"/>
    <w:qFormat/>
    <w:rsid w:val="00FC693F"/>
    <w:rPr>
      <w:smallCaps/>
      <w:color w:val="C0504D" w:themeColor="accent2"/>
      <w:u w:val="single"/>
    </w:rPr>
  </w:style>
  <w:style w:type="character" w:styleId="RefernciaIntensa">
    <w:name w:val="Intense Reference"/>
    <w:basedOn w:val="Tipodeletrapredefinidodopargrafo"/>
    <w:uiPriority w:val="32"/>
    <w:qFormat/>
    <w:rsid w:val="00FC693F"/>
    <w:rPr>
      <w:b/>
      <w:bCs/>
      <w:smallCaps/>
      <w:color w:val="C0504D" w:themeColor="accent2"/>
      <w:spacing w:val="5"/>
      <w:u w:val="single"/>
    </w:rPr>
  </w:style>
  <w:style w:type="character" w:styleId="TtulodoLivro">
    <w:name w:val="Book Title"/>
    <w:basedOn w:val="Tipodeletrapredefinidodopargrafo"/>
    <w:uiPriority w:val="33"/>
    <w:qFormat/>
    <w:rsid w:val="00FC693F"/>
    <w:rPr>
      <w:b/>
      <w:bCs/>
      <w:smallCaps/>
      <w:spacing w:val="5"/>
    </w:rPr>
  </w:style>
  <w:style w:type="paragraph" w:styleId="Cabealhodondice">
    <w:name w:val="TOC Heading"/>
    <w:basedOn w:val="Ttulo1"/>
    <w:next w:val="Normal"/>
    <w:uiPriority w:val="39"/>
    <w:semiHidden/>
    <w:unhideWhenUsed/>
    <w:qFormat/>
    <w:rsid w:val="00FC693F"/>
    <w:pPr>
      <w:outlineLvl w:val="9"/>
    </w:pPr>
  </w:style>
  <w:style w:type="table" w:styleId="TabelacomGrelha">
    <w:name w:val="Table Grid"/>
    <w:basedOn w:val="Tabela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Carlos José da Silva Tavares</lastModifiedBy>
  <revision>4</revision>
  <dcterms:created xsi:type="dcterms:W3CDTF">2026-03-08T12:23:00.0000000Z</dcterms:created>
  <dcterms:modified xsi:type="dcterms:W3CDTF">2026-06-29T21:24:26.2482676Z</dcterms:modified>
  <category/>
</coreProperties>
</file>