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089BB" w14:textId="77777777" w:rsidR="00276678" w:rsidRDefault="00000000">
      <w:pPr>
        <w:spacing w:after="80"/>
      </w:pPr>
      <w:r>
        <w:rPr>
          <w:b/>
          <w:sz w:val="28"/>
        </w:rPr>
        <w:t>Additional file 2: PRISMA-ScR checklist</w:t>
      </w:r>
    </w:p>
    <w:p w14:paraId="0C7080A9" w14:textId="6D1BD9DA" w:rsidR="00276678" w:rsidRDefault="00276678">
      <w:pPr>
        <w:spacing w:after="160"/>
      </w:pPr>
    </w:p>
    <w:tbl>
      <w:tblPr>
        <w:tblStyle w:val="Grigliatabella"/>
        <w:tblW w:w="0" w:type="auto"/>
        <w:jc w:val="center"/>
        <w:tblLook w:val="04A0" w:firstRow="1" w:lastRow="0" w:firstColumn="1" w:lastColumn="0" w:noHBand="0" w:noVBand="1"/>
      </w:tblPr>
      <w:tblGrid>
        <w:gridCol w:w="1656"/>
        <w:gridCol w:w="648"/>
        <w:gridCol w:w="5904"/>
        <w:gridCol w:w="2016"/>
      </w:tblGrid>
      <w:tr w:rsidR="00276678" w14:paraId="0EB5AF39" w14:textId="77777777" w:rsidTr="003F4551">
        <w:trPr>
          <w:jc w:val="center"/>
        </w:trPr>
        <w:tc>
          <w:tcPr>
            <w:tcW w:w="1656" w:type="dxa"/>
            <w:vAlign w:val="center"/>
          </w:tcPr>
          <w:p w14:paraId="53048FF0" w14:textId="77777777" w:rsidR="00276678" w:rsidRDefault="00000000">
            <w:r>
              <w:rPr>
                <w:b/>
              </w:rPr>
              <w:t>SECTION</w:t>
            </w:r>
          </w:p>
        </w:tc>
        <w:tc>
          <w:tcPr>
            <w:tcW w:w="648" w:type="dxa"/>
            <w:vAlign w:val="center"/>
          </w:tcPr>
          <w:p w14:paraId="7112BB08" w14:textId="77777777" w:rsidR="00276678" w:rsidRDefault="00000000">
            <w:r>
              <w:rPr>
                <w:b/>
              </w:rPr>
              <w:t>ITEM</w:t>
            </w:r>
          </w:p>
        </w:tc>
        <w:tc>
          <w:tcPr>
            <w:tcW w:w="5904" w:type="dxa"/>
            <w:vAlign w:val="center"/>
          </w:tcPr>
          <w:p w14:paraId="769E21BB" w14:textId="77777777" w:rsidR="00276678" w:rsidRDefault="00000000">
            <w:r>
              <w:rPr>
                <w:b/>
              </w:rPr>
              <w:t>PRISMA-ScR CHECKLIST ITEM</w:t>
            </w:r>
          </w:p>
        </w:tc>
        <w:tc>
          <w:tcPr>
            <w:tcW w:w="2016" w:type="dxa"/>
            <w:vAlign w:val="center"/>
          </w:tcPr>
          <w:p w14:paraId="2B80FEA4" w14:textId="77777777" w:rsidR="00276678" w:rsidRDefault="00000000">
            <w:r>
              <w:rPr>
                <w:b/>
              </w:rPr>
              <w:t>REPORTED ON PAGE #</w:t>
            </w:r>
          </w:p>
        </w:tc>
      </w:tr>
      <w:tr w:rsidR="00276678" w14:paraId="5C624102" w14:textId="77777777" w:rsidTr="00B7375B">
        <w:trPr>
          <w:trHeight w:val="428"/>
          <w:jc w:val="center"/>
        </w:trPr>
        <w:tc>
          <w:tcPr>
            <w:tcW w:w="10224" w:type="dxa"/>
            <w:gridSpan w:val="4"/>
            <w:vAlign w:val="center"/>
          </w:tcPr>
          <w:p w14:paraId="6B0FE8C8" w14:textId="77777777" w:rsidR="00276678" w:rsidRDefault="00000000">
            <w:r>
              <w:rPr>
                <w:b/>
              </w:rPr>
              <w:t>TITLE</w:t>
            </w:r>
          </w:p>
        </w:tc>
      </w:tr>
      <w:tr w:rsidR="00276678" w14:paraId="35404AD6" w14:textId="77777777" w:rsidTr="003F4551">
        <w:trPr>
          <w:jc w:val="center"/>
        </w:trPr>
        <w:tc>
          <w:tcPr>
            <w:tcW w:w="1656" w:type="dxa"/>
            <w:vAlign w:val="center"/>
          </w:tcPr>
          <w:p w14:paraId="3EE04EAC" w14:textId="77777777" w:rsidR="00F70C1E" w:rsidRPr="00F70C1E" w:rsidRDefault="00F70C1E" w:rsidP="00F70C1E">
            <w:r w:rsidRPr="00F70C1E">
              <w:rPr>
                <w:b/>
              </w:rPr>
              <w:t>Title</w:t>
            </w:r>
          </w:p>
          <w:p w14:paraId="4064C969" w14:textId="70F4D543" w:rsidR="00276678" w:rsidRDefault="00276678"/>
        </w:tc>
        <w:tc>
          <w:tcPr>
            <w:tcW w:w="648" w:type="dxa"/>
            <w:vAlign w:val="center"/>
          </w:tcPr>
          <w:p w14:paraId="758F9942" w14:textId="77777777" w:rsidR="00276678" w:rsidRDefault="00000000">
            <w:pPr>
              <w:jc w:val="center"/>
            </w:pPr>
            <w:r>
              <w:t>1</w:t>
            </w:r>
          </w:p>
        </w:tc>
        <w:tc>
          <w:tcPr>
            <w:tcW w:w="5904" w:type="dxa"/>
            <w:vAlign w:val="center"/>
          </w:tcPr>
          <w:p w14:paraId="4EB1C553" w14:textId="77777777" w:rsidR="00276678" w:rsidRDefault="00000000">
            <w:pPr>
              <w:spacing w:before="20"/>
            </w:pPr>
            <w:r>
              <w:t>Identify the report as a scoping review.</w:t>
            </w:r>
          </w:p>
        </w:tc>
        <w:tc>
          <w:tcPr>
            <w:tcW w:w="2016" w:type="dxa"/>
            <w:vAlign w:val="center"/>
          </w:tcPr>
          <w:p w14:paraId="14EBCDBB" w14:textId="701ED758" w:rsidR="00276678" w:rsidRDefault="00F70C1E">
            <w:r>
              <w:t>1</w:t>
            </w:r>
          </w:p>
        </w:tc>
      </w:tr>
      <w:tr w:rsidR="00276678" w14:paraId="21757EAC" w14:textId="77777777" w:rsidTr="00B7375B">
        <w:trPr>
          <w:trHeight w:val="423"/>
          <w:jc w:val="center"/>
        </w:trPr>
        <w:tc>
          <w:tcPr>
            <w:tcW w:w="10224" w:type="dxa"/>
            <w:gridSpan w:val="4"/>
            <w:vAlign w:val="center"/>
          </w:tcPr>
          <w:p w14:paraId="7E83CDA7" w14:textId="0BC2B315" w:rsidR="00276678" w:rsidRDefault="00000000">
            <w:r>
              <w:rPr>
                <w:b/>
              </w:rPr>
              <w:t>ABSTRACT</w:t>
            </w:r>
          </w:p>
        </w:tc>
      </w:tr>
      <w:tr w:rsidR="00276678" w14:paraId="2226F576" w14:textId="77777777" w:rsidTr="003F4551">
        <w:trPr>
          <w:jc w:val="center"/>
        </w:trPr>
        <w:tc>
          <w:tcPr>
            <w:tcW w:w="1656" w:type="dxa"/>
            <w:vAlign w:val="center"/>
          </w:tcPr>
          <w:p w14:paraId="581C4AA1" w14:textId="77777777" w:rsidR="00F70C1E" w:rsidRPr="00F70C1E" w:rsidRDefault="00F70C1E" w:rsidP="00F70C1E">
            <w:r w:rsidRPr="00F70C1E">
              <w:rPr>
                <w:b/>
              </w:rPr>
              <w:t>Structured summary</w:t>
            </w:r>
          </w:p>
          <w:p w14:paraId="338961D4" w14:textId="77777777" w:rsidR="00276678" w:rsidRDefault="00276678"/>
        </w:tc>
        <w:tc>
          <w:tcPr>
            <w:tcW w:w="648" w:type="dxa"/>
            <w:vAlign w:val="center"/>
          </w:tcPr>
          <w:p w14:paraId="387AD796" w14:textId="77777777" w:rsidR="00276678" w:rsidRDefault="00000000">
            <w:pPr>
              <w:jc w:val="center"/>
            </w:pPr>
            <w:r>
              <w:t>2</w:t>
            </w:r>
          </w:p>
        </w:tc>
        <w:tc>
          <w:tcPr>
            <w:tcW w:w="5904" w:type="dxa"/>
            <w:vAlign w:val="center"/>
          </w:tcPr>
          <w:p w14:paraId="2453470F" w14:textId="77777777" w:rsidR="00276678" w:rsidRDefault="00000000">
            <w:pPr>
              <w:spacing w:before="20"/>
            </w:pPr>
            <w:r>
              <w:t>Provide a structured summary that includes (as applicable): background, objectives, eligibility criteria, sources of evidence, charting methods, results, and conclusions that relate to the review questions and objectives.</w:t>
            </w:r>
          </w:p>
        </w:tc>
        <w:tc>
          <w:tcPr>
            <w:tcW w:w="2016" w:type="dxa"/>
            <w:vAlign w:val="center"/>
          </w:tcPr>
          <w:p w14:paraId="29D9C352" w14:textId="475CD70A" w:rsidR="00276678" w:rsidRDefault="00F70C1E">
            <w:r>
              <w:t>2</w:t>
            </w:r>
          </w:p>
        </w:tc>
      </w:tr>
      <w:tr w:rsidR="00276678" w14:paraId="579CA7D4" w14:textId="77777777" w:rsidTr="00B7375B">
        <w:trPr>
          <w:trHeight w:val="399"/>
          <w:jc w:val="center"/>
        </w:trPr>
        <w:tc>
          <w:tcPr>
            <w:tcW w:w="10224" w:type="dxa"/>
            <w:gridSpan w:val="4"/>
            <w:vAlign w:val="center"/>
          </w:tcPr>
          <w:p w14:paraId="4BA36D15" w14:textId="77777777" w:rsidR="00276678" w:rsidRDefault="00000000">
            <w:r>
              <w:rPr>
                <w:b/>
              </w:rPr>
              <w:t>INTRODUCTION</w:t>
            </w:r>
          </w:p>
        </w:tc>
      </w:tr>
      <w:tr w:rsidR="00276678" w14:paraId="5BF54BA1" w14:textId="77777777" w:rsidTr="003F4551">
        <w:trPr>
          <w:jc w:val="center"/>
        </w:trPr>
        <w:tc>
          <w:tcPr>
            <w:tcW w:w="1656" w:type="dxa"/>
            <w:vAlign w:val="center"/>
          </w:tcPr>
          <w:p w14:paraId="7068DBB8" w14:textId="77777777" w:rsidR="00F70C1E" w:rsidRPr="00F70C1E" w:rsidRDefault="00F70C1E" w:rsidP="00F70C1E">
            <w:r w:rsidRPr="00F70C1E">
              <w:rPr>
                <w:b/>
              </w:rPr>
              <w:t>Rationale</w:t>
            </w:r>
          </w:p>
          <w:p w14:paraId="2FDF4AC1" w14:textId="77777777" w:rsidR="00276678" w:rsidRDefault="00276678"/>
        </w:tc>
        <w:tc>
          <w:tcPr>
            <w:tcW w:w="648" w:type="dxa"/>
            <w:vAlign w:val="center"/>
          </w:tcPr>
          <w:p w14:paraId="2443A6AE" w14:textId="77777777" w:rsidR="00276678" w:rsidRDefault="00000000">
            <w:pPr>
              <w:jc w:val="center"/>
            </w:pPr>
            <w:r>
              <w:t>3</w:t>
            </w:r>
          </w:p>
        </w:tc>
        <w:tc>
          <w:tcPr>
            <w:tcW w:w="5904" w:type="dxa"/>
            <w:vAlign w:val="center"/>
          </w:tcPr>
          <w:p w14:paraId="02518751" w14:textId="77777777" w:rsidR="00276678" w:rsidRDefault="00000000">
            <w:pPr>
              <w:spacing w:before="20"/>
            </w:pPr>
            <w:r>
              <w:t>Describe the rationale for the review in the context of what is already known. Explain why the review questions/objectives lend themselves to a scoping review approach.</w:t>
            </w:r>
          </w:p>
        </w:tc>
        <w:tc>
          <w:tcPr>
            <w:tcW w:w="2016" w:type="dxa"/>
            <w:vAlign w:val="center"/>
          </w:tcPr>
          <w:p w14:paraId="0CC0CFEC" w14:textId="3541CB98" w:rsidR="00276678" w:rsidRDefault="00F70C1E">
            <w:r>
              <w:t>3-4</w:t>
            </w:r>
          </w:p>
        </w:tc>
      </w:tr>
      <w:tr w:rsidR="00276678" w14:paraId="09B213E9" w14:textId="77777777" w:rsidTr="003F4551">
        <w:trPr>
          <w:jc w:val="center"/>
        </w:trPr>
        <w:tc>
          <w:tcPr>
            <w:tcW w:w="1656" w:type="dxa"/>
            <w:vAlign w:val="center"/>
          </w:tcPr>
          <w:p w14:paraId="105024CA" w14:textId="77777777" w:rsidR="00F70C1E" w:rsidRPr="00F70C1E" w:rsidRDefault="00F70C1E" w:rsidP="00F70C1E">
            <w:r w:rsidRPr="00F70C1E">
              <w:rPr>
                <w:b/>
              </w:rPr>
              <w:t>Objectives</w:t>
            </w:r>
          </w:p>
          <w:p w14:paraId="6C63477A" w14:textId="77777777" w:rsidR="00276678" w:rsidRDefault="00276678"/>
        </w:tc>
        <w:tc>
          <w:tcPr>
            <w:tcW w:w="648" w:type="dxa"/>
            <w:vAlign w:val="center"/>
          </w:tcPr>
          <w:p w14:paraId="37BA08BC" w14:textId="77777777" w:rsidR="00276678" w:rsidRDefault="00000000">
            <w:pPr>
              <w:jc w:val="center"/>
            </w:pPr>
            <w:r>
              <w:t>4</w:t>
            </w:r>
          </w:p>
        </w:tc>
        <w:tc>
          <w:tcPr>
            <w:tcW w:w="5904" w:type="dxa"/>
            <w:vAlign w:val="center"/>
          </w:tcPr>
          <w:p w14:paraId="1EB91EB4" w14:textId="77777777" w:rsidR="00276678" w:rsidRDefault="00000000">
            <w:pPr>
              <w:spacing w:before="20"/>
            </w:pPr>
            <w: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2016" w:type="dxa"/>
            <w:vAlign w:val="center"/>
          </w:tcPr>
          <w:p w14:paraId="3EDB9A0F" w14:textId="382C5618" w:rsidR="00276678" w:rsidRDefault="00F70C1E">
            <w:r>
              <w:t>4</w:t>
            </w:r>
          </w:p>
        </w:tc>
      </w:tr>
      <w:tr w:rsidR="00276678" w14:paraId="4CCC9D67" w14:textId="77777777" w:rsidTr="00B7375B">
        <w:trPr>
          <w:trHeight w:val="457"/>
          <w:jc w:val="center"/>
        </w:trPr>
        <w:tc>
          <w:tcPr>
            <w:tcW w:w="10224" w:type="dxa"/>
            <w:gridSpan w:val="4"/>
            <w:vAlign w:val="center"/>
          </w:tcPr>
          <w:p w14:paraId="0FB278AF" w14:textId="77777777" w:rsidR="00276678" w:rsidRDefault="00000000">
            <w:r>
              <w:rPr>
                <w:b/>
              </w:rPr>
              <w:t>METHODS</w:t>
            </w:r>
          </w:p>
        </w:tc>
      </w:tr>
      <w:tr w:rsidR="00276678" w14:paraId="14FF88B7" w14:textId="77777777" w:rsidTr="003F4551">
        <w:trPr>
          <w:jc w:val="center"/>
        </w:trPr>
        <w:tc>
          <w:tcPr>
            <w:tcW w:w="1656" w:type="dxa"/>
            <w:vAlign w:val="center"/>
          </w:tcPr>
          <w:p w14:paraId="57BD8BF2" w14:textId="77777777" w:rsidR="00F70C1E" w:rsidRPr="00F70C1E" w:rsidRDefault="00F70C1E" w:rsidP="00F70C1E">
            <w:r w:rsidRPr="00F70C1E">
              <w:rPr>
                <w:b/>
              </w:rPr>
              <w:t>Protocol and registration</w:t>
            </w:r>
          </w:p>
          <w:p w14:paraId="60BF4B5D" w14:textId="77777777" w:rsidR="00276678" w:rsidRDefault="00276678"/>
        </w:tc>
        <w:tc>
          <w:tcPr>
            <w:tcW w:w="648" w:type="dxa"/>
            <w:vAlign w:val="center"/>
          </w:tcPr>
          <w:p w14:paraId="25BB0B8C" w14:textId="77777777" w:rsidR="00276678" w:rsidRDefault="00000000">
            <w:pPr>
              <w:jc w:val="center"/>
            </w:pPr>
            <w:r>
              <w:t>5</w:t>
            </w:r>
          </w:p>
        </w:tc>
        <w:tc>
          <w:tcPr>
            <w:tcW w:w="5904" w:type="dxa"/>
            <w:vAlign w:val="center"/>
          </w:tcPr>
          <w:p w14:paraId="6726943C" w14:textId="77777777" w:rsidR="00276678" w:rsidRDefault="00000000">
            <w:pPr>
              <w:spacing w:before="20"/>
            </w:pPr>
            <w:r>
              <w:t>Indicate whether a review protocol exists; state if and where it can be accessed (e.g., a Web address); and if available, provide registration information, including the registration number.</w:t>
            </w:r>
          </w:p>
        </w:tc>
        <w:tc>
          <w:tcPr>
            <w:tcW w:w="2016" w:type="dxa"/>
            <w:vAlign w:val="center"/>
          </w:tcPr>
          <w:p w14:paraId="4E119EA2" w14:textId="5C95CD91" w:rsidR="00276678" w:rsidRDefault="00B7375B">
            <w:r>
              <w:t>Not applicable</w:t>
            </w:r>
          </w:p>
        </w:tc>
      </w:tr>
      <w:tr w:rsidR="00276678" w14:paraId="575C43B3" w14:textId="77777777" w:rsidTr="003F4551">
        <w:trPr>
          <w:jc w:val="center"/>
        </w:trPr>
        <w:tc>
          <w:tcPr>
            <w:tcW w:w="1656" w:type="dxa"/>
            <w:vAlign w:val="center"/>
          </w:tcPr>
          <w:p w14:paraId="68C12D09" w14:textId="77777777" w:rsidR="00F70C1E" w:rsidRPr="00F70C1E" w:rsidRDefault="00F70C1E" w:rsidP="00F70C1E">
            <w:r w:rsidRPr="00F70C1E">
              <w:rPr>
                <w:b/>
              </w:rPr>
              <w:t>Eligibility criteria</w:t>
            </w:r>
          </w:p>
          <w:p w14:paraId="2A2CA27C" w14:textId="77777777" w:rsidR="00276678" w:rsidRDefault="00276678"/>
        </w:tc>
        <w:tc>
          <w:tcPr>
            <w:tcW w:w="648" w:type="dxa"/>
            <w:vAlign w:val="center"/>
          </w:tcPr>
          <w:p w14:paraId="0D6225E6" w14:textId="77777777" w:rsidR="00276678" w:rsidRDefault="00000000">
            <w:pPr>
              <w:jc w:val="center"/>
            </w:pPr>
            <w:r>
              <w:t>6</w:t>
            </w:r>
          </w:p>
        </w:tc>
        <w:tc>
          <w:tcPr>
            <w:tcW w:w="5904" w:type="dxa"/>
            <w:vAlign w:val="center"/>
          </w:tcPr>
          <w:p w14:paraId="0DB9332B" w14:textId="77777777" w:rsidR="00276678" w:rsidRDefault="00000000">
            <w:pPr>
              <w:spacing w:before="20"/>
            </w:pPr>
            <w:r>
              <w:t>Specify characteristics of the sources of evidence used as eligibility criteria (e.g., years considered, language, and publication status), and provide a rationale.</w:t>
            </w:r>
          </w:p>
        </w:tc>
        <w:tc>
          <w:tcPr>
            <w:tcW w:w="2016" w:type="dxa"/>
            <w:vAlign w:val="center"/>
          </w:tcPr>
          <w:p w14:paraId="14ECB158" w14:textId="79FC2AA9" w:rsidR="00276678" w:rsidRDefault="00B7375B">
            <w:r>
              <w:t>5</w:t>
            </w:r>
          </w:p>
        </w:tc>
      </w:tr>
      <w:tr w:rsidR="00276678" w14:paraId="2E3F4B13" w14:textId="77777777" w:rsidTr="003F4551">
        <w:trPr>
          <w:jc w:val="center"/>
        </w:trPr>
        <w:tc>
          <w:tcPr>
            <w:tcW w:w="1656" w:type="dxa"/>
            <w:vAlign w:val="center"/>
          </w:tcPr>
          <w:p w14:paraId="099E15DA" w14:textId="40CBB3FC" w:rsidR="00276678" w:rsidRDefault="00F70C1E">
            <w:r w:rsidRPr="00F70C1E">
              <w:rPr>
                <w:b/>
              </w:rPr>
              <w:t>Information sources</w:t>
            </w:r>
          </w:p>
        </w:tc>
        <w:tc>
          <w:tcPr>
            <w:tcW w:w="648" w:type="dxa"/>
            <w:vAlign w:val="center"/>
          </w:tcPr>
          <w:p w14:paraId="10B90E49" w14:textId="77777777" w:rsidR="00276678" w:rsidRDefault="00000000">
            <w:pPr>
              <w:jc w:val="center"/>
            </w:pPr>
            <w:r>
              <w:t>7</w:t>
            </w:r>
          </w:p>
        </w:tc>
        <w:tc>
          <w:tcPr>
            <w:tcW w:w="5904" w:type="dxa"/>
            <w:vAlign w:val="center"/>
          </w:tcPr>
          <w:p w14:paraId="28CDEF9A" w14:textId="77777777" w:rsidR="00276678" w:rsidRDefault="00000000">
            <w:pPr>
              <w:spacing w:before="20"/>
            </w:pPr>
            <w:r>
              <w:t>Describe all information sources in the search (e.g., databases with dates of coverage and contact with authors to identify additional sources), as well as the date the most recent search was executed.</w:t>
            </w:r>
          </w:p>
        </w:tc>
        <w:tc>
          <w:tcPr>
            <w:tcW w:w="2016" w:type="dxa"/>
            <w:vAlign w:val="center"/>
          </w:tcPr>
          <w:p w14:paraId="7F6DB17F" w14:textId="59FD8051" w:rsidR="00276678" w:rsidRDefault="00B7375B">
            <w:r>
              <w:t>5</w:t>
            </w:r>
          </w:p>
        </w:tc>
      </w:tr>
      <w:tr w:rsidR="00276678" w14:paraId="023DBE66" w14:textId="77777777" w:rsidTr="003F4551">
        <w:trPr>
          <w:jc w:val="center"/>
        </w:trPr>
        <w:tc>
          <w:tcPr>
            <w:tcW w:w="1656" w:type="dxa"/>
            <w:vAlign w:val="center"/>
          </w:tcPr>
          <w:p w14:paraId="33A46ACC" w14:textId="77777777" w:rsidR="00F70C1E" w:rsidRPr="00F70C1E" w:rsidRDefault="00F70C1E" w:rsidP="00F70C1E">
            <w:r w:rsidRPr="00F70C1E">
              <w:rPr>
                <w:b/>
              </w:rPr>
              <w:t>Search</w:t>
            </w:r>
          </w:p>
          <w:p w14:paraId="4D2FEE25" w14:textId="77777777" w:rsidR="00276678" w:rsidRDefault="00276678"/>
        </w:tc>
        <w:tc>
          <w:tcPr>
            <w:tcW w:w="648" w:type="dxa"/>
            <w:vAlign w:val="center"/>
          </w:tcPr>
          <w:p w14:paraId="42CFDDE7" w14:textId="77777777" w:rsidR="00276678" w:rsidRDefault="00000000">
            <w:pPr>
              <w:jc w:val="center"/>
            </w:pPr>
            <w:r>
              <w:t>8</w:t>
            </w:r>
          </w:p>
        </w:tc>
        <w:tc>
          <w:tcPr>
            <w:tcW w:w="5904" w:type="dxa"/>
            <w:vAlign w:val="center"/>
          </w:tcPr>
          <w:p w14:paraId="56445A94" w14:textId="77777777" w:rsidR="00276678" w:rsidRDefault="00000000">
            <w:pPr>
              <w:spacing w:before="20"/>
            </w:pPr>
            <w:r>
              <w:t>Present the full electronic search strategy for at least 1 database, including any limits used, such that it could be repeated.</w:t>
            </w:r>
          </w:p>
        </w:tc>
        <w:tc>
          <w:tcPr>
            <w:tcW w:w="2016" w:type="dxa"/>
            <w:vAlign w:val="center"/>
          </w:tcPr>
          <w:p w14:paraId="1753BB1B" w14:textId="180C17FF" w:rsidR="00276678" w:rsidRDefault="00B7375B">
            <w:r>
              <w:t>Additional file 1</w:t>
            </w:r>
          </w:p>
        </w:tc>
      </w:tr>
      <w:tr w:rsidR="00276678" w14:paraId="0C52ECD6" w14:textId="77777777" w:rsidTr="003F4551">
        <w:trPr>
          <w:jc w:val="center"/>
        </w:trPr>
        <w:tc>
          <w:tcPr>
            <w:tcW w:w="1656" w:type="dxa"/>
            <w:vAlign w:val="center"/>
          </w:tcPr>
          <w:p w14:paraId="15BDFC64" w14:textId="7114BDA3" w:rsidR="00276678" w:rsidRDefault="00F70C1E">
            <w:r w:rsidRPr="00F70C1E">
              <w:rPr>
                <w:b/>
              </w:rPr>
              <w:t>Selection of sources of evidence</w:t>
            </w:r>
          </w:p>
        </w:tc>
        <w:tc>
          <w:tcPr>
            <w:tcW w:w="648" w:type="dxa"/>
            <w:vAlign w:val="center"/>
          </w:tcPr>
          <w:p w14:paraId="348837B0" w14:textId="77777777" w:rsidR="00276678" w:rsidRDefault="00000000">
            <w:pPr>
              <w:jc w:val="center"/>
            </w:pPr>
            <w:r>
              <w:t>9</w:t>
            </w:r>
          </w:p>
        </w:tc>
        <w:tc>
          <w:tcPr>
            <w:tcW w:w="5904" w:type="dxa"/>
            <w:vAlign w:val="center"/>
          </w:tcPr>
          <w:p w14:paraId="1FF64FEE" w14:textId="77777777" w:rsidR="00276678" w:rsidRDefault="00000000">
            <w:pPr>
              <w:spacing w:before="20"/>
            </w:pPr>
            <w:r>
              <w:t>State the process for selecting sources of evidence (i.e., screening and eligibility) included in the scoping review.</w:t>
            </w:r>
          </w:p>
        </w:tc>
        <w:tc>
          <w:tcPr>
            <w:tcW w:w="2016" w:type="dxa"/>
            <w:vAlign w:val="center"/>
          </w:tcPr>
          <w:p w14:paraId="476517E8" w14:textId="23013EAC" w:rsidR="00276678" w:rsidRDefault="00B7375B">
            <w:r>
              <w:t>6</w:t>
            </w:r>
          </w:p>
        </w:tc>
      </w:tr>
      <w:tr w:rsidR="00276678" w14:paraId="12267318" w14:textId="77777777" w:rsidTr="003F4551">
        <w:trPr>
          <w:jc w:val="center"/>
        </w:trPr>
        <w:tc>
          <w:tcPr>
            <w:tcW w:w="1656" w:type="dxa"/>
            <w:vAlign w:val="center"/>
          </w:tcPr>
          <w:p w14:paraId="3A65F796" w14:textId="305571D9" w:rsidR="00F70C1E" w:rsidRPr="00F70C1E" w:rsidRDefault="00F70C1E" w:rsidP="00F70C1E">
            <w:r w:rsidRPr="00F70C1E">
              <w:rPr>
                <w:b/>
              </w:rPr>
              <w:t>Data charting process</w:t>
            </w:r>
          </w:p>
          <w:p w14:paraId="64548124" w14:textId="77777777" w:rsidR="00276678" w:rsidRDefault="00276678"/>
        </w:tc>
        <w:tc>
          <w:tcPr>
            <w:tcW w:w="648" w:type="dxa"/>
            <w:vAlign w:val="center"/>
          </w:tcPr>
          <w:p w14:paraId="18EB3326" w14:textId="77777777" w:rsidR="00276678" w:rsidRDefault="00000000">
            <w:pPr>
              <w:jc w:val="center"/>
            </w:pPr>
            <w:r>
              <w:t>10</w:t>
            </w:r>
          </w:p>
        </w:tc>
        <w:tc>
          <w:tcPr>
            <w:tcW w:w="5904" w:type="dxa"/>
            <w:vAlign w:val="center"/>
          </w:tcPr>
          <w:p w14:paraId="6EA3317D" w14:textId="77777777" w:rsidR="00276678" w:rsidRDefault="00000000">
            <w:pPr>
              <w:spacing w:before="20"/>
            </w:pPr>
            <w: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016" w:type="dxa"/>
            <w:vAlign w:val="center"/>
          </w:tcPr>
          <w:p w14:paraId="05AE7E0D" w14:textId="01CE0655" w:rsidR="00276678" w:rsidRDefault="00B7375B">
            <w:r>
              <w:t>9</w:t>
            </w:r>
          </w:p>
        </w:tc>
      </w:tr>
      <w:tr w:rsidR="00276678" w14:paraId="3F73F74F" w14:textId="77777777" w:rsidTr="003F4551">
        <w:trPr>
          <w:jc w:val="center"/>
        </w:trPr>
        <w:tc>
          <w:tcPr>
            <w:tcW w:w="1656" w:type="dxa"/>
            <w:vAlign w:val="center"/>
          </w:tcPr>
          <w:p w14:paraId="0846CE18" w14:textId="77777777" w:rsidR="00F70C1E" w:rsidRPr="00F70C1E" w:rsidRDefault="00F70C1E" w:rsidP="00F70C1E">
            <w:r w:rsidRPr="00F70C1E">
              <w:rPr>
                <w:b/>
              </w:rPr>
              <w:t>Data items</w:t>
            </w:r>
          </w:p>
          <w:p w14:paraId="681A264D" w14:textId="77777777" w:rsidR="00276678" w:rsidRDefault="00276678"/>
        </w:tc>
        <w:tc>
          <w:tcPr>
            <w:tcW w:w="648" w:type="dxa"/>
            <w:vAlign w:val="center"/>
          </w:tcPr>
          <w:p w14:paraId="4E3C35DB" w14:textId="77777777" w:rsidR="00276678" w:rsidRDefault="00000000">
            <w:pPr>
              <w:jc w:val="center"/>
            </w:pPr>
            <w:r>
              <w:t>11</w:t>
            </w:r>
          </w:p>
        </w:tc>
        <w:tc>
          <w:tcPr>
            <w:tcW w:w="5904" w:type="dxa"/>
            <w:vAlign w:val="center"/>
          </w:tcPr>
          <w:p w14:paraId="30E88F49" w14:textId="77777777" w:rsidR="00276678" w:rsidRDefault="00000000">
            <w:pPr>
              <w:spacing w:before="20"/>
            </w:pPr>
            <w:r>
              <w:t>List and define all variables for which data were sought and any assumptions and simplifications made.</w:t>
            </w:r>
          </w:p>
        </w:tc>
        <w:tc>
          <w:tcPr>
            <w:tcW w:w="2016" w:type="dxa"/>
            <w:vAlign w:val="center"/>
          </w:tcPr>
          <w:p w14:paraId="64CD9FAF" w14:textId="57D5A70C" w:rsidR="00276678" w:rsidRDefault="00B7375B">
            <w:r>
              <w:t>5</w:t>
            </w:r>
          </w:p>
        </w:tc>
      </w:tr>
      <w:tr w:rsidR="00276678" w14:paraId="6A065C25" w14:textId="77777777" w:rsidTr="003F4551">
        <w:trPr>
          <w:jc w:val="center"/>
        </w:trPr>
        <w:tc>
          <w:tcPr>
            <w:tcW w:w="1656" w:type="dxa"/>
            <w:vAlign w:val="center"/>
          </w:tcPr>
          <w:p w14:paraId="5EE35967" w14:textId="155DC8A9" w:rsidR="00276678" w:rsidRDefault="00F70C1E">
            <w:r w:rsidRPr="00F70C1E">
              <w:rPr>
                <w:b/>
              </w:rPr>
              <w:t>Critical appraisal of individual sources of evidence</w:t>
            </w:r>
          </w:p>
        </w:tc>
        <w:tc>
          <w:tcPr>
            <w:tcW w:w="648" w:type="dxa"/>
            <w:vAlign w:val="center"/>
          </w:tcPr>
          <w:p w14:paraId="52E9BE1A" w14:textId="77777777" w:rsidR="00276678" w:rsidRDefault="00000000">
            <w:pPr>
              <w:jc w:val="center"/>
            </w:pPr>
            <w:r>
              <w:t>12</w:t>
            </w:r>
          </w:p>
        </w:tc>
        <w:tc>
          <w:tcPr>
            <w:tcW w:w="5904" w:type="dxa"/>
            <w:vAlign w:val="center"/>
          </w:tcPr>
          <w:p w14:paraId="593C543A" w14:textId="77777777" w:rsidR="00276678" w:rsidRDefault="00000000">
            <w:pPr>
              <w:spacing w:before="20"/>
            </w:pPr>
            <w:r>
              <w:t>If done, provide a rationale for conducting a critical appraisal of included sources of evidence; describe the methods used and how this information was used in any data synthesis (if appropriate).</w:t>
            </w:r>
          </w:p>
        </w:tc>
        <w:tc>
          <w:tcPr>
            <w:tcW w:w="2016" w:type="dxa"/>
            <w:vAlign w:val="center"/>
          </w:tcPr>
          <w:p w14:paraId="7A780936" w14:textId="22B20ACE" w:rsidR="00276678" w:rsidRDefault="00F70C1E">
            <w:r>
              <w:t>Not applicable</w:t>
            </w:r>
          </w:p>
        </w:tc>
      </w:tr>
      <w:tr w:rsidR="00276678" w14:paraId="00087D2E" w14:textId="77777777" w:rsidTr="003F4551">
        <w:trPr>
          <w:jc w:val="center"/>
        </w:trPr>
        <w:tc>
          <w:tcPr>
            <w:tcW w:w="1656" w:type="dxa"/>
            <w:vAlign w:val="center"/>
          </w:tcPr>
          <w:p w14:paraId="1109D747" w14:textId="49FF50A4" w:rsidR="00276678" w:rsidRDefault="00F70C1E">
            <w:r w:rsidRPr="00F70C1E">
              <w:rPr>
                <w:b/>
              </w:rPr>
              <w:t>Synthesis of results</w:t>
            </w:r>
          </w:p>
        </w:tc>
        <w:tc>
          <w:tcPr>
            <w:tcW w:w="648" w:type="dxa"/>
            <w:vAlign w:val="center"/>
          </w:tcPr>
          <w:p w14:paraId="41947E7B" w14:textId="77777777" w:rsidR="00276678" w:rsidRDefault="00000000">
            <w:pPr>
              <w:jc w:val="center"/>
            </w:pPr>
            <w:r>
              <w:t>13</w:t>
            </w:r>
          </w:p>
        </w:tc>
        <w:tc>
          <w:tcPr>
            <w:tcW w:w="5904" w:type="dxa"/>
            <w:vAlign w:val="center"/>
          </w:tcPr>
          <w:p w14:paraId="3D0FA23A" w14:textId="77777777" w:rsidR="00276678" w:rsidRDefault="00000000">
            <w:pPr>
              <w:spacing w:before="20"/>
            </w:pPr>
            <w:r>
              <w:t>Describe the methods of handling and summarizing the data that were charted.</w:t>
            </w:r>
          </w:p>
        </w:tc>
        <w:tc>
          <w:tcPr>
            <w:tcW w:w="2016" w:type="dxa"/>
            <w:vAlign w:val="center"/>
          </w:tcPr>
          <w:p w14:paraId="1BCF7000" w14:textId="2FFE99D9" w:rsidR="00276678" w:rsidRDefault="003F4551">
            <w:r>
              <w:t>6</w:t>
            </w:r>
          </w:p>
        </w:tc>
      </w:tr>
      <w:tr w:rsidR="00276678" w14:paraId="68399A29" w14:textId="77777777" w:rsidTr="00B7375B">
        <w:trPr>
          <w:trHeight w:val="351"/>
          <w:jc w:val="center"/>
        </w:trPr>
        <w:tc>
          <w:tcPr>
            <w:tcW w:w="10224" w:type="dxa"/>
            <w:gridSpan w:val="4"/>
            <w:vAlign w:val="center"/>
          </w:tcPr>
          <w:p w14:paraId="60B704A2" w14:textId="77777777" w:rsidR="00276678" w:rsidRDefault="00000000">
            <w:r>
              <w:rPr>
                <w:b/>
              </w:rPr>
              <w:t>RESULTS</w:t>
            </w:r>
          </w:p>
        </w:tc>
      </w:tr>
      <w:tr w:rsidR="00276678" w14:paraId="7FD5B9C6" w14:textId="77777777" w:rsidTr="003F4551">
        <w:trPr>
          <w:jc w:val="center"/>
        </w:trPr>
        <w:tc>
          <w:tcPr>
            <w:tcW w:w="1656" w:type="dxa"/>
            <w:vAlign w:val="center"/>
          </w:tcPr>
          <w:p w14:paraId="423BA83E" w14:textId="77777777" w:rsidR="00F70C1E" w:rsidRPr="00F70C1E" w:rsidRDefault="00F70C1E" w:rsidP="00F70C1E">
            <w:r w:rsidRPr="00F70C1E">
              <w:rPr>
                <w:b/>
              </w:rPr>
              <w:t>Selection of sources of evidence</w:t>
            </w:r>
          </w:p>
          <w:p w14:paraId="04DC002C" w14:textId="77777777" w:rsidR="00276678" w:rsidRDefault="00276678"/>
        </w:tc>
        <w:tc>
          <w:tcPr>
            <w:tcW w:w="648" w:type="dxa"/>
            <w:vAlign w:val="center"/>
          </w:tcPr>
          <w:p w14:paraId="06FF5355" w14:textId="77777777" w:rsidR="00276678" w:rsidRDefault="00000000">
            <w:pPr>
              <w:jc w:val="center"/>
            </w:pPr>
            <w:r>
              <w:t>14</w:t>
            </w:r>
          </w:p>
        </w:tc>
        <w:tc>
          <w:tcPr>
            <w:tcW w:w="5904" w:type="dxa"/>
            <w:vAlign w:val="center"/>
          </w:tcPr>
          <w:p w14:paraId="24E8590B" w14:textId="77777777" w:rsidR="00276678" w:rsidRDefault="00000000">
            <w:pPr>
              <w:spacing w:before="20"/>
            </w:pPr>
            <w:r>
              <w:t>Give numbers of sources of evidence screened, assessed for eligibility, and included in the review, with reasons for exclusions at each stage, ideally using a flow diagram.</w:t>
            </w:r>
          </w:p>
        </w:tc>
        <w:tc>
          <w:tcPr>
            <w:tcW w:w="2016" w:type="dxa"/>
            <w:vAlign w:val="center"/>
          </w:tcPr>
          <w:p w14:paraId="00ACCA33" w14:textId="22A2AE13" w:rsidR="00276678" w:rsidRDefault="003F4551">
            <w:r>
              <w:t>7</w:t>
            </w:r>
          </w:p>
        </w:tc>
      </w:tr>
      <w:tr w:rsidR="00276678" w14:paraId="4F7C2813" w14:textId="77777777" w:rsidTr="003F4551">
        <w:trPr>
          <w:jc w:val="center"/>
        </w:trPr>
        <w:tc>
          <w:tcPr>
            <w:tcW w:w="1656" w:type="dxa"/>
            <w:vAlign w:val="center"/>
          </w:tcPr>
          <w:p w14:paraId="6F49D3B9" w14:textId="77777777" w:rsidR="00F70C1E" w:rsidRPr="00F70C1E" w:rsidRDefault="00F70C1E" w:rsidP="00F70C1E">
            <w:r w:rsidRPr="00F70C1E">
              <w:rPr>
                <w:b/>
              </w:rPr>
              <w:t xml:space="preserve">Characteristics of sources of </w:t>
            </w:r>
            <w:r w:rsidRPr="00F70C1E">
              <w:rPr>
                <w:b/>
              </w:rPr>
              <w:lastRenderedPageBreak/>
              <w:t>evidence</w:t>
            </w:r>
          </w:p>
          <w:p w14:paraId="4544EA6D" w14:textId="77777777" w:rsidR="00276678" w:rsidRDefault="00276678"/>
        </w:tc>
        <w:tc>
          <w:tcPr>
            <w:tcW w:w="648" w:type="dxa"/>
            <w:vAlign w:val="center"/>
          </w:tcPr>
          <w:p w14:paraId="7FE22299" w14:textId="77777777" w:rsidR="00276678" w:rsidRDefault="00000000">
            <w:pPr>
              <w:jc w:val="center"/>
            </w:pPr>
            <w:r>
              <w:lastRenderedPageBreak/>
              <w:t>15</w:t>
            </w:r>
          </w:p>
        </w:tc>
        <w:tc>
          <w:tcPr>
            <w:tcW w:w="5904" w:type="dxa"/>
            <w:vAlign w:val="center"/>
          </w:tcPr>
          <w:p w14:paraId="05072777" w14:textId="77777777" w:rsidR="00276678" w:rsidRDefault="00000000">
            <w:pPr>
              <w:spacing w:before="20"/>
            </w:pPr>
            <w:r>
              <w:t>For each source of evidence, present characteristics for which data were charted and provide the citations.</w:t>
            </w:r>
          </w:p>
        </w:tc>
        <w:tc>
          <w:tcPr>
            <w:tcW w:w="2016" w:type="dxa"/>
            <w:vAlign w:val="center"/>
          </w:tcPr>
          <w:p w14:paraId="7E81AAA3" w14:textId="512B6D38" w:rsidR="00276678" w:rsidRDefault="003F4551">
            <w:r>
              <w:t>7-9</w:t>
            </w:r>
          </w:p>
        </w:tc>
      </w:tr>
      <w:tr w:rsidR="003F4551" w14:paraId="66864D76" w14:textId="77777777" w:rsidTr="003F4551">
        <w:trPr>
          <w:jc w:val="center"/>
        </w:trPr>
        <w:tc>
          <w:tcPr>
            <w:tcW w:w="1656" w:type="dxa"/>
            <w:vAlign w:val="center"/>
          </w:tcPr>
          <w:p w14:paraId="66332305" w14:textId="77777777" w:rsidR="003F4551" w:rsidRPr="00F70C1E" w:rsidRDefault="003F4551" w:rsidP="003F4551">
            <w:r w:rsidRPr="00F70C1E">
              <w:rPr>
                <w:b/>
              </w:rPr>
              <w:t>Critical appraisal within sources of evidence</w:t>
            </w:r>
          </w:p>
          <w:p w14:paraId="691A3A4A" w14:textId="77777777" w:rsidR="003F4551" w:rsidRDefault="003F4551" w:rsidP="003F4551"/>
        </w:tc>
        <w:tc>
          <w:tcPr>
            <w:tcW w:w="648" w:type="dxa"/>
            <w:vAlign w:val="center"/>
          </w:tcPr>
          <w:p w14:paraId="2E3B1D79" w14:textId="77777777" w:rsidR="003F4551" w:rsidRDefault="003F4551" w:rsidP="003F4551">
            <w:pPr>
              <w:jc w:val="center"/>
            </w:pPr>
            <w:r>
              <w:t>16</w:t>
            </w:r>
          </w:p>
        </w:tc>
        <w:tc>
          <w:tcPr>
            <w:tcW w:w="5904" w:type="dxa"/>
            <w:vAlign w:val="center"/>
          </w:tcPr>
          <w:p w14:paraId="2064F019" w14:textId="77777777" w:rsidR="003F4551" w:rsidRDefault="003F4551" w:rsidP="003F4551">
            <w:pPr>
              <w:spacing w:before="20"/>
            </w:pPr>
            <w:r>
              <w:t>If done, present data on critical appraisal of included sources of evidence (see item 12).</w:t>
            </w:r>
          </w:p>
        </w:tc>
        <w:tc>
          <w:tcPr>
            <w:tcW w:w="2016" w:type="dxa"/>
            <w:vAlign w:val="center"/>
          </w:tcPr>
          <w:p w14:paraId="5B5BA99A" w14:textId="41198B09" w:rsidR="003F4551" w:rsidRDefault="003F4551" w:rsidP="003F4551">
            <w:r>
              <w:t>Not applicable</w:t>
            </w:r>
          </w:p>
        </w:tc>
      </w:tr>
      <w:tr w:rsidR="003F4551" w14:paraId="5DE022E8" w14:textId="77777777" w:rsidTr="003F4551">
        <w:trPr>
          <w:jc w:val="center"/>
        </w:trPr>
        <w:tc>
          <w:tcPr>
            <w:tcW w:w="1656" w:type="dxa"/>
            <w:vAlign w:val="center"/>
          </w:tcPr>
          <w:p w14:paraId="65A643E7" w14:textId="77777777" w:rsidR="003F4551" w:rsidRPr="00F70C1E" w:rsidRDefault="003F4551" w:rsidP="003F4551">
            <w:r w:rsidRPr="00F70C1E">
              <w:rPr>
                <w:b/>
              </w:rPr>
              <w:t>Results of individual sources of evidence</w:t>
            </w:r>
          </w:p>
          <w:p w14:paraId="4956A3E0" w14:textId="77777777" w:rsidR="003F4551" w:rsidRDefault="003F4551" w:rsidP="003F4551"/>
        </w:tc>
        <w:tc>
          <w:tcPr>
            <w:tcW w:w="648" w:type="dxa"/>
            <w:vAlign w:val="center"/>
          </w:tcPr>
          <w:p w14:paraId="1BD99375" w14:textId="77777777" w:rsidR="003F4551" w:rsidRDefault="003F4551" w:rsidP="003F4551">
            <w:pPr>
              <w:jc w:val="center"/>
            </w:pPr>
            <w:r>
              <w:t>17</w:t>
            </w:r>
          </w:p>
        </w:tc>
        <w:tc>
          <w:tcPr>
            <w:tcW w:w="5904" w:type="dxa"/>
            <w:vAlign w:val="center"/>
          </w:tcPr>
          <w:p w14:paraId="1E510899" w14:textId="77777777" w:rsidR="003F4551" w:rsidRDefault="003F4551" w:rsidP="003F4551">
            <w:pPr>
              <w:spacing w:before="20"/>
            </w:pPr>
            <w:r>
              <w:t>For each included source of evidence, present the relevant data that were charted that relate to the review questions and objectives.</w:t>
            </w:r>
          </w:p>
        </w:tc>
        <w:tc>
          <w:tcPr>
            <w:tcW w:w="2016" w:type="dxa"/>
            <w:vAlign w:val="center"/>
          </w:tcPr>
          <w:p w14:paraId="25C3A6BB" w14:textId="76FD170E" w:rsidR="003F4551" w:rsidRDefault="003F4551" w:rsidP="003F4551">
            <w:r>
              <w:t>10-21</w:t>
            </w:r>
          </w:p>
        </w:tc>
      </w:tr>
      <w:tr w:rsidR="003F4551" w14:paraId="550B49ED" w14:textId="77777777" w:rsidTr="003F4551">
        <w:trPr>
          <w:jc w:val="center"/>
        </w:trPr>
        <w:tc>
          <w:tcPr>
            <w:tcW w:w="1656" w:type="dxa"/>
            <w:vAlign w:val="center"/>
          </w:tcPr>
          <w:p w14:paraId="7AA8095A" w14:textId="54DAF7FE" w:rsidR="003F4551" w:rsidRDefault="003F4551" w:rsidP="003F4551">
            <w:r w:rsidRPr="00F70C1E">
              <w:rPr>
                <w:b/>
              </w:rPr>
              <w:t>Synthesis of results</w:t>
            </w:r>
          </w:p>
        </w:tc>
        <w:tc>
          <w:tcPr>
            <w:tcW w:w="648" w:type="dxa"/>
            <w:vAlign w:val="center"/>
          </w:tcPr>
          <w:p w14:paraId="1B7BB131" w14:textId="77777777" w:rsidR="003F4551" w:rsidRDefault="003F4551" w:rsidP="003F4551">
            <w:pPr>
              <w:jc w:val="center"/>
            </w:pPr>
            <w:r>
              <w:t>18</w:t>
            </w:r>
          </w:p>
        </w:tc>
        <w:tc>
          <w:tcPr>
            <w:tcW w:w="5904" w:type="dxa"/>
            <w:vAlign w:val="center"/>
          </w:tcPr>
          <w:p w14:paraId="616A5AD7" w14:textId="77777777" w:rsidR="003F4551" w:rsidRDefault="003F4551" w:rsidP="003F4551">
            <w:pPr>
              <w:spacing w:before="20"/>
            </w:pPr>
            <w:r>
              <w:t>Summarize and/or present the charting results as they relate to the review questions and objectives.</w:t>
            </w:r>
          </w:p>
        </w:tc>
        <w:tc>
          <w:tcPr>
            <w:tcW w:w="2016" w:type="dxa"/>
            <w:vAlign w:val="center"/>
          </w:tcPr>
          <w:p w14:paraId="482BD806" w14:textId="52FFF88B" w:rsidR="003F4551" w:rsidRDefault="003F4551" w:rsidP="003F4551">
            <w:r>
              <w:t>9-10; 21</w:t>
            </w:r>
          </w:p>
        </w:tc>
      </w:tr>
      <w:tr w:rsidR="003F4551" w14:paraId="3C7715AB" w14:textId="77777777" w:rsidTr="00B7375B">
        <w:trPr>
          <w:trHeight w:val="438"/>
          <w:jc w:val="center"/>
        </w:trPr>
        <w:tc>
          <w:tcPr>
            <w:tcW w:w="10224" w:type="dxa"/>
            <w:gridSpan w:val="4"/>
            <w:vAlign w:val="center"/>
          </w:tcPr>
          <w:p w14:paraId="2D1FEA95" w14:textId="77777777" w:rsidR="003F4551" w:rsidRDefault="003F4551" w:rsidP="003F4551">
            <w:r>
              <w:rPr>
                <w:b/>
              </w:rPr>
              <w:t>DISCUSSION</w:t>
            </w:r>
          </w:p>
        </w:tc>
      </w:tr>
      <w:tr w:rsidR="003F4551" w14:paraId="34D4C140" w14:textId="77777777" w:rsidTr="003F4551">
        <w:trPr>
          <w:jc w:val="center"/>
        </w:trPr>
        <w:tc>
          <w:tcPr>
            <w:tcW w:w="1656" w:type="dxa"/>
            <w:vAlign w:val="center"/>
          </w:tcPr>
          <w:p w14:paraId="2572AB1E" w14:textId="77777777" w:rsidR="003F4551" w:rsidRPr="00F70C1E" w:rsidRDefault="003F4551" w:rsidP="003F4551">
            <w:r w:rsidRPr="00F70C1E">
              <w:rPr>
                <w:b/>
              </w:rPr>
              <w:t>Summary of evidence</w:t>
            </w:r>
          </w:p>
          <w:p w14:paraId="3F871C29" w14:textId="77777777" w:rsidR="003F4551" w:rsidRDefault="003F4551" w:rsidP="003F4551"/>
        </w:tc>
        <w:tc>
          <w:tcPr>
            <w:tcW w:w="648" w:type="dxa"/>
            <w:vAlign w:val="center"/>
          </w:tcPr>
          <w:p w14:paraId="3D501EF8" w14:textId="77777777" w:rsidR="003F4551" w:rsidRDefault="003F4551" w:rsidP="003F4551">
            <w:pPr>
              <w:jc w:val="center"/>
            </w:pPr>
            <w:r>
              <w:t>19</w:t>
            </w:r>
          </w:p>
        </w:tc>
        <w:tc>
          <w:tcPr>
            <w:tcW w:w="5904" w:type="dxa"/>
            <w:vAlign w:val="center"/>
          </w:tcPr>
          <w:p w14:paraId="1667F5A7" w14:textId="77777777" w:rsidR="003F4551" w:rsidRDefault="003F4551" w:rsidP="003F4551">
            <w:pPr>
              <w:spacing w:before="20"/>
            </w:pPr>
            <w:r>
              <w:t>Summarize the main results (including an overview of concepts, themes, and types of evidence available), link to the review questions and objectives, and consider the relevance to key groups.</w:t>
            </w:r>
          </w:p>
        </w:tc>
        <w:tc>
          <w:tcPr>
            <w:tcW w:w="2016" w:type="dxa"/>
            <w:vAlign w:val="center"/>
          </w:tcPr>
          <w:p w14:paraId="2D47C170" w14:textId="07A3A825" w:rsidR="003F4551" w:rsidRDefault="006B7BCB" w:rsidP="003F4551">
            <w:r>
              <w:t>22-23</w:t>
            </w:r>
          </w:p>
        </w:tc>
      </w:tr>
      <w:tr w:rsidR="003F4551" w14:paraId="5437AFFB" w14:textId="77777777" w:rsidTr="003F4551">
        <w:trPr>
          <w:jc w:val="center"/>
        </w:trPr>
        <w:tc>
          <w:tcPr>
            <w:tcW w:w="1656" w:type="dxa"/>
            <w:vAlign w:val="center"/>
          </w:tcPr>
          <w:p w14:paraId="41862DE7" w14:textId="77777777" w:rsidR="003F4551" w:rsidRPr="00F70C1E" w:rsidRDefault="003F4551" w:rsidP="003F4551">
            <w:r w:rsidRPr="00F70C1E">
              <w:rPr>
                <w:b/>
              </w:rPr>
              <w:t>Limitations</w:t>
            </w:r>
          </w:p>
          <w:p w14:paraId="61068CBD" w14:textId="77777777" w:rsidR="003F4551" w:rsidRDefault="003F4551" w:rsidP="003F4551"/>
        </w:tc>
        <w:tc>
          <w:tcPr>
            <w:tcW w:w="648" w:type="dxa"/>
            <w:vAlign w:val="center"/>
          </w:tcPr>
          <w:p w14:paraId="53521C5B" w14:textId="77777777" w:rsidR="003F4551" w:rsidRDefault="003F4551" w:rsidP="003F4551">
            <w:pPr>
              <w:jc w:val="center"/>
            </w:pPr>
            <w:r>
              <w:t>20</w:t>
            </w:r>
          </w:p>
        </w:tc>
        <w:tc>
          <w:tcPr>
            <w:tcW w:w="5904" w:type="dxa"/>
            <w:vAlign w:val="center"/>
          </w:tcPr>
          <w:p w14:paraId="4FE75666" w14:textId="77777777" w:rsidR="003F4551" w:rsidRDefault="003F4551" w:rsidP="003F4551">
            <w:pPr>
              <w:spacing w:before="20"/>
            </w:pPr>
            <w:r>
              <w:t>Discuss the limitations of the scoping review process.</w:t>
            </w:r>
          </w:p>
        </w:tc>
        <w:tc>
          <w:tcPr>
            <w:tcW w:w="2016" w:type="dxa"/>
            <w:vAlign w:val="center"/>
          </w:tcPr>
          <w:p w14:paraId="78EA6BD5" w14:textId="0B95F127" w:rsidR="003F4551" w:rsidRDefault="006B7BCB" w:rsidP="003F4551">
            <w:r>
              <w:t>25</w:t>
            </w:r>
          </w:p>
        </w:tc>
      </w:tr>
      <w:tr w:rsidR="003F4551" w14:paraId="0E1FCA1D" w14:textId="77777777" w:rsidTr="003F4551">
        <w:trPr>
          <w:jc w:val="center"/>
        </w:trPr>
        <w:tc>
          <w:tcPr>
            <w:tcW w:w="1656" w:type="dxa"/>
            <w:vAlign w:val="center"/>
          </w:tcPr>
          <w:p w14:paraId="4364FA4C" w14:textId="77777777" w:rsidR="003F4551" w:rsidRPr="00F70C1E" w:rsidRDefault="003F4551" w:rsidP="003F4551">
            <w:r w:rsidRPr="00F70C1E">
              <w:rPr>
                <w:b/>
              </w:rPr>
              <w:t>Conclusions</w:t>
            </w:r>
          </w:p>
          <w:p w14:paraId="776715B5" w14:textId="77777777" w:rsidR="003F4551" w:rsidRDefault="003F4551" w:rsidP="003F4551"/>
        </w:tc>
        <w:tc>
          <w:tcPr>
            <w:tcW w:w="648" w:type="dxa"/>
            <w:vAlign w:val="center"/>
          </w:tcPr>
          <w:p w14:paraId="48B8C5AD" w14:textId="77777777" w:rsidR="003F4551" w:rsidRDefault="003F4551" w:rsidP="003F4551">
            <w:pPr>
              <w:jc w:val="center"/>
            </w:pPr>
            <w:r>
              <w:t>21</w:t>
            </w:r>
          </w:p>
        </w:tc>
        <w:tc>
          <w:tcPr>
            <w:tcW w:w="5904" w:type="dxa"/>
            <w:vAlign w:val="center"/>
          </w:tcPr>
          <w:p w14:paraId="387DBD17" w14:textId="77777777" w:rsidR="003F4551" w:rsidRDefault="003F4551" w:rsidP="003F4551">
            <w:pPr>
              <w:spacing w:before="20"/>
            </w:pPr>
            <w:r>
              <w:t>Provide a general interpretation of the results with respect to the review questions and objectives, as well as potential implications and/or next steps.</w:t>
            </w:r>
          </w:p>
        </w:tc>
        <w:tc>
          <w:tcPr>
            <w:tcW w:w="2016" w:type="dxa"/>
            <w:vAlign w:val="center"/>
          </w:tcPr>
          <w:p w14:paraId="4ACBF917" w14:textId="4E918D89" w:rsidR="003F4551" w:rsidRDefault="006B7BCB" w:rsidP="003F4551">
            <w:r>
              <w:t>29</w:t>
            </w:r>
          </w:p>
        </w:tc>
      </w:tr>
      <w:tr w:rsidR="003F4551" w14:paraId="3F6E601F" w14:textId="77777777" w:rsidTr="00B7375B">
        <w:trPr>
          <w:trHeight w:val="526"/>
          <w:jc w:val="center"/>
        </w:trPr>
        <w:tc>
          <w:tcPr>
            <w:tcW w:w="10224" w:type="dxa"/>
            <w:gridSpan w:val="4"/>
            <w:vAlign w:val="center"/>
          </w:tcPr>
          <w:p w14:paraId="74997D71" w14:textId="77777777" w:rsidR="003F4551" w:rsidRDefault="003F4551" w:rsidP="003F4551">
            <w:r>
              <w:rPr>
                <w:b/>
              </w:rPr>
              <w:t>FUNDING</w:t>
            </w:r>
          </w:p>
        </w:tc>
      </w:tr>
      <w:tr w:rsidR="003F4551" w14:paraId="14DF9093" w14:textId="77777777" w:rsidTr="003F4551">
        <w:trPr>
          <w:jc w:val="center"/>
        </w:trPr>
        <w:tc>
          <w:tcPr>
            <w:tcW w:w="1656" w:type="dxa"/>
            <w:vAlign w:val="center"/>
          </w:tcPr>
          <w:p w14:paraId="7F7D623B" w14:textId="77777777" w:rsidR="003F4551" w:rsidRPr="00F70C1E" w:rsidRDefault="003F4551" w:rsidP="003F4551">
            <w:r w:rsidRPr="00F70C1E">
              <w:rPr>
                <w:b/>
              </w:rPr>
              <w:t>Funding</w:t>
            </w:r>
          </w:p>
          <w:p w14:paraId="086A59B6" w14:textId="77777777" w:rsidR="003F4551" w:rsidRDefault="003F4551" w:rsidP="003F4551"/>
        </w:tc>
        <w:tc>
          <w:tcPr>
            <w:tcW w:w="648" w:type="dxa"/>
            <w:vAlign w:val="center"/>
          </w:tcPr>
          <w:p w14:paraId="7300436D" w14:textId="77777777" w:rsidR="003F4551" w:rsidRDefault="003F4551" w:rsidP="003F4551">
            <w:pPr>
              <w:jc w:val="center"/>
            </w:pPr>
            <w:r>
              <w:t>22</w:t>
            </w:r>
          </w:p>
        </w:tc>
        <w:tc>
          <w:tcPr>
            <w:tcW w:w="5904" w:type="dxa"/>
            <w:vAlign w:val="center"/>
          </w:tcPr>
          <w:p w14:paraId="4784D895" w14:textId="77777777" w:rsidR="003F4551" w:rsidRDefault="003F4551" w:rsidP="003F4551">
            <w:pPr>
              <w:spacing w:before="20"/>
            </w:pPr>
            <w:r>
              <w:t>Describe sources of funding for the included sources of evidence, as well as sources of funding for the scoping review. Describe the role of the funders of the scoping review.</w:t>
            </w:r>
          </w:p>
        </w:tc>
        <w:tc>
          <w:tcPr>
            <w:tcW w:w="2016" w:type="dxa"/>
            <w:vAlign w:val="center"/>
          </w:tcPr>
          <w:p w14:paraId="4E75B64D" w14:textId="002E7C10" w:rsidR="003F4551" w:rsidRDefault="006B7BCB" w:rsidP="003F4551">
            <w:r>
              <w:t>30</w:t>
            </w:r>
          </w:p>
        </w:tc>
      </w:tr>
    </w:tbl>
    <w:p w14:paraId="5FBA20C1" w14:textId="77777777" w:rsidR="00276678" w:rsidRDefault="00276678"/>
    <w:p w14:paraId="028785A7" w14:textId="77777777" w:rsidR="00276678" w:rsidRDefault="00000000">
      <w:pPr>
        <w:spacing w:after="60"/>
      </w:pPr>
      <w:r>
        <w:rPr>
          <w:sz w:val="16"/>
        </w:rPr>
        <w:t>JBI = Joanna Briggs Institute; PRISMA-ScR = Preferred Reporting Items for Systematic reviews and Meta-Analyses extension for Scoping Reviews.</w:t>
      </w:r>
    </w:p>
    <w:p w14:paraId="42D611C1" w14:textId="77777777" w:rsidR="00276678" w:rsidRDefault="00000000">
      <w:pPr>
        <w:spacing w:before="120"/>
      </w:pPr>
      <w:r>
        <w:rPr>
          <w:i/>
          <w:sz w:val="16"/>
        </w:rPr>
        <w:t>From: Tricco AC, Lillie E, Zarin W, O’Brien KK, Colquhoun H, Levac D, et al. PRISMA Extension for Scoping Reviews (PRISMA-ScR): Checklist and Explanation. Ann Intern Med. 2018;169:467–473. doi:10.7326/M18-0850.</w:t>
      </w:r>
    </w:p>
    <w:sectPr w:rsidR="00276678" w:rsidSect="00034616">
      <w:pgSz w:w="12240" w:h="15840"/>
      <w:pgMar w:top="1152" w:right="1008" w:bottom="115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976033488">
    <w:abstractNumId w:val="8"/>
  </w:num>
  <w:num w:numId="2" w16cid:durableId="1228687411">
    <w:abstractNumId w:val="6"/>
  </w:num>
  <w:num w:numId="3" w16cid:durableId="1444419996">
    <w:abstractNumId w:val="5"/>
  </w:num>
  <w:num w:numId="4" w16cid:durableId="198668371">
    <w:abstractNumId w:val="4"/>
  </w:num>
  <w:num w:numId="5" w16cid:durableId="2072729827">
    <w:abstractNumId w:val="7"/>
  </w:num>
  <w:num w:numId="6" w16cid:durableId="2058967295">
    <w:abstractNumId w:val="3"/>
  </w:num>
  <w:num w:numId="7" w16cid:durableId="752747939">
    <w:abstractNumId w:val="2"/>
  </w:num>
  <w:num w:numId="8" w16cid:durableId="1496263849">
    <w:abstractNumId w:val="1"/>
  </w:num>
  <w:num w:numId="9" w16cid:durableId="93490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6678"/>
    <w:rsid w:val="0029639D"/>
    <w:rsid w:val="00326F90"/>
    <w:rsid w:val="003F4551"/>
    <w:rsid w:val="006B7BCB"/>
    <w:rsid w:val="00AA1D8D"/>
    <w:rsid w:val="00B47730"/>
    <w:rsid w:val="00B7375B"/>
    <w:rsid w:val="00C855C8"/>
    <w:rsid w:val="00CB0664"/>
    <w:rsid w:val="00F70C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514955"/>
  <w14:defaultImageDpi w14:val="300"/>
  <w15:docId w15:val="{06C94C23-7EDC-467A-A8C8-3B86FCE4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Arial" w:hAnsi="Arial"/>
      <w:sz w:val="18"/>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686</Words>
  <Characters>3911</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Paolo Malerba</cp:lastModifiedBy>
  <cp:revision>2</cp:revision>
  <dcterms:created xsi:type="dcterms:W3CDTF">2013-12-23T23:15:00Z</dcterms:created>
  <dcterms:modified xsi:type="dcterms:W3CDTF">2026-06-24T21:20:00Z</dcterms:modified>
  <cp:category/>
</cp:coreProperties>
</file>