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3D1" w:rsidRPr="00A8233B" w:rsidRDefault="00966849">
      <w:pPr>
        <w:pStyle w:val="a8"/>
        <w:rPr>
          <w:rFonts w:ascii="굴림" w:eastAsia="굴림" w:hAnsi="굴림"/>
        </w:rPr>
      </w:pPr>
      <w:r>
        <w:rPr>
          <w:rFonts w:ascii="굴림" w:eastAsia="굴림" w:hAnsi="굴림" w:cs="바탕체" w:hint="eastAsia"/>
          <w:lang w:eastAsia="ko-KR"/>
        </w:rPr>
        <w:t>Questionnaire</w:t>
      </w:r>
    </w:p>
    <w:p w:rsidR="002043D1" w:rsidRDefault="00966849">
      <w:pPr>
        <w:rPr>
          <w:lang w:eastAsia="ko-KR"/>
        </w:rPr>
      </w:pPr>
      <w:r w:rsidRPr="00966849">
        <w:rPr>
          <w:rFonts w:eastAsia="굴림" w:cs="바탕체"/>
          <w:lang w:eastAsia="ko-KR"/>
        </w:rPr>
        <w:t>Participant</w:t>
      </w:r>
      <w:r w:rsidR="000B618E">
        <w:rPr>
          <w:lang w:eastAsia="ko-KR"/>
        </w:rPr>
        <w:t xml:space="preserve"> ID: _________________________</w:t>
      </w:r>
    </w:p>
    <w:p w:rsidR="002043D1" w:rsidRDefault="000B618E">
      <w:pPr>
        <w:rPr>
          <w:lang w:eastAsia="ko-KR"/>
        </w:rPr>
      </w:pPr>
      <w:r>
        <w:rPr>
          <w:lang w:eastAsia="ko-KR"/>
        </w:rPr>
        <w:t>Date: ___ / ___ / 2025</w:t>
      </w:r>
    </w:p>
    <w:p w:rsidR="00966849" w:rsidRDefault="00966849" w:rsidP="00966849">
      <w:pPr>
        <w:rPr>
          <w:b/>
          <w:bCs/>
        </w:rPr>
      </w:pPr>
    </w:p>
    <w:p w:rsidR="002043D1" w:rsidRDefault="00966849" w:rsidP="00966849">
      <w:pPr>
        <w:rPr>
          <w:lang w:eastAsia="ko-KR"/>
        </w:rPr>
      </w:pPr>
      <w:r>
        <w:rPr>
          <w:b/>
          <w:bCs/>
        </w:rPr>
        <w:t>Instructions:</w:t>
      </w:r>
      <w:r>
        <w:t xml:space="preserve"> Please answer all questions honestly based on your experience over the past month. </w:t>
      </w:r>
      <w:r>
        <w:rPr>
          <w:rStyle w:val="citation-219"/>
        </w:rPr>
        <w:t>Your responses are confidential and crucial for the success of this study.</w:t>
      </w: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  <w:r w:rsidRPr="00966849">
        <w:rPr>
          <w:rFonts w:asciiTheme="minorHAnsi" w:hAnsiTheme="minorHAnsi"/>
        </w:rPr>
        <w:t xml:space="preserve">1. </w:t>
      </w:r>
      <w:r w:rsidRPr="00966849">
        <w:rPr>
          <w:rStyle w:val="citation-218"/>
          <w:rFonts w:asciiTheme="minorHAnsi" w:hAnsiTheme="minorHAnsi"/>
        </w:rPr>
        <w:t xml:space="preserve">How often have you brushed your teeth with the assigned toothbrush and toothpaste over the past month? </w:t>
      </w: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  <w:r w:rsidRPr="00966849">
        <w:rPr>
          <w:rStyle w:val="citation-217"/>
          <w:rFonts w:ascii="Segoe UI Symbol" w:hAnsi="Segoe UI Symbol" w:cs="Segoe UI Symbol"/>
        </w:rPr>
        <w:t>☐</w:t>
      </w:r>
      <w:r w:rsidRPr="00966849">
        <w:rPr>
          <w:rStyle w:val="citation-217"/>
          <w:rFonts w:asciiTheme="minorHAnsi" w:hAnsiTheme="minorHAnsi"/>
        </w:rPr>
        <w:t xml:space="preserve"> Twice a day (as instructed) </w:t>
      </w:r>
    </w:p>
    <w:p w:rsidR="00966849" w:rsidRPr="00966849" w:rsidRDefault="00966849" w:rsidP="00966849">
      <w:pPr>
        <w:pStyle w:val="aff1"/>
        <w:rPr>
          <w:rStyle w:val="citation-216"/>
          <w:rFonts w:asciiTheme="minorHAnsi" w:hAnsiTheme="minorHAnsi"/>
        </w:rPr>
      </w:pPr>
      <w:r w:rsidRPr="00966849">
        <w:rPr>
          <w:rStyle w:val="citation-216"/>
          <w:rFonts w:ascii="Segoe UI Symbol" w:hAnsi="Segoe UI Symbol" w:cs="Segoe UI Symbol"/>
        </w:rPr>
        <w:t>☐</w:t>
      </w:r>
      <w:r w:rsidRPr="00966849">
        <w:rPr>
          <w:rStyle w:val="citation-216"/>
          <w:rFonts w:asciiTheme="minorHAnsi" w:hAnsiTheme="minorHAnsi"/>
        </w:rPr>
        <w:t xml:space="preserve"> Once a day </w:t>
      </w: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  <w:r w:rsidRPr="00966849">
        <w:rPr>
          <w:rStyle w:val="citation-215"/>
          <w:rFonts w:ascii="Segoe UI Symbol" w:hAnsi="Segoe UI Symbol" w:cs="Segoe UI Symbol"/>
        </w:rPr>
        <w:t>☐</w:t>
      </w:r>
      <w:r w:rsidRPr="00966849">
        <w:rPr>
          <w:rStyle w:val="citation-215"/>
          <w:rFonts w:asciiTheme="minorHAnsi" w:hAnsiTheme="minorHAnsi"/>
        </w:rPr>
        <w:t xml:space="preserve"> Less than once a day </w:t>
      </w: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  <w:r w:rsidRPr="00966849">
        <w:rPr>
          <w:rStyle w:val="citation-214"/>
          <w:rFonts w:ascii="Segoe UI Symbol" w:hAnsi="Segoe UI Symbol" w:cs="Segoe UI Symbol"/>
        </w:rPr>
        <w:t>☐</w:t>
      </w:r>
      <w:r w:rsidRPr="00966849">
        <w:rPr>
          <w:rStyle w:val="citation-214"/>
          <w:rFonts w:asciiTheme="minorHAnsi" w:hAnsiTheme="minorHAnsi"/>
        </w:rPr>
        <w:t xml:space="preserve"> More than twice a day</w:t>
      </w:r>
    </w:p>
    <w:p w:rsidR="004B1935" w:rsidRPr="00966849" w:rsidRDefault="004B1935">
      <w:pPr>
        <w:rPr>
          <w:rFonts w:eastAsia="맑은 고딕"/>
          <w:lang w:eastAsia="ko-KR"/>
        </w:rPr>
      </w:pP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  <w:r w:rsidRPr="00966849">
        <w:rPr>
          <w:rFonts w:asciiTheme="minorHAnsi" w:hAnsiTheme="minorHAnsi"/>
        </w:rPr>
        <w:t xml:space="preserve">2. </w:t>
      </w:r>
      <w:r w:rsidRPr="00966849">
        <w:rPr>
          <w:rStyle w:val="citation-213"/>
          <w:rFonts w:asciiTheme="minorHAnsi" w:hAnsiTheme="minorHAnsi"/>
        </w:rPr>
        <w:t xml:space="preserve">Did you use any other oral hygiene products (e.g., dental floss, mouthwash) during the study period? </w:t>
      </w: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  <w:r w:rsidRPr="00966849">
        <w:rPr>
          <w:rStyle w:val="citation-212"/>
          <w:rFonts w:ascii="Segoe UI Symbol" w:hAnsi="Segoe UI Symbol" w:cs="Segoe UI Symbol"/>
        </w:rPr>
        <w:t>☐</w:t>
      </w:r>
      <w:r w:rsidRPr="00966849">
        <w:rPr>
          <w:rStyle w:val="citation-212"/>
          <w:rFonts w:asciiTheme="minorHAnsi" w:hAnsiTheme="minorHAnsi"/>
        </w:rPr>
        <w:t xml:space="preserve"> No </w:t>
      </w: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  <w:r w:rsidRPr="00966849">
        <w:rPr>
          <w:rStyle w:val="citation-211"/>
          <w:rFonts w:ascii="Segoe UI Symbol" w:hAnsi="Segoe UI Symbol" w:cs="Segoe UI Symbol"/>
        </w:rPr>
        <w:t>☐</w:t>
      </w:r>
      <w:r w:rsidRPr="00966849">
        <w:rPr>
          <w:rStyle w:val="citation-211"/>
          <w:rFonts w:asciiTheme="minorHAnsi" w:hAnsiTheme="minorHAnsi"/>
        </w:rPr>
        <w:t xml:space="preserve"> Yes </w:t>
      </w: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  <w:r w:rsidRPr="00966849">
        <w:rPr>
          <w:rFonts w:asciiTheme="minorHAnsi" w:hAnsiTheme="minorHAnsi"/>
        </w:rPr>
        <w:t xml:space="preserve">3. </w:t>
      </w:r>
      <w:r w:rsidRPr="00966849">
        <w:rPr>
          <w:rStyle w:val="citation-210"/>
          <w:rFonts w:asciiTheme="minorHAnsi" w:hAnsiTheme="minorHAnsi"/>
        </w:rPr>
        <w:t xml:space="preserve">How easy or difficult was it to use the assigned toothbrush? </w:t>
      </w: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  <w:r w:rsidRPr="00966849">
        <w:rPr>
          <w:rStyle w:val="citation-209"/>
          <w:rFonts w:ascii="Segoe UI Symbol" w:hAnsi="Segoe UI Symbol" w:cs="Segoe UI Symbol"/>
        </w:rPr>
        <w:t>☐</w:t>
      </w:r>
      <w:r w:rsidRPr="00966849">
        <w:rPr>
          <w:rStyle w:val="citation-209"/>
          <w:rFonts w:asciiTheme="minorHAnsi" w:hAnsiTheme="minorHAnsi"/>
        </w:rPr>
        <w:t xml:space="preserve"> Very easy </w:t>
      </w: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  <w:r w:rsidRPr="00966849">
        <w:rPr>
          <w:rStyle w:val="citation-208"/>
          <w:rFonts w:ascii="Segoe UI Symbol" w:hAnsi="Segoe UI Symbol" w:cs="Segoe UI Symbol"/>
        </w:rPr>
        <w:t>☐</w:t>
      </w:r>
      <w:r w:rsidRPr="00966849">
        <w:rPr>
          <w:rStyle w:val="citation-208"/>
          <w:rFonts w:asciiTheme="minorHAnsi" w:hAnsiTheme="minorHAnsi"/>
        </w:rPr>
        <w:t xml:space="preserve"> Somewhat easy </w:t>
      </w: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  <w:r w:rsidRPr="00966849">
        <w:rPr>
          <w:rStyle w:val="citation-207"/>
          <w:rFonts w:ascii="Segoe UI Symbol" w:hAnsi="Segoe UI Symbol" w:cs="Segoe UI Symbol"/>
        </w:rPr>
        <w:t>☐</w:t>
      </w:r>
      <w:r w:rsidRPr="00966849">
        <w:rPr>
          <w:rStyle w:val="citation-207"/>
          <w:rFonts w:asciiTheme="minorHAnsi" w:hAnsiTheme="minorHAnsi"/>
        </w:rPr>
        <w:t xml:space="preserve"> Neutral </w:t>
      </w: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  <w:r w:rsidRPr="00966849">
        <w:rPr>
          <w:rStyle w:val="citation-206"/>
          <w:rFonts w:ascii="Segoe UI Symbol" w:hAnsi="Segoe UI Symbol" w:cs="Segoe UI Symbol"/>
        </w:rPr>
        <w:t>☐</w:t>
      </w:r>
      <w:r w:rsidRPr="00966849">
        <w:rPr>
          <w:rStyle w:val="citation-206"/>
          <w:rFonts w:asciiTheme="minorHAnsi" w:hAnsiTheme="minorHAnsi"/>
        </w:rPr>
        <w:t xml:space="preserve"> Somewhat difficult </w:t>
      </w: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  <w:r w:rsidRPr="00966849">
        <w:rPr>
          <w:rStyle w:val="citation-205"/>
          <w:rFonts w:ascii="Segoe UI Symbol" w:hAnsi="Segoe UI Symbol" w:cs="Segoe UI Symbol"/>
        </w:rPr>
        <w:lastRenderedPageBreak/>
        <w:t>☐</w:t>
      </w:r>
      <w:r w:rsidRPr="00966849">
        <w:rPr>
          <w:rStyle w:val="citation-205"/>
          <w:rFonts w:asciiTheme="minorHAnsi" w:hAnsiTheme="minorHAnsi"/>
        </w:rPr>
        <w:t xml:space="preserve"> Very difficult </w:t>
      </w: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  <w:r w:rsidRPr="00966849">
        <w:rPr>
          <w:rFonts w:asciiTheme="minorHAnsi" w:hAnsiTheme="minorHAnsi"/>
        </w:rPr>
        <w:t xml:space="preserve">4. </w:t>
      </w:r>
      <w:r w:rsidRPr="00966849">
        <w:rPr>
          <w:rStyle w:val="citation-204"/>
          <w:rFonts w:asciiTheme="minorHAnsi" w:hAnsiTheme="minorHAnsi"/>
        </w:rPr>
        <w:t xml:space="preserve">Compared to the first day, how would you rate your current gum health? </w:t>
      </w: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  <w:r w:rsidRPr="00966849">
        <w:rPr>
          <w:rStyle w:val="citation-203"/>
          <w:rFonts w:ascii="Segoe UI Symbol" w:hAnsi="Segoe UI Symbol" w:cs="Segoe UI Symbol"/>
        </w:rPr>
        <w:t>☐</w:t>
      </w:r>
      <w:r w:rsidRPr="00966849">
        <w:rPr>
          <w:rStyle w:val="citation-203"/>
          <w:rFonts w:asciiTheme="minorHAnsi" w:hAnsiTheme="minorHAnsi"/>
        </w:rPr>
        <w:t xml:space="preserve"> Much better </w:t>
      </w: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  <w:r w:rsidRPr="00966849">
        <w:rPr>
          <w:rStyle w:val="citation-202"/>
          <w:rFonts w:ascii="Segoe UI Symbol" w:hAnsi="Segoe UI Symbol" w:cs="Segoe UI Symbol"/>
        </w:rPr>
        <w:t>☐</w:t>
      </w:r>
      <w:r w:rsidRPr="00966849">
        <w:rPr>
          <w:rStyle w:val="citation-202"/>
          <w:rFonts w:asciiTheme="minorHAnsi" w:hAnsiTheme="minorHAnsi"/>
        </w:rPr>
        <w:t xml:space="preserve"> Slightly better </w:t>
      </w:r>
    </w:p>
    <w:p w:rsidR="00966849" w:rsidRPr="00966849" w:rsidRDefault="00966849" w:rsidP="00966849">
      <w:pPr>
        <w:pStyle w:val="aff1"/>
        <w:rPr>
          <w:rStyle w:val="citation-201"/>
          <w:rFonts w:asciiTheme="minorHAnsi" w:hAnsiTheme="minorHAnsi"/>
        </w:rPr>
      </w:pPr>
      <w:r w:rsidRPr="00966849">
        <w:rPr>
          <w:rStyle w:val="citation-201"/>
          <w:rFonts w:ascii="Segoe UI Symbol" w:hAnsi="Segoe UI Symbol" w:cs="Segoe UI Symbol"/>
        </w:rPr>
        <w:t>☐</w:t>
      </w:r>
      <w:r w:rsidRPr="00966849">
        <w:rPr>
          <w:rStyle w:val="citation-201"/>
          <w:rFonts w:asciiTheme="minorHAnsi" w:hAnsiTheme="minorHAnsi"/>
        </w:rPr>
        <w:t xml:space="preserve"> About the same</w:t>
      </w: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  <w:r w:rsidRPr="00966849">
        <w:rPr>
          <w:rStyle w:val="citation-201"/>
          <w:rFonts w:asciiTheme="minorHAnsi" w:hAnsiTheme="minorHAnsi"/>
        </w:rPr>
        <w:t xml:space="preserve"> </w:t>
      </w:r>
      <w:r w:rsidRPr="00966849">
        <w:rPr>
          <w:rStyle w:val="citation-200"/>
          <w:rFonts w:ascii="Segoe UI Symbol" w:hAnsi="Segoe UI Symbol" w:cs="Segoe UI Symbol"/>
        </w:rPr>
        <w:t>☐</w:t>
      </w:r>
      <w:r w:rsidRPr="00966849">
        <w:rPr>
          <w:rStyle w:val="citation-200"/>
          <w:rFonts w:asciiTheme="minorHAnsi" w:hAnsiTheme="minorHAnsi"/>
        </w:rPr>
        <w:t xml:space="preserve"> Slightly worse </w:t>
      </w: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  <w:r w:rsidRPr="00966849">
        <w:rPr>
          <w:rStyle w:val="citation-199"/>
          <w:rFonts w:ascii="Segoe UI Symbol" w:hAnsi="Segoe UI Symbol" w:cs="Segoe UI Symbol"/>
        </w:rPr>
        <w:t>☐</w:t>
      </w:r>
      <w:r w:rsidRPr="00966849">
        <w:rPr>
          <w:rStyle w:val="citation-199"/>
          <w:rFonts w:asciiTheme="minorHAnsi" w:hAnsiTheme="minorHAnsi"/>
        </w:rPr>
        <w:t xml:space="preserve"> Much worse </w:t>
      </w: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  <w:r w:rsidRPr="00966849">
        <w:rPr>
          <w:rFonts w:asciiTheme="minorHAnsi" w:hAnsiTheme="minorHAnsi"/>
        </w:rPr>
        <w:t xml:space="preserve">5. </w:t>
      </w:r>
      <w:proofErr w:type="spellStart"/>
      <w:r w:rsidRPr="00966849">
        <w:rPr>
          <w:rStyle w:val="citation-198"/>
          <w:rFonts w:asciiTheme="minorHAnsi" w:hAnsiTheme="minorHAnsi"/>
        </w:rPr>
        <w:t>H</w:t>
      </w:r>
      <w:r w:rsidRPr="00966849">
        <w:rPr>
          <w:rStyle w:val="citation-198"/>
          <w:rFonts w:asciiTheme="minorHAnsi" w:hAnsiTheme="minorHAnsi"/>
        </w:rPr>
        <w:t>w</w:t>
      </w:r>
      <w:proofErr w:type="spellEnd"/>
      <w:r w:rsidRPr="00966849">
        <w:rPr>
          <w:rStyle w:val="citation-198"/>
          <w:rFonts w:asciiTheme="minorHAnsi" w:hAnsiTheme="minorHAnsi"/>
        </w:rPr>
        <w:t xml:space="preserve"> often did you experience bleeding during or after brushing? </w:t>
      </w: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  <w:r w:rsidRPr="00966849">
        <w:rPr>
          <w:rStyle w:val="citation-197"/>
          <w:rFonts w:ascii="Segoe UI Symbol" w:hAnsi="Segoe UI Symbol" w:cs="Segoe UI Symbol"/>
        </w:rPr>
        <w:t>☐</w:t>
      </w:r>
      <w:r w:rsidRPr="00966849">
        <w:rPr>
          <w:rStyle w:val="citation-197"/>
          <w:rFonts w:asciiTheme="minorHAnsi" w:hAnsiTheme="minorHAnsi"/>
        </w:rPr>
        <w:t xml:space="preserve"> Never </w:t>
      </w: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  <w:r w:rsidRPr="00966849">
        <w:rPr>
          <w:rStyle w:val="citation-196"/>
          <w:rFonts w:ascii="Segoe UI Symbol" w:hAnsi="Segoe UI Symbol" w:cs="Segoe UI Symbol"/>
        </w:rPr>
        <w:t>☐</w:t>
      </w:r>
      <w:r w:rsidRPr="00966849">
        <w:rPr>
          <w:rStyle w:val="citation-196"/>
          <w:rFonts w:asciiTheme="minorHAnsi" w:hAnsiTheme="minorHAnsi"/>
        </w:rPr>
        <w:t xml:space="preserve"> Occasionally </w:t>
      </w: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  <w:r w:rsidRPr="00966849">
        <w:rPr>
          <w:rStyle w:val="citation-195"/>
          <w:rFonts w:ascii="Segoe UI Symbol" w:hAnsi="Segoe UI Symbol" w:cs="Segoe UI Symbol"/>
        </w:rPr>
        <w:t>☐</w:t>
      </w:r>
      <w:r w:rsidRPr="00966849">
        <w:rPr>
          <w:rStyle w:val="citation-195"/>
          <w:rFonts w:asciiTheme="minorHAnsi" w:hAnsiTheme="minorHAnsi"/>
        </w:rPr>
        <w:t xml:space="preserve"> Frequently </w:t>
      </w:r>
    </w:p>
    <w:p w:rsidR="00966849" w:rsidRPr="00966849" w:rsidRDefault="00966849" w:rsidP="00966849">
      <w:pPr>
        <w:pStyle w:val="aff1"/>
        <w:rPr>
          <w:rStyle w:val="citation-194"/>
          <w:rFonts w:asciiTheme="minorHAnsi" w:hAnsiTheme="minorHAnsi"/>
        </w:rPr>
      </w:pPr>
      <w:r w:rsidRPr="00966849">
        <w:rPr>
          <w:rStyle w:val="citation-194"/>
          <w:rFonts w:ascii="Segoe UI Symbol" w:hAnsi="Segoe UI Symbol" w:cs="Segoe UI Symbol"/>
        </w:rPr>
        <w:t>☐</w:t>
      </w:r>
      <w:r w:rsidRPr="00966849">
        <w:rPr>
          <w:rStyle w:val="citation-194"/>
          <w:rFonts w:asciiTheme="minorHAnsi" w:hAnsiTheme="minorHAnsi"/>
        </w:rPr>
        <w:t xml:space="preserve"> Always </w:t>
      </w: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  <w:r w:rsidRPr="00966849">
        <w:rPr>
          <w:rFonts w:asciiTheme="minorHAnsi" w:hAnsiTheme="minorHAnsi"/>
        </w:rPr>
        <w:t xml:space="preserve">6. </w:t>
      </w:r>
      <w:r w:rsidRPr="00966849">
        <w:rPr>
          <w:rStyle w:val="citation-193"/>
          <w:rFonts w:asciiTheme="minorHAnsi" w:hAnsiTheme="minorHAnsi"/>
        </w:rPr>
        <w:t xml:space="preserve">Did you experience any gum sensitivity or discomfort during the past 7 days? </w:t>
      </w: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  <w:r w:rsidRPr="00966849">
        <w:rPr>
          <w:rStyle w:val="citation-192"/>
          <w:rFonts w:ascii="Segoe UI Symbol" w:hAnsi="Segoe UI Symbol" w:cs="Segoe UI Symbol"/>
        </w:rPr>
        <w:t>☐</w:t>
      </w:r>
      <w:r w:rsidRPr="00966849">
        <w:rPr>
          <w:rStyle w:val="citation-192"/>
          <w:rFonts w:asciiTheme="minorHAnsi" w:hAnsiTheme="minorHAnsi"/>
        </w:rPr>
        <w:t xml:space="preserve"> No </w:t>
      </w: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  <w:r w:rsidRPr="00966849">
        <w:rPr>
          <w:rStyle w:val="citation-191"/>
          <w:rFonts w:ascii="Segoe UI Symbol" w:hAnsi="Segoe UI Symbol" w:cs="Segoe UI Symbol"/>
        </w:rPr>
        <w:t>☐</w:t>
      </w:r>
      <w:r w:rsidRPr="00966849">
        <w:rPr>
          <w:rStyle w:val="citation-191"/>
          <w:rFonts w:asciiTheme="minorHAnsi" w:hAnsiTheme="minorHAnsi"/>
        </w:rPr>
        <w:t xml:space="preserve"> Mild sensitivity </w:t>
      </w: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  <w:r w:rsidRPr="00966849">
        <w:rPr>
          <w:rStyle w:val="citation-190"/>
          <w:rFonts w:ascii="Segoe UI Symbol" w:hAnsi="Segoe UI Symbol" w:cs="Segoe UI Symbol"/>
        </w:rPr>
        <w:t>☐</w:t>
      </w:r>
      <w:r w:rsidRPr="00966849">
        <w:rPr>
          <w:rStyle w:val="citation-190"/>
          <w:rFonts w:asciiTheme="minorHAnsi" w:hAnsiTheme="minorHAnsi"/>
        </w:rPr>
        <w:t xml:space="preserve"> Moderate discomfort </w:t>
      </w: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  <w:r w:rsidRPr="00966849">
        <w:rPr>
          <w:rStyle w:val="citation-189"/>
          <w:rFonts w:ascii="Segoe UI Symbol" w:hAnsi="Segoe UI Symbol" w:cs="Segoe UI Symbol"/>
        </w:rPr>
        <w:t>☐</w:t>
      </w:r>
      <w:r w:rsidRPr="00966849">
        <w:rPr>
          <w:rStyle w:val="citation-189"/>
          <w:rFonts w:asciiTheme="minorHAnsi" w:hAnsiTheme="minorHAnsi"/>
        </w:rPr>
        <w:t xml:space="preserve"> Severe discomfort </w:t>
      </w: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</w:p>
    <w:p w:rsidR="00966849" w:rsidRDefault="00966849" w:rsidP="00966849">
      <w:pPr>
        <w:pStyle w:val="aff1"/>
        <w:rPr>
          <w:rFonts w:asciiTheme="minorHAnsi" w:hAnsiTheme="minorHAnsi"/>
        </w:rPr>
      </w:pP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  <w:bookmarkStart w:id="0" w:name="_GoBack"/>
      <w:bookmarkEnd w:id="0"/>
      <w:r w:rsidRPr="00966849">
        <w:rPr>
          <w:rFonts w:asciiTheme="minorHAnsi" w:hAnsiTheme="minorHAnsi"/>
        </w:rPr>
        <w:lastRenderedPageBreak/>
        <w:t xml:space="preserve">7. </w:t>
      </w:r>
      <w:r w:rsidRPr="00966849">
        <w:rPr>
          <w:rStyle w:val="citation-188"/>
          <w:rFonts w:asciiTheme="minorHAnsi" w:hAnsiTheme="minorHAnsi"/>
        </w:rPr>
        <w:t xml:space="preserve">How clean did your mouth feel after brushing? </w:t>
      </w: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  <w:r w:rsidRPr="00966849">
        <w:rPr>
          <w:rStyle w:val="citation-187"/>
          <w:rFonts w:ascii="Segoe UI Symbol" w:hAnsi="Segoe UI Symbol" w:cs="Segoe UI Symbol"/>
        </w:rPr>
        <w:t>☐</w:t>
      </w:r>
      <w:r w:rsidRPr="00966849">
        <w:rPr>
          <w:rStyle w:val="citation-187"/>
          <w:rFonts w:asciiTheme="minorHAnsi" w:hAnsiTheme="minorHAnsi"/>
        </w:rPr>
        <w:t xml:space="preserve"> Very clean </w:t>
      </w: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  <w:r w:rsidRPr="00966849">
        <w:rPr>
          <w:rStyle w:val="citation-186"/>
          <w:rFonts w:ascii="Segoe UI Symbol" w:hAnsi="Segoe UI Symbol" w:cs="Segoe UI Symbol"/>
        </w:rPr>
        <w:t>☐</w:t>
      </w:r>
      <w:r w:rsidRPr="00966849">
        <w:rPr>
          <w:rStyle w:val="citation-186"/>
          <w:rFonts w:asciiTheme="minorHAnsi" w:hAnsiTheme="minorHAnsi"/>
        </w:rPr>
        <w:t xml:space="preserve"> Moderately clean </w:t>
      </w: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  <w:r w:rsidRPr="00966849">
        <w:rPr>
          <w:rStyle w:val="citation-185"/>
          <w:rFonts w:ascii="Segoe UI Symbol" w:hAnsi="Segoe UI Symbol" w:cs="Segoe UI Symbol"/>
        </w:rPr>
        <w:t>☐</w:t>
      </w:r>
      <w:r w:rsidRPr="00966849">
        <w:rPr>
          <w:rStyle w:val="citation-185"/>
          <w:rFonts w:asciiTheme="minorHAnsi" w:hAnsiTheme="minorHAnsi"/>
        </w:rPr>
        <w:t xml:space="preserve"> Slightly clean </w:t>
      </w: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  <w:r w:rsidRPr="00966849">
        <w:rPr>
          <w:rStyle w:val="citation-184"/>
          <w:rFonts w:ascii="Segoe UI Symbol" w:hAnsi="Segoe UI Symbol" w:cs="Segoe UI Symbol"/>
        </w:rPr>
        <w:t>☐</w:t>
      </w:r>
      <w:r w:rsidRPr="00966849">
        <w:rPr>
          <w:rStyle w:val="citation-184"/>
          <w:rFonts w:asciiTheme="minorHAnsi" w:hAnsiTheme="minorHAnsi"/>
        </w:rPr>
        <w:t xml:space="preserve"> Not clean </w:t>
      </w: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  <w:r w:rsidRPr="00966849">
        <w:rPr>
          <w:rFonts w:asciiTheme="minorHAnsi" w:hAnsiTheme="minorHAnsi"/>
        </w:rPr>
        <w:t xml:space="preserve">8. </w:t>
      </w:r>
      <w:r w:rsidRPr="00966849">
        <w:rPr>
          <w:rStyle w:val="citation-183"/>
          <w:rFonts w:asciiTheme="minorHAnsi" w:hAnsiTheme="minorHAnsi"/>
        </w:rPr>
        <w:t xml:space="preserve">How satisfied are you with the assigned toothbrush so far? </w:t>
      </w: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  <w:r w:rsidRPr="00966849">
        <w:rPr>
          <w:rStyle w:val="citation-182"/>
          <w:rFonts w:ascii="Segoe UI Symbol" w:hAnsi="Segoe UI Symbol" w:cs="Segoe UI Symbol"/>
        </w:rPr>
        <w:t>☐</w:t>
      </w:r>
      <w:r w:rsidRPr="00966849">
        <w:rPr>
          <w:rStyle w:val="citation-182"/>
          <w:rFonts w:asciiTheme="minorHAnsi" w:hAnsiTheme="minorHAnsi"/>
        </w:rPr>
        <w:t xml:space="preserve"> Very satisfied </w:t>
      </w: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  <w:r w:rsidRPr="00966849">
        <w:rPr>
          <w:rStyle w:val="citation-181"/>
          <w:rFonts w:ascii="Segoe UI Symbol" w:hAnsi="Segoe UI Symbol" w:cs="Segoe UI Symbol"/>
        </w:rPr>
        <w:t>☐</w:t>
      </w:r>
      <w:r w:rsidRPr="00966849">
        <w:rPr>
          <w:rStyle w:val="citation-181"/>
          <w:rFonts w:asciiTheme="minorHAnsi" w:hAnsiTheme="minorHAnsi"/>
        </w:rPr>
        <w:t xml:space="preserve"> Satisfied </w:t>
      </w: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  <w:r w:rsidRPr="00966849">
        <w:rPr>
          <w:rStyle w:val="citation-180"/>
          <w:rFonts w:ascii="Segoe UI Symbol" w:hAnsi="Segoe UI Symbol" w:cs="Segoe UI Symbol"/>
        </w:rPr>
        <w:t>☐</w:t>
      </w:r>
      <w:r w:rsidRPr="00966849">
        <w:rPr>
          <w:rStyle w:val="citation-180"/>
          <w:rFonts w:asciiTheme="minorHAnsi" w:hAnsiTheme="minorHAnsi"/>
        </w:rPr>
        <w:t xml:space="preserve"> Neutral </w:t>
      </w: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  <w:r w:rsidRPr="00966849">
        <w:rPr>
          <w:rStyle w:val="citation-179"/>
          <w:rFonts w:ascii="Segoe UI Symbol" w:hAnsi="Segoe UI Symbol" w:cs="Segoe UI Symbol"/>
        </w:rPr>
        <w:t>☐</w:t>
      </w:r>
      <w:r w:rsidRPr="00966849">
        <w:rPr>
          <w:rStyle w:val="citation-179"/>
          <w:rFonts w:asciiTheme="minorHAnsi" w:hAnsiTheme="minorHAnsi"/>
        </w:rPr>
        <w:t xml:space="preserve"> Dissatisfied </w:t>
      </w:r>
    </w:p>
    <w:p w:rsidR="00966849" w:rsidRPr="00966849" w:rsidRDefault="00966849" w:rsidP="00966849">
      <w:pPr>
        <w:pStyle w:val="aff1"/>
        <w:rPr>
          <w:rStyle w:val="citation-178"/>
          <w:rFonts w:asciiTheme="minorHAnsi" w:hAnsiTheme="minorHAnsi"/>
        </w:rPr>
      </w:pPr>
      <w:r w:rsidRPr="00966849">
        <w:rPr>
          <w:rStyle w:val="citation-178"/>
          <w:rFonts w:ascii="Segoe UI Symbol" w:hAnsi="Segoe UI Symbol" w:cs="Segoe UI Symbol"/>
        </w:rPr>
        <w:t>☐</w:t>
      </w:r>
      <w:r w:rsidRPr="00966849">
        <w:rPr>
          <w:rStyle w:val="citation-178"/>
          <w:rFonts w:asciiTheme="minorHAnsi" w:hAnsiTheme="minorHAnsi"/>
        </w:rPr>
        <w:t xml:space="preserve"> Very dissatisfied </w:t>
      </w: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</w:p>
    <w:p w:rsidR="00966849" w:rsidRPr="00966849" w:rsidRDefault="00966849" w:rsidP="00966849">
      <w:pPr>
        <w:pStyle w:val="aff1"/>
        <w:rPr>
          <w:rFonts w:asciiTheme="minorHAnsi" w:hAnsiTheme="minorHAnsi"/>
        </w:rPr>
      </w:pPr>
      <w:r w:rsidRPr="00966849">
        <w:rPr>
          <w:rFonts w:asciiTheme="minorHAnsi" w:hAnsiTheme="minorHAnsi"/>
        </w:rPr>
        <w:t xml:space="preserve">9. </w:t>
      </w:r>
      <w:r w:rsidRPr="00966849">
        <w:rPr>
          <w:rStyle w:val="citation-177"/>
          <w:rFonts w:asciiTheme="minorHAnsi" w:hAnsiTheme="minorHAnsi"/>
        </w:rPr>
        <w:t xml:space="preserve">Please share any comments, concerns, or observations you have had during the study. </w:t>
      </w:r>
    </w:p>
    <w:p w:rsidR="00966849" w:rsidRPr="00966849" w:rsidRDefault="00966849">
      <w:pPr>
        <w:rPr>
          <w:rFonts w:eastAsia="맑은 고딕" w:hint="eastAsia"/>
          <w:lang w:eastAsia="ko-KR"/>
        </w:rPr>
      </w:pPr>
    </w:p>
    <w:p w:rsidR="00A8233B" w:rsidRDefault="00A8233B">
      <w:pPr>
        <w:rPr>
          <w:lang w:eastAsia="ko-KR"/>
        </w:rPr>
      </w:pPr>
    </w:p>
    <w:sectPr w:rsidR="00A8233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600165"/>
    <w:multiLevelType w:val="multilevel"/>
    <w:tmpl w:val="60C87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1A55772"/>
    <w:multiLevelType w:val="multilevel"/>
    <w:tmpl w:val="F71EB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F00965"/>
    <w:multiLevelType w:val="multilevel"/>
    <w:tmpl w:val="4C024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C846453"/>
    <w:multiLevelType w:val="multilevel"/>
    <w:tmpl w:val="398E5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3B1884"/>
    <w:multiLevelType w:val="multilevel"/>
    <w:tmpl w:val="85D0E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A02D7F"/>
    <w:multiLevelType w:val="multilevel"/>
    <w:tmpl w:val="148CA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871BDB"/>
    <w:multiLevelType w:val="multilevel"/>
    <w:tmpl w:val="89D66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C46302"/>
    <w:multiLevelType w:val="multilevel"/>
    <w:tmpl w:val="1C8EE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6"/>
  </w:num>
  <w:num w:numId="11">
    <w:abstractNumId w:val="15"/>
  </w:num>
  <w:num w:numId="12">
    <w:abstractNumId w:val="14"/>
  </w:num>
  <w:num w:numId="13">
    <w:abstractNumId w:val="9"/>
  </w:num>
  <w:num w:numId="14">
    <w:abstractNumId w:val="12"/>
  </w:num>
  <w:num w:numId="15">
    <w:abstractNumId w:val="10"/>
  </w:num>
  <w:num w:numId="16">
    <w:abstractNumId w:val="1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B618E"/>
    <w:rsid w:val="0015074B"/>
    <w:rsid w:val="002043D1"/>
    <w:rsid w:val="0029639D"/>
    <w:rsid w:val="00326F90"/>
    <w:rsid w:val="004B1935"/>
    <w:rsid w:val="00966849"/>
    <w:rsid w:val="00A8233B"/>
    <w:rsid w:val="00AA1D8D"/>
    <w:rsid w:val="00B47730"/>
    <w:rsid w:val="00C30AD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579914"/>
  <w14:defaultImageDpi w14:val="300"/>
  <w15:docId w15:val="{AE39EFF4-0276-4CE2-8351-CC9010B5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citation-219">
    <w:name w:val="citation-219"/>
    <w:basedOn w:val="a2"/>
    <w:rsid w:val="00966849"/>
  </w:style>
  <w:style w:type="paragraph" w:styleId="aff1">
    <w:name w:val="Normal (Web)"/>
    <w:basedOn w:val="a1"/>
    <w:uiPriority w:val="99"/>
    <w:semiHidden/>
    <w:unhideWhenUsed/>
    <w:rsid w:val="00966849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/>
    </w:rPr>
  </w:style>
  <w:style w:type="character" w:customStyle="1" w:styleId="citation-218">
    <w:name w:val="citation-218"/>
    <w:basedOn w:val="a2"/>
    <w:rsid w:val="00966849"/>
  </w:style>
  <w:style w:type="character" w:customStyle="1" w:styleId="citation-217">
    <w:name w:val="citation-217"/>
    <w:basedOn w:val="a2"/>
    <w:rsid w:val="00966849"/>
  </w:style>
  <w:style w:type="character" w:customStyle="1" w:styleId="citation-216">
    <w:name w:val="citation-216"/>
    <w:basedOn w:val="a2"/>
    <w:rsid w:val="00966849"/>
  </w:style>
  <w:style w:type="character" w:customStyle="1" w:styleId="citation-215">
    <w:name w:val="citation-215"/>
    <w:basedOn w:val="a2"/>
    <w:rsid w:val="00966849"/>
  </w:style>
  <w:style w:type="character" w:customStyle="1" w:styleId="citation-214">
    <w:name w:val="citation-214"/>
    <w:basedOn w:val="a2"/>
    <w:rsid w:val="00966849"/>
  </w:style>
  <w:style w:type="character" w:customStyle="1" w:styleId="citation-213">
    <w:name w:val="citation-213"/>
    <w:basedOn w:val="a2"/>
    <w:rsid w:val="00966849"/>
  </w:style>
  <w:style w:type="character" w:customStyle="1" w:styleId="citation-212">
    <w:name w:val="citation-212"/>
    <w:basedOn w:val="a2"/>
    <w:rsid w:val="00966849"/>
  </w:style>
  <w:style w:type="character" w:customStyle="1" w:styleId="citation-211">
    <w:name w:val="citation-211"/>
    <w:basedOn w:val="a2"/>
    <w:rsid w:val="00966849"/>
  </w:style>
  <w:style w:type="character" w:customStyle="1" w:styleId="citation-210">
    <w:name w:val="citation-210"/>
    <w:basedOn w:val="a2"/>
    <w:rsid w:val="00966849"/>
  </w:style>
  <w:style w:type="character" w:customStyle="1" w:styleId="citation-209">
    <w:name w:val="citation-209"/>
    <w:basedOn w:val="a2"/>
    <w:rsid w:val="00966849"/>
  </w:style>
  <w:style w:type="character" w:customStyle="1" w:styleId="citation-208">
    <w:name w:val="citation-208"/>
    <w:basedOn w:val="a2"/>
    <w:rsid w:val="00966849"/>
  </w:style>
  <w:style w:type="character" w:customStyle="1" w:styleId="citation-207">
    <w:name w:val="citation-207"/>
    <w:basedOn w:val="a2"/>
    <w:rsid w:val="00966849"/>
  </w:style>
  <w:style w:type="character" w:customStyle="1" w:styleId="citation-206">
    <w:name w:val="citation-206"/>
    <w:basedOn w:val="a2"/>
    <w:rsid w:val="00966849"/>
  </w:style>
  <w:style w:type="character" w:customStyle="1" w:styleId="citation-205">
    <w:name w:val="citation-205"/>
    <w:basedOn w:val="a2"/>
    <w:rsid w:val="00966849"/>
  </w:style>
  <w:style w:type="character" w:customStyle="1" w:styleId="citation-204">
    <w:name w:val="citation-204"/>
    <w:basedOn w:val="a2"/>
    <w:rsid w:val="00966849"/>
  </w:style>
  <w:style w:type="character" w:customStyle="1" w:styleId="citation-203">
    <w:name w:val="citation-203"/>
    <w:basedOn w:val="a2"/>
    <w:rsid w:val="00966849"/>
  </w:style>
  <w:style w:type="character" w:customStyle="1" w:styleId="citation-202">
    <w:name w:val="citation-202"/>
    <w:basedOn w:val="a2"/>
    <w:rsid w:val="00966849"/>
  </w:style>
  <w:style w:type="character" w:customStyle="1" w:styleId="citation-201">
    <w:name w:val="citation-201"/>
    <w:basedOn w:val="a2"/>
    <w:rsid w:val="00966849"/>
  </w:style>
  <w:style w:type="character" w:customStyle="1" w:styleId="citation-200">
    <w:name w:val="citation-200"/>
    <w:basedOn w:val="a2"/>
    <w:rsid w:val="00966849"/>
  </w:style>
  <w:style w:type="character" w:customStyle="1" w:styleId="citation-199">
    <w:name w:val="citation-199"/>
    <w:basedOn w:val="a2"/>
    <w:rsid w:val="00966849"/>
  </w:style>
  <w:style w:type="character" w:customStyle="1" w:styleId="citation-198">
    <w:name w:val="citation-198"/>
    <w:basedOn w:val="a2"/>
    <w:rsid w:val="00966849"/>
  </w:style>
  <w:style w:type="character" w:customStyle="1" w:styleId="citation-197">
    <w:name w:val="citation-197"/>
    <w:basedOn w:val="a2"/>
    <w:rsid w:val="00966849"/>
  </w:style>
  <w:style w:type="character" w:customStyle="1" w:styleId="citation-196">
    <w:name w:val="citation-196"/>
    <w:basedOn w:val="a2"/>
    <w:rsid w:val="00966849"/>
  </w:style>
  <w:style w:type="character" w:customStyle="1" w:styleId="citation-195">
    <w:name w:val="citation-195"/>
    <w:basedOn w:val="a2"/>
    <w:rsid w:val="00966849"/>
  </w:style>
  <w:style w:type="character" w:customStyle="1" w:styleId="citation-194">
    <w:name w:val="citation-194"/>
    <w:basedOn w:val="a2"/>
    <w:rsid w:val="00966849"/>
  </w:style>
  <w:style w:type="character" w:customStyle="1" w:styleId="citation-193">
    <w:name w:val="citation-193"/>
    <w:basedOn w:val="a2"/>
    <w:rsid w:val="00966849"/>
  </w:style>
  <w:style w:type="character" w:customStyle="1" w:styleId="citation-192">
    <w:name w:val="citation-192"/>
    <w:basedOn w:val="a2"/>
    <w:rsid w:val="00966849"/>
  </w:style>
  <w:style w:type="character" w:customStyle="1" w:styleId="citation-191">
    <w:name w:val="citation-191"/>
    <w:basedOn w:val="a2"/>
    <w:rsid w:val="00966849"/>
  </w:style>
  <w:style w:type="character" w:customStyle="1" w:styleId="citation-190">
    <w:name w:val="citation-190"/>
    <w:basedOn w:val="a2"/>
    <w:rsid w:val="00966849"/>
  </w:style>
  <w:style w:type="character" w:customStyle="1" w:styleId="citation-189">
    <w:name w:val="citation-189"/>
    <w:basedOn w:val="a2"/>
    <w:rsid w:val="00966849"/>
  </w:style>
  <w:style w:type="character" w:customStyle="1" w:styleId="citation-188">
    <w:name w:val="citation-188"/>
    <w:basedOn w:val="a2"/>
    <w:rsid w:val="00966849"/>
  </w:style>
  <w:style w:type="character" w:customStyle="1" w:styleId="citation-187">
    <w:name w:val="citation-187"/>
    <w:basedOn w:val="a2"/>
    <w:rsid w:val="00966849"/>
  </w:style>
  <w:style w:type="character" w:customStyle="1" w:styleId="citation-186">
    <w:name w:val="citation-186"/>
    <w:basedOn w:val="a2"/>
    <w:rsid w:val="00966849"/>
  </w:style>
  <w:style w:type="character" w:customStyle="1" w:styleId="citation-185">
    <w:name w:val="citation-185"/>
    <w:basedOn w:val="a2"/>
    <w:rsid w:val="00966849"/>
  </w:style>
  <w:style w:type="character" w:customStyle="1" w:styleId="citation-184">
    <w:name w:val="citation-184"/>
    <w:basedOn w:val="a2"/>
    <w:rsid w:val="00966849"/>
  </w:style>
  <w:style w:type="character" w:customStyle="1" w:styleId="citation-183">
    <w:name w:val="citation-183"/>
    <w:basedOn w:val="a2"/>
    <w:rsid w:val="00966849"/>
  </w:style>
  <w:style w:type="character" w:customStyle="1" w:styleId="citation-182">
    <w:name w:val="citation-182"/>
    <w:basedOn w:val="a2"/>
    <w:rsid w:val="00966849"/>
  </w:style>
  <w:style w:type="character" w:customStyle="1" w:styleId="citation-181">
    <w:name w:val="citation-181"/>
    <w:basedOn w:val="a2"/>
    <w:rsid w:val="00966849"/>
  </w:style>
  <w:style w:type="character" w:customStyle="1" w:styleId="citation-180">
    <w:name w:val="citation-180"/>
    <w:basedOn w:val="a2"/>
    <w:rsid w:val="00966849"/>
  </w:style>
  <w:style w:type="character" w:customStyle="1" w:styleId="citation-179">
    <w:name w:val="citation-179"/>
    <w:basedOn w:val="a2"/>
    <w:rsid w:val="00966849"/>
  </w:style>
  <w:style w:type="character" w:customStyle="1" w:styleId="citation-178">
    <w:name w:val="citation-178"/>
    <w:basedOn w:val="a2"/>
    <w:rsid w:val="00966849"/>
  </w:style>
  <w:style w:type="character" w:customStyle="1" w:styleId="citation-177">
    <w:name w:val="citation-177"/>
    <w:basedOn w:val="a2"/>
    <w:rsid w:val="00966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9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4C7304E-D054-4388-8402-786220295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223</Words>
  <Characters>1275</Characters>
  <Application>Microsoft Office Word</Application>
  <DocSecurity>0</DocSecurity>
  <Lines>10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UUH</cp:lastModifiedBy>
  <cp:revision>3</cp:revision>
  <dcterms:created xsi:type="dcterms:W3CDTF">2025-08-04T03:20:00Z</dcterms:created>
  <dcterms:modified xsi:type="dcterms:W3CDTF">2026-03-04T22:11:00Z</dcterms:modified>
  <cp:category/>
</cp:coreProperties>
</file>