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AB179D" w14:textId="481A482D" w:rsidR="00D64BDA" w:rsidRDefault="00000000">
      <w:r>
        <w:rPr>
          <w:b/>
          <w:sz w:val="26"/>
        </w:rPr>
        <w:t xml:space="preserve">TRIPOD+AI Checklist </w:t>
      </w:r>
    </w:p>
    <w:tbl>
      <w:tblPr>
        <w:tblStyle w:val="TableGrid"/>
        <w:tblW w:w="11023" w:type="dxa"/>
        <w:tblLook w:val="04A0" w:firstRow="1" w:lastRow="0" w:firstColumn="1" w:lastColumn="0" w:noHBand="0" w:noVBand="1"/>
      </w:tblPr>
      <w:tblGrid>
        <w:gridCol w:w="1634"/>
        <w:gridCol w:w="558"/>
        <w:gridCol w:w="893"/>
        <w:gridCol w:w="6379"/>
        <w:gridCol w:w="1559"/>
      </w:tblGrid>
      <w:tr w:rsidR="00601AB0" w14:paraId="51087DD3" w14:textId="77777777" w:rsidTr="00601AB0">
        <w:tc>
          <w:tcPr>
            <w:tcW w:w="1634" w:type="dxa"/>
          </w:tcPr>
          <w:p w14:paraId="51B5AAB7" w14:textId="77777777" w:rsidR="00601AB0" w:rsidRDefault="00601AB0">
            <w:r>
              <w:rPr>
                <w:b/>
                <w:sz w:val="16"/>
              </w:rPr>
              <w:t>Section/Topic</w:t>
            </w:r>
          </w:p>
        </w:tc>
        <w:tc>
          <w:tcPr>
            <w:tcW w:w="558" w:type="dxa"/>
          </w:tcPr>
          <w:p w14:paraId="41630FAA" w14:textId="77777777" w:rsidR="00601AB0" w:rsidRDefault="00601AB0">
            <w:r>
              <w:rPr>
                <w:b/>
                <w:sz w:val="16"/>
              </w:rPr>
              <w:t>Item</w:t>
            </w:r>
          </w:p>
        </w:tc>
        <w:tc>
          <w:tcPr>
            <w:tcW w:w="893" w:type="dxa"/>
          </w:tcPr>
          <w:p w14:paraId="105CB6CA" w14:textId="77777777" w:rsidR="00601AB0" w:rsidRDefault="00601AB0">
            <w:r>
              <w:rPr>
                <w:b/>
                <w:sz w:val="16"/>
              </w:rPr>
              <w:t>Dev/Eval</w:t>
            </w:r>
          </w:p>
        </w:tc>
        <w:tc>
          <w:tcPr>
            <w:tcW w:w="6379" w:type="dxa"/>
          </w:tcPr>
          <w:p w14:paraId="4FDD288A" w14:textId="77777777" w:rsidR="00601AB0" w:rsidRDefault="00601AB0">
            <w:r>
              <w:rPr>
                <w:b/>
                <w:sz w:val="16"/>
              </w:rPr>
              <w:t>Checklist item</w:t>
            </w:r>
          </w:p>
        </w:tc>
        <w:tc>
          <w:tcPr>
            <w:tcW w:w="1559" w:type="dxa"/>
          </w:tcPr>
          <w:p w14:paraId="72692912" w14:textId="77777777" w:rsidR="00601AB0" w:rsidRDefault="00601AB0">
            <w:r>
              <w:rPr>
                <w:b/>
                <w:sz w:val="16"/>
              </w:rPr>
              <w:t>Reported on page</w:t>
            </w:r>
          </w:p>
        </w:tc>
      </w:tr>
      <w:tr w:rsidR="00601AB0" w14:paraId="400A3972" w14:textId="77777777" w:rsidTr="00601AB0">
        <w:tc>
          <w:tcPr>
            <w:tcW w:w="1634" w:type="dxa"/>
          </w:tcPr>
          <w:p w14:paraId="4DCFE743" w14:textId="77777777" w:rsidR="00601AB0" w:rsidRDefault="00601AB0">
            <w:r>
              <w:rPr>
                <w:sz w:val="14"/>
              </w:rPr>
              <w:t>TITLE</w:t>
            </w:r>
            <w:r>
              <w:rPr>
                <w:sz w:val="14"/>
              </w:rPr>
              <w:br/>
              <w:t>Title</w:t>
            </w:r>
          </w:p>
        </w:tc>
        <w:tc>
          <w:tcPr>
            <w:tcW w:w="558" w:type="dxa"/>
          </w:tcPr>
          <w:p w14:paraId="3BE7C67D" w14:textId="77777777" w:rsidR="00601AB0" w:rsidRDefault="00601AB0">
            <w:r>
              <w:rPr>
                <w:sz w:val="14"/>
              </w:rPr>
              <w:t>1</w:t>
            </w:r>
          </w:p>
        </w:tc>
        <w:tc>
          <w:tcPr>
            <w:tcW w:w="893" w:type="dxa"/>
          </w:tcPr>
          <w:p w14:paraId="45B67862" w14:textId="77777777" w:rsidR="00601AB0" w:rsidRDefault="00601AB0">
            <w:r>
              <w:rPr>
                <w:sz w:val="14"/>
              </w:rPr>
              <w:t>D;E</w:t>
            </w:r>
          </w:p>
        </w:tc>
        <w:tc>
          <w:tcPr>
            <w:tcW w:w="6379" w:type="dxa"/>
          </w:tcPr>
          <w:p w14:paraId="043532AE" w14:textId="77777777" w:rsidR="00601AB0" w:rsidRDefault="00601AB0">
            <w:r>
              <w:rPr>
                <w:sz w:val="14"/>
              </w:rPr>
              <w:t>Identify the study as developing or evaluating the performance of a multivariable prediction model, the target population, and the outcome to be predicted</w:t>
            </w:r>
          </w:p>
        </w:tc>
        <w:tc>
          <w:tcPr>
            <w:tcW w:w="1559" w:type="dxa"/>
          </w:tcPr>
          <w:p w14:paraId="07E5DFFB" w14:textId="77777777" w:rsidR="00601AB0" w:rsidRDefault="00601AB0">
            <w:r>
              <w:rPr>
                <w:sz w:val="14"/>
              </w:rPr>
              <w:t>1</w:t>
            </w:r>
          </w:p>
        </w:tc>
      </w:tr>
      <w:tr w:rsidR="00601AB0" w14:paraId="5F663C98" w14:textId="77777777" w:rsidTr="00601AB0">
        <w:tc>
          <w:tcPr>
            <w:tcW w:w="1634" w:type="dxa"/>
          </w:tcPr>
          <w:p w14:paraId="634A91D2" w14:textId="77777777" w:rsidR="00601AB0" w:rsidRDefault="00601AB0">
            <w:r>
              <w:rPr>
                <w:sz w:val="14"/>
              </w:rPr>
              <w:t>ABSTRACT</w:t>
            </w:r>
            <w:r>
              <w:rPr>
                <w:sz w:val="14"/>
              </w:rPr>
              <w:br/>
              <w:t>Abstract</w:t>
            </w:r>
          </w:p>
        </w:tc>
        <w:tc>
          <w:tcPr>
            <w:tcW w:w="558" w:type="dxa"/>
          </w:tcPr>
          <w:p w14:paraId="3EC9031A" w14:textId="77777777" w:rsidR="00601AB0" w:rsidRDefault="00601AB0">
            <w:r>
              <w:rPr>
                <w:sz w:val="14"/>
              </w:rPr>
              <w:t>2</w:t>
            </w:r>
          </w:p>
        </w:tc>
        <w:tc>
          <w:tcPr>
            <w:tcW w:w="893" w:type="dxa"/>
          </w:tcPr>
          <w:p w14:paraId="4088BFCE" w14:textId="77777777" w:rsidR="00601AB0" w:rsidRDefault="00601AB0">
            <w:r>
              <w:rPr>
                <w:sz w:val="14"/>
              </w:rPr>
              <w:t>D;E</w:t>
            </w:r>
          </w:p>
        </w:tc>
        <w:tc>
          <w:tcPr>
            <w:tcW w:w="6379" w:type="dxa"/>
          </w:tcPr>
          <w:p w14:paraId="593326FD" w14:textId="77777777" w:rsidR="00601AB0" w:rsidRDefault="00601AB0">
            <w:r>
              <w:rPr>
                <w:sz w:val="14"/>
              </w:rPr>
              <w:t>See TRIPOD+AI for Abstracts checklist</w:t>
            </w:r>
          </w:p>
        </w:tc>
        <w:tc>
          <w:tcPr>
            <w:tcW w:w="1559" w:type="dxa"/>
          </w:tcPr>
          <w:p w14:paraId="1A6B99FE" w14:textId="77777777" w:rsidR="00601AB0" w:rsidRDefault="00601AB0">
            <w:r>
              <w:rPr>
                <w:sz w:val="14"/>
              </w:rPr>
              <w:t>2-3</w:t>
            </w:r>
          </w:p>
        </w:tc>
      </w:tr>
      <w:tr w:rsidR="00601AB0" w14:paraId="38CD834B" w14:textId="77777777" w:rsidTr="00601AB0">
        <w:tc>
          <w:tcPr>
            <w:tcW w:w="1634" w:type="dxa"/>
          </w:tcPr>
          <w:p w14:paraId="702F8AA7" w14:textId="77777777" w:rsidR="00601AB0" w:rsidRDefault="00601AB0">
            <w:r>
              <w:rPr>
                <w:sz w:val="14"/>
              </w:rPr>
              <w:t>INTRODUCTION</w:t>
            </w:r>
            <w:r>
              <w:rPr>
                <w:sz w:val="14"/>
              </w:rPr>
              <w:br/>
              <w:t>Background</w:t>
            </w:r>
          </w:p>
        </w:tc>
        <w:tc>
          <w:tcPr>
            <w:tcW w:w="558" w:type="dxa"/>
          </w:tcPr>
          <w:p w14:paraId="6AE71709" w14:textId="77777777" w:rsidR="00601AB0" w:rsidRDefault="00601AB0">
            <w:r>
              <w:rPr>
                <w:sz w:val="14"/>
              </w:rPr>
              <w:t>3a</w:t>
            </w:r>
          </w:p>
        </w:tc>
        <w:tc>
          <w:tcPr>
            <w:tcW w:w="893" w:type="dxa"/>
          </w:tcPr>
          <w:p w14:paraId="3E6BA38A" w14:textId="77777777" w:rsidR="00601AB0" w:rsidRDefault="00601AB0">
            <w:r>
              <w:rPr>
                <w:sz w:val="14"/>
              </w:rPr>
              <w:t>D;E</w:t>
            </w:r>
          </w:p>
        </w:tc>
        <w:tc>
          <w:tcPr>
            <w:tcW w:w="6379" w:type="dxa"/>
          </w:tcPr>
          <w:p w14:paraId="426DB4EE" w14:textId="77777777" w:rsidR="00601AB0" w:rsidRDefault="00601AB0">
            <w:r>
              <w:rPr>
                <w:sz w:val="14"/>
              </w:rPr>
              <w:t>Explain the healthcare context and rationale for developing or evaluating the prediction model, including references to existing models</w:t>
            </w:r>
          </w:p>
        </w:tc>
        <w:tc>
          <w:tcPr>
            <w:tcW w:w="1559" w:type="dxa"/>
          </w:tcPr>
          <w:p w14:paraId="05C2F976" w14:textId="77777777" w:rsidR="00601AB0" w:rsidRDefault="00601AB0">
            <w:r>
              <w:rPr>
                <w:sz w:val="14"/>
              </w:rPr>
              <w:t>4-5</w:t>
            </w:r>
          </w:p>
        </w:tc>
      </w:tr>
      <w:tr w:rsidR="00601AB0" w14:paraId="25E46325" w14:textId="77777777" w:rsidTr="00601AB0">
        <w:tc>
          <w:tcPr>
            <w:tcW w:w="1634" w:type="dxa"/>
          </w:tcPr>
          <w:p w14:paraId="3F32AB8A" w14:textId="77777777" w:rsidR="00601AB0" w:rsidRDefault="00601AB0">
            <w:r>
              <w:rPr>
                <w:sz w:val="14"/>
              </w:rPr>
              <w:t>INTRODUCTION</w:t>
            </w:r>
            <w:r>
              <w:rPr>
                <w:sz w:val="14"/>
              </w:rPr>
              <w:br/>
              <w:t>Background</w:t>
            </w:r>
          </w:p>
        </w:tc>
        <w:tc>
          <w:tcPr>
            <w:tcW w:w="558" w:type="dxa"/>
          </w:tcPr>
          <w:p w14:paraId="15EB9810" w14:textId="77777777" w:rsidR="00601AB0" w:rsidRDefault="00601AB0">
            <w:r>
              <w:rPr>
                <w:sz w:val="14"/>
              </w:rPr>
              <w:t>3b</w:t>
            </w:r>
          </w:p>
        </w:tc>
        <w:tc>
          <w:tcPr>
            <w:tcW w:w="893" w:type="dxa"/>
          </w:tcPr>
          <w:p w14:paraId="0A3569DE" w14:textId="77777777" w:rsidR="00601AB0" w:rsidRDefault="00601AB0">
            <w:r>
              <w:rPr>
                <w:sz w:val="14"/>
              </w:rPr>
              <w:t>D;E</w:t>
            </w:r>
          </w:p>
        </w:tc>
        <w:tc>
          <w:tcPr>
            <w:tcW w:w="6379" w:type="dxa"/>
          </w:tcPr>
          <w:p w14:paraId="3E2B2B23" w14:textId="77777777" w:rsidR="00601AB0" w:rsidRDefault="00601AB0">
            <w:r>
              <w:rPr>
                <w:sz w:val="14"/>
              </w:rPr>
              <w:t>Describe the target population and the intended purpose of the prediction model in the context of the care pathway, including its intended users</w:t>
            </w:r>
          </w:p>
        </w:tc>
        <w:tc>
          <w:tcPr>
            <w:tcW w:w="1559" w:type="dxa"/>
          </w:tcPr>
          <w:p w14:paraId="1922AE1E" w14:textId="77777777" w:rsidR="00601AB0" w:rsidRDefault="00601AB0">
            <w:r>
              <w:rPr>
                <w:sz w:val="14"/>
              </w:rPr>
              <w:t>4-5</w:t>
            </w:r>
          </w:p>
        </w:tc>
      </w:tr>
      <w:tr w:rsidR="00601AB0" w14:paraId="1679A11D" w14:textId="77777777" w:rsidTr="00601AB0">
        <w:tc>
          <w:tcPr>
            <w:tcW w:w="1634" w:type="dxa"/>
          </w:tcPr>
          <w:p w14:paraId="45BC47D3" w14:textId="77777777" w:rsidR="00601AB0" w:rsidRDefault="00601AB0">
            <w:r>
              <w:rPr>
                <w:sz w:val="14"/>
              </w:rPr>
              <w:t>INTRODUCTION</w:t>
            </w:r>
            <w:r>
              <w:rPr>
                <w:sz w:val="14"/>
              </w:rPr>
              <w:br/>
              <w:t>Background</w:t>
            </w:r>
          </w:p>
        </w:tc>
        <w:tc>
          <w:tcPr>
            <w:tcW w:w="558" w:type="dxa"/>
          </w:tcPr>
          <w:p w14:paraId="631C4B22" w14:textId="77777777" w:rsidR="00601AB0" w:rsidRDefault="00601AB0">
            <w:r>
              <w:rPr>
                <w:sz w:val="14"/>
              </w:rPr>
              <w:t>3c</w:t>
            </w:r>
          </w:p>
        </w:tc>
        <w:tc>
          <w:tcPr>
            <w:tcW w:w="893" w:type="dxa"/>
          </w:tcPr>
          <w:p w14:paraId="4F7B3D41" w14:textId="77777777" w:rsidR="00601AB0" w:rsidRDefault="00601AB0">
            <w:r>
              <w:rPr>
                <w:sz w:val="14"/>
              </w:rPr>
              <w:t>D;E</w:t>
            </w:r>
          </w:p>
        </w:tc>
        <w:tc>
          <w:tcPr>
            <w:tcW w:w="6379" w:type="dxa"/>
          </w:tcPr>
          <w:p w14:paraId="45E9C1A7" w14:textId="77777777" w:rsidR="00601AB0" w:rsidRDefault="00601AB0">
            <w:r>
              <w:rPr>
                <w:sz w:val="14"/>
              </w:rPr>
              <w:t>Describe any known health inequities between sociodemographic groups</w:t>
            </w:r>
          </w:p>
        </w:tc>
        <w:tc>
          <w:tcPr>
            <w:tcW w:w="1559" w:type="dxa"/>
          </w:tcPr>
          <w:p w14:paraId="33B6F1BF" w14:textId="5E3720D2" w:rsidR="00601AB0" w:rsidRDefault="00601AB0">
            <w:r w:rsidRPr="00E3077D">
              <w:rPr>
                <w:sz w:val="14"/>
              </w:rPr>
              <w:t>Not applicable.</w:t>
            </w:r>
          </w:p>
        </w:tc>
      </w:tr>
      <w:tr w:rsidR="00601AB0" w14:paraId="0F46E684" w14:textId="77777777" w:rsidTr="00601AB0">
        <w:tc>
          <w:tcPr>
            <w:tcW w:w="1634" w:type="dxa"/>
          </w:tcPr>
          <w:p w14:paraId="53268F4E" w14:textId="77777777" w:rsidR="00601AB0" w:rsidRDefault="00601AB0">
            <w:r>
              <w:rPr>
                <w:sz w:val="14"/>
              </w:rPr>
              <w:t>INTRODUCTION</w:t>
            </w:r>
            <w:r>
              <w:rPr>
                <w:sz w:val="14"/>
              </w:rPr>
              <w:br/>
              <w:t>Objectives</w:t>
            </w:r>
          </w:p>
        </w:tc>
        <w:tc>
          <w:tcPr>
            <w:tcW w:w="558" w:type="dxa"/>
          </w:tcPr>
          <w:p w14:paraId="09547EE7" w14:textId="77777777" w:rsidR="00601AB0" w:rsidRDefault="00601AB0">
            <w:r>
              <w:rPr>
                <w:sz w:val="14"/>
              </w:rPr>
              <w:t>4</w:t>
            </w:r>
          </w:p>
        </w:tc>
        <w:tc>
          <w:tcPr>
            <w:tcW w:w="893" w:type="dxa"/>
          </w:tcPr>
          <w:p w14:paraId="0995160C" w14:textId="77777777" w:rsidR="00601AB0" w:rsidRDefault="00601AB0">
            <w:r>
              <w:rPr>
                <w:sz w:val="14"/>
              </w:rPr>
              <w:t>D;E</w:t>
            </w:r>
          </w:p>
        </w:tc>
        <w:tc>
          <w:tcPr>
            <w:tcW w:w="6379" w:type="dxa"/>
          </w:tcPr>
          <w:p w14:paraId="377B91B1" w14:textId="77777777" w:rsidR="00601AB0" w:rsidRDefault="00601AB0">
            <w:r>
              <w:rPr>
                <w:sz w:val="14"/>
              </w:rPr>
              <w:t>Specify the study objectives, including whether the study describes the development or validation of a prediction model (or both)</w:t>
            </w:r>
          </w:p>
        </w:tc>
        <w:tc>
          <w:tcPr>
            <w:tcW w:w="1559" w:type="dxa"/>
          </w:tcPr>
          <w:p w14:paraId="1A910A25" w14:textId="77777777" w:rsidR="00601AB0" w:rsidRDefault="00601AB0">
            <w:r>
              <w:rPr>
                <w:sz w:val="14"/>
              </w:rPr>
              <w:t>5</w:t>
            </w:r>
          </w:p>
        </w:tc>
      </w:tr>
      <w:tr w:rsidR="00601AB0" w14:paraId="1BF32C3D" w14:textId="77777777" w:rsidTr="00601AB0">
        <w:tc>
          <w:tcPr>
            <w:tcW w:w="1634" w:type="dxa"/>
          </w:tcPr>
          <w:p w14:paraId="2E061532" w14:textId="77777777" w:rsidR="00601AB0" w:rsidRDefault="00601AB0">
            <w:r>
              <w:rPr>
                <w:sz w:val="14"/>
              </w:rPr>
              <w:t>METHODS</w:t>
            </w:r>
            <w:r>
              <w:rPr>
                <w:sz w:val="14"/>
              </w:rPr>
              <w:br/>
              <w:t>Data</w:t>
            </w:r>
          </w:p>
        </w:tc>
        <w:tc>
          <w:tcPr>
            <w:tcW w:w="558" w:type="dxa"/>
          </w:tcPr>
          <w:p w14:paraId="3A67DE54" w14:textId="77777777" w:rsidR="00601AB0" w:rsidRDefault="00601AB0">
            <w:r>
              <w:rPr>
                <w:sz w:val="14"/>
              </w:rPr>
              <w:t>5a</w:t>
            </w:r>
          </w:p>
        </w:tc>
        <w:tc>
          <w:tcPr>
            <w:tcW w:w="893" w:type="dxa"/>
          </w:tcPr>
          <w:p w14:paraId="3DC91B13" w14:textId="77777777" w:rsidR="00601AB0" w:rsidRDefault="00601AB0">
            <w:r>
              <w:rPr>
                <w:sz w:val="14"/>
              </w:rPr>
              <w:t>D;E</w:t>
            </w:r>
          </w:p>
        </w:tc>
        <w:tc>
          <w:tcPr>
            <w:tcW w:w="6379" w:type="dxa"/>
          </w:tcPr>
          <w:p w14:paraId="67208A95" w14:textId="77777777" w:rsidR="00601AB0" w:rsidRDefault="00601AB0">
            <w:r>
              <w:rPr>
                <w:sz w:val="14"/>
              </w:rPr>
              <w:t>Describe the sources of data separately for the development and evaluation datasets, the rationale for using these data, and representativeness of the data</w:t>
            </w:r>
          </w:p>
        </w:tc>
        <w:tc>
          <w:tcPr>
            <w:tcW w:w="1559" w:type="dxa"/>
          </w:tcPr>
          <w:p w14:paraId="6671586F" w14:textId="77777777" w:rsidR="00601AB0" w:rsidRDefault="00601AB0">
            <w:r>
              <w:rPr>
                <w:sz w:val="14"/>
              </w:rPr>
              <w:t>6-7</w:t>
            </w:r>
          </w:p>
        </w:tc>
      </w:tr>
      <w:tr w:rsidR="00601AB0" w14:paraId="2F0BDEED" w14:textId="77777777" w:rsidTr="00601AB0">
        <w:tc>
          <w:tcPr>
            <w:tcW w:w="1634" w:type="dxa"/>
          </w:tcPr>
          <w:p w14:paraId="5AF4F25B" w14:textId="77777777" w:rsidR="00601AB0" w:rsidRDefault="00601AB0">
            <w:r>
              <w:rPr>
                <w:sz w:val="14"/>
              </w:rPr>
              <w:t>METHODS</w:t>
            </w:r>
            <w:r>
              <w:rPr>
                <w:sz w:val="14"/>
              </w:rPr>
              <w:br/>
              <w:t>Data</w:t>
            </w:r>
          </w:p>
        </w:tc>
        <w:tc>
          <w:tcPr>
            <w:tcW w:w="558" w:type="dxa"/>
          </w:tcPr>
          <w:p w14:paraId="020270DE" w14:textId="77777777" w:rsidR="00601AB0" w:rsidRDefault="00601AB0">
            <w:r>
              <w:rPr>
                <w:sz w:val="14"/>
              </w:rPr>
              <w:t>5b</w:t>
            </w:r>
          </w:p>
        </w:tc>
        <w:tc>
          <w:tcPr>
            <w:tcW w:w="893" w:type="dxa"/>
          </w:tcPr>
          <w:p w14:paraId="32B0A607" w14:textId="77777777" w:rsidR="00601AB0" w:rsidRDefault="00601AB0">
            <w:r>
              <w:rPr>
                <w:sz w:val="14"/>
              </w:rPr>
              <w:t>D;E</w:t>
            </w:r>
          </w:p>
        </w:tc>
        <w:tc>
          <w:tcPr>
            <w:tcW w:w="6379" w:type="dxa"/>
          </w:tcPr>
          <w:p w14:paraId="3DDE28EC" w14:textId="77777777" w:rsidR="00601AB0" w:rsidRDefault="00601AB0">
            <w:r>
              <w:rPr>
                <w:sz w:val="14"/>
              </w:rPr>
              <w:t>Specify the dates of the collected participant data, including start and end of participant accrual and, if applicable, end of follow-up</w:t>
            </w:r>
          </w:p>
        </w:tc>
        <w:tc>
          <w:tcPr>
            <w:tcW w:w="1559" w:type="dxa"/>
          </w:tcPr>
          <w:p w14:paraId="0ED4B011" w14:textId="77777777" w:rsidR="00601AB0" w:rsidRDefault="00601AB0">
            <w:r>
              <w:rPr>
                <w:sz w:val="14"/>
              </w:rPr>
              <w:t>6-7</w:t>
            </w:r>
          </w:p>
        </w:tc>
      </w:tr>
      <w:tr w:rsidR="00601AB0" w14:paraId="66E2213E" w14:textId="77777777" w:rsidTr="00601AB0">
        <w:tc>
          <w:tcPr>
            <w:tcW w:w="1634" w:type="dxa"/>
          </w:tcPr>
          <w:p w14:paraId="7573F77F" w14:textId="77777777" w:rsidR="00601AB0" w:rsidRDefault="00601AB0">
            <w:r>
              <w:rPr>
                <w:sz w:val="14"/>
              </w:rPr>
              <w:t>METHODS</w:t>
            </w:r>
            <w:r>
              <w:rPr>
                <w:sz w:val="14"/>
              </w:rPr>
              <w:br/>
              <w:t>Participants</w:t>
            </w:r>
          </w:p>
        </w:tc>
        <w:tc>
          <w:tcPr>
            <w:tcW w:w="558" w:type="dxa"/>
          </w:tcPr>
          <w:p w14:paraId="7CEAB553" w14:textId="77777777" w:rsidR="00601AB0" w:rsidRDefault="00601AB0">
            <w:r>
              <w:rPr>
                <w:sz w:val="14"/>
              </w:rPr>
              <w:t>6a</w:t>
            </w:r>
          </w:p>
        </w:tc>
        <w:tc>
          <w:tcPr>
            <w:tcW w:w="893" w:type="dxa"/>
          </w:tcPr>
          <w:p w14:paraId="533B2A76" w14:textId="77777777" w:rsidR="00601AB0" w:rsidRDefault="00601AB0">
            <w:r>
              <w:rPr>
                <w:sz w:val="14"/>
              </w:rPr>
              <w:t>D;E</w:t>
            </w:r>
          </w:p>
        </w:tc>
        <w:tc>
          <w:tcPr>
            <w:tcW w:w="6379" w:type="dxa"/>
          </w:tcPr>
          <w:p w14:paraId="1FD8CDB5" w14:textId="77777777" w:rsidR="00601AB0" w:rsidRDefault="00601AB0">
            <w:r>
              <w:rPr>
                <w:sz w:val="14"/>
              </w:rPr>
              <w:t>Specify key elements of the study setting, including the number and location of centres</w:t>
            </w:r>
          </w:p>
        </w:tc>
        <w:tc>
          <w:tcPr>
            <w:tcW w:w="1559" w:type="dxa"/>
          </w:tcPr>
          <w:p w14:paraId="5B584E40" w14:textId="77777777" w:rsidR="00601AB0" w:rsidRDefault="00601AB0">
            <w:r>
              <w:rPr>
                <w:sz w:val="14"/>
              </w:rPr>
              <w:t>6</w:t>
            </w:r>
          </w:p>
        </w:tc>
      </w:tr>
      <w:tr w:rsidR="00601AB0" w14:paraId="13790632" w14:textId="77777777" w:rsidTr="00601AB0">
        <w:tc>
          <w:tcPr>
            <w:tcW w:w="1634" w:type="dxa"/>
          </w:tcPr>
          <w:p w14:paraId="0C22463B" w14:textId="77777777" w:rsidR="00601AB0" w:rsidRDefault="00601AB0">
            <w:r>
              <w:rPr>
                <w:sz w:val="14"/>
              </w:rPr>
              <w:t>METHODS</w:t>
            </w:r>
            <w:r>
              <w:rPr>
                <w:sz w:val="14"/>
              </w:rPr>
              <w:br/>
              <w:t>Participants</w:t>
            </w:r>
          </w:p>
        </w:tc>
        <w:tc>
          <w:tcPr>
            <w:tcW w:w="558" w:type="dxa"/>
          </w:tcPr>
          <w:p w14:paraId="19ECFED5" w14:textId="77777777" w:rsidR="00601AB0" w:rsidRDefault="00601AB0">
            <w:r>
              <w:rPr>
                <w:sz w:val="14"/>
              </w:rPr>
              <w:t>6b</w:t>
            </w:r>
          </w:p>
        </w:tc>
        <w:tc>
          <w:tcPr>
            <w:tcW w:w="893" w:type="dxa"/>
          </w:tcPr>
          <w:p w14:paraId="33F8EA1A" w14:textId="77777777" w:rsidR="00601AB0" w:rsidRDefault="00601AB0">
            <w:r>
              <w:rPr>
                <w:sz w:val="14"/>
              </w:rPr>
              <w:t>D;E</w:t>
            </w:r>
          </w:p>
        </w:tc>
        <w:tc>
          <w:tcPr>
            <w:tcW w:w="6379" w:type="dxa"/>
          </w:tcPr>
          <w:p w14:paraId="6F39AE2D" w14:textId="77777777" w:rsidR="00601AB0" w:rsidRDefault="00601AB0">
            <w:r>
              <w:rPr>
                <w:sz w:val="14"/>
              </w:rPr>
              <w:t>Describe the eligibility criteria for study participants</w:t>
            </w:r>
          </w:p>
        </w:tc>
        <w:tc>
          <w:tcPr>
            <w:tcW w:w="1559" w:type="dxa"/>
          </w:tcPr>
          <w:p w14:paraId="12DBE02C" w14:textId="77777777" w:rsidR="00601AB0" w:rsidRDefault="00601AB0">
            <w:r>
              <w:rPr>
                <w:sz w:val="14"/>
              </w:rPr>
              <w:t>6</w:t>
            </w:r>
          </w:p>
        </w:tc>
      </w:tr>
      <w:tr w:rsidR="00601AB0" w14:paraId="28E7EDCB" w14:textId="77777777" w:rsidTr="00601AB0">
        <w:tc>
          <w:tcPr>
            <w:tcW w:w="1634" w:type="dxa"/>
          </w:tcPr>
          <w:p w14:paraId="24EF5D18" w14:textId="77777777" w:rsidR="00601AB0" w:rsidRDefault="00601AB0">
            <w:r>
              <w:rPr>
                <w:sz w:val="14"/>
              </w:rPr>
              <w:t>METHODS</w:t>
            </w:r>
            <w:r>
              <w:rPr>
                <w:sz w:val="14"/>
              </w:rPr>
              <w:br/>
              <w:t>Participants</w:t>
            </w:r>
          </w:p>
        </w:tc>
        <w:tc>
          <w:tcPr>
            <w:tcW w:w="558" w:type="dxa"/>
          </w:tcPr>
          <w:p w14:paraId="0DD32CA7" w14:textId="77777777" w:rsidR="00601AB0" w:rsidRDefault="00601AB0">
            <w:r>
              <w:rPr>
                <w:sz w:val="14"/>
              </w:rPr>
              <w:t>6c</w:t>
            </w:r>
          </w:p>
        </w:tc>
        <w:tc>
          <w:tcPr>
            <w:tcW w:w="893" w:type="dxa"/>
          </w:tcPr>
          <w:p w14:paraId="7964A85B" w14:textId="77777777" w:rsidR="00601AB0" w:rsidRDefault="00601AB0">
            <w:r>
              <w:rPr>
                <w:sz w:val="14"/>
              </w:rPr>
              <w:t>D;E</w:t>
            </w:r>
          </w:p>
        </w:tc>
        <w:tc>
          <w:tcPr>
            <w:tcW w:w="6379" w:type="dxa"/>
          </w:tcPr>
          <w:p w14:paraId="259B92E9" w14:textId="77777777" w:rsidR="00601AB0" w:rsidRDefault="00601AB0">
            <w:r>
              <w:rPr>
                <w:sz w:val="14"/>
              </w:rPr>
              <w:t>Give details of any treatments received, and how they were handled during model development or evaluation, if relevant</w:t>
            </w:r>
          </w:p>
        </w:tc>
        <w:tc>
          <w:tcPr>
            <w:tcW w:w="1559" w:type="dxa"/>
          </w:tcPr>
          <w:p w14:paraId="5C5FC531" w14:textId="77777777" w:rsidR="00601AB0" w:rsidRDefault="00601AB0">
            <w:r>
              <w:rPr>
                <w:sz w:val="14"/>
              </w:rPr>
              <w:t>6-7, 28</w:t>
            </w:r>
          </w:p>
        </w:tc>
      </w:tr>
      <w:tr w:rsidR="00601AB0" w14:paraId="2715E175" w14:textId="77777777" w:rsidTr="00601AB0">
        <w:tc>
          <w:tcPr>
            <w:tcW w:w="1634" w:type="dxa"/>
          </w:tcPr>
          <w:p w14:paraId="649A4AE1" w14:textId="77777777" w:rsidR="00601AB0" w:rsidRDefault="00601AB0">
            <w:r>
              <w:rPr>
                <w:sz w:val="14"/>
              </w:rPr>
              <w:t>METHODS</w:t>
            </w:r>
            <w:r>
              <w:rPr>
                <w:sz w:val="14"/>
              </w:rPr>
              <w:br/>
              <w:t>Data preparation</w:t>
            </w:r>
          </w:p>
        </w:tc>
        <w:tc>
          <w:tcPr>
            <w:tcW w:w="558" w:type="dxa"/>
          </w:tcPr>
          <w:p w14:paraId="0E37742E" w14:textId="77777777" w:rsidR="00601AB0" w:rsidRDefault="00601AB0">
            <w:r>
              <w:rPr>
                <w:sz w:val="14"/>
              </w:rPr>
              <w:t>7</w:t>
            </w:r>
          </w:p>
        </w:tc>
        <w:tc>
          <w:tcPr>
            <w:tcW w:w="893" w:type="dxa"/>
          </w:tcPr>
          <w:p w14:paraId="0070C568" w14:textId="77777777" w:rsidR="00601AB0" w:rsidRDefault="00601AB0">
            <w:r>
              <w:rPr>
                <w:sz w:val="14"/>
              </w:rPr>
              <w:t>D;E</w:t>
            </w:r>
          </w:p>
        </w:tc>
        <w:tc>
          <w:tcPr>
            <w:tcW w:w="6379" w:type="dxa"/>
          </w:tcPr>
          <w:p w14:paraId="0151DF35" w14:textId="77777777" w:rsidR="00601AB0" w:rsidRDefault="00601AB0">
            <w:r>
              <w:rPr>
                <w:sz w:val="14"/>
              </w:rPr>
              <w:t>Describe any data pre-processing and quality checking, including whether this was similar across relevant sociodemographic groups</w:t>
            </w:r>
          </w:p>
        </w:tc>
        <w:tc>
          <w:tcPr>
            <w:tcW w:w="1559" w:type="dxa"/>
          </w:tcPr>
          <w:p w14:paraId="3CEC9F1D" w14:textId="77777777" w:rsidR="00601AB0" w:rsidRDefault="00601AB0">
            <w:r>
              <w:rPr>
                <w:sz w:val="14"/>
              </w:rPr>
              <w:t>7</w:t>
            </w:r>
          </w:p>
        </w:tc>
      </w:tr>
      <w:tr w:rsidR="00601AB0" w14:paraId="773EA958" w14:textId="77777777" w:rsidTr="00601AB0">
        <w:tc>
          <w:tcPr>
            <w:tcW w:w="1634" w:type="dxa"/>
          </w:tcPr>
          <w:p w14:paraId="0D7708CB" w14:textId="77777777" w:rsidR="00601AB0" w:rsidRDefault="00601AB0">
            <w:r>
              <w:rPr>
                <w:sz w:val="14"/>
              </w:rPr>
              <w:t>METHODS</w:t>
            </w:r>
            <w:r>
              <w:rPr>
                <w:sz w:val="14"/>
              </w:rPr>
              <w:br/>
              <w:t>Outcome</w:t>
            </w:r>
          </w:p>
        </w:tc>
        <w:tc>
          <w:tcPr>
            <w:tcW w:w="558" w:type="dxa"/>
          </w:tcPr>
          <w:p w14:paraId="2A990B92" w14:textId="77777777" w:rsidR="00601AB0" w:rsidRDefault="00601AB0">
            <w:r>
              <w:rPr>
                <w:sz w:val="14"/>
              </w:rPr>
              <w:t>8a</w:t>
            </w:r>
          </w:p>
        </w:tc>
        <w:tc>
          <w:tcPr>
            <w:tcW w:w="893" w:type="dxa"/>
          </w:tcPr>
          <w:p w14:paraId="4C5D9FE1" w14:textId="77777777" w:rsidR="00601AB0" w:rsidRDefault="00601AB0">
            <w:r>
              <w:rPr>
                <w:sz w:val="14"/>
              </w:rPr>
              <w:t>D;E</w:t>
            </w:r>
          </w:p>
        </w:tc>
        <w:tc>
          <w:tcPr>
            <w:tcW w:w="6379" w:type="dxa"/>
          </w:tcPr>
          <w:p w14:paraId="3ECB4B49" w14:textId="77777777" w:rsidR="00601AB0" w:rsidRDefault="00601AB0">
            <w:r>
              <w:rPr>
                <w:sz w:val="14"/>
              </w:rPr>
              <w:t>Clearly define the outcome that is being predicted and the time horizon, including how and when assessed, the rationale for choosing this outcome, and whether outcome assessment is consistent across sociodemographic groups</w:t>
            </w:r>
          </w:p>
        </w:tc>
        <w:tc>
          <w:tcPr>
            <w:tcW w:w="1559" w:type="dxa"/>
          </w:tcPr>
          <w:p w14:paraId="1814137A" w14:textId="77777777" w:rsidR="00601AB0" w:rsidRDefault="00601AB0">
            <w:r>
              <w:rPr>
                <w:sz w:val="14"/>
              </w:rPr>
              <w:t>7</w:t>
            </w:r>
          </w:p>
        </w:tc>
      </w:tr>
      <w:tr w:rsidR="00601AB0" w14:paraId="6EB89DAF" w14:textId="77777777" w:rsidTr="00601AB0">
        <w:tc>
          <w:tcPr>
            <w:tcW w:w="1634" w:type="dxa"/>
          </w:tcPr>
          <w:p w14:paraId="39F395C5" w14:textId="77777777" w:rsidR="00601AB0" w:rsidRDefault="00601AB0">
            <w:r>
              <w:rPr>
                <w:sz w:val="14"/>
              </w:rPr>
              <w:t>METHODS</w:t>
            </w:r>
            <w:r>
              <w:rPr>
                <w:sz w:val="14"/>
              </w:rPr>
              <w:br/>
              <w:t>Outcome</w:t>
            </w:r>
          </w:p>
        </w:tc>
        <w:tc>
          <w:tcPr>
            <w:tcW w:w="558" w:type="dxa"/>
          </w:tcPr>
          <w:p w14:paraId="50C589B2" w14:textId="77777777" w:rsidR="00601AB0" w:rsidRDefault="00601AB0">
            <w:r>
              <w:rPr>
                <w:sz w:val="14"/>
              </w:rPr>
              <w:t>8b</w:t>
            </w:r>
          </w:p>
        </w:tc>
        <w:tc>
          <w:tcPr>
            <w:tcW w:w="893" w:type="dxa"/>
          </w:tcPr>
          <w:p w14:paraId="4540576B" w14:textId="77777777" w:rsidR="00601AB0" w:rsidRDefault="00601AB0">
            <w:r>
              <w:rPr>
                <w:sz w:val="14"/>
              </w:rPr>
              <w:t>D;E</w:t>
            </w:r>
          </w:p>
        </w:tc>
        <w:tc>
          <w:tcPr>
            <w:tcW w:w="6379" w:type="dxa"/>
          </w:tcPr>
          <w:p w14:paraId="506670F9" w14:textId="77777777" w:rsidR="00601AB0" w:rsidRDefault="00601AB0">
            <w:r>
              <w:rPr>
                <w:sz w:val="14"/>
              </w:rPr>
              <w:t>If outcome assessment requires subjective interpretation, describe the qualifications and demographic characteristics of the outcome assessors</w:t>
            </w:r>
          </w:p>
        </w:tc>
        <w:tc>
          <w:tcPr>
            <w:tcW w:w="1559" w:type="dxa"/>
          </w:tcPr>
          <w:p w14:paraId="0508D6C7" w14:textId="77777777" w:rsidR="00601AB0" w:rsidRDefault="00601AB0">
            <w:r>
              <w:rPr>
                <w:sz w:val="14"/>
              </w:rPr>
              <w:t>Not applicable</w:t>
            </w:r>
          </w:p>
        </w:tc>
      </w:tr>
      <w:tr w:rsidR="00601AB0" w14:paraId="1E5DC45A" w14:textId="77777777" w:rsidTr="00601AB0">
        <w:tc>
          <w:tcPr>
            <w:tcW w:w="1634" w:type="dxa"/>
          </w:tcPr>
          <w:p w14:paraId="3B86258E" w14:textId="77777777" w:rsidR="00601AB0" w:rsidRDefault="00601AB0">
            <w:r>
              <w:rPr>
                <w:sz w:val="14"/>
              </w:rPr>
              <w:t>METHODS</w:t>
            </w:r>
            <w:r>
              <w:rPr>
                <w:sz w:val="14"/>
              </w:rPr>
              <w:br/>
              <w:t>Outcome</w:t>
            </w:r>
          </w:p>
        </w:tc>
        <w:tc>
          <w:tcPr>
            <w:tcW w:w="558" w:type="dxa"/>
          </w:tcPr>
          <w:p w14:paraId="245B907B" w14:textId="77777777" w:rsidR="00601AB0" w:rsidRDefault="00601AB0">
            <w:r>
              <w:rPr>
                <w:sz w:val="14"/>
              </w:rPr>
              <w:t>8c</w:t>
            </w:r>
          </w:p>
        </w:tc>
        <w:tc>
          <w:tcPr>
            <w:tcW w:w="893" w:type="dxa"/>
          </w:tcPr>
          <w:p w14:paraId="67C274A1" w14:textId="77777777" w:rsidR="00601AB0" w:rsidRDefault="00601AB0">
            <w:r>
              <w:rPr>
                <w:sz w:val="14"/>
              </w:rPr>
              <w:t>D;E</w:t>
            </w:r>
          </w:p>
        </w:tc>
        <w:tc>
          <w:tcPr>
            <w:tcW w:w="6379" w:type="dxa"/>
          </w:tcPr>
          <w:p w14:paraId="2A013C4D" w14:textId="77777777" w:rsidR="00601AB0" w:rsidRDefault="00601AB0">
            <w:r>
              <w:rPr>
                <w:sz w:val="14"/>
              </w:rPr>
              <w:t>Report any actions to blind assessment of the outcome to be predicted</w:t>
            </w:r>
          </w:p>
        </w:tc>
        <w:tc>
          <w:tcPr>
            <w:tcW w:w="1559" w:type="dxa"/>
          </w:tcPr>
          <w:p w14:paraId="0C731A76" w14:textId="299C43D0" w:rsidR="00601AB0" w:rsidRDefault="00601AB0">
            <w:r>
              <w:rPr>
                <w:sz w:val="14"/>
              </w:rPr>
              <w:t>Not applicable</w:t>
            </w:r>
          </w:p>
        </w:tc>
      </w:tr>
      <w:tr w:rsidR="00601AB0" w14:paraId="74FD89BE" w14:textId="77777777" w:rsidTr="00601AB0">
        <w:tc>
          <w:tcPr>
            <w:tcW w:w="1634" w:type="dxa"/>
          </w:tcPr>
          <w:p w14:paraId="0E4260E1" w14:textId="77777777" w:rsidR="00601AB0" w:rsidRDefault="00601AB0">
            <w:r>
              <w:rPr>
                <w:sz w:val="14"/>
              </w:rPr>
              <w:t>METHODS</w:t>
            </w:r>
            <w:r>
              <w:rPr>
                <w:sz w:val="14"/>
              </w:rPr>
              <w:br/>
              <w:t>Predictors</w:t>
            </w:r>
          </w:p>
        </w:tc>
        <w:tc>
          <w:tcPr>
            <w:tcW w:w="558" w:type="dxa"/>
          </w:tcPr>
          <w:p w14:paraId="238B4359" w14:textId="77777777" w:rsidR="00601AB0" w:rsidRDefault="00601AB0">
            <w:r>
              <w:rPr>
                <w:sz w:val="14"/>
              </w:rPr>
              <w:t>9a</w:t>
            </w:r>
          </w:p>
        </w:tc>
        <w:tc>
          <w:tcPr>
            <w:tcW w:w="893" w:type="dxa"/>
          </w:tcPr>
          <w:p w14:paraId="30A37C3C" w14:textId="77777777" w:rsidR="00601AB0" w:rsidRDefault="00601AB0">
            <w:r>
              <w:rPr>
                <w:sz w:val="14"/>
              </w:rPr>
              <w:t>D</w:t>
            </w:r>
          </w:p>
        </w:tc>
        <w:tc>
          <w:tcPr>
            <w:tcW w:w="6379" w:type="dxa"/>
          </w:tcPr>
          <w:p w14:paraId="0AE1C78B" w14:textId="77777777" w:rsidR="00601AB0" w:rsidRDefault="00601AB0">
            <w:r>
              <w:rPr>
                <w:sz w:val="14"/>
              </w:rPr>
              <w:t>Describe the choice of initial predictors and any pre-selection of predictors before model building</w:t>
            </w:r>
          </w:p>
        </w:tc>
        <w:tc>
          <w:tcPr>
            <w:tcW w:w="1559" w:type="dxa"/>
          </w:tcPr>
          <w:p w14:paraId="12B0C663" w14:textId="77777777" w:rsidR="00601AB0" w:rsidRDefault="00601AB0">
            <w:r>
              <w:rPr>
                <w:sz w:val="14"/>
              </w:rPr>
              <w:t>7-8, 32</w:t>
            </w:r>
          </w:p>
        </w:tc>
      </w:tr>
      <w:tr w:rsidR="00601AB0" w14:paraId="7FEE0063" w14:textId="77777777" w:rsidTr="00601AB0">
        <w:tc>
          <w:tcPr>
            <w:tcW w:w="1634" w:type="dxa"/>
          </w:tcPr>
          <w:p w14:paraId="3D9A4066" w14:textId="77777777" w:rsidR="00601AB0" w:rsidRDefault="00601AB0">
            <w:r>
              <w:rPr>
                <w:sz w:val="14"/>
              </w:rPr>
              <w:t>METHODS</w:t>
            </w:r>
            <w:r>
              <w:rPr>
                <w:sz w:val="14"/>
              </w:rPr>
              <w:br/>
              <w:t>Predictors</w:t>
            </w:r>
          </w:p>
        </w:tc>
        <w:tc>
          <w:tcPr>
            <w:tcW w:w="558" w:type="dxa"/>
          </w:tcPr>
          <w:p w14:paraId="61A564FD" w14:textId="77777777" w:rsidR="00601AB0" w:rsidRDefault="00601AB0">
            <w:r>
              <w:rPr>
                <w:sz w:val="14"/>
              </w:rPr>
              <w:t>9b</w:t>
            </w:r>
          </w:p>
        </w:tc>
        <w:tc>
          <w:tcPr>
            <w:tcW w:w="893" w:type="dxa"/>
          </w:tcPr>
          <w:p w14:paraId="2120393F" w14:textId="77777777" w:rsidR="00601AB0" w:rsidRDefault="00601AB0">
            <w:r>
              <w:rPr>
                <w:sz w:val="14"/>
              </w:rPr>
              <w:t>D;E</w:t>
            </w:r>
          </w:p>
        </w:tc>
        <w:tc>
          <w:tcPr>
            <w:tcW w:w="6379" w:type="dxa"/>
          </w:tcPr>
          <w:p w14:paraId="6C40D89C" w14:textId="77777777" w:rsidR="00601AB0" w:rsidRDefault="00601AB0">
            <w:r>
              <w:rPr>
                <w:sz w:val="14"/>
              </w:rPr>
              <w:t>Clearly define all predictors, including how and when they were measured and any actions to blind assessment of predictors</w:t>
            </w:r>
          </w:p>
        </w:tc>
        <w:tc>
          <w:tcPr>
            <w:tcW w:w="1559" w:type="dxa"/>
          </w:tcPr>
          <w:p w14:paraId="0EC2D7C1" w14:textId="77777777" w:rsidR="00601AB0" w:rsidRDefault="00601AB0">
            <w:r>
              <w:rPr>
                <w:sz w:val="14"/>
              </w:rPr>
              <w:t>6-8, 32</w:t>
            </w:r>
          </w:p>
        </w:tc>
      </w:tr>
      <w:tr w:rsidR="00601AB0" w14:paraId="1C2C81D4" w14:textId="77777777" w:rsidTr="00601AB0">
        <w:tc>
          <w:tcPr>
            <w:tcW w:w="1634" w:type="dxa"/>
          </w:tcPr>
          <w:p w14:paraId="6891C4EE" w14:textId="77777777" w:rsidR="00601AB0" w:rsidRDefault="00601AB0">
            <w:r>
              <w:rPr>
                <w:sz w:val="14"/>
              </w:rPr>
              <w:t>METHODS</w:t>
            </w:r>
            <w:r>
              <w:rPr>
                <w:sz w:val="14"/>
              </w:rPr>
              <w:br/>
              <w:t>Predictors</w:t>
            </w:r>
          </w:p>
        </w:tc>
        <w:tc>
          <w:tcPr>
            <w:tcW w:w="558" w:type="dxa"/>
          </w:tcPr>
          <w:p w14:paraId="3B3CDF1D" w14:textId="77777777" w:rsidR="00601AB0" w:rsidRDefault="00601AB0">
            <w:r>
              <w:rPr>
                <w:sz w:val="14"/>
              </w:rPr>
              <w:t>9c</w:t>
            </w:r>
          </w:p>
        </w:tc>
        <w:tc>
          <w:tcPr>
            <w:tcW w:w="893" w:type="dxa"/>
          </w:tcPr>
          <w:p w14:paraId="294830A8" w14:textId="77777777" w:rsidR="00601AB0" w:rsidRDefault="00601AB0">
            <w:r>
              <w:rPr>
                <w:sz w:val="14"/>
              </w:rPr>
              <w:t>D;E</w:t>
            </w:r>
          </w:p>
        </w:tc>
        <w:tc>
          <w:tcPr>
            <w:tcW w:w="6379" w:type="dxa"/>
          </w:tcPr>
          <w:p w14:paraId="517F5DB2" w14:textId="77777777" w:rsidR="00601AB0" w:rsidRDefault="00601AB0">
            <w:r>
              <w:rPr>
                <w:sz w:val="14"/>
              </w:rPr>
              <w:t>If predictor measurement requires subjective interpretation, describe the qualifications and demographic characteristics of predictor assessors</w:t>
            </w:r>
          </w:p>
        </w:tc>
        <w:tc>
          <w:tcPr>
            <w:tcW w:w="1559" w:type="dxa"/>
          </w:tcPr>
          <w:p w14:paraId="1E3A4624" w14:textId="5F2947F2" w:rsidR="00601AB0" w:rsidRDefault="00601AB0">
            <w:r>
              <w:rPr>
                <w:sz w:val="14"/>
              </w:rPr>
              <w:t>Not applicable</w:t>
            </w:r>
          </w:p>
        </w:tc>
      </w:tr>
      <w:tr w:rsidR="00601AB0" w14:paraId="5F05A183" w14:textId="77777777" w:rsidTr="00601AB0">
        <w:tc>
          <w:tcPr>
            <w:tcW w:w="1634" w:type="dxa"/>
          </w:tcPr>
          <w:p w14:paraId="727D67C5" w14:textId="77777777" w:rsidR="00601AB0" w:rsidRDefault="00601AB0">
            <w:r>
              <w:rPr>
                <w:sz w:val="14"/>
              </w:rPr>
              <w:t>METHODS</w:t>
            </w:r>
            <w:r>
              <w:rPr>
                <w:sz w:val="14"/>
              </w:rPr>
              <w:br/>
              <w:t>Sample size</w:t>
            </w:r>
          </w:p>
        </w:tc>
        <w:tc>
          <w:tcPr>
            <w:tcW w:w="558" w:type="dxa"/>
          </w:tcPr>
          <w:p w14:paraId="5002F4E4" w14:textId="77777777" w:rsidR="00601AB0" w:rsidRDefault="00601AB0">
            <w:r>
              <w:rPr>
                <w:sz w:val="14"/>
              </w:rPr>
              <w:t>10</w:t>
            </w:r>
          </w:p>
        </w:tc>
        <w:tc>
          <w:tcPr>
            <w:tcW w:w="893" w:type="dxa"/>
          </w:tcPr>
          <w:p w14:paraId="1C79A047" w14:textId="77777777" w:rsidR="00601AB0" w:rsidRDefault="00601AB0">
            <w:r>
              <w:rPr>
                <w:sz w:val="14"/>
              </w:rPr>
              <w:t>D;E</w:t>
            </w:r>
          </w:p>
        </w:tc>
        <w:tc>
          <w:tcPr>
            <w:tcW w:w="6379" w:type="dxa"/>
          </w:tcPr>
          <w:p w14:paraId="01068848" w14:textId="77777777" w:rsidR="00601AB0" w:rsidRDefault="00601AB0">
            <w:r>
              <w:rPr>
                <w:sz w:val="14"/>
              </w:rPr>
              <w:t>Explain how the study size was arrived at and justify that the study size was sufficient to answer the research question. Include details of any sample size calculation</w:t>
            </w:r>
          </w:p>
        </w:tc>
        <w:tc>
          <w:tcPr>
            <w:tcW w:w="1559" w:type="dxa"/>
          </w:tcPr>
          <w:p w14:paraId="72A6E661" w14:textId="77777777" w:rsidR="00601AB0" w:rsidRDefault="00601AB0">
            <w:r>
              <w:rPr>
                <w:sz w:val="14"/>
              </w:rPr>
              <w:t>Partially reported: 6, 18</w:t>
            </w:r>
          </w:p>
        </w:tc>
      </w:tr>
      <w:tr w:rsidR="00601AB0" w14:paraId="000F7F10" w14:textId="77777777" w:rsidTr="00601AB0">
        <w:tc>
          <w:tcPr>
            <w:tcW w:w="1634" w:type="dxa"/>
          </w:tcPr>
          <w:p w14:paraId="761215DF" w14:textId="77777777" w:rsidR="00601AB0" w:rsidRDefault="00601AB0">
            <w:r>
              <w:rPr>
                <w:sz w:val="14"/>
              </w:rPr>
              <w:t>METHODS</w:t>
            </w:r>
            <w:r>
              <w:rPr>
                <w:sz w:val="14"/>
              </w:rPr>
              <w:br/>
              <w:t>Missing data</w:t>
            </w:r>
          </w:p>
        </w:tc>
        <w:tc>
          <w:tcPr>
            <w:tcW w:w="558" w:type="dxa"/>
          </w:tcPr>
          <w:p w14:paraId="2EDE12CF" w14:textId="77777777" w:rsidR="00601AB0" w:rsidRDefault="00601AB0">
            <w:r>
              <w:rPr>
                <w:sz w:val="14"/>
              </w:rPr>
              <w:t>11</w:t>
            </w:r>
          </w:p>
        </w:tc>
        <w:tc>
          <w:tcPr>
            <w:tcW w:w="893" w:type="dxa"/>
          </w:tcPr>
          <w:p w14:paraId="18846059" w14:textId="77777777" w:rsidR="00601AB0" w:rsidRDefault="00601AB0">
            <w:r>
              <w:rPr>
                <w:sz w:val="14"/>
              </w:rPr>
              <w:t>D;E</w:t>
            </w:r>
          </w:p>
        </w:tc>
        <w:tc>
          <w:tcPr>
            <w:tcW w:w="6379" w:type="dxa"/>
          </w:tcPr>
          <w:p w14:paraId="2971054F" w14:textId="77777777" w:rsidR="00601AB0" w:rsidRDefault="00601AB0">
            <w:r>
              <w:rPr>
                <w:sz w:val="14"/>
              </w:rPr>
              <w:t>Describe how missing data were handled. Provide reasons for omitting any data</w:t>
            </w:r>
          </w:p>
        </w:tc>
        <w:tc>
          <w:tcPr>
            <w:tcW w:w="1559" w:type="dxa"/>
          </w:tcPr>
          <w:p w14:paraId="6FE56C68" w14:textId="77777777" w:rsidR="00601AB0" w:rsidRDefault="00601AB0">
            <w:r>
              <w:rPr>
                <w:sz w:val="14"/>
              </w:rPr>
              <w:t>7</w:t>
            </w:r>
          </w:p>
        </w:tc>
      </w:tr>
      <w:tr w:rsidR="00601AB0" w14:paraId="48AD8BB9" w14:textId="77777777" w:rsidTr="00601AB0">
        <w:tc>
          <w:tcPr>
            <w:tcW w:w="1634" w:type="dxa"/>
          </w:tcPr>
          <w:p w14:paraId="6D8A3A1D" w14:textId="77777777" w:rsidR="00601AB0" w:rsidRDefault="00601AB0">
            <w:r>
              <w:rPr>
                <w:sz w:val="14"/>
              </w:rPr>
              <w:t>METHODS</w:t>
            </w:r>
            <w:r>
              <w:rPr>
                <w:sz w:val="14"/>
              </w:rPr>
              <w:br/>
              <w:t>Analytical methods</w:t>
            </w:r>
          </w:p>
        </w:tc>
        <w:tc>
          <w:tcPr>
            <w:tcW w:w="558" w:type="dxa"/>
          </w:tcPr>
          <w:p w14:paraId="6AE4584E" w14:textId="77777777" w:rsidR="00601AB0" w:rsidRDefault="00601AB0">
            <w:r>
              <w:rPr>
                <w:sz w:val="14"/>
              </w:rPr>
              <w:t>12a</w:t>
            </w:r>
          </w:p>
        </w:tc>
        <w:tc>
          <w:tcPr>
            <w:tcW w:w="893" w:type="dxa"/>
          </w:tcPr>
          <w:p w14:paraId="551C93DB" w14:textId="77777777" w:rsidR="00601AB0" w:rsidRDefault="00601AB0">
            <w:r>
              <w:rPr>
                <w:sz w:val="14"/>
              </w:rPr>
              <w:t>D</w:t>
            </w:r>
          </w:p>
        </w:tc>
        <w:tc>
          <w:tcPr>
            <w:tcW w:w="6379" w:type="dxa"/>
          </w:tcPr>
          <w:p w14:paraId="44612B93" w14:textId="77777777" w:rsidR="00601AB0" w:rsidRDefault="00601AB0">
            <w:r>
              <w:rPr>
                <w:sz w:val="14"/>
              </w:rPr>
              <w:t>Describe how the data were used in the analysis, including whether the data were partitioned, considering any sample size requirements</w:t>
            </w:r>
          </w:p>
        </w:tc>
        <w:tc>
          <w:tcPr>
            <w:tcW w:w="1559" w:type="dxa"/>
          </w:tcPr>
          <w:p w14:paraId="5ED17945" w14:textId="77777777" w:rsidR="00601AB0" w:rsidRDefault="00601AB0">
            <w:r>
              <w:rPr>
                <w:sz w:val="14"/>
              </w:rPr>
              <w:t>8</w:t>
            </w:r>
          </w:p>
        </w:tc>
      </w:tr>
      <w:tr w:rsidR="00601AB0" w14:paraId="56E25A9B" w14:textId="77777777" w:rsidTr="00601AB0">
        <w:tc>
          <w:tcPr>
            <w:tcW w:w="1634" w:type="dxa"/>
          </w:tcPr>
          <w:p w14:paraId="44D609F4" w14:textId="77777777" w:rsidR="00601AB0" w:rsidRDefault="00601AB0">
            <w:r>
              <w:rPr>
                <w:sz w:val="14"/>
              </w:rPr>
              <w:t>METHODS</w:t>
            </w:r>
            <w:r>
              <w:rPr>
                <w:sz w:val="14"/>
              </w:rPr>
              <w:br/>
              <w:t>Analytical methods</w:t>
            </w:r>
          </w:p>
        </w:tc>
        <w:tc>
          <w:tcPr>
            <w:tcW w:w="558" w:type="dxa"/>
          </w:tcPr>
          <w:p w14:paraId="6248B5FF" w14:textId="77777777" w:rsidR="00601AB0" w:rsidRDefault="00601AB0">
            <w:r>
              <w:rPr>
                <w:sz w:val="14"/>
              </w:rPr>
              <w:t>12b</w:t>
            </w:r>
          </w:p>
        </w:tc>
        <w:tc>
          <w:tcPr>
            <w:tcW w:w="893" w:type="dxa"/>
          </w:tcPr>
          <w:p w14:paraId="1A7AE81B" w14:textId="77777777" w:rsidR="00601AB0" w:rsidRDefault="00601AB0">
            <w:r>
              <w:rPr>
                <w:sz w:val="14"/>
              </w:rPr>
              <w:t>D</w:t>
            </w:r>
          </w:p>
        </w:tc>
        <w:tc>
          <w:tcPr>
            <w:tcW w:w="6379" w:type="dxa"/>
          </w:tcPr>
          <w:p w14:paraId="78271FEF" w14:textId="77777777" w:rsidR="00601AB0" w:rsidRDefault="00601AB0">
            <w:r>
              <w:rPr>
                <w:sz w:val="14"/>
              </w:rPr>
              <w:t>Depending on the type of model, describe how predictors were handled in the analyses</w:t>
            </w:r>
          </w:p>
        </w:tc>
        <w:tc>
          <w:tcPr>
            <w:tcW w:w="1559" w:type="dxa"/>
          </w:tcPr>
          <w:p w14:paraId="100102A5" w14:textId="77777777" w:rsidR="00601AB0" w:rsidRDefault="00601AB0">
            <w:r>
              <w:rPr>
                <w:sz w:val="14"/>
              </w:rPr>
              <w:t>7-8</w:t>
            </w:r>
          </w:p>
        </w:tc>
      </w:tr>
      <w:tr w:rsidR="00601AB0" w14:paraId="2C41DB99" w14:textId="77777777" w:rsidTr="00601AB0">
        <w:tc>
          <w:tcPr>
            <w:tcW w:w="1634" w:type="dxa"/>
          </w:tcPr>
          <w:p w14:paraId="44BAD296" w14:textId="77777777" w:rsidR="00601AB0" w:rsidRDefault="00601AB0">
            <w:r>
              <w:rPr>
                <w:sz w:val="14"/>
              </w:rPr>
              <w:t>METHODS</w:t>
            </w:r>
            <w:r>
              <w:rPr>
                <w:sz w:val="14"/>
              </w:rPr>
              <w:br/>
              <w:t>Analytical methods</w:t>
            </w:r>
          </w:p>
        </w:tc>
        <w:tc>
          <w:tcPr>
            <w:tcW w:w="558" w:type="dxa"/>
          </w:tcPr>
          <w:p w14:paraId="4E2D9C02" w14:textId="77777777" w:rsidR="00601AB0" w:rsidRDefault="00601AB0">
            <w:r>
              <w:rPr>
                <w:sz w:val="14"/>
              </w:rPr>
              <w:t>12c</w:t>
            </w:r>
          </w:p>
        </w:tc>
        <w:tc>
          <w:tcPr>
            <w:tcW w:w="893" w:type="dxa"/>
          </w:tcPr>
          <w:p w14:paraId="46C6D88F" w14:textId="77777777" w:rsidR="00601AB0" w:rsidRDefault="00601AB0">
            <w:r>
              <w:rPr>
                <w:sz w:val="14"/>
              </w:rPr>
              <w:t>D</w:t>
            </w:r>
          </w:p>
        </w:tc>
        <w:tc>
          <w:tcPr>
            <w:tcW w:w="6379" w:type="dxa"/>
          </w:tcPr>
          <w:p w14:paraId="556ECC00" w14:textId="77777777" w:rsidR="00601AB0" w:rsidRDefault="00601AB0">
            <w:r>
              <w:rPr>
                <w:sz w:val="14"/>
              </w:rPr>
              <w:t>Specify the type of model, rationale, all model-building steps, including any hyperparameter tuning, and method for internal validation</w:t>
            </w:r>
          </w:p>
        </w:tc>
        <w:tc>
          <w:tcPr>
            <w:tcW w:w="1559" w:type="dxa"/>
          </w:tcPr>
          <w:p w14:paraId="169504FA" w14:textId="77777777" w:rsidR="00601AB0" w:rsidRDefault="00601AB0">
            <w:r>
              <w:rPr>
                <w:sz w:val="14"/>
              </w:rPr>
              <w:t>8-9, 29, 32</w:t>
            </w:r>
          </w:p>
        </w:tc>
      </w:tr>
      <w:tr w:rsidR="00601AB0" w14:paraId="4B14CD95" w14:textId="77777777" w:rsidTr="00601AB0">
        <w:tc>
          <w:tcPr>
            <w:tcW w:w="1634" w:type="dxa"/>
          </w:tcPr>
          <w:p w14:paraId="759249D5" w14:textId="77777777" w:rsidR="00601AB0" w:rsidRDefault="00601AB0">
            <w:r>
              <w:rPr>
                <w:sz w:val="14"/>
              </w:rPr>
              <w:t>METHODS</w:t>
            </w:r>
            <w:r>
              <w:rPr>
                <w:sz w:val="14"/>
              </w:rPr>
              <w:br/>
              <w:t>Analytical methods</w:t>
            </w:r>
          </w:p>
        </w:tc>
        <w:tc>
          <w:tcPr>
            <w:tcW w:w="558" w:type="dxa"/>
          </w:tcPr>
          <w:p w14:paraId="082754A3" w14:textId="77777777" w:rsidR="00601AB0" w:rsidRDefault="00601AB0">
            <w:r>
              <w:rPr>
                <w:sz w:val="14"/>
              </w:rPr>
              <w:t>12d</w:t>
            </w:r>
          </w:p>
        </w:tc>
        <w:tc>
          <w:tcPr>
            <w:tcW w:w="893" w:type="dxa"/>
          </w:tcPr>
          <w:p w14:paraId="67E6A630" w14:textId="77777777" w:rsidR="00601AB0" w:rsidRDefault="00601AB0">
            <w:r>
              <w:rPr>
                <w:sz w:val="14"/>
              </w:rPr>
              <w:t>D;E</w:t>
            </w:r>
          </w:p>
        </w:tc>
        <w:tc>
          <w:tcPr>
            <w:tcW w:w="6379" w:type="dxa"/>
          </w:tcPr>
          <w:p w14:paraId="16826964" w14:textId="77777777" w:rsidR="00601AB0" w:rsidRDefault="00601AB0">
            <w:r>
              <w:rPr>
                <w:sz w:val="14"/>
              </w:rPr>
              <w:t>Describe if and how any heterogeneity in estimates of model parameter values and model performance was handled and quantified across clusters</w:t>
            </w:r>
          </w:p>
        </w:tc>
        <w:tc>
          <w:tcPr>
            <w:tcW w:w="1559" w:type="dxa"/>
          </w:tcPr>
          <w:p w14:paraId="2411CEA9" w14:textId="77777777" w:rsidR="00601AB0" w:rsidRDefault="00601AB0">
            <w:r>
              <w:rPr>
                <w:sz w:val="14"/>
              </w:rPr>
              <w:t>8</w:t>
            </w:r>
          </w:p>
        </w:tc>
      </w:tr>
      <w:tr w:rsidR="00601AB0" w14:paraId="0C0D35DA" w14:textId="77777777" w:rsidTr="00601AB0">
        <w:tc>
          <w:tcPr>
            <w:tcW w:w="1634" w:type="dxa"/>
          </w:tcPr>
          <w:p w14:paraId="781FA2FE" w14:textId="77777777" w:rsidR="00601AB0" w:rsidRDefault="00601AB0">
            <w:r>
              <w:rPr>
                <w:sz w:val="14"/>
              </w:rPr>
              <w:t>METHODS</w:t>
            </w:r>
            <w:r>
              <w:rPr>
                <w:sz w:val="14"/>
              </w:rPr>
              <w:br/>
              <w:t>Analytical methods</w:t>
            </w:r>
          </w:p>
        </w:tc>
        <w:tc>
          <w:tcPr>
            <w:tcW w:w="558" w:type="dxa"/>
          </w:tcPr>
          <w:p w14:paraId="70BCF09E" w14:textId="77777777" w:rsidR="00601AB0" w:rsidRDefault="00601AB0">
            <w:r>
              <w:rPr>
                <w:sz w:val="14"/>
              </w:rPr>
              <w:t>12e</w:t>
            </w:r>
          </w:p>
        </w:tc>
        <w:tc>
          <w:tcPr>
            <w:tcW w:w="893" w:type="dxa"/>
          </w:tcPr>
          <w:p w14:paraId="1B67D177" w14:textId="77777777" w:rsidR="00601AB0" w:rsidRDefault="00601AB0">
            <w:r>
              <w:rPr>
                <w:sz w:val="14"/>
              </w:rPr>
              <w:t>D;E</w:t>
            </w:r>
          </w:p>
        </w:tc>
        <w:tc>
          <w:tcPr>
            <w:tcW w:w="6379" w:type="dxa"/>
          </w:tcPr>
          <w:p w14:paraId="78DB83A4" w14:textId="77777777" w:rsidR="00601AB0" w:rsidRDefault="00601AB0">
            <w:r>
              <w:rPr>
                <w:sz w:val="14"/>
              </w:rPr>
              <w:t>Specify all measures and plots used to evaluate model performance and, if relevant, to compare multiple models</w:t>
            </w:r>
          </w:p>
        </w:tc>
        <w:tc>
          <w:tcPr>
            <w:tcW w:w="1559" w:type="dxa"/>
          </w:tcPr>
          <w:p w14:paraId="18561A60" w14:textId="77777777" w:rsidR="00601AB0" w:rsidRDefault="00601AB0">
            <w:r>
              <w:rPr>
                <w:sz w:val="14"/>
              </w:rPr>
              <w:t>9-12, 30</w:t>
            </w:r>
          </w:p>
        </w:tc>
      </w:tr>
      <w:tr w:rsidR="00601AB0" w14:paraId="04745C6D" w14:textId="77777777" w:rsidTr="00601AB0">
        <w:tc>
          <w:tcPr>
            <w:tcW w:w="1634" w:type="dxa"/>
          </w:tcPr>
          <w:p w14:paraId="71D7B519" w14:textId="77777777" w:rsidR="00601AB0" w:rsidRDefault="00601AB0">
            <w:r>
              <w:rPr>
                <w:sz w:val="14"/>
              </w:rPr>
              <w:t>METHODS</w:t>
            </w:r>
            <w:r>
              <w:rPr>
                <w:sz w:val="14"/>
              </w:rPr>
              <w:br/>
              <w:t>Analytical methods</w:t>
            </w:r>
          </w:p>
        </w:tc>
        <w:tc>
          <w:tcPr>
            <w:tcW w:w="558" w:type="dxa"/>
          </w:tcPr>
          <w:p w14:paraId="7B4B762A" w14:textId="77777777" w:rsidR="00601AB0" w:rsidRDefault="00601AB0">
            <w:r>
              <w:rPr>
                <w:sz w:val="14"/>
              </w:rPr>
              <w:t>12f</w:t>
            </w:r>
          </w:p>
        </w:tc>
        <w:tc>
          <w:tcPr>
            <w:tcW w:w="893" w:type="dxa"/>
          </w:tcPr>
          <w:p w14:paraId="190133A7" w14:textId="77777777" w:rsidR="00601AB0" w:rsidRDefault="00601AB0">
            <w:r>
              <w:rPr>
                <w:sz w:val="14"/>
              </w:rPr>
              <w:t>E</w:t>
            </w:r>
          </w:p>
        </w:tc>
        <w:tc>
          <w:tcPr>
            <w:tcW w:w="6379" w:type="dxa"/>
          </w:tcPr>
          <w:p w14:paraId="5E275406" w14:textId="77777777" w:rsidR="00601AB0" w:rsidRDefault="00601AB0">
            <w:r>
              <w:rPr>
                <w:sz w:val="14"/>
              </w:rPr>
              <w:t>Describe any model updating arising from the model evaluation</w:t>
            </w:r>
          </w:p>
        </w:tc>
        <w:tc>
          <w:tcPr>
            <w:tcW w:w="1559" w:type="dxa"/>
          </w:tcPr>
          <w:p w14:paraId="25CF5986" w14:textId="77777777" w:rsidR="00601AB0" w:rsidRDefault="00601AB0">
            <w:r>
              <w:rPr>
                <w:sz w:val="14"/>
              </w:rPr>
              <w:t>Not applicable</w:t>
            </w:r>
          </w:p>
        </w:tc>
      </w:tr>
      <w:tr w:rsidR="00601AB0" w14:paraId="02586E4D" w14:textId="77777777" w:rsidTr="00601AB0">
        <w:tc>
          <w:tcPr>
            <w:tcW w:w="1634" w:type="dxa"/>
          </w:tcPr>
          <w:p w14:paraId="7F0A61E3" w14:textId="77777777" w:rsidR="00601AB0" w:rsidRDefault="00601AB0">
            <w:r>
              <w:rPr>
                <w:sz w:val="14"/>
              </w:rPr>
              <w:t>METHODS</w:t>
            </w:r>
            <w:r>
              <w:rPr>
                <w:sz w:val="14"/>
              </w:rPr>
              <w:br/>
              <w:t>Analytical methods</w:t>
            </w:r>
          </w:p>
        </w:tc>
        <w:tc>
          <w:tcPr>
            <w:tcW w:w="558" w:type="dxa"/>
          </w:tcPr>
          <w:p w14:paraId="4C5A4CAE" w14:textId="77777777" w:rsidR="00601AB0" w:rsidRDefault="00601AB0">
            <w:r>
              <w:rPr>
                <w:sz w:val="14"/>
              </w:rPr>
              <w:t>12g</w:t>
            </w:r>
          </w:p>
        </w:tc>
        <w:tc>
          <w:tcPr>
            <w:tcW w:w="893" w:type="dxa"/>
          </w:tcPr>
          <w:p w14:paraId="3F3C9BEF" w14:textId="77777777" w:rsidR="00601AB0" w:rsidRDefault="00601AB0">
            <w:r>
              <w:rPr>
                <w:sz w:val="14"/>
              </w:rPr>
              <w:t>E</w:t>
            </w:r>
          </w:p>
        </w:tc>
        <w:tc>
          <w:tcPr>
            <w:tcW w:w="6379" w:type="dxa"/>
          </w:tcPr>
          <w:p w14:paraId="1336E8CF" w14:textId="77777777" w:rsidR="00601AB0" w:rsidRDefault="00601AB0">
            <w:r>
              <w:rPr>
                <w:sz w:val="14"/>
              </w:rPr>
              <w:t>For model evaluation, describe how the model predictions were calculated</w:t>
            </w:r>
          </w:p>
        </w:tc>
        <w:tc>
          <w:tcPr>
            <w:tcW w:w="1559" w:type="dxa"/>
          </w:tcPr>
          <w:p w14:paraId="3C8DFD87" w14:textId="77777777" w:rsidR="00601AB0" w:rsidRDefault="00601AB0">
            <w:r>
              <w:rPr>
                <w:sz w:val="14"/>
              </w:rPr>
              <w:t>Partially reported: 8-9</w:t>
            </w:r>
          </w:p>
        </w:tc>
      </w:tr>
      <w:tr w:rsidR="00601AB0" w14:paraId="2EDFFB56" w14:textId="77777777" w:rsidTr="00601AB0">
        <w:tc>
          <w:tcPr>
            <w:tcW w:w="1634" w:type="dxa"/>
          </w:tcPr>
          <w:p w14:paraId="158C3E77" w14:textId="77777777" w:rsidR="00601AB0" w:rsidRDefault="00601AB0">
            <w:r>
              <w:rPr>
                <w:sz w:val="14"/>
              </w:rPr>
              <w:t>METHODS</w:t>
            </w:r>
            <w:r>
              <w:rPr>
                <w:sz w:val="14"/>
              </w:rPr>
              <w:br/>
              <w:t>Class imbalance</w:t>
            </w:r>
          </w:p>
        </w:tc>
        <w:tc>
          <w:tcPr>
            <w:tcW w:w="558" w:type="dxa"/>
          </w:tcPr>
          <w:p w14:paraId="40452171" w14:textId="77777777" w:rsidR="00601AB0" w:rsidRDefault="00601AB0">
            <w:r>
              <w:rPr>
                <w:sz w:val="14"/>
              </w:rPr>
              <w:t>13</w:t>
            </w:r>
          </w:p>
        </w:tc>
        <w:tc>
          <w:tcPr>
            <w:tcW w:w="893" w:type="dxa"/>
          </w:tcPr>
          <w:p w14:paraId="3720BE19" w14:textId="77777777" w:rsidR="00601AB0" w:rsidRDefault="00601AB0">
            <w:r>
              <w:rPr>
                <w:sz w:val="14"/>
              </w:rPr>
              <w:t>D;E</w:t>
            </w:r>
          </w:p>
        </w:tc>
        <w:tc>
          <w:tcPr>
            <w:tcW w:w="6379" w:type="dxa"/>
          </w:tcPr>
          <w:p w14:paraId="7E299AF2" w14:textId="77777777" w:rsidR="00601AB0" w:rsidRDefault="00601AB0">
            <w:r>
              <w:rPr>
                <w:sz w:val="14"/>
              </w:rPr>
              <w:t>If class imbalance methods were used, state why and how this was done, and any subsequent methods to recalibrate the model or predictions</w:t>
            </w:r>
          </w:p>
        </w:tc>
        <w:tc>
          <w:tcPr>
            <w:tcW w:w="1559" w:type="dxa"/>
          </w:tcPr>
          <w:p w14:paraId="1D2A3C43" w14:textId="77777777" w:rsidR="00601AB0" w:rsidRDefault="00601AB0">
            <w:r>
              <w:rPr>
                <w:sz w:val="14"/>
              </w:rPr>
              <w:t>8</w:t>
            </w:r>
          </w:p>
        </w:tc>
      </w:tr>
      <w:tr w:rsidR="00601AB0" w14:paraId="286AF61C" w14:textId="77777777" w:rsidTr="00601AB0">
        <w:tc>
          <w:tcPr>
            <w:tcW w:w="1634" w:type="dxa"/>
          </w:tcPr>
          <w:p w14:paraId="61B9D4B4" w14:textId="77777777" w:rsidR="00601AB0" w:rsidRDefault="00601AB0">
            <w:r>
              <w:rPr>
                <w:sz w:val="14"/>
              </w:rPr>
              <w:t>METHODS</w:t>
            </w:r>
            <w:r>
              <w:rPr>
                <w:sz w:val="14"/>
              </w:rPr>
              <w:br/>
              <w:t>Fairness</w:t>
            </w:r>
          </w:p>
        </w:tc>
        <w:tc>
          <w:tcPr>
            <w:tcW w:w="558" w:type="dxa"/>
          </w:tcPr>
          <w:p w14:paraId="3121DBA7" w14:textId="77777777" w:rsidR="00601AB0" w:rsidRDefault="00601AB0">
            <w:r>
              <w:rPr>
                <w:sz w:val="14"/>
              </w:rPr>
              <w:t>14</w:t>
            </w:r>
          </w:p>
        </w:tc>
        <w:tc>
          <w:tcPr>
            <w:tcW w:w="893" w:type="dxa"/>
          </w:tcPr>
          <w:p w14:paraId="7AF45C79" w14:textId="77777777" w:rsidR="00601AB0" w:rsidRDefault="00601AB0">
            <w:r>
              <w:rPr>
                <w:sz w:val="14"/>
              </w:rPr>
              <w:t>D;E</w:t>
            </w:r>
          </w:p>
        </w:tc>
        <w:tc>
          <w:tcPr>
            <w:tcW w:w="6379" w:type="dxa"/>
          </w:tcPr>
          <w:p w14:paraId="0B8C80C0" w14:textId="77777777" w:rsidR="00601AB0" w:rsidRDefault="00601AB0">
            <w:r>
              <w:rPr>
                <w:sz w:val="14"/>
              </w:rPr>
              <w:t>Describe any approaches used to address model fairness and their rationale</w:t>
            </w:r>
          </w:p>
        </w:tc>
        <w:tc>
          <w:tcPr>
            <w:tcW w:w="1559" w:type="dxa"/>
          </w:tcPr>
          <w:p w14:paraId="283403B8" w14:textId="77777777" w:rsidR="00601AB0" w:rsidRDefault="00601AB0">
            <w:r>
              <w:rPr>
                <w:sz w:val="14"/>
              </w:rPr>
              <w:t>Not reported</w:t>
            </w:r>
          </w:p>
        </w:tc>
      </w:tr>
      <w:tr w:rsidR="00601AB0" w14:paraId="4DC008B5" w14:textId="77777777" w:rsidTr="00601AB0">
        <w:tc>
          <w:tcPr>
            <w:tcW w:w="1634" w:type="dxa"/>
          </w:tcPr>
          <w:p w14:paraId="2A704632" w14:textId="77777777" w:rsidR="00601AB0" w:rsidRDefault="00601AB0">
            <w:r>
              <w:rPr>
                <w:sz w:val="14"/>
              </w:rPr>
              <w:t>METHODS</w:t>
            </w:r>
            <w:r>
              <w:rPr>
                <w:sz w:val="14"/>
              </w:rPr>
              <w:br/>
              <w:t>Model output</w:t>
            </w:r>
          </w:p>
        </w:tc>
        <w:tc>
          <w:tcPr>
            <w:tcW w:w="558" w:type="dxa"/>
          </w:tcPr>
          <w:p w14:paraId="3041C495" w14:textId="77777777" w:rsidR="00601AB0" w:rsidRDefault="00601AB0">
            <w:r>
              <w:rPr>
                <w:sz w:val="14"/>
              </w:rPr>
              <w:t>15</w:t>
            </w:r>
          </w:p>
        </w:tc>
        <w:tc>
          <w:tcPr>
            <w:tcW w:w="893" w:type="dxa"/>
          </w:tcPr>
          <w:p w14:paraId="661F487E" w14:textId="77777777" w:rsidR="00601AB0" w:rsidRDefault="00601AB0">
            <w:r>
              <w:rPr>
                <w:sz w:val="14"/>
              </w:rPr>
              <w:t>D</w:t>
            </w:r>
          </w:p>
        </w:tc>
        <w:tc>
          <w:tcPr>
            <w:tcW w:w="6379" w:type="dxa"/>
          </w:tcPr>
          <w:p w14:paraId="592CE4BC" w14:textId="77777777" w:rsidR="00601AB0" w:rsidRDefault="00601AB0">
            <w:r>
              <w:rPr>
                <w:sz w:val="14"/>
              </w:rPr>
              <w:t>Specify the output of the prediction model. Provide details and rationale for any classification and how thresholds were identified</w:t>
            </w:r>
          </w:p>
        </w:tc>
        <w:tc>
          <w:tcPr>
            <w:tcW w:w="1559" w:type="dxa"/>
          </w:tcPr>
          <w:p w14:paraId="2A4FEDC5" w14:textId="707D073C" w:rsidR="00601AB0" w:rsidRDefault="00601AB0">
            <w:r>
              <w:rPr>
                <w:sz w:val="14"/>
              </w:rPr>
              <w:t xml:space="preserve">Partially reported: 9, 29, Additional file </w:t>
            </w:r>
            <w:r w:rsidR="00483B1A">
              <w:rPr>
                <w:sz w:val="14"/>
              </w:rPr>
              <w:t>7</w:t>
            </w:r>
          </w:p>
        </w:tc>
      </w:tr>
      <w:tr w:rsidR="00601AB0" w14:paraId="269B4E5E" w14:textId="77777777" w:rsidTr="00601AB0">
        <w:tc>
          <w:tcPr>
            <w:tcW w:w="1634" w:type="dxa"/>
          </w:tcPr>
          <w:p w14:paraId="5B1AEB68" w14:textId="77777777" w:rsidR="00601AB0" w:rsidRDefault="00601AB0">
            <w:r>
              <w:rPr>
                <w:sz w:val="14"/>
              </w:rPr>
              <w:t>METHODS</w:t>
            </w:r>
            <w:r>
              <w:rPr>
                <w:sz w:val="14"/>
              </w:rPr>
              <w:br/>
              <w:t>Training versus evaluation</w:t>
            </w:r>
          </w:p>
        </w:tc>
        <w:tc>
          <w:tcPr>
            <w:tcW w:w="558" w:type="dxa"/>
          </w:tcPr>
          <w:p w14:paraId="32C5E4F3" w14:textId="77777777" w:rsidR="00601AB0" w:rsidRDefault="00601AB0">
            <w:r>
              <w:rPr>
                <w:sz w:val="14"/>
              </w:rPr>
              <w:t>16</w:t>
            </w:r>
          </w:p>
        </w:tc>
        <w:tc>
          <w:tcPr>
            <w:tcW w:w="893" w:type="dxa"/>
          </w:tcPr>
          <w:p w14:paraId="6CED14E4" w14:textId="77777777" w:rsidR="00601AB0" w:rsidRDefault="00601AB0">
            <w:r>
              <w:rPr>
                <w:sz w:val="14"/>
              </w:rPr>
              <w:t>D;E</w:t>
            </w:r>
          </w:p>
        </w:tc>
        <w:tc>
          <w:tcPr>
            <w:tcW w:w="6379" w:type="dxa"/>
          </w:tcPr>
          <w:p w14:paraId="5E476E21" w14:textId="77777777" w:rsidR="00601AB0" w:rsidRDefault="00601AB0">
            <w:r>
              <w:rPr>
                <w:sz w:val="14"/>
              </w:rPr>
              <w:t>Identify any differences between the development and evaluation data in healthcare setting, eligibility criteria, outcome, and predictors</w:t>
            </w:r>
          </w:p>
        </w:tc>
        <w:tc>
          <w:tcPr>
            <w:tcW w:w="1559" w:type="dxa"/>
          </w:tcPr>
          <w:p w14:paraId="7558D934" w14:textId="77777777" w:rsidR="00601AB0" w:rsidRDefault="00601AB0">
            <w:r>
              <w:rPr>
                <w:sz w:val="14"/>
              </w:rPr>
              <w:t>7-8</w:t>
            </w:r>
          </w:p>
        </w:tc>
      </w:tr>
      <w:tr w:rsidR="00601AB0" w14:paraId="59BF0764" w14:textId="77777777" w:rsidTr="00601AB0">
        <w:tc>
          <w:tcPr>
            <w:tcW w:w="1634" w:type="dxa"/>
          </w:tcPr>
          <w:p w14:paraId="2F1A23D2" w14:textId="77777777" w:rsidR="00601AB0" w:rsidRDefault="00601AB0">
            <w:r>
              <w:rPr>
                <w:sz w:val="14"/>
              </w:rPr>
              <w:t>METHODS</w:t>
            </w:r>
            <w:r>
              <w:rPr>
                <w:sz w:val="14"/>
              </w:rPr>
              <w:br/>
              <w:t>Ethical approval</w:t>
            </w:r>
          </w:p>
        </w:tc>
        <w:tc>
          <w:tcPr>
            <w:tcW w:w="558" w:type="dxa"/>
          </w:tcPr>
          <w:p w14:paraId="18DD078F" w14:textId="77777777" w:rsidR="00601AB0" w:rsidRDefault="00601AB0">
            <w:r>
              <w:rPr>
                <w:sz w:val="14"/>
              </w:rPr>
              <w:t>17</w:t>
            </w:r>
          </w:p>
        </w:tc>
        <w:tc>
          <w:tcPr>
            <w:tcW w:w="893" w:type="dxa"/>
          </w:tcPr>
          <w:p w14:paraId="7277AB60" w14:textId="77777777" w:rsidR="00601AB0" w:rsidRDefault="00601AB0">
            <w:r>
              <w:rPr>
                <w:sz w:val="14"/>
              </w:rPr>
              <w:t>D;E</w:t>
            </w:r>
          </w:p>
        </w:tc>
        <w:tc>
          <w:tcPr>
            <w:tcW w:w="6379" w:type="dxa"/>
          </w:tcPr>
          <w:p w14:paraId="73F66514" w14:textId="77777777" w:rsidR="00601AB0" w:rsidRDefault="00601AB0">
            <w:r>
              <w:rPr>
                <w:sz w:val="14"/>
              </w:rPr>
              <w:t>Name the institutional research board or ethics committee that approved the study and describe participant informed consent or waiver</w:t>
            </w:r>
          </w:p>
        </w:tc>
        <w:tc>
          <w:tcPr>
            <w:tcW w:w="1559" w:type="dxa"/>
          </w:tcPr>
          <w:p w14:paraId="4E909CFC" w14:textId="77777777" w:rsidR="00601AB0" w:rsidRDefault="00601AB0">
            <w:r>
              <w:rPr>
                <w:sz w:val="14"/>
              </w:rPr>
              <w:t>19</w:t>
            </w:r>
          </w:p>
        </w:tc>
      </w:tr>
      <w:tr w:rsidR="00601AB0" w14:paraId="47D7D955" w14:textId="77777777" w:rsidTr="00601AB0">
        <w:tc>
          <w:tcPr>
            <w:tcW w:w="1634" w:type="dxa"/>
          </w:tcPr>
          <w:p w14:paraId="108B631E" w14:textId="77777777" w:rsidR="00601AB0" w:rsidRDefault="00601AB0">
            <w:r>
              <w:rPr>
                <w:sz w:val="14"/>
              </w:rPr>
              <w:t>OPEN SCIENCE</w:t>
            </w:r>
            <w:r>
              <w:rPr>
                <w:sz w:val="14"/>
              </w:rPr>
              <w:br/>
              <w:t>Funding</w:t>
            </w:r>
          </w:p>
        </w:tc>
        <w:tc>
          <w:tcPr>
            <w:tcW w:w="558" w:type="dxa"/>
          </w:tcPr>
          <w:p w14:paraId="4E663CEE" w14:textId="77777777" w:rsidR="00601AB0" w:rsidRDefault="00601AB0">
            <w:r>
              <w:rPr>
                <w:sz w:val="14"/>
              </w:rPr>
              <w:t>18a</w:t>
            </w:r>
          </w:p>
        </w:tc>
        <w:tc>
          <w:tcPr>
            <w:tcW w:w="893" w:type="dxa"/>
          </w:tcPr>
          <w:p w14:paraId="433C57CB" w14:textId="77777777" w:rsidR="00601AB0" w:rsidRDefault="00601AB0">
            <w:r>
              <w:rPr>
                <w:sz w:val="14"/>
              </w:rPr>
              <w:t>D;E</w:t>
            </w:r>
          </w:p>
        </w:tc>
        <w:tc>
          <w:tcPr>
            <w:tcW w:w="6379" w:type="dxa"/>
          </w:tcPr>
          <w:p w14:paraId="7D00DEB5" w14:textId="77777777" w:rsidR="00601AB0" w:rsidRDefault="00601AB0">
            <w:r>
              <w:rPr>
                <w:sz w:val="14"/>
              </w:rPr>
              <w:t>Give the source of funding and the role of the funders for the present study</w:t>
            </w:r>
          </w:p>
        </w:tc>
        <w:tc>
          <w:tcPr>
            <w:tcW w:w="1559" w:type="dxa"/>
          </w:tcPr>
          <w:p w14:paraId="256CCF66" w14:textId="77777777" w:rsidR="00601AB0" w:rsidRDefault="00601AB0">
            <w:r>
              <w:rPr>
                <w:sz w:val="14"/>
              </w:rPr>
              <w:t>20</w:t>
            </w:r>
          </w:p>
        </w:tc>
      </w:tr>
      <w:tr w:rsidR="00601AB0" w14:paraId="4E96FF01" w14:textId="77777777" w:rsidTr="00601AB0">
        <w:tc>
          <w:tcPr>
            <w:tcW w:w="1634" w:type="dxa"/>
          </w:tcPr>
          <w:p w14:paraId="3EB964D3" w14:textId="77777777" w:rsidR="00601AB0" w:rsidRDefault="00601AB0">
            <w:r>
              <w:rPr>
                <w:sz w:val="14"/>
              </w:rPr>
              <w:t>OPEN SCIENCE</w:t>
            </w:r>
            <w:r>
              <w:rPr>
                <w:sz w:val="14"/>
              </w:rPr>
              <w:br/>
              <w:t>Conflicts of interest</w:t>
            </w:r>
          </w:p>
        </w:tc>
        <w:tc>
          <w:tcPr>
            <w:tcW w:w="558" w:type="dxa"/>
          </w:tcPr>
          <w:p w14:paraId="695DCF69" w14:textId="77777777" w:rsidR="00601AB0" w:rsidRDefault="00601AB0">
            <w:r>
              <w:rPr>
                <w:sz w:val="14"/>
              </w:rPr>
              <w:t>18b</w:t>
            </w:r>
          </w:p>
        </w:tc>
        <w:tc>
          <w:tcPr>
            <w:tcW w:w="893" w:type="dxa"/>
          </w:tcPr>
          <w:p w14:paraId="4EEAEA67" w14:textId="77777777" w:rsidR="00601AB0" w:rsidRDefault="00601AB0">
            <w:r>
              <w:rPr>
                <w:sz w:val="14"/>
              </w:rPr>
              <w:t>D;E</w:t>
            </w:r>
          </w:p>
        </w:tc>
        <w:tc>
          <w:tcPr>
            <w:tcW w:w="6379" w:type="dxa"/>
          </w:tcPr>
          <w:p w14:paraId="252F438B" w14:textId="77777777" w:rsidR="00601AB0" w:rsidRDefault="00601AB0">
            <w:r>
              <w:rPr>
                <w:sz w:val="14"/>
              </w:rPr>
              <w:t>Declare any conflicts of interest and financial disclosures for all authors</w:t>
            </w:r>
          </w:p>
        </w:tc>
        <w:tc>
          <w:tcPr>
            <w:tcW w:w="1559" w:type="dxa"/>
          </w:tcPr>
          <w:p w14:paraId="213EE1F9" w14:textId="77777777" w:rsidR="00601AB0" w:rsidRDefault="00601AB0">
            <w:r>
              <w:rPr>
                <w:sz w:val="14"/>
              </w:rPr>
              <w:t>19</w:t>
            </w:r>
          </w:p>
        </w:tc>
      </w:tr>
      <w:tr w:rsidR="00601AB0" w14:paraId="18FFFF47" w14:textId="77777777" w:rsidTr="00601AB0">
        <w:tc>
          <w:tcPr>
            <w:tcW w:w="1634" w:type="dxa"/>
          </w:tcPr>
          <w:p w14:paraId="11C1A694" w14:textId="77777777" w:rsidR="00601AB0" w:rsidRDefault="00601AB0">
            <w:r>
              <w:rPr>
                <w:sz w:val="14"/>
              </w:rPr>
              <w:t>OPEN SCIENCE</w:t>
            </w:r>
            <w:r>
              <w:rPr>
                <w:sz w:val="14"/>
              </w:rPr>
              <w:br/>
              <w:t>Protocol</w:t>
            </w:r>
          </w:p>
        </w:tc>
        <w:tc>
          <w:tcPr>
            <w:tcW w:w="558" w:type="dxa"/>
          </w:tcPr>
          <w:p w14:paraId="4D202DBE" w14:textId="77777777" w:rsidR="00601AB0" w:rsidRDefault="00601AB0">
            <w:r>
              <w:rPr>
                <w:sz w:val="14"/>
              </w:rPr>
              <w:t>18c</w:t>
            </w:r>
          </w:p>
        </w:tc>
        <w:tc>
          <w:tcPr>
            <w:tcW w:w="893" w:type="dxa"/>
          </w:tcPr>
          <w:p w14:paraId="6687B1C8" w14:textId="77777777" w:rsidR="00601AB0" w:rsidRDefault="00601AB0">
            <w:r>
              <w:rPr>
                <w:sz w:val="14"/>
              </w:rPr>
              <w:t>D;E</w:t>
            </w:r>
          </w:p>
        </w:tc>
        <w:tc>
          <w:tcPr>
            <w:tcW w:w="6379" w:type="dxa"/>
          </w:tcPr>
          <w:p w14:paraId="7EBC24BD" w14:textId="77777777" w:rsidR="00601AB0" w:rsidRDefault="00601AB0">
            <w:r>
              <w:rPr>
                <w:sz w:val="14"/>
              </w:rPr>
              <w:t>Indicate where the study protocol can be accessed or state that a protocol was not prepared</w:t>
            </w:r>
          </w:p>
        </w:tc>
        <w:tc>
          <w:tcPr>
            <w:tcW w:w="1559" w:type="dxa"/>
          </w:tcPr>
          <w:p w14:paraId="12DA53C2" w14:textId="1063BC8F" w:rsidR="00601AB0" w:rsidRDefault="00601AB0">
            <w:r>
              <w:rPr>
                <w:sz w:val="14"/>
              </w:rPr>
              <w:t>Not applicable</w:t>
            </w:r>
          </w:p>
        </w:tc>
      </w:tr>
      <w:tr w:rsidR="00601AB0" w14:paraId="1E24195C" w14:textId="77777777" w:rsidTr="00601AB0">
        <w:tc>
          <w:tcPr>
            <w:tcW w:w="1634" w:type="dxa"/>
          </w:tcPr>
          <w:p w14:paraId="2FF10236" w14:textId="77777777" w:rsidR="00601AB0" w:rsidRDefault="00601AB0">
            <w:r>
              <w:rPr>
                <w:sz w:val="14"/>
              </w:rPr>
              <w:t>OPEN SCIENCE</w:t>
            </w:r>
            <w:r>
              <w:rPr>
                <w:sz w:val="14"/>
              </w:rPr>
              <w:br/>
              <w:t>Registration</w:t>
            </w:r>
          </w:p>
        </w:tc>
        <w:tc>
          <w:tcPr>
            <w:tcW w:w="558" w:type="dxa"/>
          </w:tcPr>
          <w:p w14:paraId="4BEEAD08" w14:textId="77777777" w:rsidR="00601AB0" w:rsidRDefault="00601AB0">
            <w:r>
              <w:rPr>
                <w:sz w:val="14"/>
              </w:rPr>
              <w:t>18d</w:t>
            </w:r>
          </w:p>
        </w:tc>
        <w:tc>
          <w:tcPr>
            <w:tcW w:w="893" w:type="dxa"/>
          </w:tcPr>
          <w:p w14:paraId="1E70D676" w14:textId="77777777" w:rsidR="00601AB0" w:rsidRDefault="00601AB0">
            <w:r>
              <w:rPr>
                <w:sz w:val="14"/>
              </w:rPr>
              <w:t>D;E</w:t>
            </w:r>
          </w:p>
        </w:tc>
        <w:tc>
          <w:tcPr>
            <w:tcW w:w="6379" w:type="dxa"/>
          </w:tcPr>
          <w:p w14:paraId="69E03C70" w14:textId="77777777" w:rsidR="00601AB0" w:rsidRDefault="00601AB0">
            <w:r>
              <w:rPr>
                <w:sz w:val="14"/>
              </w:rPr>
              <w:t>Provide registration information for the study, including register name and registration number, or state that the study was not registered</w:t>
            </w:r>
          </w:p>
        </w:tc>
        <w:tc>
          <w:tcPr>
            <w:tcW w:w="1559" w:type="dxa"/>
          </w:tcPr>
          <w:p w14:paraId="5A7B9124" w14:textId="2D9FD533" w:rsidR="00601AB0" w:rsidRDefault="00601AB0">
            <w:r>
              <w:rPr>
                <w:sz w:val="14"/>
              </w:rPr>
              <w:t>Not applicable</w:t>
            </w:r>
          </w:p>
        </w:tc>
      </w:tr>
      <w:tr w:rsidR="00601AB0" w14:paraId="10C137FA" w14:textId="77777777" w:rsidTr="00601AB0">
        <w:tc>
          <w:tcPr>
            <w:tcW w:w="1634" w:type="dxa"/>
          </w:tcPr>
          <w:p w14:paraId="69ED99EA" w14:textId="77777777" w:rsidR="00601AB0" w:rsidRDefault="00601AB0">
            <w:r>
              <w:rPr>
                <w:sz w:val="14"/>
              </w:rPr>
              <w:t>OPEN SCIENCE</w:t>
            </w:r>
            <w:r>
              <w:rPr>
                <w:sz w:val="14"/>
              </w:rPr>
              <w:br/>
              <w:t>Data sharing</w:t>
            </w:r>
          </w:p>
        </w:tc>
        <w:tc>
          <w:tcPr>
            <w:tcW w:w="558" w:type="dxa"/>
          </w:tcPr>
          <w:p w14:paraId="5B368863" w14:textId="77777777" w:rsidR="00601AB0" w:rsidRDefault="00601AB0">
            <w:r>
              <w:rPr>
                <w:sz w:val="14"/>
              </w:rPr>
              <w:t>18e</w:t>
            </w:r>
          </w:p>
        </w:tc>
        <w:tc>
          <w:tcPr>
            <w:tcW w:w="893" w:type="dxa"/>
          </w:tcPr>
          <w:p w14:paraId="561B2AC2" w14:textId="77777777" w:rsidR="00601AB0" w:rsidRDefault="00601AB0">
            <w:r>
              <w:rPr>
                <w:sz w:val="14"/>
              </w:rPr>
              <w:t>D;E</w:t>
            </w:r>
          </w:p>
        </w:tc>
        <w:tc>
          <w:tcPr>
            <w:tcW w:w="6379" w:type="dxa"/>
          </w:tcPr>
          <w:p w14:paraId="6B444AC9" w14:textId="77777777" w:rsidR="00601AB0" w:rsidRDefault="00601AB0">
            <w:r>
              <w:rPr>
                <w:sz w:val="14"/>
              </w:rPr>
              <w:t>Provide details of the availability of the study data</w:t>
            </w:r>
          </w:p>
        </w:tc>
        <w:tc>
          <w:tcPr>
            <w:tcW w:w="1559" w:type="dxa"/>
          </w:tcPr>
          <w:p w14:paraId="35F5F9F4" w14:textId="77777777" w:rsidR="00601AB0" w:rsidRDefault="00601AB0">
            <w:r>
              <w:rPr>
                <w:sz w:val="14"/>
              </w:rPr>
              <w:t>19</w:t>
            </w:r>
          </w:p>
        </w:tc>
      </w:tr>
      <w:tr w:rsidR="00601AB0" w14:paraId="5B9B16FD" w14:textId="77777777" w:rsidTr="00601AB0">
        <w:tc>
          <w:tcPr>
            <w:tcW w:w="1634" w:type="dxa"/>
          </w:tcPr>
          <w:p w14:paraId="5F8D39D3" w14:textId="77777777" w:rsidR="00601AB0" w:rsidRDefault="00601AB0">
            <w:r>
              <w:rPr>
                <w:sz w:val="14"/>
              </w:rPr>
              <w:t>OPEN SCIENCE</w:t>
            </w:r>
            <w:r>
              <w:rPr>
                <w:sz w:val="14"/>
              </w:rPr>
              <w:br/>
              <w:t>Code sharing</w:t>
            </w:r>
          </w:p>
        </w:tc>
        <w:tc>
          <w:tcPr>
            <w:tcW w:w="558" w:type="dxa"/>
          </w:tcPr>
          <w:p w14:paraId="47F042D9" w14:textId="77777777" w:rsidR="00601AB0" w:rsidRDefault="00601AB0">
            <w:r>
              <w:rPr>
                <w:sz w:val="14"/>
              </w:rPr>
              <w:t>18f</w:t>
            </w:r>
          </w:p>
        </w:tc>
        <w:tc>
          <w:tcPr>
            <w:tcW w:w="893" w:type="dxa"/>
          </w:tcPr>
          <w:p w14:paraId="67414796" w14:textId="77777777" w:rsidR="00601AB0" w:rsidRDefault="00601AB0">
            <w:r>
              <w:rPr>
                <w:sz w:val="14"/>
              </w:rPr>
              <w:t>D;E</w:t>
            </w:r>
          </w:p>
        </w:tc>
        <w:tc>
          <w:tcPr>
            <w:tcW w:w="6379" w:type="dxa"/>
          </w:tcPr>
          <w:p w14:paraId="4E642DA4" w14:textId="77777777" w:rsidR="00601AB0" w:rsidRDefault="00601AB0">
            <w:r>
              <w:rPr>
                <w:sz w:val="14"/>
              </w:rPr>
              <w:t>Provide details of the availability of the analytical code</w:t>
            </w:r>
          </w:p>
        </w:tc>
        <w:tc>
          <w:tcPr>
            <w:tcW w:w="1559" w:type="dxa"/>
          </w:tcPr>
          <w:p w14:paraId="7437D8D9" w14:textId="77777777" w:rsidR="00601AB0" w:rsidRDefault="00601AB0">
            <w:r>
              <w:rPr>
                <w:sz w:val="14"/>
              </w:rPr>
              <w:t>19</w:t>
            </w:r>
          </w:p>
        </w:tc>
      </w:tr>
      <w:tr w:rsidR="00601AB0" w14:paraId="2A3EFB9E" w14:textId="77777777" w:rsidTr="00601AB0">
        <w:tc>
          <w:tcPr>
            <w:tcW w:w="1634" w:type="dxa"/>
          </w:tcPr>
          <w:p w14:paraId="67CDC592" w14:textId="77777777" w:rsidR="00601AB0" w:rsidRDefault="00601AB0">
            <w:r>
              <w:rPr>
                <w:sz w:val="14"/>
              </w:rPr>
              <w:t>PATIENT AND PUBLIC INVOLVEMENT</w:t>
            </w:r>
            <w:r>
              <w:rPr>
                <w:sz w:val="14"/>
              </w:rPr>
              <w:br/>
            </w:r>
            <w:r>
              <w:rPr>
                <w:sz w:val="14"/>
              </w:rPr>
              <w:lastRenderedPageBreak/>
              <w:t>Patient &amp; Public Involvement</w:t>
            </w:r>
          </w:p>
        </w:tc>
        <w:tc>
          <w:tcPr>
            <w:tcW w:w="558" w:type="dxa"/>
          </w:tcPr>
          <w:p w14:paraId="5C214DD3" w14:textId="77777777" w:rsidR="00601AB0" w:rsidRDefault="00601AB0">
            <w:r>
              <w:rPr>
                <w:sz w:val="14"/>
              </w:rPr>
              <w:lastRenderedPageBreak/>
              <w:t>19</w:t>
            </w:r>
          </w:p>
        </w:tc>
        <w:tc>
          <w:tcPr>
            <w:tcW w:w="893" w:type="dxa"/>
          </w:tcPr>
          <w:p w14:paraId="04B3850D" w14:textId="77777777" w:rsidR="00601AB0" w:rsidRDefault="00601AB0">
            <w:r>
              <w:rPr>
                <w:sz w:val="14"/>
              </w:rPr>
              <w:t>D;E</w:t>
            </w:r>
          </w:p>
        </w:tc>
        <w:tc>
          <w:tcPr>
            <w:tcW w:w="6379" w:type="dxa"/>
          </w:tcPr>
          <w:p w14:paraId="7603FEB0" w14:textId="77777777" w:rsidR="00601AB0" w:rsidRDefault="00601AB0">
            <w:r>
              <w:rPr>
                <w:sz w:val="14"/>
              </w:rPr>
              <w:t>Provide details of any patient and public involvement or state no involvement</w:t>
            </w:r>
          </w:p>
        </w:tc>
        <w:tc>
          <w:tcPr>
            <w:tcW w:w="1559" w:type="dxa"/>
          </w:tcPr>
          <w:p w14:paraId="124EA445" w14:textId="3C018A0E" w:rsidR="00601AB0" w:rsidRDefault="00601AB0">
            <w:r>
              <w:rPr>
                <w:sz w:val="14"/>
              </w:rPr>
              <w:t>Not applicable</w:t>
            </w:r>
          </w:p>
        </w:tc>
      </w:tr>
      <w:tr w:rsidR="00601AB0" w14:paraId="3A260825" w14:textId="77777777" w:rsidTr="00601AB0">
        <w:tc>
          <w:tcPr>
            <w:tcW w:w="1634" w:type="dxa"/>
          </w:tcPr>
          <w:p w14:paraId="4D47992A" w14:textId="77777777" w:rsidR="00601AB0" w:rsidRDefault="00601AB0">
            <w:r>
              <w:rPr>
                <w:sz w:val="14"/>
              </w:rPr>
              <w:t>RESULTS</w:t>
            </w:r>
            <w:r>
              <w:rPr>
                <w:sz w:val="14"/>
              </w:rPr>
              <w:br/>
              <w:t>Participants</w:t>
            </w:r>
          </w:p>
        </w:tc>
        <w:tc>
          <w:tcPr>
            <w:tcW w:w="558" w:type="dxa"/>
          </w:tcPr>
          <w:p w14:paraId="4ECBC603" w14:textId="77777777" w:rsidR="00601AB0" w:rsidRDefault="00601AB0">
            <w:r>
              <w:rPr>
                <w:sz w:val="14"/>
              </w:rPr>
              <w:t>20a</w:t>
            </w:r>
          </w:p>
        </w:tc>
        <w:tc>
          <w:tcPr>
            <w:tcW w:w="893" w:type="dxa"/>
          </w:tcPr>
          <w:p w14:paraId="7A782E30" w14:textId="77777777" w:rsidR="00601AB0" w:rsidRDefault="00601AB0">
            <w:r>
              <w:rPr>
                <w:sz w:val="14"/>
              </w:rPr>
              <w:t>D;E</w:t>
            </w:r>
          </w:p>
        </w:tc>
        <w:tc>
          <w:tcPr>
            <w:tcW w:w="6379" w:type="dxa"/>
          </w:tcPr>
          <w:p w14:paraId="6F90E41E" w14:textId="77777777" w:rsidR="00601AB0" w:rsidRDefault="00601AB0">
            <w:r>
              <w:rPr>
                <w:sz w:val="14"/>
              </w:rPr>
              <w:t>Describe the flow of participants through the study, including the number with and without the outcome and, if applicable, follow-up time</w:t>
            </w:r>
          </w:p>
        </w:tc>
        <w:tc>
          <w:tcPr>
            <w:tcW w:w="1559" w:type="dxa"/>
          </w:tcPr>
          <w:p w14:paraId="248C3655" w14:textId="77777777" w:rsidR="00601AB0" w:rsidRDefault="00601AB0">
            <w:r>
              <w:rPr>
                <w:sz w:val="14"/>
              </w:rPr>
              <w:t>6, 10</w:t>
            </w:r>
          </w:p>
        </w:tc>
      </w:tr>
      <w:tr w:rsidR="00601AB0" w14:paraId="5642879C" w14:textId="77777777" w:rsidTr="00601AB0">
        <w:tc>
          <w:tcPr>
            <w:tcW w:w="1634" w:type="dxa"/>
          </w:tcPr>
          <w:p w14:paraId="60134722" w14:textId="77777777" w:rsidR="00601AB0" w:rsidRDefault="00601AB0">
            <w:r>
              <w:rPr>
                <w:sz w:val="14"/>
              </w:rPr>
              <w:t>RESULTS</w:t>
            </w:r>
            <w:r>
              <w:rPr>
                <w:sz w:val="14"/>
              </w:rPr>
              <w:br/>
              <w:t>Participants</w:t>
            </w:r>
          </w:p>
        </w:tc>
        <w:tc>
          <w:tcPr>
            <w:tcW w:w="558" w:type="dxa"/>
          </w:tcPr>
          <w:p w14:paraId="5E9CDF6E" w14:textId="77777777" w:rsidR="00601AB0" w:rsidRDefault="00601AB0">
            <w:r>
              <w:rPr>
                <w:sz w:val="14"/>
              </w:rPr>
              <w:t>20b</w:t>
            </w:r>
          </w:p>
        </w:tc>
        <w:tc>
          <w:tcPr>
            <w:tcW w:w="893" w:type="dxa"/>
          </w:tcPr>
          <w:p w14:paraId="4334775F" w14:textId="77777777" w:rsidR="00601AB0" w:rsidRDefault="00601AB0">
            <w:r>
              <w:rPr>
                <w:sz w:val="14"/>
              </w:rPr>
              <w:t>D;E</w:t>
            </w:r>
          </w:p>
        </w:tc>
        <w:tc>
          <w:tcPr>
            <w:tcW w:w="6379" w:type="dxa"/>
          </w:tcPr>
          <w:p w14:paraId="4ED44D61" w14:textId="77777777" w:rsidR="00601AB0" w:rsidRDefault="00601AB0">
            <w:r>
              <w:rPr>
                <w:sz w:val="14"/>
              </w:rPr>
              <w:t>Report participant characteristics overall and, where applicable, for each data source or setting, including key dates, predictors, number of outcome events, follow-up time, missing data, and differences across demographic groups</w:t>
            </w:r>
          </w:p>
        </w:tc>
        <w:tc>
          <w:tcPr>
            <w:tcW w:w="1559" w:type="dxa"/>
          </w:tcPr>
          <w:p w14:paraId="41A96239" w14:textId="77777777" w:rsidR="00601AB0" w:rsidRDefault="00601AB0">
            <w:r>
              <w:rPr>
                <w:sz w:val="14"/>
              </w:rPr>
              <w:t>10, 28</w:t>
            </w:r>
          </w:p>
        </w:tc>
      </w:tr>
      <w:tr w:rsidR="00601AB0" w14:paraId="40BFA96D" w14:textId="77777777" w:rsidTr="00601AB0">
        <w:tc>
          <w:tcPr>
            <w:tcW w:w="1634" w:type="dxa"/>
          </w:tcPr>
          <w:p w14:paraId="5159589E" w14:textId="77777777" w:rsidR="00601AB0" w:rsidRDefault="00601AB0">
            <w:r>
              <w:rPr>
                <w:sz w:val="14"/>
              </w:rPr>
              <w:t>RESULTS</w:t>
            </w:r>
            <w:r>
              <w:rPr>
                <w:sz w:val="14"/>
              </w:rPr>
              <w:br/>
              <w:t>Participants</w:t>
            </w:r>
          </w:p>
        </w:tc>
        <w:tc>
          <w:tcPr>
            <w:tcW w:w="558" w:type="dxa"/>
          </w:tcPr>
          <w:p w14:paraId="6BA98348" w14:textId="77777777" w:rsidR="00601AB0" w:rsidRDefault="00601AB0">
            <w:r>
              <w:rPr>
                <w:sz w:val="14"/>
              </w:rPr>
              <w:t>20c</w:t>
            </w:r>
          </w:p>
        </w:tc>
        <w:tc>
          <w:tcPr>
            <w:tcW w:w="893" w:type="dxa"/>
          </w:tcPr>
          <w:p w14:paraId="611E51D9" w14:textId="77777777" w:rsidR="00601AB0" w:rsidRDefault="00601AB0">
            <w:r>
              <w:rPr>
                <w:sz w:val="14"/>
              </w:rPr>
              <w:t>E</w:t>
            </w:r>
          </w:p>
        </w:tc>
        <w:tc>
          <w:tcPr>
            <w:tcW w:w="6379" w:type="dxa"/>
          </w:tcPr>
          <w:p w14:paraId="6336D2DD" w14:textId="77777777" w:rsidR="00601AB0" w:rsidRDefault="00601AB0">
            <w:r>
              <w:rPr>
                <w:sz w:val="14"/>
              </w:rPr>
              <w:t>For model evaluation, show a comparison with development data of the distribution of important predictors</w:t>
            </w:r>
          </w:p>
        </w:tc>
        <w:tc>
          <w:tcPr>
            <w:tcW w:w="1559" w:type="dxa"/>
          </w:tcPr>
          <w:p w14:paraId="49444ABE" w14:textId="77777777" w:rsidR="00601AB0" w:rsidRDefault="00601AB0">
            <w:r>
              <w:rPr>
                <w:sz w:val="14"/>
              </w:rPr>
              <w:t>Not applicable</w:t>
            </w:r>
          </w:p>
        </w:tc>
      </w:tr>
      <w:tr w:rsidR="00601AB0" w14:paraId="26D558D8" w14:textId="77777777" w:rsidTr="00601AB0">
        <w:tc>
          <w:tcPr>
            <w:tcW w:w="1634" w:type="dxa"/>
          </w:tcPr>
          <w:p w14:paraId="13D38D8C" w14:textId="77777777" w:rsidR="00601AB0" w:rsidRDefault="00601AB0">
            <w:r>
              <w:rPr>
                <w:sz w:val="14"/>
              </w:rPr>
              <w:t>RESULTS</w:t>
            </w:r>
            <w:r>
              <w:rPr>
                <w:sz w:val="14"/>
              </w:rPr>
              <w:br/>
              <w:t>Model development</w:t>
            </w:r>
          </w:p>
        </w:tc>
        <w:tc>
          <w:tcPr>
            <w:tcW w:w="558" w:type="dxa"/>
          </w:tcPr>
          <w:p w14:paraId="35E9EA42" w14:textId="77777777" w:rsidR="00601AB0" w:rsidRDefault="00601AB0">
            <w:r>
              <w:rPr>
                <w:sz w:val="14"/>
              </w:rPr>
              <w:t>21</w:t>
            </w:r>
          </w:p>
        </w:tc>
        <w:tc>
          <w:tcPr>
            <w:tcW w:w="893" w:type="dxa"/>
          </w:tcPr>
          <w:p w14:paraId="69CCBADE" w14:textId="77777777" w:rsidR="00601AB0" w:rsidRDefault="00601AB0">
            <w:r>
              <w:rPr>
                <w:sz w:val="14"/>
              </w:rPr>
              <w:t>D;E</w:t>
            </w:r>
          </w:p>
        </w:tc>
        <w:tc>
          <w:tcPr>
            <w:tcW w:w="6379" w:type="dxa"/>
          </w:tcPr>
          <w:p w14:paraId="6E29CF21" w14:textId="77777777" w:rsidR="00601AB0" w:rsidRDefault="00601AB0">
            <w:r>
              <w:rPr>
                <w:sz w:val="14"/>
              </w:rPr>
              <w:t>Specify the number of participants and outcome events in each analysis</w:t>
            </w:r>
          </w:p>
        </w:tc>
        <w:tc>
          <w:tcPr>
            <w:tcW w:w="1559" w:type="dxa"/>
          </w:tcPr>
          <w:p w14:paraId="54FC2830" w14:textId="77777777" w:rsidR="00601AB0" w:rsidRDefault="00601AB0">
            <w:r>
              <w:rPr>
                <w:sz w:val="14"/>
              </w:rPr>
              <w:t>10-12, 28-29</w:t>
            </w:r>
          </w:p>
        </w:tc>
      </w:tr>
      <w:tr w:rsidR="00601AB0" w14:paraId="7CE16E6A" w14:textId="77777777" w:rsidTr="00601AB0">
        <w:tc>
          <w:tcPr>
            <w:tcW w:w="1634" w:type="dxa"/>
          </w:tcPr>
          <w:p w14:paraId="61BE2F8F" w14:textId="77777777" w:rsidR="00601AB0" w:rsidRDefault="00601AB0">
            <w:r>
              <w:rPr>
                <w:sz w:val="14"/>
              </w:rPr>
              <w:t>RESULTS</w:t>
            </w:r>
            <w:r>
              <w:rPr>
                <w:sz w:val="14"/>
              </w:rPr>
              <w:br/>
              <w:t>Model specification</w:t>
            </w:r>
          </w:p>
        </w:tc>
        <w:tc>
          <w:tcPr>
            <w:tcW w:w="558" w:type="dxa"/>
          </w:tcPr>
          <w:p w14:paraId="583359AA" w14:textId="77777777" w:rsidR="00601AB0" w:rsidRDefault="00601AB0">
            <w:r>
              <w:rPr>
                <w:sz w:val="14"/>
              </w:rPr>
              <w:t>22</w:t>
            </w:r>
          </w:p>
        </w:tc>
        <w:tc>
          <w:tcPr>
            <w:tcW w:w="893" w:type="dxa"/>
          </w:tcPr>
          <w:p w14:paraId="4503AAFF" w14:textId="77777777" w:rsidR="00601AB0" w:rsidRDefault="00601AB0">
            <w:r>
              <w:rPr>
                <w:sz w:val="14"/>
              </w:rPr>
              <w:t>D</w:t>
            </w:r>
          </w:p>
        </w:tc>
        <w:tc>
          <w:tcPr>
            <w:tcW w:w="6379" w:type="dxa"/>
          </w:tcPr>
          <w:p w14:paraId="38C3C31E" w14:textId="77777777" w:rsidR="00601AB0" w:rsidRDefault="00601AB0">
            <w:r>
              <w:rPr>
                <w:sz w:val="14"/>
              </w:rPr>
              <w:t>Provide details of the full prediction model to allow predictions in new individuals and third-party evaluation and implementation</w:t>
            </w:r>
          </w:p>
        </w:tc>
        <w:tc>
          <w:tcPr>
            <w:tcW w:w="1559" w:type="dxa"/>
          </w:tcPr>
          <w:p w14:paraId="49211E81" w14:textId="7660C53E" w:rsidR="00601AB0" w:rsidRDefault="00601AB0">
            <w:r>
              <w:rPr>
                <w:sz w:val="14"/>
              </w:rPr>
              <w:t>Partially reported: 11-12, 29</w:t>
            </w:r>
          </w:p>
        </w:tc>
      </w:tr>
      <w:tr w:rsidR="00601AB0" w14:paraId="678063AB" w14:textId="77777777" w:rsidTr="00601AB0">
        <w:tc>
          <w:tcPr>
            <w:tcW w:w="1634" w:type="dxa"/>
          </w:tcPr>
          <w:p w14:paraId="6F55C3A7" w14:textId="77777777" w:rsidR="00601AB0" w:rsidRDefault="00601AB0">
            <w:r>
              <w:rPr>
                <w:sz w:val="14"/>
              </w:rPr>
              <w:t>RESULTS</w:t>
            </w:r>
            <w:r>
              <w:rPr>
                <w:sz w:val="14"/>
              </w:rPr>
              <w:br/>
              <w:t>Model performance</w:t>
            </w:r>
          </w:p>
        </w:tc>
        <w:tc>
          <w:tcPr>
            <w:tcW w:w="558" w:type="dxa"/>
          </w:tcPr>
          <w:p w14:paraId="483FD447" w14:textId="77777777" w:rsidR="00601AB0" w:rsidRDefault="00601AB0">
            <w:r>
              <w:rPr>
                <w:sz w:val="14"/>
              </w:rPr>
              <w:t>23a</w:t>
            </w:r>
          </w:p>
        </w:tc>
        <w:tc>
          <w:tcPr>
            <w:tcW w:w="893" w:type="dxa"/>
          </w:tcPr>
          <w:p w14:paraId="53BF9650" w14:textId="77777777" w:rsidR="00601AB0" w:rsidRDefault="00601AB0">
            <w:r>
              <w:rPr>
                <w:sz w:val="14"/>
              </w:rPr>
              <w:t>D;E</w:t>
            </w:r>
          </w:p>
        </w:tc>
        <w:tc>
          <w:tcPr>
            <w:tcW w:w="6379" w:type="dxa"/>
          </w:tcPr>
          <w:p w14:paraId="77F651D4" w14:textId="77777777" w:rsidR="00601AB0" w:rsidRDefault="00601AB0">
            <w:r>
              <w:rPr>
                <w:sz w:val="14"/>
              </w:rPr>
              <w:t>Report model performance estimates with confidence intervals, including for any key subgroups. Consider plots to aid presentation</w:t>
            </w:r>
          </w:p>
        </w:tc>
        <w:tc>
          <w:tcPr>
            <w:tcW w:w="1559" w:type="dxa"/>
          </w:tcPr>
          <w:p w14:paraId="3FAE18E4" w14:textId="77777777" w:rsidR="00601AB0" w:rsidRDefault="00601AB0">
            <w:r>
              <w:rPr>
                <w:sz w:val="14"/>
              </w:rPr>
              <w:t>10-12, 29-30</w:t>
            </w:r>
          </w:p>
        </w:tc>
      </w:tr>
      <w:tr w:rsidR="00601AB0" w14:paraId="3E8F0721" w14:textId="77777777" w:rsidTr="00601AB0">
        <w:tc>
          <w:tcPr>
            <w:tcW w:w="1634" w:type="dxa"/>
          </w:tcPr>
          <w:p w14:paraId="437C7C0D" w14:textId="77777777" w:rsidR="00601AB0" w:rsidRDefault="00601AB0">
            <w:r>
              <w:rPr>
                <w:sz w:val="14"/>
              </w:rPr>
              <w:t>RESULTS</w:t>
            </w:r>
            <w:r>
              <w:rPr>
                <w:sz w:val="14"/>
              </w:rPr>
              <w:br/>
              <w:t>Model performance</w:t>
            </w:r>
          </w:p>
        </w:tc>
        <w:tc>
          <w:tcPr>
            <w:tcW w:w="558" w:type="dxa"/>
          </w:tcPr>
          <w:p w14:paraId="19AFCBE7" w14:textId="77777777" w:rsidR="00601AB0" w:rsidRDefault="00601AB0">
            <w:r>
              <w:rPr>
                <w:sz w:val="14"/>
              </w:rPr>
              <w:t>23b</w:t>
            </w:r>
          </w:p>
        </w:tc>
        <w:tc>
          <w:tcPr>
            <w:tcW w:w="893" w:type="dxa"/>
          </w:tcPr>
          <w:p w14:paraId="082E13D8" w14:textId="77777777" w:rsidR="00601AB0" w:rsidRDefault="00601AB0">
            <w:r>
              <w:rPr>
                <w:sz w:val="14"/>
              </w:rPr>
              <w:t>D;E</w:t>
            </w:r>
          </w:p>
        </w:tc>
        <w:tc>
          <w:tcPr>
            <w:tcW w:w="6379" w:type="dxa"/>
          </w:tcPr>
          <w:p w14:paraId="6ABBFE69" w14:textId="77777777" w:rsidR="00601AB0" w:rsidRDefault="00601AB0">
            <w:r>
              <w:rPr>
                <w:sz w:val="14"/>
              </w:rPr>
              <w:t>If examined, report results of any heterogeneity in model performance across clusters</w:t>
            </w:r>
          </w:p>
        </w:tc>
        <w:tc>
          <w:tcPr>
            <w:tcW w:w="1559" w:type="dxa"/>
          </w:tcPr>
          <w:p w14:paraId="491C0425" w14:textId="77777777" w:rsidR="00601AB0" w:rsidRDefault="00601AB0">
            <w:r>
              <w:rPr>
                <w:sz w:val="14"/>
              </w:rPr>
              <w:t>Not applicable</w:t>
            </w:r>
          </w:p>
        </w:tc>
      </w:tr>
      <w:tr w:rsidR="00601AB0" w14:paraId="0C5E7D9F" w14:textId="77777777" w:rsidTr="00601AB0">
        <w:tc>
          <w:tcPr>
            <w:tcW w:w="1634" w:type="dxa"/>
          </w:tcPr>
          <w:p w14:paraId="10115435" w14:textId="77777777" w:rsidR="00601AB0" w:rsidRDefault="00601AB0">
            <w:r>
              <w:rPr>
                <w:sz w:val="14"/>
              </w:rPr>
              <w:t>RESULTS</w:t>
            </w:r>
            <w:r>
              <w:rPr>
                <w:sz w:val="14"/>
              </w:rPr>
              <w:br/>
              <w:t>Model updating</w:t>
            </w:r>
          </w:p>
        </w:tc>
        <w:tc>
          <w:tcPr>
            <w:tcW w:w="558" w:type="dxa"/>
          </w:tcPr>
          <w:p w14:paraId="03D83938" w14:textId="77777777" w:rsidR="00601AB0" w:rsidRDefault="00601AB0">
            <w:r>
              <w:rPr>
                <w:sz w:val="14"/>
              </w:rPr>
              <w:t>24</w:t>
            </w:r>
          </w:p>
        </w:tc>
        <w:tc>
          <w:tcPr>
            <w:tcW w:w="893" w:type="dxa"/>
          </w:tcPr>
          <w:p w14:paraId="1917C328" w14:textId="77777777" w:rsidR="00601AB0" w:rsidRDefault="00601AB0">
            <w:r>
              <w:rPr>
                <w:sz w:val="14"/>
              </w:rPr>
              <w:t>E</w:t>
            </w:r>
          </w:p>
        </w:tc>
        <w:tc>
          <w:tcPr>
            <w:tcW w:w="6379" w:type="dxa"/>
          </w:tcPr>
          <w:p w14:paraId="3FA696A5" w14:textId="77777777" w:rsidR="00601AB0" w:rsidRDefault="00601AB0">
            <w:r>
              <w:rPr>
                <w:sz w:val="14"/>
              </w:rPr>
              <w:t>Report the results from any model updating, including the updated model and subsequent performance</w:t>
            </w:r>
          </w:p>
        </w:tc>
        <w:tc>
          <w:tcPr>
            <w:tcW w:w="1559" w:type="dxa"/>
          </w:tcPr>
          <w:p w14:paraId="74EE0BDC" w14:textId="77777777" w:rsidR="00601AB0" w:rsidRDefault="00601AB0">
            <w:r>
              <w:rPr>
                <w:sz w:val="14"/>
              </w:rPr>
              <w:t>Not applicable</w:t>
            </w:r>
          </w:p>
        </w:tc>
      </w:tr>
      <w:tr w:rsidR="00601AB0" w14:paraId="77D41700" w14:textId="77777777" w:rsidTr="00601AB0">
        <w:tc>
          <w:tcPr>
            <w:tcW w:w="1634" w:type="dxa"/>
          </w:tcPr>
          <w:p w14:paraId="2005F470" w14:textId="77777777" w:rsidR="00601AB0" w:rsidRDefault="00601AB0">
            <w:r>
              <w:rPr>
                <w:sz w:val="14"/>
              </w:rPr>
              <w:t>DISCUSSION</w:t>
            </w:r>
            <w:r>
              <w:rPr>
                <w:sz w:val="14"/>
              </w:rPr>
              <w:br/>
              <w:t>Interpretation</w:t>
            </w:r>
          </w:p>
        </w:tc>
        <w:tc>
          <w:tcPr>
            <w:tcW w:w="558" w:type="dxa"/>
          </w:tcPr>
          <w:p w14:paraId="1F7F1E98" w14:textId="77777777" w:rsidR="00601AB0" w:rsidRDefault="00601AB0">
            <w:r>
              <w:rPr>
                <w:sz w:val="14"/>
              </w:rPr>
              <w:t>25</w:t>
            </w:r>
          </w:p>
        </w:tc>
        <w:tc>
          <w:tcPr>
            <w:tcW w:w="893" w:type="dxa"/>
          </w:tcPr>
          <w:p w14:paraId="6AC55FA5" w14:textId="77777777" w:rsidR="00601AB0" w:rsidRDefault="00601AB0">
            <w:r>
              <w:rPr>
                <w:sz w:val="14"/>
              </w:rPr>
              <w:t>D;E</w:t>
            </w:r>
          </w:p>
        </w:tc>
        <w:tc>
          <w:tcPr>
            <w:tcW w:w="6379" w:type="dxa"/>
          </w:tcPr>
          <w:p w14:paraId="30F32026" w14:textId="77777777" w:rsidR="00601AB0" w:rsidRDefault="00601AB0">
            <w:r>
              <w:rPr>
                <w:sz w:val="14"/>
              </w:rPr>
              <w:t>Give an overall interpretation of the main results, including issues of fairness in the context of the objectives and previous studies</w:t>
            </w:r>
          </w:p>
        </w:tc>
        <w:tc>
          <w:tcPr>
            <w:tcW w:w="1559" w:type="dxa"/>
          </w:tcPr>
          <w:p w14:paraId="7A251829" w14:textId="77777777" w:rsidR="00601AB0" w:rsidRDefault="00601AB0">
            <w:r>
              <w:rPr>
                <w:sz w:val="14"/>
              </w:rPr>
              <w:t>13-18</w:t>
            </w:r>
          </w:p>
        </w:tc>
      </w:tr>
      <w:tr w:rsidR="00601AB0" w14:paraId="2B644D9E" w14:textId="77777777" w:rsidTr="00601AB0">
        <w:tc>
          <w:tcPr>
            <w:tcW w:w="1634" w:type="dxa"/>
          </w:tcPr>
          <w:p w14:paraId="1E8348EC" w14:textId="77777777" w:rsidR="00601AB0" w:rsidRDefault="00601AB0">
            <w:r>
              <w:rPr>
                <w:sz w:val="14"/>
              </w:rPr>
              <w:t>DISCUSSION</w:t>
            </w:r>
            <w:r>
              <w:rPr>
                <w:sz w:val="14"/>
              </w:rPr>
              <w:br/>
              <w:t>Limitations</w:t>
            </w:r>
          </w:p>
        </w:tc>
        <w:tc>
          <w:tcPr>
            <w:tcW w:w="558" w:type="dxa"/>
          </w:tcPr>
          <w:p w14:paraId="2D914B32" w14:textId="77777777" w:rsidR="00601AB0" w:rsidRDefault="00601AB0">
            <w:r>
              <w:rPr>
                <w:sz w:val="14"/>
              </w:rPr>
              <w:t>26</w:t>
            </w:r>
          </w:p>
        </w:tc>
        <w:tc>
          <w:tcPr>
            <w:tcW w:w="893" w:type="dxa"/>
          </w:tcPr>
          <w:p w14:paraId="39FE7F40" w14:textId="77777777" w:rsidR="00601AB0" w:rsidRDefault="00601AB0">
            <w:r>
              <w:rPr>
                <w:sz w:val="14"/>
              </w:rPr>
              <w:t>D;E</w:t>
            </w:r>
          </w:p>
        </w:tc>
        <w:tc>
          <w:tcPr>
            <w:tcW w:w="6379" w:type="dxa"/>
          </w:tcPr>
          <w:p w14:paraId="73649C07" w14:textId="77777777" w:rsidR="00601AB0" w:rsidRDefault="00601AB0">
            <w:r>
              <w:rPr>
                <w:sz w:val="14"/>
              </w:rPr>
              <w:t>Discuss any limitations of the study and their effects on bias, statistical uncertainty, and generalizability</w:t>
            </w:r>
          </w:p>
        </w:tc>
        <w:tc>
          <w:tcPr>
            <w:tcW w:w="1559" w:type="dxa"/>
          </w:tcPr>
          <w:p w14:paraId="75C2BA51" w14:textId="77777777" w:rsidR="00601AB0" w:rsidRDefault="00601AB0">
            <w:r>
              <w:rPr>
                <w:sz w:val="14"/>
              </w:rPr>
              <w:t>18</w:t>
            </w:r>
          </w:p>
        </w:tc>
      </w:tr>
      <w:tr w:rsidR="00601AB0" w14:paraId="0E7064D9" w14:textId="77777777" w:rsidTr="00601AB0">
        <w:tc>
          <w:tcPr>
            <w:tcW w:w="1634" w:type="dxa"/>
          </w:tcPr>
          <w:p w14:paraId="42028376" w14:textId="77777777" w:rsidR="00601AB0" w:rsidRDefault="00601AB0">
            <w:r>
              <w:rPr>
                <w:sz w:val="14"/>
              </w:rPr>
              <w:t>DISCUSSION</w:t>
            </w:r>
            <w:r>
              <w:rPr>
                <w:sz w:val="14"/>
              </w:rPr>
              <w:br/>
              <w:t>Usability/current care</w:t>
            </w:r>
          </w:p>
        </w:tc>
        <w:tc>
          <w:tcPr>
            <w:tcW w:w="558" w:type="dxa"/>
          </w:tcPr>
          <w:p w14:paraId="757A1045" w14:textId="77777777" w:rsidR="00601AB0" w:rsidRDefault="00601AB0">
            <w:r>
              <w:rPr>
                <w:sz w:val="14"/>
              </w:rPr>
              <w:t>27a</w:t>
            </w:r>
          </w:p>
        </w:tc>
        <w:tc>
          <w:tcPr>
            <w:tcW w:w="893" w:type="dxa"/>
          </w:tcPr>
          <w:p w14:paraId="66CF0F11" w14:textId="77777777" w:rsidR="00601AB0" w:rsidRDefault="00601AB0">
            <w:r>
              <w:rPr>
                <w:sz w:val="14"/>
              </w:rPr>
              <w:t>D</w:t>
            </w:r>
          </w:p>
        </w:tc>
        <w:tc>
          <w:tcPr>
            <w:tcW w:w="6379" w:type="dxa"/>
          </w:tcPr>
          <w:p w14:paraId="3081DD83" w14:textId="77777777" w:rsidR="00601AB0" w:rsidRDefault="00601AB0">
            <w:r>
              <w:rPr>
                <w:sz w:val="14"/>
              </w:rPr>
              <w:t>Describe how poor quality or unavailable input data should be assessed and handled when implementing the prediction model</w:t>
            </w:r>
          </w:p>
        </w:tc>
        <w:tc>
          <w:tcPr>
            <w:tcW w:w="1559" w:type="dxa"/>
          </w:tcPr>
          <w:p w14:paraId="011BB85F" w14:textId="77777777" w:rsidR="00601AB0" w:rsidRDefault="00601AB0">
            <w:r>
              <w:rPr>
                <w:sz w:val="14"/>
              </w:rPr>
              <w:t>Partially reported: 18</w:t>
            </w:r>
          </w:p>
        </w:tc>
      </w:tr>
      <w:tr w:rsidR="00601AB0" w14:paraId="7F1AF89B" w14:textId="77777777" w:rsidTr="00601AB0">
        <w:tc>
          <w:tcPr>
            <w:tcW w:w="1634" w:type="dxa"/>
          </w:tcPr>
          <w:p w14:paraId="08D99C9C" w14:textId="77777777" w:rsidR="00601AB0" w:rsidRDefault="00601AB0">
            <w:r>
              <w:rPr>
                <w:sz w:val="14"/>
              </w:rPr>
              <w:t>DISCUSSION</w:t>
            </w:r>
            <w:r>
              <w:rPr>
                <w:sz w:val="14"/>
              </w:rPr>
              <w:br/>
              <w:t>Usability/current care</w:t>
            </w:r>
          </w:p>
        </w:tc>
        <w:tc>
          <w:tcPr>
            <w:tcW w:w="558" w:type="dxa"/>
          </w:tcPr>
          <w:p w14:paraId="1F59B83F" w14:textId="77777777" w:rsidR="00601AB0" w:rsidRDefault="00601AB0">
            <w:r>
              <w:rPr>
                <w:sz w:val="14"/>
              </w:rPr>
              <w:t>27b</w:t>
            </w:r>
          </w:p>
        </w:tc>
        <w:tc>
          <w:tcPr>
            <w:tcW w:w="893" w:type="dxa"/>
          </w:tcPr>
          <w:p w14:paraId="4FFE011F" w14:textId="77777777" w:rsidR="00601AB0" w:rsidRDefault="00601AB0">
            <w:r>
              <w:rPr>
                <w:sz w:val="14"/>
              </w:rPr>
              <w:t>D</w:t>
            </w:r>
          </w:p>
        </w:tc>
        <w:tc>
          <w:tcPr>
            <w:tcW w:w="6379" w:type="dxa"/>
          </w:tcPr>
          <w:p w14:paraId="5E7DD53E" w14:textId="77777777" w:rsidR="00601AB0" w:rsidRDefault="00601AB0">
            <w:r>
              <w:rPr>
                <w:sz w:val="14"/>
              </w:rPr>
              <w:t>Specify whether users will be required to interact in handling input data or model use, and what level of expertise is required</w:t>
            </w:r>
          </w:p>
        </w:tc>
        <w:tc>
          <w:tcPr>
            <w:tcW w:w="1559" w:type="dxa"/>
          </w:tcPr>
          <w:p w14:paraId="1C6A9EEA" w14:textId="16231D6F" w:rsidR="00601AB0" w:rsidRDefault="00601AB0">
            <w:r w:rsidRPr="00DF11B6">
              <w:rPr>
                <w:sz w:val="14"/>
              </w:rPr>
              <w:t>Not applicable.</w:t>
            </w:r>
          </w:p>
        </w:tc>
      </w:tr>
      <w:tr w:rsidR="00601AB0" w14:paraId="4F3D4C1B" w14:textId="77777777" w:rsidTr="00601AB0">
        <w:tc>
          <w:tcPr>
            <w:tcW w:w="1634" w:type="dxa"/>
          </w:tcPr>
          <w:p w14:paraId="48C0538F" w14:textId="77777777" w:rsidR="00601AB0" w:rsidRDefault="00601AB0">
            <w:r>
              <w:rPr>
                <w:sz w:val="14"/>
              </w:rPr>
              <w:t>DISCUSSION</w:t>
            </w:r>
            <w:r>
              <w:rPr>
                <w:sz w:val="14"/>
              </w:rPr>
              <w:br/>
              <w:t>Usability/current care</w:t>
            </w:r>
          </w:p>
        </w:tc>
        <w:tc>
          <w:tcPr>
            <w:tcW w:w="558" w:type="dxa"/>
          </w:tcPr>
          <w:p w14:paraId="15527B87" w14:textId="77777777" w:rsidR="00601AB0" w:rsidRDefault="00601AB0">
            <w:r>
              <w:rPr>
                <w:sz w:val="14"/>
              </w:rPr>
              <w:t>27c</w:t>
            </w:r>
          </w:p>
        </w:tc>
        <w:tc>
          <w:tcPr>
            <w:tcW w:w="893" w:type="dxa"/>
          </w:tcPr>
          <w:p w14:paraId="1859B712" w14:textId="77777777" w:rsidR="00601AB0" w:rsidRDefault="00601AB0">
            <w:r>
              <w:rPr>
                <w:sz w:val="14"/>
              </w:rPr>
              <w:t>D;E</w:t>
            </w:r>
          </w:p>
        </w:tc>
        <w:tc>
          <w:tcPr>
            <w:tcW w:w="6379" w:type="dxa"/>
          </w:tcPr>
          <w:p w14:paraId="44D0FCE3" w14:textId="77777777" w:rsidR="00601AB0" w:rsidRDefault="00601AB0">
            <w:r>
              <w:rPr>
                <w:sz w:val="14"/>
              </w:rPr>
              <w:t>Discuss next steps for future research, with a specific view to applicability and generalizability of the model</w:t>
            </w:r>
          </w:p>
        </w:tc>
        <w:tc>
          <w:tcPr>
            <w:tcW w:w="1559" w:type="dxa"/>
          </w:tcPr>
          <w:p w14:paraId="20827805" w14:textId="77777777" w:rsidR="00601AB0" w:rsidRDefault="00601AB0">
            <w:r>
              <w:rPr>
                <w:sz w:val="14"/>
              </w:rPr>
              <w:t>18</w:t>
            </w:r>
          </w:p>
        </w:tc>
      </w:tr>
    </w:tbl>
    <w:p w14:paraId="214C6EE8" w14:textId="77777777" w:rsidR="00D64BDA" w:rsidRDefault="00000000">
      <w:r>
        <w:rPr>
          <w:sz w:val="16"/>
        </w:rPr>
        <w:t>Abbreviations: D, development of a prediction model; E, evaluation of a prediction model.</w:t>
      </w:r>
    </w:p>
    <w:sectPr w:rsidR="00D64BDA" w:rsidSect="00D97AA4">
      <w:pgSz w:w="12240" w:h="15840"/>
      <w:pgMar w:top="648" w:right="720" w:bottom="648"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6018684">
    <w:abstractNumId w:val="8"/>
  </w:num>
  <w:num w:numId="2" w16cid:durableId="738678056">
    <w:abstractNumId w:val="6"/>
  </w:num>
  <w:num w:numId="3" w16cid:durableId="657882982">
    <w:abstractNumId w:val="5"/>
  </w:num>
  <w:num w:numId="4" w16cid:durableId="341519942">
    <w:abstractNumId w:val="4"/>
  </w:num>
  <w:num w:numId="5" w16cid:durableId="675420348">
    <w:abstractNumId w:val="7"/>
  </w:num>
  <w:num w:numId="6" w16cid:durableId="2035494434">
    <w:abstractNumId w:val="3"/>
  </w:num>
  <w:num w:numId="7" w16cid:durableId="1179537759">
    <w:abstractNumId w:val="2"/>
  </w:num>
  <w:num w:numId="8" w16cid:durableId="841242687">
    <w:abstractNumId w:val="1"/>
  </w:num>
  <w:num w:numId="9" w16cid:durableId="347027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A09D6"/>
    <w:rsid w:val="001A6B14"/>
    <w:rsid w:val="0029639D"/>
    <w:rsid w:val="002F1533"/>
    <w:rsid w:val="00326F90"/>
    <w:rsid w:val="003807EA"/>
    <w:rsid w:val="00472D4F"/>
    <w:rsid w:val="00483B1A"/>
    <w:rsid w:val="00601AB0"/>
    <w:rsid w:val="007B4160"/>
    <w:rsid w:val="0084463E"/>
    <w:rsid w:val="008E6C16"/>
    <w:rsid w:val="00992AB0"/>
    <w:rsid w:val="00AA1D8D"/>
    <w:rsid w:val="00B47730"/>
    <w:rsid w:val="00CB0664"/>
    <w:rsid w:val="00D64BDA"/>
    <w:rsid w:val="00D97AA4"/>
    <w:rsid w:val="00DF11B6"/>
    <w:rsid w:val="00E3077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1FC8D3BE-5895-4DE8-8D59-A857E2470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8268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Duygu Sıddıkoglu</cp:lastModifiedBy>
  <cp:revision>3</cp:revision>
  <dcterms:created xsi:type="dcterms:W3CDTF">2026-07-06T14:57:00Z</dcterms:created>
  <dcterms:modified xsi:type="dcterms:W3CDTF">2026-07-06T14:58:00Z</dcterms:modified>
  <cp:category/>
</cp:coreProperties>
</file>