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96574D" w14:textId="187C0F27" w:rsidR="00210ED2" w:rsidRPr="006F00F1" w:rsidRDefault="00000000">
      <w:pPr>
        <w:spacing w:after="160" w:line="240" w:lineRule="auto"/>
        <w:jc w:val="center"/>
        <w:rPr>
          <w:rFonts w:eastAsia="宋体"/>
          <w:lang w:eastAsia="zh-CN"/>
        </w:rPr>
      </w:pPr>
      <w:r>
        <w:rPr>
          <w:b/>
          <w:sz w:val="32"/>
        </w:rPr>
        <w:t xml:space="preserve">Supplementary </w:t>
      </w:r>
      <w:r w:rsidR="006F00F1">
        <w:rPr>
          <w:rFonts w:eastAsia="宋体" w:hint="eastAsia"/>
          <w:b/>
          <w:sz w:val="32"/>
          <w:lang w:eastAsia="zh-CN"/>
        </w:rPr>
        <w:t>Information</w:t>
      </w:r>
    </w:p>
    <w:p w14:paraId="6F0FBCF2" w14:textId="77777777" w:rsidR="00DF1FF9" w:rsidRPr="00DF1FF9" w:rsidRDefault="00DF1FF9" w:rsidP="00DF1FF9">
      <w:pPr>
        <w:keepNext/>
        <w:keepLines/>
        <w:spacing w:before="400" w:after="120"/>
        <w:outlineLvl w:val="0"/>
        <w:rPr>
          <w:rFonts w:ascii="Times New Roman" w:eastAsia="宋体" w:hAnsi="Times New Roman" w:cs="Times New Roman"/>
          <w:bCs/>
          <w:color w:val="000000"/>
          <w:sz w:val="40"/>
          <w:szCs w:val="28"/>
          <w:lang w:eastAsia="zh-CN"/>
        </w:rPr>
      </w:pPr>
      <w:r w:rsidRPr="00DF1FF9">
        <w:rPr>
          <w:rFonts w:ascii="Times New Roman" w:eastAsia="宋体" w:hAnsi="Times New Roman" w:cs="Times New Roman"/>
          <w:bCs/>
          <w:color w:val="000000"/>
          <w:sz w:val="40"/>
          <w:szCs w:val="28"/>
          <w:lang w:eastAsia="zh-CN"/>
        </w:rPr>
        <w:t>Blood Urea Nitrogen and Atrial Fibrillation Identify Geriatric Peri-Hospitalization Cardiovascular and Cerebrovascular Vulnerability After Hip Arthroplasty</w:t>
      </w:r>
    </w:p>
    <w:p w14:paraId="0DA007E2" w14:textId="0D61769A" w:rsidR="00210ED2" w:rsidRPr="00DF1FF9" w:rsidRDefault="00210ED2">
      <w:pPr>
        <w:spacing w:line="240" w:lineRule="auto"/>
        <w:jc w:val="center"/>
        <w:rPr>
          <w:rFonts w:eastAsia="宋体"/>
          <w:sz w:val="20"/>
          <w:lang w:eastAsia="zh-CN"/>
        </w:rPr>
      </w:pPr>
    </w:p>
    <w:p w14:paraId="64278F0B" w14:textId="77777777" w:rsidR="00DF1FF9" w:rsidRPr="00F636D2" w:rsidRDefault="00DF1FF9" w:rsidP="00DF1FF9">
      <w:pPr>
        <w:spacing w:after="120" w:line="240" w:lineRule="auto"/>
        <w:jc w:val="both"/>
        <w:rPr>
          <w:rFonts w:eastAsia="宋体"/>
          <w:lang w:eastAsia="zh-CN"/>
        </w:rPr>
      </w:pPr>
      <w:r w:rsidRPr="00192F1F">
        <w:rPr>
          <w:rFonts w:eastAsia="宋体"/>
          <w:lang w:eastAsia="zh-CN"/>
        </w:rPr>
        <w:t>Hengjie Su1,2, Jian Hu1, Xiaoyu Wang1, Huimin Hu1, Bo Yang1, Siyi Yan1,*, Zhifeng Gao1,*</w:t>
      </w:r>
    </w:p>
    <w:p w14:paraId="5CA77BD3" w14:textId="77777777" w:rsidR="00DF1FF9" w:rsidRPr="00192F1F" w:rsidRDefault="00DF1FF9" w:rsidP="00DF1FF9">
      <w:pPr>
        <w:spacing w:after="120" w:line="240" w:lineRule="auto"/>
        <w:jc w:val="both"/>
        <w:rPr>
          <w:rFonts w:eastAsia="宋体"/>
          <w:lang w:eastAsia="zh-CN"/>
        </w:rPr>
      </w:pPr>
      <w:r w:rsidRPr="00192F1F">
        <w:rPr>
          <w:rFonts w:eastAsia="宋体" w:hint="eastAsia"/>
          <w:lang w:eastAsia="zh-CN"/>
        </w:rPr>
        <w:t>1 Beijing Tsinghua Changgung Hospital, School of Clinical Medicine, Tsinghua University, Beijing, China</w:t>
      </w:r>
    </w:p>
    <w:p w14:paraId="20463DE6" w14:textId="77777777" w:rsidR="00DF1FF9" w:rsidRPr="00192F1F" w:rsidRDefault="00DF1FF9" w:rsidP="00DF1FF9">
      <w:pPr>
        <w:spacing w:after="120" w:line="240" w:lineRule="auto"/>
        <w:jc w:val="both"/>
        <w:rPr>
          <w:rFonts w:eastAsia="宋体"/>
          <w:vertAlign w:val="superscript"/>
          <w:lang w:eastAsia="zh-CN"/>
        </w:rPr>
      </w:pPr>
      <w:r w:rsidRPr="00192F1F">
        <w:rPr>
          <w:rFonts w:eastAsia="宋体" w:hint="eastAsia"/>
          <w:lang w:eastAsia="zh-CN"/>
        </w:rPr>
        <w:t>2 Chinese Academy of Medical Sciences &amp; Peking Union Medical College Institute of Biomedical Engineering, Tianjin, China</w:t>
      </w:r>
    </w:p>
    <w:p w14:paraId="41C157C7" w14:textId="7DCAEAD3" w:rsidR="00DF1FF9" w:rsidRDefault="00DF1FF9" w:rsidP="00DF1FF9">
      <w:pPr>
        <w:spacing w:after="120" w:line="240" w:lineRule="auto"/>
        <w:jc w:val="both"/>
        <w:rPr>
          <w:rFonts w:eastAsia="宋体"/>
          <w:lang w:eastAsia="zh-CN"/>
        </w:rPr>
      </w:pPr>
      <w:r>
        <w:rPr>
          <w:rFonts w:eastAsia="宋体" w:hint="eastAsia"/>
          <w:bCs/>
          <w:lang w:eastAsia="zh-CN"/>
        </w:rPr>
        <w:t xml:space="preserve">Contact </w:t>
      </w:r>
      <w:r w:rsidRPr="00CC58DB">
        <w:rPr>
          <w:rFonts w:eastAsia="宋体" w:hint="eastAsia"/>
          <w:bCs/>
          <w:lang w:eastAsia="zh-CN"/>
        </w:rPr>
        <w:t>information</w:t>
      </w:r>
      <w:r w:rsidRPr="00CC58DB">
        <w:rPr>
          <w:bCs/>
        </w:rPr>
        <w:t xml:space="preserve">: </w:t>
      </w:r>
      <w:hyperlink r:id="rId8" w:history="1">
        <w:r w:rsidRPr="00632A68">
          <w:rPr>
            <w:rStyle w:val="aff9"/>
            <w:rFonts w:eastAsia="宋体" w:hint="eastAsia"/>
            <w:lang w:eastAsia="zh-CN"/>
          </w:rPr>
          <w:t>ysya00158@btch.edu.cn</w:t>
        </w:r>
      </w:hyperlink>
      <w:r>
        <w:rPr>
          <w:rFonts w:eastAsia="宋体" w:hint="eastAsia"/>
          <w:lang w:eastAsia="zh-CN"/>
        </w:rPr>
        <w:t xml:space="preserve"> (S.Y.); </w:t>
      </w:r>
      <w:hyperlink r:id="rId9" w:history="1">
        <w:r w:rsidR="002F7206" w:rsidRPr="00347053">
          <w:rPr>
            <w:rStyle w:val="aff9"/>
            <w:rFonts w:eastAsia="宋体" w:hint="eastAsia"/>
            <w:lang w:eastAsia="zh-CN"/>
          </w:rPr>
          <w:t>gzf</w:t>
        </w:r>
        <w:r w:rsidR="002F7206" w:rsidRPr="00347053">
          <w:rPr>
            <w:rStyle w:val="aff9"/>
            <w:rFonts w:eastAsia="宋体"/>
            <w:lang w:eastAsia="zh-CN"/>
          </w:rPr>
          <w:t>a0246</w:t>
        </w:r>
        <w:r w:rsidR="002F7206" w:rsidRPr="00347053">
          <w:rPr>
            <w:rStyle w:val="aff9"/>
            <w:rFonts w:eastAsia="宋体" w:hint="eastAsia"/>
            <w:lang w:eastAsia="zh-CN"/>
          </w:rPr>
          <w:t>@btch.edu.cn</w:t>
        </w:r>
      </w:hyperlink>
      <w:r>
        <w:rPr>
          <w:rFonts w:eastAsia="宋体" w:hint="eastAsia"/>
          <w:lang w:eastAsia="zh-CN"/>
        </w:rPr>
        <w:t xml:space="preserve"> (Z. G.)</w:t>
      </w:r>
    </w:p>
    <w:p w14:paraId="3151421D" w14:textId="77777777" w:rsidR="00DF1FF9" w:rsidRPr="000709EE" w:rsidRDefault="00DF1FF9" w:rsidP="00DF1FF9">
      <w:pPr>
        <w:spacing w:after="120" w:line="240" w:lineRule="auto"/>
        <w:jc w:val="both"/>
        <w:rPr>
          <w:bCs/>
        </w:rPr>
      </w:pPr>
      <w:r w:rsidRPr="00AF70E2">
        <w:rPr>
          <w:bCs/>
        </w:rPr>
        <w:t>Keywords: hip arthroplasty; older adults; major adverse cardiovascular and cerebrovascular events; blood urea nitrogen; atrial fibrillation; geriatric peri-hospitalization vulnerability</w:t>
      </w:r>
    </w:p>
    <w:p w14:paraId="5B9B4512" w14:textId="77777777" w:rsidR="004864F4" w:rsidRPr="00DF1FF9" w:rsidRDefault="004864F4">
      <w:pPr>
        <w:spacing w:line="240" w:lineRule="auto"/>
        <w:jc w:val="center"/>
        <w:rPr>
          <w:rFonts w:eastAsia="宋体"/>
          <w:lang w:eastAsia="zh-CN"/>
        </w:rPr>
      </w:pPr>
    </w:p>
    <w:p w14:paraId="4F5B1396" w14:textId="77777777" w:rsidR="00210ED2" w:rsidRPr="004864F4" w:rsidRDefault="00000000">
      <w:pPr>
        <w:spacing w:after="0"/>
        <w:rPr>
          <w:rFonts w:eastAsia="宋体"/>
          <w:lang w:eastAsia="zh-CN"/>
        </w:rPr>
      </w:pPr>
      <w:r>
        <w:br w:type="page"/>
      </w:r>
    </w:p>
    <w:p w14:paraId="740B3AF4" w14:textId="77777777" w:rsidR="00210ED2" w:rsidRDefault="00000000">
      <w:pPr>
        <w:keepNext/>
        <w:spacing w:after="80" w:line="240" w:lineRule="auto"/>
      </w:pPr>
      <w:r>
        <w:rPr>
          <w:b/>
        </w:rPr>
        <w:lastRenderedPageBreak/>
        <w:t>Supplementary Table S1. ICD code definitions.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3636"/>
        <w:gridCol w:w="3636"/>
        <w:gridCol w:w="3636"/>
        <w:gridCol w:w="3636"/>
      </w:tblGrid>
      <w:tr w:rsidR="00210ED2" w14:paraId="7BADBA41" w14:textId="77777777">
        <w:trPr>
          <w:tblHeader/>
          <w:jc w:val="center"/>
        </w:trPr>
        <w:tc>
          <w:tcPr>
            <w:tcW w:w="363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DE19E32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Domain</w:t>
            </w:r>
          </w:p>
        </w:tc>
        <w:tc>
          <w:tcPr>
            <w:tcW w:w="363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7ED23D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ICD-9 codes</w:t>
            </w:r>
          </w:p>
        </w:tc>
        <w:tc>
          <w:tcPr>
            <w:tcW w:w="363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541B31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ICD-10 codes</w:t>
            </w:r>
          </w:p>
        </w:tc>
        <w:tc>
          <w:tcPr>
            <w:tcW w:w="363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A40702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Notes</w:t>
            </w:r>
          </w:p>
        </w:tc>
      </w:tr>
      <w:tr w:rsidR="00210ED2" w14:paraId="4212858A" w14:textId="77777777">
        <w:trPr>
          <w:jc w:val="center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CF4A58" w14:textId="77777777" w:rsidR="00210ED2" w:rsidRDefault="00000000">
            <w:pPr>
              <w:spacing w:after="0" w:line="240" w:lineRule="auto"/>
            </w:pPr>
            <w:r>
              <w:t>Hip arthroplasty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564002F" w14:textId="77777777" w:rsidR="00210ED2" w:rsidRDefault="00000000">
            <w:pPr>
              <w:spacing w:after="0" w:line="240" w:lineRule="auto"/>
            </w:pPr>
            <w:r>
              <w:t>81.51; 81.52; 00.70; 00.71; 00.72; 00.73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86812B2" w14:textId="77777777" w:rsidR="00210ED2" w:rsidRDefault="00000000">
            <w:pPr>
              <w:spacing w:after="0" w:line="240" w:lineRule="auto"/>
            </w:pPr>
            <w:r>
              <w:t>0SR9*; 0SRB*; 0SRA*; 0SRE*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BA207CF" w14:textId="77777777" w:rsidR="00210ED2" w:rsidRDefault="00000000">
            <w:pPr>
              <w:spacing w:after="0" w:line="240" w:lineRule="auto"/>
            </w:pPr>
            <w:r>
              <w:t>Inclusion procedure</w:t>
            </w:r>
          </w:p>
        </w:tc>
      </w:tr>
      <w:tr w:rsidR="00210ED2" w14:paraId="02EF11AB" w14:textId="77777777">
        <w:trPr>
          <w:jc w:val="center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B99C3FE" w14:textId="77777777" w:rsidR="00210ED2" w:rsidRDefault="00000000">
            <w:pPr>
              <w:spacing w:after="0" w:line="240" w:lineRule="auto"/>
            </w:pPr>
            <w:r>
              <w:t>Acute myocardial infarction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500BE57" w14:textId="77777777" w:rsidR="00210ED2" w:rsidRDefault="00000000">
            <w:pPr>
              <w:spacing w:after="0" w:line="240" w:lineRule="auto"/>
            </w:pPr>
            <w:r>
              <w:t>410*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892EBFD" w14:textId="77777777" w:rsidR="00210ED2" w:rsidRDefault="00000000">
            <w:pPr>
              <w:spacing w:after="0" w:line="240" w:lineRule="auto"/>
            </w:pPr>
            <w:r>
              <w:t>I21*; I22*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77447B1" w14:textId="77777777" w:rsidR="00210ED2" w:rsidRDefault="00000000">
            <w:pPr>
              <w:spacing w:after="0" w:line="240" w:lineRule="auto"/>
            </w:pPr>
            <w:r>
              <w:t>Broad and strict MACCE component</w:t>
            </w:r>
          </w:p>
        </w:tc>
      </w:tr>
      <w:tr w:rsidR="00210ED2" w14:paraId="458D7594" w14:textId="77777777">
        <w:trPr>
          <w:jc w:val="center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8581B9" w14:textId="77777777" w:rsidR="00210ED2" w:rsidRDefault="00000000">
            <w:pPr>
              <w:spacing w:after="0" w:line="240" w:lineRule="auto"/>
            </w:pPr>
            <w:r>
              <w:t>Ischemic stroke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CE5D51" w14:textId="77777777" w:rsidR="00210ED2" w:rsidRDefault="00000000">
            <w:pPr>
              <w:spacing w:after="0" w:line="240" w:lineRule="auto"/>
            </w:pPr>
            <w:r>
              <w:t>433*; 434*; 436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BDEC55E" w14:textId="77777777" w:rsidR="00210ED2" w:rsidRDefault="00000000">
            <w:pPr>
              <w:spacing w:after="0" w:line="240" w:lineRule="auto"/>
            </w:pPr>
            <w:r>
              <w:t>I63*; I64*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4671ED" w14:textId="77777777" w:rsidR="00210ED2" w:rsidRDefault="00000000">
            <w:pPr>
              <w:spacing w:after="0" w:line="240" w:lineRule="auto"/>
            </w:pPr>
            <w:r>
              <w:t>Broad and strict MACCE component</w:t>
            </w:r>
          </w:p>
        </w:tc>
      </w:tr>
      <w:tr w:rsidR="00210ED2" w14:paraId="63AF11A5" w14:textId="77777777">
        <w:trPr>
          <w:jc w:val="center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E4787E" w14:textId="77777777" w:rsidR="00210ED2" w:rsidRDefault="00000000">
            <w:pPr>
              <w:spacing w:after="0" w:line="240" w:lineRule="auto"/>
            </w:pPr>
            <w:r>
              <w:t>Hemorrhagic stroke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DEF6FC8" w14:textId="77777777" w:rsidR="00210ED2" w:rsidRDefault="00000000">
            <w:pPr>
              <w:spacing w:after="0" w:line="240" w:lineRule="auto"/>
            </w:pPr>
            <w:r>
              <w:t>430*; 431*; 432*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A04F14" w14:textId="77777777" w:rsidR="00210ED2" w:rsidRDefault="00000000">
            <w:pPr>
              <w:spacing w:after="0" w:line="240" w:lineRule="auto"/>
            </w:pPr>
            <w:r>
              <w:t>I60*; I61*; I62*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06A32F" w14:textId="77777777" w:rsidR="00210ED2" w:rsidRDefault="00000000">
            <w:pPr>
              <w:spacing w:after="0" w:line="240" w:lineRule="auto"/>
            </w:pPr>
            <w:r>
              <w:t>Broad and strict MACCE component</w:t>
            </w:r>
          </w:p>
        </w:tc>
      </w:tr>
      <w:tr w:rsidR="00210ED2" w14:paraId="634AD674" w14:textId="77777777">
        <w:trPr>
          <w:jc w:val="center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E44E366" w14:textId="77777777" w:rsidR="00210ED2" w:rsidRDefault="00000000">
            <w:pPr>
              <w:spacing w:after="0" w:line="240" w:lineRule="auto"/>
            </w:pPr>
            <w:r>
              <w:t>Cardiac arrest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D48E94" w14:textId="77777777" w:rsidR="00210ED2" w:rsidRDefault="00000000">
            <w:pPr>
              <w:spacing w:after="0" w:line="240" w:lineRule="auto"/>
            </w:pPr>
            <w:r>
              <w:t>427.5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6EAB64" w14:textId="77777777" w:rsidR="00210ED2" w:rsidRDefault="00000000">
            <w:pPr>
              <w:spacing w:after="0" w:line="240" w:lineRule="auto"/>
            </w:pPr>
            <w:r>
              <w:t>I46*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B1FD2F" w14:textId="77777777" w:rsidR="00210ED2" w:rsidRDefault="00000000">
            <w:pPr>
              <w:spacing w:after="0" w:line="240" w:lineRule="auto"/>
            </w:pPr>
            <w:r>
              <w:t>Broad and strict MACCE component</w:t>
            </w:r>
          </w:p>
        </w:tc>
      </w:tr>
      <w:tr w:rsidR="00210ED2" w14:paraId="556A39F9" w14:textId="77777777">
        <w:trPr>
          <w:jc w:val="center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9120CF0" w14:textId="77777777" w:rsidR="00210ED2" w:rsidRDefault="00000000">
            <w:pPr>
              <w:spacing w:after="0" w:line="240" w:lineRule="auto"/>
            </w:pPr>
            <w:r>
              <w:t>Cardiogenic shock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872323" w14:textId="77777777" w:rsidR="00210ED2" w:rsidRDefault="00000000">
            <w:pPr>
              <w:spacing w:after="0" w:line="240" w:lineRule="auto"/>
            </w:pPr>
            <w:r>
              <w:t>785.51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F5BC849" w14:textId="77777777" w:rsidR="00210ED2" w:rsidRDefault="00000000">
            <w:pPr>
              <w:spacing w:after="0" w:line="240" w:lineRule="auto"/>
            </w:pPr>
            <w:r>
              <w:t>R57.0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F1F78CD" w14:textId="77777777" w:rsidR="00210ED2" w:rsidRDefault="00000000">
            <w:pPr>
              <w:spacing w:after="0" w:line="240" w:lineRule="auto"/>
            </w:pPr>
            <w:r>
              <w:t>Broad MACCE component only</w:t>
            </w:r>
          </w:p>
        </w:tc>
      </w:tr>
      <w:tr w:rsidR="00210ED2" w14:paraId="15976063" w14:textId="77777777">
        <w:trPr>
          <w:jc w:val="center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3ED5B4" w14:textId="77777777" w:rsidR="00210ED2" w:rsidRDefault="00000000">
            <w:pPr>
              <w:spacing w:after="0" w:line="240" w:lineRule="auto"/>
            </w:pPr>
            <w:r>
              <w:t>Acute heart failure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09948D5" w14:textId="77777777" w:rsidR="00210ED2" w:rsidRDefault="00000000">
            <w:pPr>
              <w:spacing w:after="0" w:line="240" w:lineRule="auto"/>
            </w:pPr>
            <w:r>
              <w:t>428.1; 428.21; 428.23; 428.31; 428.33; 428.41; 428.43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8C098A" w14:textId="77777777" w:rsidR="00210ED2" w:rsidRDefault="00000000">
            <w:pPr>
              <w:spacing w:after="0" w:line="240" w:lineRule="auto"/>
            </w:pPr>
            <w:r>
              <w:t>I50.21; I50.23; I50.31; I50.33; I50.41; I50.43; I50.811; I50.813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56DE34" w14:textId="77777777" w:rsidR="00210ED2" w:rsidRDefault="00000000">
            <w:pPr>
              <w:spacing w:after="0" w:line="240" w:lineRule="auto"/>
            </w:pPr>
            <w:r>
              <w:t>Broad MACCE component only</w:t>
            </w:r>
          </w:p>
        </w:tc>
      </w:tr>
      <w:tr w:rsidR="00210ED2" w14:paraId="5365D3DE" w14:textId="77777777">
        <w:trPr>
          <w:jc w:val="center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B59743A" w14:textId="77777777" w:rsidR="00210ED2" w:rsidRDefault="00000000">
            <w:pPr>
              <w:spacing w:after="0" w:line="240" w:lineRule="auto"/>
            </w:pPr>
            <w:r>
              <w:t>Coronary artery disease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CCD319" w14:textId="77777777" w:rsidR="00210ED2" w:rsidRDefault="00000000">
            <w:pPr>
              <w:spacing w:after="0" w:line="240" w:lineRule="auto"/>
            </w:pPr>
            <w:r>
              <w:t>414*; 412*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CB5401" w14:textId="77777777" w:rsidR="00210ED2" w:rsidRDefault="00000000">
            <w:pPr>
              <w:spacing w:after="0" w:line="240" w:lineRule="auto"/>
            </w:pPr>
            <w:r>
              <w:t>I25*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8626FBF" w14:textId="77777777" w:rsidR="00210ED2" w:rsidRDefault="00000000">
            <w:pPr>
              <w:spacing w:after="0" w:line="240" w:lineRule="auto"/>
            </w:pPr>
            <w:r>
              <w:t>Predictor</w:t>
            </w:r>
          </w:p>
        </w:tc>
      </w:tr>
      <w:tr w:rsidR="00210ED2" w14:paraId="36BF4728" w14:textId="77777777">
        <w:trPr>
          <w:jc w:val="center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47DD18E" w14:textId="77777777" w:rsidR="00210ED2" w:rsidRDefault="00000000">
            <w:pPr>
              <w:spacing w:after="0" w:line="240" w:lineRule="auto"/>
            </w:pPr>
            <w:r>
              <w:t>Congestive heart failure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9DCE942" w14:textId="77777777" w:rsidR="00210ED2" w:rsidRDefault="00000000">
            <w:pPr>
              <w:spacing w:after="0" w:line="240" w:lineRule="auto"/>
            </w:pPr>
            <w:r>
              <w:t>428*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AED7D6A" w14:textId="77777777" w:rsidR="00210ED2" w:rsidRDefault="00000000">
            <w:pPr>
              <w:spacing w:after="0" w:line="240" w:lineRule="auto"/>
            </w:pPr>
            <w:r>
              <w:t>I50*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F12FAF" w14:textId="77777777" w:rsidR="00210ED2" w:rsidRDefault="00000000">
            <w:pPr>
              <w:spacing w:after="0" w:line="240" w:lineRule="auto"/>
            </w:pPr>
            <w:r>
              <w:t>Baseline descriptor only; excluded from modeling</w:t>
            </w:r>
          </w:p>
        </w:tc>
      </w:tr>
      <w:tr w:rsidR="00210ED2" w14:paraId="09249342" w14:textId="77777777">
        <w:trPr>
          <w:jc w:val="center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19A9AA" w14:textId="77777777" w:rsidR="00210ED2" w:rsidRDefault="00000000">
            <w:pPr>
              <w:spacing w:after="0" w:line="240" w:lineRule="auto"/>
            </w:pPr>
            <w:r>
              <w:t>Atrial fibrillation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8EBA51" w14:textId="77777777" w:rsidR="00210ED2" w:rsidRDefault="00000000">
            <w:pPr>
              <w:spacing w:after="0" w:line="240" w:lineRule="auto"/>
            </w:pPr>
            <w:r>
              <w:t>427.31*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08EB449" w14:textId="77777777" w:rsidR="00210ED2" w:rsidRDefault="00000000">
            <w:pPr>
              <w:spacing w:after="0" w:line="240" w:lineRule="auto"/>
            </w:pPr>
            <w:r>
              <w:t>I48*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DA6F57C" w14:textId="77777777" w:rsidR="00210ED2" w:rsidRDefault="00000000">
            <w:pPr>
              <w:spacing w:after="0" w:line="240" w:lineRule="auto"/>
            </w:pPr>
            <w:r>
              <w:t>Predictor</w:t>
            </w:r>
          </w:p>
        </w:tc>
      </w:tr>
      <w:tr w:rsidR="00210ED2" w14:paraId="457A0031" w14:textId="77777777">
        <w:trPr>
          <w:jc w:val="center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B31F7B5" w14:textId="77777777" w:rsidR="00210ED2" w:rsidRDefault="00000000">
            <w:pPr>
              <w:spacing w:after="0" w:line="240" w:lineRule="auto"/>
            </w:pPr>
            <w:r>
              <w:t>Diabetes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6F8C574" w14:textId="77777777" w:rsidR="00210ED2" w:rsidRDefault="00000000">
            <w:pPr>
              <w:spacing w:after="0" w:line="240" w:lineRule="auto"/>
            </w:pPr>
            <w:r>
              <w:t>250*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0BBBFCB" w14:textId="77777777" w:rsidR="00210ED2" w:rsidRDefault="00000000">
            <w:pPr>
              <w:spacing w:after="0" w:line="240" w:lineRule="auto"/>
            </w:pPr>
            <w:r>
              <w:t>E10*; E11*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B9A19E" w14:textId="77777777" w:rsidR="00210ED2" w:rsidRDefault="00000000">
            <w:pPr>
              <w:spacing w:after="0" w:line="240" w:lineRule="auto"/>
            </w:pPr>
            <w:r>
              <w:t>Predictor</w:t>
            </w:r>
          </w:p>
        </w:tc>
      </w:tr>
      <w:tr w:rsidR="00210ED2" w14:paraId="5198FA6B" w14:textId="77777777">
        <w:trPr>
          <w:jc w:val="center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46630D0" w14:textId="77777777" w:rsidR="00210ED2" w:rsidRDefault="00000000">
            <w:pPr>
              <w:spacing w:after="0" w:line="240" w:lineRule="auto"/>
            </w:pPr>
            <w:r>
              <w:t>Chronic kidney disease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F6B93AD" w14:textId="77777777" w:rsidR="00210ED2" w:rsidRDefault="00000000">
            <w:pPr>
              <w:spacing w:after="0" w:line="240" w:lineRule="auto"/>
            </w:pPr>
            <w:r>
              <w:t>585*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0D0DEB" w14:textId="77777777" w:rsidR="00210ED2" w:rsidRDefault="00000000">
            <w:pPr>
              <w:spacing w:after="0" w:line="240" w:lineRule="auto"/>
            </w:pPr>
            <w:r>
              <w:t>N18*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8DBC171" w14:textId="77777777" w:rsidR="00210ED2" w:rsidRDefault="00000000">
            <w:pPr>
              <w:spacing w:after="0" w:line="240" w:lineRule="auto"/>
            </w:pPr>
            <w:r>
              <w:t>Predictor</w:t>
            </w:r>
          </w:p>
        </w:tc>
      </w:tr>
      <w:tr w:rsidR="00210ED2" w14:paraId="416E3F57" w14:textId="77777777">
        <w:trPr>
          <w:jc w:val="center"/>
        </w:trPr>
        <w:tc>
          <w:tcPr>
            <w:tcW w:w="363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4CBCA10" w14:textId="77777777" w:rsidR="00210ED2" w:rsidRDefault="00000000">
            <w:pPr>
              <w:spacing w:after="0" w:line="240" w:lineRule="auto"/>
            </w:pPr>
            <w:r>
              <w:t>Prior/current stroke code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913B6EE" w14:textId="77777777" w:rsidR="00210ED2" w:rsidRDefault="00000000">
            <w:pPr>
              <w:spacing w:after="0" w:line="240" w:lineRule="auto"/>
            </w:pPr>
            <w:r>
              <w:t>433*; 434*; 436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45DB0B0" w14:textId="77777777" w:rsidR="00210ED2" w:rsidRDefault="00000000">
            <w:pPr>
              <w:spacing w:after="0" w:line="240" w:lineRule="auto"/>
            </w:pPr>
            <w:r>
              <w:t>I63*; I64*; Z86.73*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9501CD0" w14:textId="77777777" w:rsidR="00210ED2" w:rsidRDefault="00000000">
            <w:pPr>
              <w:spacing w:after="0" w:line="240" w:lineRule="auto"/>
            </w:pPr>
            <w:r>
              <w:t>Baseline descriptor only; excluded from modeling</w:t>
            </w:r>
          </w:p>
        </w:tc>
      </w:tr>
    </w:tbl>
    <w:p w14:paraId="3D80B609" w14:textId="77777777" w:rsidR="00210ED2" w:rsidRDefault="00210ED2"/>
    <w:p w14:paraId="0DD45169" w14:textId="77777777" w:rsidR="00210ED2" w:rsidRDefault="00000000">
      <w:pPr>
        <w:spacing w:line="240" w:lineRule="auto"/>
      </w:pPr>
      <w:r>
        <w:t>MACCE, major adverse cardiovascular and cerebrovascular events.</w:t>
      </w:r>
    </w:p>
    <w:p w14:paraId="2543F054" w14:textId="77777777" w:rsidR="00210ED2" w:rsidRDefault="00000000">
      <w:pPr>
        <w:spacing w:after="0"/>
      </w:pPr>
      <w:r>
        <w:br w:type="page"/>
      </w:r>
    </w:p>
    <w:p w14:paraId="3A678F6C" w14:textId="77777777" w:rsidR="00210ED2" w:rsidRDefault="00000000">
      <w:pPr>
        <w:keepNext/>
        <w:spacing w:after="80" w:line="240" w:lineRule="auto"/>
      </w:pPr>
      <w:r>
        <w:rPr>
          <w:b/>
        </w:rPr>
        <w:lastRenderedPageBreak/>
        <w:t>Supplementary Table S2. Hip arthroplasty procedure-code categories.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2908"/>
        <w:gridCol w:w="2909"/>
        <w:gridCol w:w="2909"/>
        <w:gridCol w:w="2909"/>
        <w:gridCol w:w="2909"/>
      </w:tblGrid>
      <w:tr w:rsidR="00210ED2" w14:paraId="3D33DE19" w14:textId="77777777">
        <w:trPr>
          <w:tblHeader/>
          <w:jc w:val="center"/>
        </w:trPr>
        <w:tc>
          <w:tcPr>
            <w:tcW w:w="29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1F5F1F6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Procedure category</w:t>
            </w:r>
          </w:p>
        </w:tc>
        <w:tc>
          <w:tcPr>
            <w:tcW w:w="29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502809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ICD-9/ICD-10 procedure code basis</w:t>
            </w:r>
          </w:p>
        </w:tc>
        <w:tc>
          <w:tcPr>
            <w:tcW w:w="29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51CA78D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No. patients</w:t>
            </w:r>
          </w:p>
        </w:tc>
        <w:tc>
          <w:tcPr>
            <w:tcW w:w="29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54B498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MACCE events</w:t>
            </w:r>
          </w:p>
        </w:tc>
        <w:tc>
          <w:tcPr>
            <w:tcW w:w="29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7A12C79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MACCE rate</w:t>
            </w:r>
          </w:p>
        </w:tc>
      </w:tr>
      <w:tr w:rsidR="00210ED2" w14:paraId="436A8630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DC2B25" w14:textId="77777777" w:rsidR="00210ED2" w:rsidRDefault="00000000">
            <w:pPr>
              <w:spacing w:after="0" w:line="240" w:lineRule="auto"/>
            </w:pPr>
            <w:r>
              <w:t>Total hip arthroplasty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6FD78C" w14:textId="77777777" w:rsidR="00210ED2" w:rsidRDefault="00000000">
            <w:pPr>
              <w:spacing w:after="0" w:line="240" w:lineRule="auto"/>
            </w:pPr>
            <w:r>
              <w:t>ICD-9 81.51; ICD-10-PCS 0SR9/0SRB/0SRA/0SRE replacement codes excluding spacer or revision-coded procedures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ACFD0A" w14:textId="77777777" w:rsidR="00210ED2" w:rsidRDefault="00000000">
            <w:pPr>
              <w:spacing w:after="0" w:line="240" w:lineRule="auto"/>
            </w:pPr>
            <w:r>
              <w:t>741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7420AE" w14:textId="77777777" w:rsidR="00210ED2" w:rsidRDefault="00000000">
            <w:pPr>
              <w:spacing w:after="0" w:line="240" w:lineRule="auto"/>
            </w:pPr>
            <w:r>
              <w:t>25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81687F4" w14:textId="77777777" w:rsidR="00210ED2" w:rsidRDefault="00000000">
            <w:pPr>
              <w:spacing w:after="0" w:line="240" w:lineRule="auto"/>
            </w:pPr>
            <w:r>
              <w:t>3.4%</w:t>
            </w:r>
          </w:p>
        </w:tc>
      </w:tr>
      <w:tr w:rsidR="00210ED2" w14:paraId="72ED3D97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8AAC483" w14:textId="77777777" w:rsidR="00210ED2" w:rsidRDefault="00000000">
            <w:pPr>
              <w:spacing w:after="0" w:line="240" w:lineRule="auto"/>
            </w:pPr>
            <w:r>
              <w:t>Partial/hemiarthroplasty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A41D710" w14:textId="77777777" w:rsidR="00210ED2" w:rsidRDefault="00000000">
            <w:pPr>
              <w:spacing w:after="0" w:line="240" w:lineRule="auto"/>
            </w:pPr>
            <w:r>
              <w:t>ICD-9 81.52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AE47C38" w14:textId="77777777" w:rsidR="00210ED2" w:rsidRDefault="00000000">
            <w:pPr>
              <w:spacing w:after="0" w:line="240" w:lineRule="auto"/>
            </w:pPr>
            <w:r>
              <w:t>437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A7E507A" w14:textId="77777777" w:rsidR="00210ED2" w:rsidRDefault="00000000">
            <w:pPr>
              <w:spacing w:after="0" w:line="240" w:lineRule="auto"/>
            </w:pPr>
            <w:r>
              <w:t>49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E233E3" w14:textId="77777777" w:rsidR="00210ED2" w:rsidRDefault="00000000">
            <w:pPr>
              <w:spacing w:after="0" w:line="240" w:lineRule="auto"/>
            </w:pPr>
            <w:r>
              <w:t>11.2%</w:t>
            </w:r>
          </w:p>
        </w:tc>
      </w:tr>
      <w:tr w:rsidR="00210ED2" w14:paraId="3FE17B00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260B78E" w14:textId="77777777" w:rsidR="00210ED2" w:rsidRDefault="00000000">
            <w:pPr>
              <w:spacing w:after="0" w:line="240" w:lineRule="auto"/>
            </w:pPr>
            <w:r>
              <w:t>Revision/spacer-related arthroplasty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6E7311" w14:textId="77777777" w:rsidR="00210ED2" w:rsidRDefault="00000000">
            <w:pPr>
              <w:spacing w:after="0" w:line="240" w:lineRule="auto"/>
            </w:pPr>
            <w:r>
              <w:t>ICD-9 00.70-00.73; ICD-10-PCS articulating spacer or revision-related descriptions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F411AA8" w14:textId="77777777" w:rsidR="00210ED2" w:rsidRDefault="00000000">
            <w:pPr>
              <w:spacing w:after="0" w:line="240" w:lineRule="auto"/>
            </w:pPr>
            <w:r>
              <w:t>75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FA883CF" w14:textId="77777777" w:rsidR="00210ED2" w:rsidRDefault="00000000">
            <w:pPr>
              <w:spacing w:after="0" w:line="240" w:lineRule="auto"/>
            </w:pPr>
            <w:r>
              <w:t>7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D581CD" w14:textId="77777777" w:rsidR="00210ED2" w:rsidRDefault="00000000">
            <w:pPr>
              <w:spacing w:after="0" w:line="240" w:lineRule="auto"/>
            </w:pPr>
            <w:r>
              <w:t>9.3%</w:t>
            </w:r>
          </w:p>
        </w:tc>
      </w:tr>
      <w:tr w:rsidR="00210ED2" w14:paraId="287CFF28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388D8F" w14:textId="77777777" w:rsidR="00210ED2" w:rsidRDefault="00000000">
            <w:pPr>
              <w:spacing w:after="0" w:line="240" w:lineRule="auto"/>
            </w:pPr>
            <w:r>
              <w:t>Overall included hip arthroplasty cohort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9B89A1" w14:textId="77777777" w:rsidR="00210ED2" w:rsidRDefault="00000000">
            <w:pPr>
              <w:spacing w:after="0" w:line="240" w:lineRule="auto"/>
            </w:pPr>
            <w:r>
              <w:t>All eligible hip arthroplasty procedure codes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5FBC7CC" w14:textId="77777777" w:rsidR="00210ED2" w:rsidRDefault="00000000">
            <w:pPr>
              <w:spacing w:after="0" w:line="240" w:lineRule="auto"/>
            </w:pPr>
            <w:r>
              <w:t>1253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2C9C94" w14:textId="77777777" w:rsidR="00210ED2" w:rsidRDefault="00000000">
            <w:pPr>
              <w:spacing w:after="0" w:line="240" w:lineRule="auto"/>
            </w:pPr>
            <w:r>
              <w:t>81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57F8779" w14:textId="77777777" w:rsidR="00210ED2" w:rsidRDefault="00000000">
            <w:pPr>
              <w:spacing w:after="0" w:line="240" w:lineRule="auto"/>
            </w:pPr>
            <w:r>
              <w:t>6.46%</w:t>
            </w:r>
          </w:p>
        </w:tc>
      </w:tr>
    </w:tbl>
    <w:p w14:paraId="5E555EF9" w14:textId="77777777" w:rsidR="00210ED2" w:rsidRDefault="00210ED2"/>
    <w:p w14:paraId="0C294E34" w14:textId="77777777" w:rsidR="00210ED2" w:rsidRDefault="00000000">
      <w:pPr>
        <w:spacing w:line="240" w:lineRule="auto"/>
      </w:pPr>
      <w:r>
        <w:t>Procedure-code categories were used to identify hip arthroplasty hospitalizations.</w:t>
      </w:r>
    </w:p>
    <w:p w14:paraId="27A9C8E7" w14:textId="77777777" w:rsidR="00210ED2" w:rsidRDefault="00000000">
      <w:pPr>
        <w:spacing w:after="0"/>
      </w:pPr>
      <w:r>
        <w:br w:type="page"/>
      </w:r>
    </w:p>
    <w:p w14:paraId="378D1F9C" w14:textId="77777777" w:rsidR="00210ED2" w:rsidRDefault="00000000">
      <w:pPr>
        <w:keepNext/>
        <w:spacing w:after="80" w:line="240" w:lineRule="auto"/>
      </w:pPr>
      <w:r>
        <w:rPr>
          <w:b/>
        </w:rPr>
        <w:lastRenderedPageBreak/>
        <w:t>Supplementary Table S3. Complete baseline characteristics stratified by broad-definition in-hospital MACCE.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2424"/>
        <w:gridCol w:w="2424"/>
        <w:gridCol w:w="2424"/>
        <w:gridCol w:w="2424"/>
        <w:gridCol w:w="2424"/>
        <w:gridCol w:w="2424"/>
      </w:tblGrid>
      <w:tr w:rsidR="00210ED2" w14:paraId="4077B65D" w14:textId="77777777">
        <w:trPr>
          <w:tblHeader/>
          <w:jc w:val="center"/>
        </w:trPr>
        <w:tc>
          <w:tcPr>
            <w:tcW w:w="24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026768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Characteristic</w:t>
            </w:r>
          </w:p>
        </w:tc>
        <w:tc>
          <w:tcPr>
            <w:tcW w:w="24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45E26A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Overall (N=1253)</w:t>
            </w:r>
          </w:p>
        </w:tc>
        <w:tc>
          <w:tcPr>
            <w:tcW w:w="24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B0BC9FB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No MACCE (N=1172)</w:t>
            </w:r>
          </w:p>
        </w:tc>
        <w:tc>
          <w:tcPr>
            <w:tcW w:w="24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509B58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MACCE (N=81)</w:t>
            </w:r>
          </w:p>
        </w:tc>
        <w:tc>
          <w:tcPr>
            <w:tcW w:w="24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5644DDF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P value</w:t>
            </w:r>
          </w:p>
        </w:tc>
        <w:tc>
          <w:tcPr>
            <w:tcW w:w="24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0C21C0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Missing</w:t>
            </w:r>
          </w:p>
        </w:tc>
      </w:tr>
      <w:tr w:rsidR="00210ED2" w14:paraId="64A2FC6A" w14:textId="77777777">
        <w:trPr>
          <w:jc w:val="center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B9BF20A" w14:textId="77777777" w:rsidR="00210ED2" w:rsidRDefault="00000000">
            <w:pPr>
              <w:spacing w:after="0" w:line="240" w:lineRule="auto"/>
            </w:pPr>
            <w:r>
              <w:t>Age, years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8A144D2" w14:textId="77777777" w:rsidR="00210ED2" w:rsidRDefault="00000000">
            <w:pPr>
              <w:spacing w:after="0" w:line="240" w:lineRule="auto"/>
            </w:pPr>
            <w:r>
              <w:t>76.00 (70.00-83.00)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DA084E" w14:textId="77777777" w:rsidR="00210ED2" w:rsidRDefault="00000000">
            <w:pPr>
              <w:spacing w:after="0" w:line="240" w:lineRule="auto"/>
            </w:pPr>
            <w:r>
              <w:t>76.00 (70.00-83.00)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7D4DE9" w14:textId="77777777" w:rsidR="00210ED2" w:rsidRDefault="00000000">
            <w:pPr>
              <w:spacing w:after="0" w:line="240" w:lineRule="auto"/>
            </w:pPr>
            <w:r>
              <w:t>80.00 (74.00-86.00)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222B89C" w14:textId="77777777" w:rsidR="00210ED2" w:rsidRDefault="00000000">
            <w:pPr>
              <w:spacing w:after="0" w:line="240" w:lineRule="auto"/>
            </w:pPr>
            <w:r>
              <w:t>&lt;0.001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113820" w14:textId="77777777" w:rsidR="00210ED2" w:rsidRDefault="00000000">
            <w:pPr>
              <w:spacing w:after="0" w:line="240" w:lineRule="auto"/>
            </w:pPr>
            <w:r>
              <w:t>0</w:t>
            </w:r>
          </w:p>
        </w:tc>
      </w:tr>
      <w:tr w:rsidR="00210ED2" w14:paraId="0571A623" w14:textId="77777777">
        <w:trPr>
          <w:jc w:val="center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BBA51B6" w14:textId="77777777" w:rsidR="00210ED2" w:rsidRDefault="00000000">
            <w:pPr>
              <w:spacing w:after="0" w:line="240" w:lineRule="auto"/>
            </w:pPr>
            <w:r>
              <w:t>Hemoglobin minimum, g/dL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5DD9FD7" w14:textId="77777777" w:rsidR="00210ED2" w:rsidRDefault="00000000">
            <w:pPr>
              <w:spacing w:after="0" w:line="240" w:lineRule="auto"/>
            </w:pPr>
            <w:r>
              <w:t>10.50 (9.40-11.80)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249C415" w14:textId="77777777" w:rsidR="00210ED2" w:rsidRDefault="00000000">
            <w:pPr>
              <w:spacing w:after="0" w:line="240" w:lineRule="auto"/>
            </w:pPr>
            <w:r>
              <w:t>10.60 (9.60-11.80)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2F456B0" w14:textId="77777777" w:rsidR="00210ED2" w:rsidRDefault="00000000">
            <w:pPr>
              <w:spacing w:after="0" w:line="240" w:lineRule="auto"/>
            </w:pPr>
            <w:r>
              <w:t>9.90 (8.50-11.35)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AE578F" w14:textId="77777777" w:rsidR="00210ED2" w:rsidRDefault="00000000">
            <w:pPr>
              <w:spacing w:after="0" w:line="240" w:lineRule="auto"/>
            </w:pPr>
            <w:r>
              <w:t>0.003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561D693" w14:textId="77777777" w:rsidR="00210ED2" w:rsidRDefault="00000000">
            <w:pPr>
              <w:spacing w:after="0" w:line="240" w:lineRule="auto"/>
            </w:pPr>
            <w:r>
              <w:t>464</w:t>
            </w:r>
          </w:p>
        </w:tc>
      </w:tr>
      <w:tr w:rsidR="00210ED2" w14:paraId="69A972C9" w14:textId="77777777">
        <w:trPr>
          <w:jc w:val="center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3FF534B" w14:textId="77777777" w:rsidR="00210ED2" w:rsidRDefault="00000000">
            <w:pPr>
              <w:spacing w:after="0" w:line="240" w:lineRule="auto"/>
            </w:pPr>
            <w:r>
              <w:t>WBC maximum, K/uL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52B687F" w14:textId="77777777" w:rsidR="00210ED2" w:rsidRDefault="00000000">
            <w:pPr>
              <w:spacing w:after="0" w:line="240" w:lineRule="auto"/>
            </w:pPr>
            <w:r>
              <w:t>11.80 (9.20-14.80)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549A8B" w14:textId="77777777" w:rsidR="00210ED2" w:rsidRDefault="00000000">
            <w:pPr>
              <w:spacing w:after="0" w:line="240" w:lineRule="auto"/>
            </w:pPr>
            <w:r>
              <w:t>11.80 (9.25-14.70)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1B98823" w14:textId="77777777" w:rsidR="00210ED2" w:rsidRDefault="00000000">
            <w:pPr>
              <w:spacing w:after="0" w:line="240" w:lineRule="auto"/>
            </w:pPr>
            <w:r>
              <w:t>12.20 (9.00-16.43)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5A85EB0" w14:textId="77777777" w:rsidR="00210ED2" w:rsidRDefault="00000000">
            <w:pPr>
              <w:spacing w:after="0" w:line="240" w:lineRule="auto"/>
            </w:pPr>
            <w:r>
              <w:t>0.525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4553B7" w14:textId="77777777" w:rsidR="00210ED2" w:rsidRDefault="00000000">
            <w:pPr>
              <w:spacing w:after="0" w:line="240" w:lineRule="auto"/>
            </w:pPr>
            <w:r>
              <w:t>492</w:t>
            </w:r>
          </w:p>
        </w:tc>
      </w:tr>
      <w:tr w:rsidR="00210ED2" w14:paraId="035712BA" w14:textId="77777777">
        <w:trPr>
          <w:jc w:val="center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A58B06" w14:textId="77777777" w:rsidR="00210ED2" w:rsidRDefault="00000000">
            <w:pPr>
              <w:spacing w:after="0" w:line="240" w:lineRule="auto"/>
            </w:pPr>
            <w:r>
              <w:t>Platelet minimum, K/uL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DD31E46" w14:textId="77777777" w:rsidR="00210ED2" w:rsidRDefault="00000000">
            <w:pPr>
              <w:spacing w:after="0" w:line="240" w:lineRule="auto"/>
            </w:pPr>
            <w:r>
              <w:t>198.00 (155.75-250.00)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73D4D01" w14:textId="77777777" w:rsidR="00210ED2" w:rsidRDefault="00000000">
            <w:pPr>
              <w:spacing w:after="0" w:line="240" w:lineRule="auto"/>
            </w:pPr>
            <w:r>
              <w:t>201.00 (158.00-252.50)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5BFF6A7" w14:textId="77777777" w:rsidR="00210ED2" w:rsidRDefault="00000000">
            <w:pPr>
              <w:spacing w:after="0" w:line="240" w:lineRule="auto"/>
            </w:pPr>
            <w:r>
              <w:t>171.00 (137.00-219.00)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6655F5" w14:textId="77777777" w:rsidR="00210ED2" w:rsidRDefault="00000000">
            <w:pPr>
              <w:spacing w:after="0" w:line="240" w:lineRule="auto"/>
            </w:pPr>
            <w:r>
              <w:t>0.007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FC8A6B" w14:textId="77777777" w:rsidR="00210ED2" w:rsidRDefault="00000000">
            <w:pPr>
              <w:spacing w:after="0" w:line="240" w:lineRule="auto"/>
            </w:pPr>
            <w:r>
              <w:t>493</w:t>
            </w:r>
          </w:p>
        </w:tc>
      </w:tr>
      <w:tr w:rsidR="00210ED2" w14:paraId="4FFB0AF5" w14:textId="77777777">
        <w:trPr>
          <w:jc w:val="center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76139B" w14:textId="77777777" w:rsidR="00210ED2" w:rsidRDefault="00000000">
            <w:pPr>
              <w:spacing w:after="0" w:line="240" w:lineRule="auto"/>
            </w:pPr>
            <w:r>
              <w:t>Creatinine maximum, mg/dL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DAF753" w14:textId="77777777" w:rsidR="00210ED2" w:rsidRDefault="00000000">
            <w:pPr>
              <w:spacing w:after="0" w:line="240" w:lineRule="auto"/>
            </w:pPr>
            <w:r>
              <w:t>0.90 (0.70-1.20)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54F1913" w14:textId="77777777" w:rsidR="00210ED2" w:rsidRDefault="00000000">
            <w:pPr>
              <w:spacing w:after="0" w:line="240" w:lineRule="auto"/>
            </w:pPr>
            <w:r>
              <w:t>0.90 (0.70-1.20)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681B349" w14:textId="77777777" w:rsidR="00210ED2" w:rsidRDefault="00000000">
            <w:pPr>
              <w:spacing w:after="0" w:line="240" w:lineRule="auto"/>
            </w:pPr>
            <w:r>
              <w:t>1.30 (0.90-1.70)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C7D901" w14:textId="77777777" w:rsidR="00210ED2" w:rsidRDefault="00000000">
            <w:pPr>
              <w:spacing w:after="0" w:line="240" w:lineRule="auto"/>
            </w:pPr>
            <w:r>
              <w:t>&lt;0.001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5DCBAE8" w14:textId="77777777" w:rsidR="00210ED2" w:rsidRDefault="00000000">
            <w:pPr>
              <w:spacing w:after="0" w:line="240" w:lineRule="auto"/>
            </w:pPr>
            <w:r>
              <w:t>522</w:t>
            </w:r>
          </w:p>
        </w:tc>
      </w:tr>
      <w:tr w:rsidR="00210ED2" w14:paraId="0F72CEAA" w14:textId="77777777">
        <w:trPr>
          <w:jc w:val="center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E02714" w14:textId="77777777" w:rsidR="00210ED2" w:rsidRDefault="00000000">
            <w:pPr>
              <w:spacing w:after="0" w:line="240" w:lineRule="auto"/>
            </w:pPr>
            <w:r>
              <w:t>BUN maximum, mg/dL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480E71" w14:textId="77777777" w:rsidR="00210ED2" w:rsidRDefault="00000000">
            <w:pPr>
              <w:spacing w:after="0" w:line="240" w:lineRule="auto"/>
            </w:pPr>
            <w:r>
              <w:t>19.00 (15.00-26.00)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5EFFB5" w14:textId="77777777" w:rsidR="00210ED2" w:rsidRDefault="00000000">
            <w:pPr>
              <w:spacing w:after="0" w:line="240" w:lineRule="auto"/>
            </w:pPr>
            <w:r>
              <w:t>18.00 (14.00-25.00)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84A9EF" w14:textId="77777777" w:rsidR="00210ED2" w:rsidRDefault="00000000">
            <w:pPr>
              <w:spacing w:after="0" w:line="240" w:lineRule="auto"/>
            </w:pPr>
            <w:r>
              <w:t>27.00 (22.00-41.00)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C77EDE0" w14:textId="77777777" w:rsidR="00210ED2" w:rsidRDefault="00000000">
            <w:pPr>
              <w:spacing w:after="0" w:line="240" w:lineRule="auto"/>
            </w:pPr>
            <w:r>
              <w:t>&lt;0.001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FED58C2" w14:textId="77777777" w:rsidR="00210ED2" w:rsidRDefault="00000000">
            <w:pPr>
              <w:spacing w:after="0" w:line="240" w:lineRule="auto"/>
            </w:pPr>
            <w:r>
              <w:t>523</w:t>
            </w:r>
          </w:p>
        </w:tc>
      </w:tr>
      <w:tr w:rsidR="00210ED2" w14:paraId="779FB045" w14:textId="77777777">
        <w:trPr>
          <w:jc w:val="center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6F0E79" w14:textId="77777777" w:rsidR="00210ED2" w:rsidRDefault="00000000">
            <w:pPr>
              <w:spacing w:after="0" w:line="240" w:lineRule="auto"/>
            </w:pPr>
            <w:r>
              <w:t>Sodium minimum, mmol/L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8B1312" w14:textId="77777777" w:rsidR="00210ED2" w:rsidRDefault="00000000">
            <w:pPr>
              <w:spacing w:after="0" w:line="240" w:lineRule="auto"/>
            </w:pPr>
            <w:r>
              <w:t>138.00 (135.50-140.00)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7676E96" w14:textId="77777777" w:rsidR="00210ED2" w:rsidRDefault="00000000">
            <w:pPr>
              <w:spacing w:after="0" w:line="240" w:lineRule="auto"/>
            </w:pPr>
            <w:r>
              <w:t>138.00 (136.00-140.00)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0A2A30" w14:textId="77777777" w:rsidR="00210ED2" w:rsidRDefault="00000000">
            <w:pPr>
              <w:spacing w:after="0" w:line="240" w:lineRule="auto"/>
            </w:pPr>
            <w:r>
              <w:t>137.00 (135.00-139.00)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F014809" w14:textId="77777777" w:rsidR="00210ED2" w:rsidRDefault="00000000">
            <w:pPr>
              <w:spacing w:after="0" w:line="240" w:lineRule="auto"/>
            </w:pPr>
            <w:r>
              <w:t>0.115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F353785" w14:textId="77777777" w:rsidR="00210ED2" w:rsidRDefault="00000000">
            <w:pPr>
              <w:spacing w:after="0" w:line="240" w:lineRule="auto"/>
            </w:pPr>
            <w:r>
              <w:t>526</w:t>
            </w:r>
          </w:p>
        </w:tc>
      </w:tr>
      <w:tr w:rsidR="00210ED2" w14:paraId="0EE93EC6" w14:textId="77777777">
        <w:trPr>
          <w:jc w:val="center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43A47CB" w14:textId="77777777" w:rsidR="00210ED2" w:rsidRDefault="00000000">
            <w:pPr>
              <w:spacing w:after="0" w:line="240" w:lineRule="auto"/>
            </w:pPr>
            <w:r>
              <w:t>Potassium maximum, mmol/L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E112FD" w14:textId="77777777" w:rsidR="00210ED2" w:rsidRDefault="00000000">
            <w:pPr>
              <w:spacing w:after="0" w:line="240" w:lineRule="auto"/>
            </w:pPr>
            <w:r>
              <w:t>4.30 (3.90-4.60)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7A21806" w14:textId="77777777" w:rsidR="00210ED2" w:rsidRDefault="00000000">
            <w:pPr>
              <w:spacing w:after="0" w:line="240" w:lineRule="auto"/>
            </w:pPr>
            <w:r>
              <w:t>4.20 (3.90-4.60)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808D27" w14:textId="77777777" w:rsidR="00210ED2" w:rsidRDefault="00000000">
            <w:pPr>
              <w:spacing w:after="0" w:line="240" w:lineRule="auto"/>
            </w:pPr>
            <w:r>
              <w:t>4.60 (4.17-4.90)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EB3C517" w14:textId="77777777" w:rsidR="00210ED2" w:rsidRDefault="00000000">
            <w:pPr>
              <w:spacing w:after="0" w:line="240" w:lineRule="auto"/>
            </w:pPr>
            <w:r>
              <w:t>&lt;0.001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19CFED6" w14:textId="77777777" w:rsidR="00210ED2" w:rsidRDefault="00000000">
            <w:pPr>
              <w:spacing w:after="0" w:line="240" w:lineRule="auto"/>
            </w:pPr>
            <w:r>
              <w:t>524</w:t>
            </w:r>
          </w:p>
        </w:tc>
      </w:tr>
      <w:tr w:rsidR="00210ED2" w14:paraId="39EB85FC" w14:textId="77777777">
        <w:trPr>
          <w:jc w:val="center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519DC0B" w14:textId="77777777" w:rsidR="00210ED2" w:rsidRDefault="00000000">
            <w:pPr>
              <w:spacing w:after="0" w:line="240" w:lineRule="auto"/>
            </w:pPr>
            <w:r>
              <w:t>Glucose maximum, mg/dL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1B489E" w14:textId="77777777" w:rsidR="00210ED2" w:rsidRDefault="00000000">
            <w:pPr>
              <w:spacing w:after="0" w:line="240" w:lineRule="auto"/>
            </w:pPr>
            <w:r>
              <w:t>138.00 (118.00-164.00)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DBDBF32" w14:textId="77777777" w:rsidR="00210ED2" w:rsidRDefault="00000000">
            <w:pPr>
              <w:spacing w:after="0" w:line="240" w:lineRule="auto"/>
            </w:pPr>
            <w:r>
              <w:t>138.00 (117.00-164.00)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5CCD4A" w14:textId="77777777" w:rsidR="00210ED2" w:rsidRDefault="00000000">
            <w:pPr>
              <w:spacing w:after="0" w:line="240" w:lineRule="auto"/>
            </w:pPr>
            <w:r>
              <w:t>147.00 (122.00-161.00)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A3C478E" w14:textId="77777777" w:rsidR="00210ED2" w:rsidRDefault="00000000">
            <w:pPr>
              <w:spacing w:after="0" w:line="240" w:lineRule="auto"/>
            </w:pPr>
            <w:r>
              <w:t>0.227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591EADA" w14:textId="77777777" w:rsidR="00210ED2" w:rsidRDefault="00000000">
            <w:pPr>
              <w:spacing w:after="0" w:line="240" w:lineRule="auto"/>
            </w:pPr>
            <w:r>
              <w:t>498</w:t>
            </w:r>
          </w:p>
        </w:tc>
      </w:tr>
      <w:tr w:rsidR="00210ED2" w14:paraId="23929339" w14:textId="77777777">
        <w:trPr>
          <w:jc w:val="center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B7FF7C1" w14:textId="77777777" w:rsidR="00210ED2" w:rsidRDefault="00000000">
            <w:pPr>
              <w:spacing w:after="0" w:line="240" w:lineRule="auto"/>
            </w:pPr>
            <w:r>
              <w:t>Lactate maximum, mmol/L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506D79" w14:textId="77777777" w:rsidR="00210ED2" w:rsidRDefault="00000000">
            <w:pPr>
              <w:spacing w:after="0" w:line="240" w:lineRule="auto"/>
            </w:pPr>
            <w:r>
              <w:t>1.50 (1.20-2.10)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8483F1" w14:textId="77777777" w:rsidR="00210ED2" w:rsidRDefault="00000000">
            <w:pPr>
              <w:spacing w:after="0" w:line="240" w:lineRule="auto"/>
            </w:pPr>
            <w:r>
              <w:t>1.50 (1.20-2.00)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C664E2" w14:textId="77777777" w:rsidR="00210ED2" w:rsidRDefault="00000000">
            <w:pPr>
              <w:spacing w:after="0" w:line="240" w:lineRule="auto"/>
            </w:pPr>
            <w:r>
              <w:t>1.70 (1.35-2.35)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F18EBA6" w14:textId="77777777" w:rsidR="00210ED2" w:rsidRDefault="00000000">
            <w:pPr>
              <w:spacing w:after="0" w:line="240" w:lineRule="auto"/>
            </w:pPr>
            <w:r>
              <w:t>0.264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A1505F6" w14:textId="77777777" w:rsidR="00210ED2" w:rsidRDefault="00000000">
            <w:pPr>
              <w:spacing w:after="0" w:line="240" w:lineRule="auto"/>
            </w:pPr>
            <w:r>
              <w:t>1069</w:t>
            </w:r>
          </w:p>
        </w:tc>
      </w:tr>
      <w:tr w:rsidR="00210ED2" w14:paraId="31CA50A7" w14:textId="77777777">
        <w:trPr>
          <w:jc w:val="center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926B7EA" w14:textId="77777777" w:rsidR="00210ED2" w:rsidRDefault="00000000">
            <w:pPr>
              <w:spacing w:after="0" w:line="240" w:lineRule="auto"/>
            </w:pPr>
            <w:r>
              <w:t>Male sex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D6A6D6A" w14:textId="77777777" w:rsidR="00210ED2" w:rsidRDefault="00000000">
            <w:pPr>
              <w:spacing w:after="0" w:line="240" w:lineRule="auto"/>
            </w:pPr>
            <w:r>
              <w:t>458 (36.6)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6F45A72" w14:textId="77777777" w:rsidR="00210ED2" w:rsidRDefault="00000000">
            <w:pPr>
              <w:spacing w:after="0" w:line="240" w:lineRule="auto"/>
            </w:pPr>
            <w:r>
              <w:t>424 (36.2)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73E804A" w14:textId="77777777" w:rsidR="00210ED2" w:rsidRDefault="00000000">
            <w:pPr>
              <w:spacing w:after="0" w:line="240" w:lineRule="auto"/>
            </w:pPr>
            <w:r>
              <w:t>34 (42.0)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CC4531" w14:textId="77777777" w:rsidR="00210ED2" w:rsidRDefault="00000000">
            <w:pPr>
              <w:spacing w:after="0" w:line="240" w:lineRule="auto"/>
            </w:pPr>
            <w:r>
              <w:t>0.340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E872604" w14:textId="77777777" w:rsidR="00210ED2" w:rsidRDefault="00000000">
            <w:pPr>
              <w:spacing w:after="0" w:line="240" w:lineRule="auto"/>
            </w:pPr>
            <w:r>
              <w:t>0</w:t>
            </w:r>
          </w:p>
        </w:tc>
      </w:tr>
      <w:tr w:rsidR="00210ED2" w14:paraId="1DBB26CC" w14:textId="77777777">
        <w:trPr>
          <w:jc w:val="center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84F168" w14:textId="77777777" w:rsidR="00210ED2" w:rsidRDefault="00000000">
            <w:pPr>
              <w:spacing w:after="0" w:line="240" w:lineRule="auto"/>
            </w:pPr>
            <w:r>
              <w:t>Urgent or emergency admission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2DFB59" w14:textId="77777777" w:rsidR="00210ED2" w:rsidRDefault="00000000">
            <w:pPr>
              <w:spacing w:after="0" w:line="240" w:lineRule="auto"/>
            </w:pPr>
            <w:r>
              <w:t>74 (5.9)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B1053A2" w14:textId="77777777" w:rsidR="00210ED2" w:rsidRDefault="00000000">
            <w:pPr>
              <w:spacing w:after="0" w:line="240" w:lineRule="auto"/>
            </w:pPr>
            <w:r>
              <w:t>59 (5.0)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654092" w14:textId="77777777" w:rsidR="00210ED2" w:rsidRDefault="00000000">
            <w:pPr>
              <w:spacing w:after="0" w:line="240" w:lineRule="auto"/>
            </w:pPr>
            <w:r>
              <w:t>15 (18.5)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6B0F42" w14:textId="77777777" w:rsidR="00210ED2" w:rsidRDefault="00000000">
            <w:pPr>
              <w:spacing w:after="0" w:line="240" w:lineRule="auto"/>
            </w:pPr>
            <w:r>
              <w:t>&lt;0.001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35383C" w14:textId="77777777" w:rsidR="00210ED2" w:rsidRDefault="00000000">
            <w:pPr>
              <w:spacing w:after="0" w:line="240" w:lineRule="auto"/>
            </w:pPr>
            <w:r>
              <w:t>0</w:t>
            </w:r>
          </w:p>
        </w:tc>
      </w:tr>
      <w:tr w:rsidR="00210ED2" w14:paraId="6144ADD9" w14:textId="77777777">
        <w:trPr>
          <w:jc w:val="center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FCC2126" w14:textId="77777777" w:rsidR="00210ED2" w:rsidRDefault="00000000">
            <w:pPr>
              <w:spacing w:after="0" w:line="240" w:lineRule="auto"/>
            </w:pPr>
            <w:r>
              <w:t>Coronary artery disease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5207BC2" w14:textId="77777777" w:rsidR="00210ED2" w:rsidRDefault="00000000">
            <w:pPr>
              <w:spacing w:after="0" w:line="240" w:lineRule="auto"/>
            </w:pPr>
            <w:r>
              <w:t>266 (21.2)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3889DC" w14:textId="77777777" w:rsidR="00210ED2" w:rsidRDefault="00000000">
            <w:pPr>
              <w:spacing w:after="0" w:line="240" w:lineRule="auto"/>
            </w:pPr>
            <w:r>
              <w:t>231 (19.7)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60D823B" w14:textId="77777777" w:rsidR="00210ED2" w:rsidRDefault="00000000">
            <w:pPr>
              <w:spacing w:after="0" w:line="240" w:lineRule="auto"/>
            </w:pPr>
            <w:r>
              <w:t>35 (43.2)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F49EBF3" w14:textId="77777777" w:rsidR="00210ED2" w:rsidRDefault="00000000">
            <w:pPr>
              <w:spacing w:after="0" w:line="240" w:lineRule="auto"/>
            </w:pPr>
            <w:r>
              <w:t>&lt;0.001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1ED8CF1" w14:textId="77777777" w:rsidR="00210ED2" w:rsidRDefault="00000000">
            <w:pPr>
              <w:spacing w:after="0" w:line="240" w:lineRule="auto"/>
            </w:pPr>
            <w:r>
              <w:t>0</w:t>
            </w:r>
          </w:p>
        </w:tc>
      </w:tr>
      <w:tr w:rsidR="00210ED2" w14:paraId="3EB0C9EA" w14:textId="77777777">
        <w:trPr>
          <w:jc w:val="center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2CE55CB" w14:textId="77777777" w:rsidR="00210ED2" w:rsidRDefault="00000000">
            <w:pPr>
              <w:spacing w:after="0" w:line="240" w:lineRule="auto"/>
            </w:pPr>
            <w:r>
              <w:t>Congestive heart failure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BE1F2A" w14:textId="77777777" w:rsidR="00210ED2" w:rsidRDefault="00000000">
            <w:pPr>
              <w:spacing w:after="0" w:line="240" w:lineRule="auto"/>
            </w:pPr>
            <w:r>
              <w:t>187 (14.9)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8BE86F7" w14:textId="77777777" w:rsidR="00210ED2" w:rsidRDefault="00000000">
            <w:pPr>
              <w:spacing w:after="0" w:line="240" w:lineRule="auto"/>
            </w:pPr>
            <w:r>
              <w:t>128 (10.9)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4CA379" w14:textId="77777777" w:rsidR="00210ED2" w:rsidRDefault="00000000">
            <w:pPr>
              <w:spacing w:after="0" w:line="240" w:lineRule="auto"/>
            </w:pPr>
            <w:r>
              <w:t>59 (72.8)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28289B" w14:textId="77777777" w:rsidR="00210ED2" w:rsidRDefault="00000000">
            <w:pPr>
              <w:spacing w:after="0" w:line="240" w:lineRule="auto"/>
            </w:pPr>
            <w:r>
              <w:t>&lt;0.001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AAA9F5F" w14:textId="77777777" w:rsidR="00210ED2" w:rsidRDefault="00000000">
            <w:pPr>
              <w:spacing w:after="0" w:line="240" w:lineRule="auto"/>
            </w:pPr>
            <w:r>
              <w:t>0</w:t>
            </w:r>
          </w:p>
        </w:tc>
      </w:tr>
      <w:tr w:rsidR="00210ED2" w14:paraId="302E0B85" w14:textId="77777777">
        <w:trPr>
          <w:jc w:val="center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EFE03" w14:textId="77777777" w:rsidR="00210ED2" w:rsidRDefault="00000000">
            <w:pPr>
              <w:spacing w:after="0" w:line="240" w:lineRule="auto"/>
            </w:pPr>
            <w:r>
              <w:t>Atrial fibrillation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EA37110" w14:textId="77777777" w:rsidR="00210ED2" w:rsidRDefault="00000000">
            <w:pPr>
              <w:spacing w:after="0" w:line="240" w:lineRule="auto"/>
            </w:pPr>
            <w:r>
              <w:t>258 (20.6)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F354096" w14:textId="77777777" w:rsidR="00210ED2" w:rsidRDefault="00000000">
            <w:pPr>
              <w:spacing w:after="0" w:line="240" w:lineRule="auto"/>
            </w:pPr>
            <w:r>
              <w:t>217 (18.5)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8FBA929" w14:textId="77777777" w:rsidR="00210ED2" w:rsidRDefault="00000000">
            <w:pPr>
              <w:spacing w:after="0" w:line="240" w:lineRule="auto"/>
            </w:pPr>
            <w:r>
              <w:t>41 (50.6)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9956EAD" w14:textId="77777777" w:rsidR="00210ED2" w:rsidRDefault="00000000">
            <w:pPr>
              <w:spacing w:after="0" w:line="240" w:lineRule="auto"/>
            </w:pPr>
            <w:r>
              <w:t>&lt;0.001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4C3A217" w14:textId="77777777" w:rsidR="00210ED2" w:rsidRDefault="00000000">
            <w:pPr>
              <w:spacing w:after="0" w:line="240" w:lineRule="auto"/>
            </w:pPr>
            <w:r>
              <w:t>0</w:t>
            </w:r>
          </w:p>
        </w:tc>
      </w:tr>
      <w:tr w:rsidR="00210ED2" w14:paraId="4B571C40" w14:textId="77777777">
        <w:trPr>
          <w:jc w:val="center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7CCBE0" w14:textId="77777777" w:rsidR="00210ED2" w:rsidRDefault="00000000">
            <w:pPr>
              <w:spacing w:after="0" w:line="240" w:lineRule="auto"/>
            </w:pPr>
            <w:r>
              <w:lastRenderedPageBreak/>
              <w:t>Diabetes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BA6330E" w14:textId="77777777" w:rsidR="00210ED2" w:rsidRDefault="00000000">
            <w:pPr>
              <w:spacing w:after="0" w:line="240" w:lineRule="auto"/>
            </w:pPr>
            <w:r>
              <w:t>250 (20.0)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2018278" w14:textId="77777777" w:rsidR="00210ED2" w:rsidRDefault="00000000">
            <w:pPr>
              <w:spacing w:after="0" w:line="240" w:lineRule="auto"/>
            </w:pPr>
            <w:r>
              <w:t>227 (19.4)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F6FC06" w14:textId="77777777" w:rsidR="00210ED2" w:rsidRDefault="00000000">
            <w:pPr>
              <w:spacing w:after="0" w:line="240" w:lineRule="auto"/>
            </w:pPr>
            <w:r>
              <w:t>23 (28.4)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42F687E" w14:textId="77777777" w:rsidR="00210ED2" w:rsidRDefault="00000000">
            <w:pPr>
              <w:spacing w:after="0" w:line="240" w:lineRule="auto"/>
            </w:pPr>
            <w:r>
              <w:t>0.061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9C87C58" w14:textId="77777777" w:rsidR="00210ED2" w:rsidRDefault="00000000">
            <w:pPr>
              <w:spacing w:after="0" w:line="240" w:lineRule="auto"/>
            </w:pPr>
            <w:r>
              <w:t>0</w:t>
            </w:r>
          </w:p>
        </w:tc>
      </w:tr>
      <w:tr w:rsidR="00210ED2" w14:paraId="2D93EFC6" w14:textId="77777777">
        <w:trPr>
          <w:jc w:val="center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E3ACBF" w14:textId="77777777" w:rsidR="00210ED2" w:rsidRDefault="00000000">
            <w:pPr>
              <w:spacing w:after="0" w:line="240" w:lineRule="auto"/>
            </w:pPr>
            <w:r>
              <w:t>Chronic kidney disease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671200" w14:textId="77777777" w:rsidR="00210ED2" w:rsidRDefault="00000000">
            <w:pPr>
              <w:spacing w:after="0" w:line="240" w:lineRule="auto"/>
            </w:pPr>
            <w:r>
              <w:t>189 (15.1)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12A5215" w14:textId="77777777" w:rsidR="00210ED2" w:rsidRDefault="00000000">
            <w:pPr>
              <w:spacing w:after="0" w:line="240" w:lineRule="auto"/>
            </w:pPr>
            <w:r>
              <w:t>160 (13.7)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F9BBF6D" w14:textId="77777777" w:rsidR="00210ED2" w:rsidRDefault="00000000">
            <w:pPr>
              <w:spacing w:after="0" w:line="240" w:lineRule="auto"/>
            </w:pPr>
            <w:r>
              <w:t>29 (35.8)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50BA398" w14:textId="77777777" w:rsidR="00210ED2" w:rsidRDefault="00000000">
            <w:pPr>
              <w:spacing w:after="0" w:line="240" w:lineRule="auto"/>
            </w:pPr>
            <w:r>
              <w:t>&lt;0.001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8FE6BE" w14:textId="77777777" w:rsidR="00210ED2" w:rsidRDefault="00000000">
            <w:pPr>
              <w:spacing w:after="0" w:line="240" w:lineRule="auto"/>
            </w:pPr>
            <w:r>
              <w:t>0</w:t>
            </w:r>
          </w:p>
        </w:tc>
      </w:tr>
      <w:tr w:rsidR="00210ED2" w14:paraId="66253E3B" w14:textId="77777777">
        <w:trPr>
          <w:jc w:val="center"/>
        </w:trPr>
        <w:tc>
          <w:tcPr>
            <w:tcW w:w="242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625639" w14:textId="77777777" w:rsidR="00210ED2" w:rsidRDefault="00000000">
            <w:pPr>
              <w:spacing w:after="0" w:line="240" w:lineRule="auto"/>
            </w:pPr>
            <w:r>
              <w:t>Prior/current stroke code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9293A3" w14:textId="77777777" w:rsidR="00210ED2" w:rsidRDefault="00000000">
            <w:pPr>
              <w:spacing w:after="0" w:line="240" w:lineRule="auto"/>
            </w:pPr>
            <w:r>
              <w:t>38 (3.0)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436A045" w14:textId="77777777" w:rsidR="00210ED2" w:rsidRDefault="00000000">
            <w:pPr>
              <w:spacing w:after="0" w:line="240" w:lineRule="auto"/>
            </w:pPr>
            <w:r>
              <w:t>23 (2.0)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AF388E" w14:textId="77777777" w:rsidR="00210ED2" w:rsidRDefault="00000000">
            <w:pPr>
              <w:spacing w:after="0" w:line="240" w:lineRule="auto"/>
            </w:pPr>
            <w:r>
              <w:t>15 (18.5)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196FFB" w14:textId="77777777" w:rsidR="00210ED2" w:rsidRDefault="00000000">
            <w:pPr>
              <w:spacing w:after="0" w:line="240" w:lineRule="auto"/>
            </w:pPr>
            <w:r>
              <w:t>&lt;0.001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E9EC90" w14:textId="77777777" w:rsidR="00210ED2" w:rsidRDefault="00000000">
            <w:pPr>
              <w:spacing w:after="0" w:line="240" w:lineRule="auto"/>
            </w:pPr>
            <w:r>
              <w:t>0</w:t>
            </w:r>
          </w:p>
        </w:tc>
      </w:tr>
    </w:tbl>
    <w:p w14:paraId="3DD1492E" w14:textId="77777777" w:rsidR="00210ED2" w:rsidRDefault="00210ED2"/>
    <w:p w14:paraId="20F14B32" w14:textId="77777777" w:rsidR="00210ED2" w:rsidRDefault="00000000">
      <w:pPr>
        <w:spacing w:line="240" w:lineRule="auto"/>
      </w:pPr>
      <w:r>
        <w:t>Values are presented as median (interquartile range) or n (%), as appropriate.</w:t>
      </w:r>
    </w:p>
    <w:p w14:paraId="63DE7CB4" w14:textId="77777777" w:rsidR="00210ED2" w:rsidRDefault="00000000">
      <w:pPr>
        <w:spacing w:after="0"/>
      </w:pPr>
      <w:r>
        <w:br w:type="page"/>
      </w:r>
    </w:p>
    <w:p w14:paraId="6962E06D" w14:textId="77777777" w:rsidR="00210ED2" w:rsidRDefault="00000000">
      <w:pPr>
        <w:keepNext/>
        <w:spacing w:after="80" w:line="240" w:lineRule="auto"/>
      </w:pPr>
      <w:r>
        <w:rPr>
          <w:b/>
        </w:rPr>
        <w:lastRenderedPageBreak/>
        <w:t>Supplementary Table S4. Baseline comparison according to observed versus missing BUN measurements.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3636"/>
        <w:gridCol w:w="3636"/>
        <w:gridCol w:w="3636"/>
        <w:gridCol w:w="3636"/>
      </w:tblGrid>
      <w:tr w:rsidR="00210ED2" w14:paraId="45522121" w14:textId="77777777">
        <w:trPr>
          <w:tblHeader/>
          <w:jc w:val="center"/>
        </w:trPr>
        <w:tc>
          <w:tcPr>
            <w:tcW w:w="363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148AA0A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Characteristic</w:t>
            </w:r>
          </w:p>
        </w:tc>
        <w:tc>
          <w:tcPr>
            <w:tcW w:w="363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BAFFF73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Observed BUN</w:t>
            </w:r>
          </w:p>
        </w:tc>
        <w:tc>
          <w:tcPr>
            <w:tcW w:w="363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9E7B300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Missing BUN</w:t>
            </w:r>
          </w:p>
        </w:tc>
        <w:tc>
          <w:tcPr>
            <w:tcW w:w="363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8CAC0C4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P value</w:t>
            </w:r>
          </w:p>
        </w:tc>
      </w:tr>
      <w:tr w:rsidR="00210ED2" w14:paraId="1B536B23" w14:textId="77777777">
        <w:trPr>
          <w:jc w:val="center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ACDC77A" w14:textId="77777777" w:rsidR="00210ED2" w:rsidRDefault="00000000">
            <w:pPr>
              <w:spacing w:after="0" w:line="240" w:lineRule="auto"/>
            </w:pPr>
            <w:r>
              <w:t>No. of patients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6A8104" w14:textId="77777777" w:rsidR="00210ED2" w:rsidRDefault="00000000">
            <w:pPr>
              <w:spacing w:after="0" w:line="240" w:lineRule="auto"/>
            </w:pPr>
            <w:r>
              <w:t>730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E44D4B" w14:textId="77777777" w:rsidR="00210ED2" w:rsidRDefault="00000000">
            <w:pPr>
              <w:spacing w:after="0" w:line="240" w:lineRule="auto"/>
            </w:pPr>
            <w:r>
              <w:t>523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762417" w14:textId="77777777" w:rsidR="00210ED2" w:rsidRDefault="00210ED2">
            <w:pPr>
              <w:spacing w:after="0" w:line="240" w:lineRule="auto"/>
            </w:pPr>
          </w:p>
        </w:tc>
      </w:tr>
      <w:tr w:rsidR="00210ED2" w14:paraId="4284A360" w14:textId="77777777">
        <w:trPr>
          <w:jc w:val="center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41DCF4" w14:textId="77777777" w:rsidR="00210ED2" w:rsidRDefault="00000000">
            <w:pPr>
              <w:spacing w:after="0" w:line="240" w:lineRule="auto"/>
            </w:pPr>
            <w:r>
              <w:t>Broad MACCE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C6622A" w14:textId="77777777" w:rsidR="00210ED2" w:rsidRDefault="00000000">
            <w:pPr>
              <w:spacing w:after="0" w:line="240" w:lineRule="auto"/>
            </w:pPr>
            <w:r>
              <w:t>72/730 (9.9%)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4B0EA2F" w14:textId="77777777" w:rsidR="00210ED2" w:rsidRDefault="00000000">
            <w:pPr>
              <w:spacing w:after="0" w:line="240" w:lineRule="auto"/>
            </w:pPr>
            <w:r>
              <w:t>9/523 (1.7%)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214C98B" w14:textId="77777777" w:rsidR="00210ED2" w:rsidRDefault="00000000">
            <w:pPr>
              <w:spacing w:after="0" w:line="240" w:lineRule="auto"/>
            </w:pPr>
            <w:r>
              <w:t>&lt;0.001</w:t>
            </w:r>
          </w:p>
        </w:tc>
      </w:tr>
      <w:tr w:rsidR="00210ED2" w14:paraId="6347788C" w14:textId="77777777">
        <w:trPr>
          <w:jc w:val="center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57C7775" w14:textId="77777777" w:rsidR="00210ED2" w:rsidRDefault="00000000">
            <w:pPr>
              <w:spacing w:after="0" w:line="240" w:lineRule="auto"/>
            </w:pPr>
            <w:r>
              <w:t>Strict MACCE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FFBEB0" w14:textId="77777777" w:rsidR="00210ED2" w:rsidRDefault="00000000">
            <w:pPr>
              <w:spacing w:after="0" w:line="240" w:lineRule="auto"/>
            </w:pPr>
            <w:r>
              <w:t>39/730 (5.3%)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8433117" w14:textId="77777777" w:rsidR="00210ED2" w:rsidRDefault="00000000">
            <w:pPr>
              <w:spacing w:after="0" w:line="240" w:lineRule="auto"/>
            </w:pPr>
            <w:r>
              <w:t>5/523 (1.0%)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4BF204F" w14:textId="77777777" w:rsidR="00210ED2" w:rsidRDefault="00000000">
            <w:pPr>
              <w:spacing w:after="0" w:line="240" w:lineRule="auto"/>
            </w:pPr>
            <w:r>
              <w:t>&lt;0.001</w:t>
            </w:r>
          </w:p>
        </w:tc>
      </w:tr>
      <w:tr w:rsidR="00210ED2" w14:paraId="7943442B" w14:textId="77777777">
        <w:trPr>
          <w:jc w:val="center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E88AD2" w14:textId="77777777" w:rsidR="00210ED2" w:rsidRDefault="00000000">
            <w:pPr>
              <w:spacing w:after="0" w:line="240" w:lineRule="auto"/>
            </w:pPr>
            <w:r>
              <w:t>Age, median years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F226CB6" w14:textId="77777777" w:rsidR="00210ED2" w:rsidRDefault="00000000">
            <w:pPr>
              <w:spacing w:after="0" w:line="240" w:lineRule="auto"/>
            </w:pPr>
            <w:r>
              <w:t>80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6B15477" w14:textId="77777777" w:rsidR="00210ED2" w:rsidRDefault="00000000">
            <w:pPr>
              <w:spacing w:after="0" w:line="240" w:lineRule="auto"/>
            </w:pPr>
            <w:r>
              <w:t>72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C02249B" w14:textId="77777777" w:rsidR="00210ED2" w:rsidRDefault="00000000">
            <w:pPr>
              <w:spacing w:after="0" w:line="240" w:lineRule="auto"/>
            </w:pPr>
            <w:r>
              <w:t>&lt;0.001</w:t>
            </w:r>
          </w:p>
        </w:tc>
      </w:tr>
      <w:tr w:rsidR="00210ED2" w14:paraId="312AEEC4" w14:textId="77777777">
        <w:trPr>
          <w:jc w:val="center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9B1B30" w14:textId="77777777" w:rsidR="00210ED2" w:rsidRDefault="00000000">
            <w:pPr>
              <w:spacing w:after="0" w:line="240" w:lineRule="auto"/>
            </w:pPr>
            <w:r>
              <w:t>Urgent/emergency admission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D6EB3C3" w14:textId="77777777" w:rsidR="00210ED2" w:rsidRDefault="00000000">
            <w:pPr>
              <w:spacing w:after="0" w:line="240" w:lineRule="auto"/>
            </w:pPr>
            <w:r>
              <w:t>475/730 (65.1%)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AF329F0" w14:textId="77777777" w:rsidR="00210ED2" w:rsidRDefault="00000000">
            <w:pPr>
              <w:spacing w:after="0" w:line="240" w:lineRule="auto"/>
            </w:pPr>
            <w:r>
              <w:t>41/523 (7.8%)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D9CBDD1" w14:textId="77777777" w:rsidR="00210ED2" w:rsidRDefault="00000000">
            <w:pPr>
              <w:spacing w:after="0" w:line="240" w:lineRule="auto"/>
            </w:pPr>
            <w:r>
              <w:t>&lt;0.001</w:t>
            </w:r>
          </w:p>
        </w:tc>
      </w:tr>
      <w:tr w:rsidR="00210ED2" w14:paraId="67593DBB" w14:textId="77777777">
        <w:trPr>
          <w:jc w:val="center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16A826" w14:textId="77777777" w:rsidR="00210ED2" w:rsidRDefault="00000000">
            <w:pPr>
              <w:spacing w:after="0" w:line="240" w:lineRule="auto"/>
            </w:pPr>
            <w:r>
              <w:t>Hip-fracture diagnosis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B3D9692" w14:textId="77777777" w:rsidR="00210ED2" w:rsidRDefault="00000000">
            <w:pPr>
              <w:spacing w:after="0" w:line="240" w:lineRule="auto"/>
            </w:pPr>
            <w:r>
              <w:t>432/730 (59.2%)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C60D92" w14:textId="77777777" w:rsidR="00210ED2" w:rsidRDefault="00000000">
            <w:pPr>
              <w:spacing w:after="0" w:line="240" w:lineRule="auto"/>
            </w:pPr>
            <w:r>
              <w:t>60/523 (11.5%)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036C29" w14:textId="77777777" w:rsidR="00210ED2" w:rsidRDefault="00000000">
            <w:pPr>
              <w:spacing w:after="0" w:line="240" w:lineRule="auto"/>
            </w:pPr>
            <w:r>
              <w:t>&lt;0.001</w:t>
            </w:r>
          </w:p>
        </w:tc>
      </w:tr>
      <w:tr w:rsidR="00210ED2" w14:paraId="09DBD950" w14:textId="77777777">
        <w:trPr>
          <w:jc w:val="center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A20ACB" w14:textId="77777777" w:rsidR="00210ED2" w:rsidRDefault="00000000">
            <w:pPr>
              <w:spacing w:after="0" w:line="240" w:lineRule="auto"/>
            </w:pPr>
            <w:r>
              <w:t>Atrial fibrillation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485021D" w14:textId="77777777" w:rsidR="00210ED2" w:rsidRDefault="00000000">
            <w:pPr>
              <w:spacing w:after="0" w:line="240" w:lineRule="auto"/>
            </w:pPr>
            <w:r>
              <w:t>190/730 (26.0%)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AEC962" w14:textId="77777777" w:rsidR="00210ED2" w:rsidRDefault="00000000">
            <w:pPr>
              <w:spacing w:after="0" w:line="240" w:lineRule="auto"/>
            </w:pPr>
            <w:r>
              <w:t>68/523 (13.0%)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5708CF1" w14:textId="77777777" w:rsidR="00210ED2" w:rsidRDefault="00000000">
            <w:pPr>
              <w:spacing w:after="0" w:line="240" w:lineRule="auto"/>
            </w:pPr>
            <w:r>
              <w:t>&lt;0.001</w:t>
            </w:r>
          </w:p>
        </w:tc>
      </w:tr>
      <w:tr w:rsidR="00210ED2" w14:paraId="56A2BE31" w14:textId="77777777">
        <w:trPr>
          <w:jc w:val="center"/>
        </w:trPr>
        <w:tc>
          <w:tcPr>
            <w:tcW w:w="363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2C8AC8" w14:textId="77777777" w:rsidR="00210ED2" w:rsidRDefault="00000000">
            <w:pPr>
              <w:spacing w:after="0" w:line="240" w:lineRule="auto"/>
            </w:pPr>
            <w:r>
              <w:t>Chronic kidney disease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1D507C1" w14:textId="77777777" w:rsidR="00210ED2" w:rsidRDefault="00000000">
            <w:pPr>
              <w:spacing w:after="0" w:line="240" w:lineRule="auto"/>
            </w:pPr>
            <w:r>
              <w:t>141/730 (19.3%)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4973C93" w14:textId="77777777" w:rsidR="00210ED2" w:rsidRDefault="00000000">
            <w:pPr>
              <w:spacing w:after="0" w:line="240" w:lineRule="auto"/>
            </w:pPr>
            <w:r>
              <w:t>48/523 (9.2%)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FB957E" w14:textId="77777777" w:rsidR="00210ED2" w:rsidRDefault="00000000">
            <w:pPr>
              <w:spacing w:after="0" w:line="240" w:lineRule="auto"/>
            </w:pPr>
            <w:r>
              <w:t>&lt;0.001</w:t>
            </w:r>
          </w:p>
        </w:tc>
      </w:tr>
    </w:tbl>
    <w:p w14:paraId="3C673937" w14:textId="77777777" w:rsidR="00210ED2" w:rsidRDefault="00210ED2"/>
    <w:p w14:paraId="5F0ABD88" w14:textId="77777777" w:rsidR="00210ED2" w:rsidRDefault="00000000">
      <w:pPr>
        <w:spacing w:line="240" w:lineRule="auto"/>
      </w:pPr>
      <w:r>
        <w:t>This table summarizes the selective nature of BUN testing in routine geriatric orthopedic care. BUN, blood urea nitrogen.</w:t>
      </w:r>
    </w:p>
    <w:p w14:paraId="3A160058" w14:textId="77777777" w:rsidR="00210ED2" w:rsidRDefault="00000000">
      <w:pPr>
        <w:spacing w:after="0"/>
      </w:pPr>
      <w:r>
        <w:br w:type="page"/>
      </w:r>
    </w:p>
    <w:p w14:paraId="7918060F" w14:textId="77777777" w:rsidR="00210ED2" w:rsidRDefault="00000000">
      <w:pPr>
        <w:keepNext/>
        <w:spacing w:after="80" w:line="240" w:lineRule="auto"/>
      </w:pPr>
      <w:r>
        <w:rPr>
          <w:b/>
        </w:rPr>
        <w:lastRenderedPageBreak/>
        <w:t>Supplementary Table S5. Missingness of candidate predictors.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2908"/>
        <w:gridCol w:w="2909"/>
        <w:gridCol w:w="2909"/>
        <w:gridCol w:w="2909"/>
        <w:gridCol w:w="2909"/>
      </w:tblGrid>
      <w:tr w:rsidR="00210ED2" w14:paraId="662E7984" w14:textId="77777777">
        <w:trPr>
          <w:tblHeader/>
          <w:jc w:val="center"/>
        </w:trPr>
        <w:tc>
          <w:tcPr>
            <w:tcW w:w="29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AD6257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Variable</w:t>
            </w:r>
          </w:p>
        </w:tc>
        <w:tc>
          <w:tcPr>
            <w:tcW w:w="29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A264DD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Source column</w:t>
            </w:r>
          </w:p>
        </w:tc>
        <w:tc>
          <w:tcPr>
            <w:tcW w:w="29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047A82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Missing, n</w:t>
            </w:r>
          </w:p>
        </w:tc>
        <w:tc>
          <w:tcPr>
            <w:tcW w:w="29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DC8964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Missing, %</w:t>
            </w:r>
          </w:p>
        </w:tc>
        <w:tc>
          <w:tcPr>
            <w:tcW w:w="29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58FBC10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Used in primary regression</w:t>
            </w:r>
          </w:p>
        </w:tc>
      </w:tr>
      <w:tr w:rsidR="00210ED2" w14:paraId="3FFBCD41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F8B6A4" w14:textId="77777777" w:rsidR="00210ED2" w:rsidRDefault="00000000">
            <w:pPr>
              <w:spacing w:after="0" w:line="240" w:lineRule="auto"/>
            </w:pPr>
            <w:r>
              <w:t>Age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836475" w14:textId="77777777" w:rsidR="00210ED2" w:rsidRDefault="00000000">
            <w:pPr>
              <w:spacing w:after="0" w:line="240" w:lineRule="auto"/>
            </w:pPr>
            <w:r>
              <w:t>age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2B19CCC" w14:textId="77777777" w:rsidR="00210ED2" w:rsidRDefault="00000000">
            <w:pPr>
              <w:spacing w:after="0" w:line="240" w:lineRule="auto"/>
            </w:pPr>
            <w:r>
              <w:t>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2D8EBBD" w14:textId="77777777" w:rsidR="00210ED2" w:rsidRDefault="00000000">
            <w:pPr>
              <w:spacing w:after="0" w:line="240" w:lineRule="auto"/>
            </w:pPr>
            <w:r>
              <w:t>0.0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D8A342" w14:textId="77777777" w:rsidR="00210ED2" w:rsidRDefault="00000000">
            <w:pPr>
              <w:spacing w:after="0" w:line="240" w:lineRule="auto"/>
            </w:pPr>
            <w:r>
              <w:t>Yes</w:t>
            </w:r>
          </w:p>
        </w:tc>
      </w:tr>
      <w:tr w:rsidR="00210ED2" w14:paraId="04206F1B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FE0BE2" w14:textId="77777777" w:rsidR="00210ED2" w:rsidRDefault="00000000">
            <w:pPr>
              <w:spacing w:after="0" w:line="240" w:lineRule="auto"/>
            </w:pPr>
            <w:r>
              <w:t>Sex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21AABB3" w14:textId="77777777" w:rsidR="00210ED2" w:rsidRDefault="00000000">
            <w:pPr>
              <w:spacing w:after="0" w:line="240" w:lineRule="auto"/>
            </w:pPr>
            <w:r>
              <w:t>gender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439E09F" w14:textId="77777777" w:rsidR="00210ED2" w:rsidRDefault="00000000">
            <w:pPr>
              <w:spacing w:after="0" w:line="240" w:lineRule="auto"/>
            </w:pPr>
            <w:r>
              <w:t>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B6B1180" w14:textId="77777777" w:rsidR="00210ED2" w:rsidRDefault="00000000">
            <w:pPr>
              <w:spacing w:after="0" w:line="240" w:lineRule="auto"/>
            </w:pPr>
            <w:r>
              <w:t>0.0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58B17E4" w14:textId="77777777" w:rsidR="00210ED2" w:rsidRDefault="00000000">
            <w:pPr>
              <w:spacing w:after="0" w:line="240" w:lineRule="auto"/>
            </w:pPr>
            <w:r>
              <w:t>Yes</w:t>
            </w:r>
          </w:p>
        </w:tc>
      </w:tr>
      <w:tr w:rsidR="00210ED2" w14:paraId="54D3A9DB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B531A26" w14:textId="77777777" w:rsidR="00210ED2" w:rsidRDefault="00000000">
            <w:pPr>
              <w:spacing w:after="0" w:line="240" w:lineRule="auto"/>
            </w:pPr>
            <w:r>
              <w:t>Admission type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1F1E9C" w14:textId="77777777" w:rsidR="00210ED2" w:rsidRDefault="00000000">
            <w:pPr>
              <w:spacing w:after="0" w:line="240" w:lineRule="auto"/>
            </w:pPr>
            <w:r>
              <w:t>admission_type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AE63BC9" w14:textId="77777777" w:rsidR="00210ED2" w:rsidRDefault="00000000">
            <w:pPr>
              <w:spacing w:after="0" w:line="240" w:lineRule="auto"/>
            </w:pPr>
            <w:r>
              <w:t>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906443" w14:textId="77777777" w:rsidR="00210ED2" w:rsidRDefault="00000000">
            <w:pPr>
              <w:spacing w:after="0" w:line="240" w:lineRule="auto"/>
            </w:pPr>
            <w:r>
              <w:t>0.0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633ACE" w14:textId="77777777" w:rsidR="00210ED2" w:rsidRDefault="00000000">
            <w:pPr>
              <w:spacing w:after="0" w:line="240" w:lineRule="auto"/>
            </w:pPr>
            <w:r>
              <w:t>Yes</w:t>
            </w:r>
          </w:p>
        </w:tc>
      </w:tr>
      <w:tr w:rsidR="00210ED2" w14:paraId="1B917F5C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28192A" w14:textId="77777777" w:rsidR="00210ED2" w:rsidRDefault="00000000">
            <w:pPr>
              <w:spacing w:after="0" w:line="240" w:lineRule="auto"/>
            </w:pPr>
            <w:r>
              <w:t>Coronary artery disease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85A3B99" w14:textId="77777777" w:rsidR="00210ED2" w:rsidRDefault="00000000">
            <w:pPr>
              <w:spacing w:after="0" w:line="240" w:lineRule="auto"/>
            </w:pPr>
            <w:r>
              <w:t>coronary_artery_disease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8AD202A" w14:textId="77777777" w:rsidR="00210ED2" w:rsidRDefault="00000000">
            <w:pPr>
              <w:spacing w:after="0" w:line="240" w:lineRule="auto"/>
            </w:pPr>
            <w:r>
              <w:t>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B7E551" w14:textId="77777777" w:rsidR="00210ED2" w:rsidRDefault="00000000">
            <w:pPr>
              <w:spacing w:after="0" w:line="240" w:lineRule="auto"/>
            </w:pPr>
            <w:r>
              <w:t>0.0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E52A38" w14:textId="77777777" w:rsidR="00210ED2" w:rsidRDefault="00000000">
            <w:pPr>
              <w:spacing w:after="0" w:line="240" w:lineRule="auto"/>
            </w:pPr>
            <w:r>
              <w:t>Yes</w:t>
            </w:r>
          </w:p>
        </w:tc>
      </w:tr>
      <w:tr w:rsidR="00210ED2" w14:paraId="57B57B23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7CFBE2B" w14:textId="77777777" w:rsidR="00210ED2" w:rsidRDefault="00000000">
            <w:pPr>
              <w:spacing w:after="0" w:line="240" w:lineRule="auto"/>
            </w:pPr>
            <w:r>
              <w:t>Atrial fibrillation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7BF57FB" w14:textId="77777777" w:rsidR="00210ED2" w:rsidRDefault="00000000">
            <w:pPr>
              <w:spacing w:after="0" w:line="240" w:lineRule="auto"/>
            </w:pPr>
            <w:r>
              <w:t>atrial_fibrillation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9F024A" w14:textId="77777777" w:rsidR="00210ED2" w:rsidRDefault="00000000">
            <w:pPr>
              <w:spacing w:after="0" w:line="240" w:lineRule="auto"/>
            </w:pPr>
            <w:r>
              <w:t>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9279D02" w14:textId="77777777" w:rsidR="00210ED2" w:rsidRDefault="00000000">
            <w:pPr>
              <w:spacing w:after="0" w:line="240" w:lineRule="auto"/>
            </w:pPr>
            <w:r>
              <w:t>0.0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FBF448C" w14:textId="77777777" w:rsidR="00210ED2" w:rsidRDefault="00000000">
            <w:pPr>
              <w:spacing w:after="0" w:line="240" w:lineRule="auto"/>
            </w:pPr>
            <w:r>
              <w:t>Yes</w:t>
            </w:r>
          </w:p>
        </w:tc>
      </w:tr>
      <w:tr w:rsidR="00210ED2" w14:paraId="5EF1F5C5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841C41B" w14:textId="77777777" w:rsidR="00210ED2" w:rsidRDefault="00000000">
            <w:pPr>
              <w:spacing w:after="0" w:line="240" w:lineRule="auto"/>
            </w:pPr>
            <w:r>
              <w:t>Diabetes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0D2A35" w14:textId="77777777" w:rsidR="00210ED2" w:rsidRDefault="00000000">
            <w:pPr>
              <w:spacing w:after="0" w:line="240" w:lineRule="auto"/>
            </w:pPr>
            <w:r>
              <w:t>diabetes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190A66" w14:textId="77777777" w:rsidR="00210ED2" w:rsidRDefault="00000000">
            <w:pPr>
              <w:spacing w:after="0" w:line="240" w:lineRule="auto"/>
            </w:pPr>
            <w:r>
              <w:t>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B0A80C" w14:textId="77777777" w:rsidR="00210ED2" w:rsidRDefault="00000000">
            <w:pPr>
              <w:spacing w:after="0" w:line="240" w:lineRule="auto"/>
            </w:pPr>
            <w:r>
              <w:t>0.0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2BA8A8" w14:textId="77777777" w:rsidR="00210ED2" w:rsidRDefault="00000000">
            <w:pPr>
              <w:spacing w:after="0" w:line="240" w:lineRule="auto"/>
            </w:pPr>
            <w:r>
              <w:t>Yes</w:t>
            </w:r>
          </w:p>
        </w:tc>
      </w:tr>
      <w:tr w:rsidR="00210ED2" w14:paraId="7B3F3847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6E5E03" w14:textId="77777777" w:rsidR="00210ED2" w:rsidRDefault="00000000">
            <w:pPr>
              <w:spacing w:after="0" w:line="240" w:lineRule="auto"/>
            </w:pPr>
            <w:r>
              <w:t>Chronic kidney disease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194B98" w14:textId="77777777" w:rsidR="00210ED2" w:rsidRDefault="00000000">
            <w:pPr>
              <w:spacing w:after="0" w:line="240" w:lineRule="auto"/>
            </w:pPr>
            <w:r>
              <w:t>chronic_kidney_disease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175CA08" w14:textId="77777777" w:rsidR="00210ED2" w:rsidRDefault="00000000">
            <w:pPr>
              <w:spacing w:after="0" w:line="240" w:lineRule="auto"/>
            </w:pPr>
            <w:r>
              <w:t>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D45725" w14:textId="77777777" w:rsidR="00210ED2" w:rsidRDefault="00000000">
            <w:pPr>
              <w:spacing w:after="0" w:line="240" w:lineRule="auto"/>
            </w:pPr>
            <w:r>
              <w:t>0.0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1FEFCD" w14:textId="77777777" w:rsidR="00210ED2" w:rsidRDefault="00000000">
            <w:pPr>
              <w:spacing w:after="0" w:line="240" w:lineRule="auto"/>
            </w:pPr>
            <w:r>
              <w:t>Yes</w:t>
            </w:r>
          </w:p>
        </w:tc>
      </w:tr>
      <w:tr w:rsidR="00210ED2" w14:paraId="19101684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5EED76" w14:textId="77777777" w:rsidR="00210ED2" w:rsidRDefault="00000000">
            <w:pPr>
              <w:spacing w:after="0" w:line="240" w:lineRule="auto"/>
            </w:pPr>
            <w:r>
              <w:t>Hemoglobin minimum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BC8A767" w14:textId="77777777" w:rsidR="00210ED2" w:rsidRDefault="00000000">
            <w:pPr>
              <w:spacing w:after="0" w:line="240" w:lineRule="auto"/>
            </w:pPr>
            <w:r>
              <w:t>hemoglobin_min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BCAE499" w14:textId="77777777" w:rsidR="00210ED2" w:rsidRDefault="00000000">
            <w:pPr>
              <w:spacing w:after="0" w:line="240" w:lineRule="auto"/>
            </w:pPr>
            <w:r>
              <w:t>464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B094AD" w14:textId="77777777" w:rsidR="00210ED2" w:rsidRDefault="00000000">
            <w:pPr>
              <w:spacing w:after="0" w:line="240" w:lineRule="auto"/>
            </w:pPr>
            <w:r>
              <w:t>37.0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E449B8C" w14:textId="77777777" w:rsidR="00210ED2" w:rsidRDefault="00000000">
            <w:pPr>
              <w:spacing w:after="0" w:line="240" w:lineRule="auto"/>
            </w:pPr>
            <w:r>
              <w:t>Yes</w:t>
            </w:r>
          </w:p>
        </w:tc>
      </w:tr>
      <w:tr w:rsidR="00210ED2" w14:paraId="4D25B969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93C7277" w14:textId="77777777" w:rsidR="00210ED2" w:rsidRDefault="00000000">
            <w:pPr>
              <w:spacing w:after="0" w:line="240" w:lineRule="auto"/>
            </w:pPr>
            <w:r>
              <w:t>Creatinine maximum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FFEEA9" w14:textId="77777777" w:rsidR="00210ED2" w:rsidRDefault="00000000">
            <w:pPr>
              <w:spacing w:after="0" w:line="240" w:lineRule="auto"/>
            </w:pPr>
            <w:r>
              <w:t>creatinine_max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73A268" w14:textId="77777777" w:rsidR="00210ED2" w:rsidRDefault="00000000">
            <w:pPr>
              <w:spacing w:after="0" w:line="240" w:lineRule="auto"/>
            </w:pPr>
            <w:r>
              <w:t>522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2A67E5" w14:textId="77777777" w:rsidR="00210ED2" w:rsidRDefault="00000000">
            <w:pPr>
              <w:spacing w:after="0" w:line="240" w:lineRule="auto"/>
            </w:pPr>
            <w:r>
              <w:t>41.7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BE07642" w14:textId="77777777" w:rsidR="00210ED2" w:rsidRDefault="00000000">
            <w:pPr>
              <w:spacing w:after="0" w:line="240" w:lineRule="auto"/>
            </w:pPr>
            <w:r>
              <w:t>Yes</w:t>
            </w:r>
          </w:p>
        </w:tc>
      </w:tr>
      <w:tr w:rsidR="00210ED2" w14:paraId="2BB28CBE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46DF84" w14:textId="77777777" w:rsidR="00210ED2" w:rsidRDefault="00000000">
            <w:pPr>
              <w:spacing w:after="0" w:line="240" w:lineRule="auto"/>
            </w:pPr>
            <w:r>
              <w:t>WBC maximum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F993C9" w14:textId="77777777" w:rsidR="00210ED2" w:rsidRDefault="00000000">
            <w:pPr>
              <w:spacing w:after="0" w:line="240" w:lineRule="auto"/>
            </w:pPr>
            <w:r>
              <w:t>wbc_max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A74EC7" w14:textId="77777777" w:rsidR="00210ED2" w:rsidRDefault="00000000">
            <w:pPr>
              <w:spacing w:after="0" w:line="240" w:lineRule="auto"/>
            </w:pPr>
            <w:r>
              <w:t>492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285EA14" w14:textId="77777777" w:rsidR="00210ED2" w:rsidRDefault="00000000">
            <w:pPr>
              <w:spacing w:after="0" w:line="240" w:lineRule="auto"/>
            </w:pPr>
            <w:r>
              <w:t>39.3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71ED8A" w14:textId="77777777" w:rsidR="00210ED2" w:rsidRDefault="00000000">
            <w:pPr>
              <w:spacing w:after="0" w:line="240" w:lineRule="auto"/>
            </w:pPr>
            <w:r>
              <w:t>Yes</w:t>
            </w:r>
          </w:p>
        </w:tc>
      </w:tr>
      <w:tr w:rsidR="00210ED2" w14:paraId="53D5B70F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CE250B" w14:textId="77777777" w:rsidR="00210ED2" w:rsidRDefault="00000000">
            <w:pPr>
              <w:spacing w:after="0" w:line="240" w:lineRule="auto"/>
            </w:pPr>
            <w:r>
              <w:t>BUN maximum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E7016E6" w14:textId="77777777" w:rsidR="00210ED2" w:rsidRDefault="00000000">
            <w:pPr>
              <w:spacing w:after="0" w:line="240" w:lineRule="auto"/>
            </w:pPr>
            <w:r>
              <w:t>bun_max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2B51CB" w14:textId="77777777" w:rsidR="00210ED2" w:rsidRDefault="00000000">
            <w:pPr>
              <w:spacing w:after="0" w:line="240" w:lineRule="auto"/>
            </w:pPr>
            <w:r>
              <w:t>523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1EDA33A" w14:textId="77777777" w:rsidR="00210ED2" w:rsidRDefault="00000000">
            <w:pPr>
              <w:spacing w:after="0" w:line="240" w:lineRule="auto"/>
            </w:pPr>
            <w:r>
              <w:t>41.7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49BB0AD" w14:textId="77777777" w:rsidR="00210ED2" w:rsidRDefault="00000000">
            <w:pPr>
              <w:spacing w:after="0" w:line="240" w:lineRule="auto"/>
            </w:pPr>
            <w:r>
              <w:t>Yes</w:t>
            </w:r>
          </w:p>
        </w:tc>
      </w:tr>
      <w:tr w:rsidR="00210ED2" w14:paraId="10F8A035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DCAEF6" w14:textId="77777777" w:rsidR="00210ED2" w:rsidRDefault="00000000">
            <w:pPr>
              <w:spacing w:after="0" w:line="240" w:lineRule="auto"/>
            </w:pPr>
            <w:r>
              <w:t>Glucose maximum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530FE84" w14:textId="77777777" w:rsidR="00210ED2" w:rsidRDefault="00000000">
            <w:pPr>
              <w:spacing w:after="0" w:line="240" w:lineRule="auto"/>
            </w:pPr>
            <w:r>
              <w:t>glucose_max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3A0DE0D" w14:textId="77777777" w:rsidR="00210ED2" w:rsidRDefault="00000000">
            <w:pPr>
              <w:spacing w:after="0" w:line="240" w:lineRule="auto"/>
            </w:pPr>
            <w:r>
              <w:t>498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73793B" w14:textId="77777777" w:rsidR="00210ED2" w:rsidRDefault="00000000">
            <w:pPr>
              <w:spacing w:after="0" w:line="240" w:lineRule="auto"/>
            </w:pPr>
            <w:r>
              <w:t>39.7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1FEA47A" w14:textId="77777777" w:rsidR="00210ED2" w:rsidRDefault="00000000">
            <w:pPr>
              <w:spacing w:after="0" w:line="240" w:lineRule="auto"/>
            </w:pPr>
            <w:r>
              <w:t>Yes</w:t>
            </w:r>
          </w:p>
        </w:tc>
      </w:tr>
      <w:tr w:rsidR="00210ED2" w14:paraId="58AB34FE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26DA76" w14:textId="77777777" w:rsidR="00210ED2" w:rsidRDefault="00000000">
            <w:pPr>
              <w:spacing w:after="0" w:line="240" w:lineRule="auto"/>
            </w:pPr>
            <w:r>
              <w:t>Albumin minimum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97A61A" w14:textId="77777777" w:rsidR="00210ED2" w:rsidRDefault="00000000">
            <w:pPr>
              <w:spacing w:after="0" w:line="240" w:lineRule="auto"/>
            </w:pPr>
            <w:r>
              <w:t>albumin_min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CC06FE" w14:textId="77777777" w:rsidR="00210ED2" w:rsidRDefault="00000000">
            <w:pPr>
              <w:spacing w:after="0" w:line="240" w:lineRule="auto"/>
            </w:pPr>
            <w:r>
              <w:t>1203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35060E" w14:textId="77777777" w:rsidR="00210ED2" w:rsidRDefault="00000000">
            <w:pPr>
              <w:spacing w:after="0" w:line="240" w:lineRule="auto"/>
            </w:pPr>
            <w:r>
              <w:t>96.0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5362161" w14:textId="77777777" w:rsidR="00210ED2" w:rsidRDefault="00000000">
            <w:pPr>
              <w:spacing w:after="0" w:line="240" w:lineRule="auto"/>
            </w:pPr>
            <w:r>
              <w:t>No</w:t>
            </w:r>
          </w:p>
        </w:tc>
      </w:tr>
      <w:tr w:rsidR="00210ED2" w14:paraId="79681162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1CDB4D" w14:textId="77777777" w:rsidR="00210ED2" w:rsidRDefault="00000000">
            <w:pPr>
              <w:spacing w:after="0" w:line="240" w:lineRule="auto"/>
            </w:pPr>
            <w:r>
              <w:t>Lactate maximum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15E972" w14:textId="77777777" w:rsidR="00210ED2" w:rsidRDefault="00000000">
            <w:pPr>
              <w:spacing w:after="0" w:line="240" w:lineRule="auto"/>
            </w:pPr>
            <w:r>
              <w:t>lactate_max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CA99767" w14:textId="77777777" w:rsidR="00210ED2" w:rsidRDefault="00000000">
            <w:pPr>
              <w:spacing w:after="0" w:line="240" w:lineRule="auto"/>
            </w:pPr>
            <w:r>
              <w:t>1069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1220DDC" w14:textId="77777777" w:rsidR="00210ED2" w:rsidRDefault="00000000">
            <w:pPr>
              <w:spacing w:after="0" w:line="240" w:lineRule="auto"/>
            </w:pPr>
            <w:r>
              <w:t>85.3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27A5052" w14:textId="77777777" w:rsidR="00210ED2" w:rsidRDefault="00000000">
            <w:pPr>
              <w:spacing w:after="0" w:line="240" w:lineRule="auto"/>
            </w:pPr>
            <w:r>
              <w:t>No</w:t>
            </w:r>
          </w:p>
        </w:tc>
      </w:tr>
      <w:tr w:rsidR="00210ED2" w14:paraId="0AD21D73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6FDFC4" w14:textId="77777777" w:rsidR="00210ED2" w:rsidRDefault="00000000">
            <w:pPr>
              <w:spacing w:after="0" w:line="240" w:lineRule="auto"/>
            </w:pPr>
            <w:r>
              <w:t>Troponin I maximum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E82782" w14:textId="77777777" w:rsidR="00210ED2" w:rsidRDefault="00000000">
            <w:pPr>
              <w:spacing w:after="0" w:line="240" w:lineRule="auto"/>
            </w:pPr>
            <w:r>
              <w:t>troponin_i_max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340A71A" w14:textId="77777777" w:rsidR="00210ED2" w:rsidRDefault="00000000">
            <w:pPr>
              <w:spacing w:after="0" w:line="240" w:lineRule="auto"/>
            </w:pPr>
            <w:r>
              <w:t>1253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2577A79" w14:textId="77777777" w:rsidR="00210ED2" w:rsidRDefault="00000000">
            <w:pPr>
              <w:spacing w:after="0" w:line="240" w:lineRule="auto"/>
            </w:pPr>
            <w:r>
              <w:t>100.0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022855" w14:textId="77777777" w:rsidR="00210ED2" w:rsidRDefault="00000000">
            <w:pPr>
              <w:spacing w:after="0" w:line="240" w:lineRule="auto"/>
            </w:pPr>
            <w:r>
              <w:t>No</w:t>
            </w:r>
          </w:p>
        </w:tc>
      </w:tr>
      <w:tr w:rsidR="00210ED2" w14:paraId="5C8A8555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C06CB7" w14:textId="77777777" w:rsidR="00210ED2" w:rsidRDefault="00000000">
            <w:pPr>
              <w:spacing w:after="0" w:line="240" w:lineRule="auto"/>
            </w:pPr>
            <w:r>
              <w:t>Troponin T maximum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6177B34" w14:textId="77777777" w:rsidR="00210ED2" w:rsidRDefault="00000000">
            <w:pPr>
              <w:spacing w:after="0" w:line="240" w:lineRule="auto"/>
            </w:pPr>
            <w:r>
              <w:t>troponin_t_max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DDE41BF" w14:textId="77777777" w:rsidR="00210ED2" w:rsidRDefault="00000000">
            <w:pPr>
              <w:spacing w:after="0" w:line="240" w:lineRule="auto"/>
            </w:pPr>
            <w:r>
              <w:t>1194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28D1DA6" w14:textId="77777777" w:rsidR="00210ED2" w:rsidRDefault="00000000">
            <w:pPr>
              <w:spacing w:after="0" w:line="240" w:lineRule="auto"/>
            </w:pPr>
            <w:r>
              <w:t>95.3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AB71416" w14:textId="77777777" w:rsidR="00210ED2" w:rsidRDefault="00000000">
            <w:pPr>
              <w:spacing w:after="0" w:line="240" w:lineRule="auto"/>
            </w:pPr>
            <w:r>
              <w:t>No</w:t>
            </w:r>
          </w:p>
        </w:tc>
      </w:tr>
      <w:tr w:rsidR="00210ED2" w14:paraId="70C565FD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929E9AA" w14:textId="77777777" w:rsidR="00210ED2" w:rsidRDefault="00000000">
            <w:pPr>
              <w:spacing w:after="0" w:line="240" w:lineRule="auto"/>
            </w:pPr>
            <w:r>
              <w:t>INR maximum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F60C27" w14:textId="77777777" w:rsidR="00210ED2" w:rsidRDefault="00000000">
            <w:pPr>
              <w:spacing w:after="0" w:line="240" w:lineRule="auto"/>
            </w:pPr>
            <w:r>
              <w:t>inr_max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3D157F" w14:textId="77777777" w:rsidR="00210ED2" w:rsidRDefault="00000000">
            <w:pPr>
              <w:spacing w:after="0" w:line="240" w:lineRule="auto"/>
            </w:pPr>
            <w:r>
              <w:t>831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36EA777" w14:textId="77777777" w:rsidR="00210ED2" w:rsidRDefault="00000000">
            <w:pPr>
              <w:spacing w:after="0" w:line="240" w:lineRule="auto"/>
            </w:pPr>
            <w:r>
              <w:t>66.3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71B6382" w14:textId="77777777" w:rsidR="00210ED2" w:rsidRDefault="00000000">
            <w:pPr>
              <w:spacing w:after="0" w:line="240" w:lineRule="auto"/>
            </w:pPr>
            <w:r>
              <w:t>No</w:t>
            </w:r>
          </w:p>
        </w:tc>
      </w:tr>
      <w:tr w:rsidR="00210ED2" w14:paraId="36CD15A0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FE68D2D" w14:textId="77777777" w:rsidR="00210ED2" w:rsidRDefault="00000000">
            <w:pPr>
              <w:spacing w:after="0" w:line="240" w:lineRule="auto"/>
            </w:pPr>
            <w:r>
              <w:t>PT maximum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C2D157" w14:textId="77777777" w:rsidR="00210ED2" w:rsidRDefault="00000000">
            <w:pPr>
              <w:spacing w:after="0" w:line="240" w:lineRule="auto"/>
            </w:pPr>
            <w:r>
              <w:t>pt_max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E5AFDB" w14:textId="77777777" w:rsidR="00210ED2" w:rsidRDefault="00000000">
            <w:pPr>
              <w:spacing w:after="0" w:line="240" w:lineRule="auto"/>
            </w:pPr>
            <w:r>
              <w:t>831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C980F58" w14:textId="77777777" w:rsidR="00210ED2" w:rsidRDefault="00000000">
            <w:pPr>
              <w:spacing w:after="0" w:line="240" w:lineRule="auto"/>
            </w:pPr>
            <w:r>
              <w:t>66.3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09171F2" w14:textId="77777777" w:rsidR="00210ED2" w:rsidRDefault="00000000">
            <w:pPr>
              <w:spacing w:after="0" w:line="240" w:lineRule="auto"/>
            </w:pPr>
            <w:r>
              <w:t>No</w:t>
            </w:r>
          </w:p>
        </w:tc>
      </w:tr>
      <w:tr w:rsidR="00210ED2" w14:paraId="294EA9D1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4C36441" w14:textId="77777777" w:rsidR="00210ED2" w:rsidRDefault="00000000">
            <w:pPr>
              <w:spacing w:after="0" w:line="240" w:lineRule="auto"/>
            </w:pPr>
            <w:r>
              <w:t>PTT maximum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E9F63F" w14:textId="77777777" w:rsidR="00210ED2" w:rsidRDefault="00000000">
            <w:pPr>
              <w:spacing w:after="0" w:line="240" w:lineRule="auto"/>
            </w:pPr>
            <w:r>
              <w:t>ptt_max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8988043" w14:textId="77777777" w:rsidR="00210ED2" w:rsidRDefault="00000000">
            <w:pPr>
              <w:spacing w:after="0" w:line="240" w:lineRule="auto"/>
            </w:pPr>
            <w:r>
              <w:t>875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D7D7F13" w14:textId="77777777" w:rsidR="00210ED2" w:rsidRDefault="00000000">
            <w:pPr>
              <w:spacing w:after="0" w:line="240" w:lineRule="auto"/>
            </w:pPr>
            <w:r>
              <w:t>69.8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280FBF5" w14:textId="77777777" w:rsidR="00210ED2" w:rsidRDefault="00000000">
            <w:pPr>
              <w:spacing w:after="0" w:line="240" w:lineRule="auto"/>
            </w:pPr>
            <w:r>
              <w:t>No</w:t>
            </w:r>
          </w:p>
        </w:tc>
      </w:tr>
    </w:tbl>
    <w:p w14:paraId="49D5792A" w14:textId="77777777" w:rsidR="00210ED2" w:rsidRDefault="00210ED2"/>
    <w:p w14:paraId="1D96209E" w14:textId="77777777" w:rsidR="00210ED2" w:rsidRDefault="00000000">
      <w:pPr>
        <w:spacing w:line="240" w:lineRule="auto"/>
      </w:pPr>
      <w:r>
        <w:t>Variables with extreme missingness were excluded from the primary regression and core risk-stratification model.</w:t>
      </w:r>
    </w:p>
    <w:p w14:paraId="236E1781" w14:textId="77777777" w:rsidR="00210ED2" w:rsidRDefault="00000000">
      <w:pPr>
        <w:spacing w:after="0"/>
      </w:pPr>
      <w:r>
        <w:br w:type="page"/>
      </w:r>
    </w:p>
    <w:p w14:paraId="51887BFD" w14:textId="77777777" w:rsidR="00210ED2" w:rsidRDefault="00000000">
      <w:pPr>
        <w:keepNext/>
        <w:spacing w:after="80" w:line="240" w:lineRule="auto"/>
      </w:pPr>
      <w:r>
        <w:rPr>
          <w:b/>
        </w:rPr>
        <w:lastRenderedPageBreak/>
        <w:t>Supplementary Table S6. Multivariable logistic regression for broad-definition in-hospital MACCE.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3636"/>
        <w:gridCol w:w="3636"/>
        <w:gridCol w:w="3636"/>
        <w:gridCol w:w="3636"/>
      </w:tblGrid>
      <w:tr w:rsidR="00210ED2" w14:paraId="05AEA08D" w14:textId="77777777">
        <w:trPr>
          <w:tblHeader/>
          <w:jc w:val="center"/>
        </w:trPr>
        <w:tc>
          <w:tcPr>
            <w:tcW w:w="363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C0987BA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Variable</w:t>
            </w:r>
          </w:p>
        </w:tc>
        <w:tc>
          <w:tcPr>
            <w:tcW w:w="363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4A8DD37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OR</w:t>
            </w:r>
          </w:p>
        </w:tc>
        <w:tc>
          <w:tcPr>
            <w:tcW w:w="363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3B3729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95% CI</w:t>
            </w:r>
          </w:p>
        </w:tc>
        <w:tc>
          <w:tcPr>
            <w:tcW w:w="363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3BFF1DD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P value</w:t>
            </w:r>
          </w:p>
        </w:tc>
      </w:tr>
      <w:tr w:rsidR="00210ED2" w14:paraId="67A45B63" w14:textId="77777777">
        <w:trPr>
          <w:jc w:val="center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51FEF7" w14:textId="77777777" w:rsidR="00210ED2" w:rsidRDefault="00000000">
            <w:pPr>
              <w:spacing w:after="0" w:line="240" w:lineRule="auto"/>
            </w:pPr>
            <w:r>
              <w:t>Age, per 10 years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FAF16FB" w14:textId="77777777" w:rsidR="00210ED2" w:rsidRDefault="00000000">
            <w:pPr>
              <w:spacing w:after="0" w:line="240" w:lineRule="auto"/>
            </w:pPr>
            <w:r>
              <w:t>1.49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117F70" w14:textId="77777777" w:rsidR="00210ED2" w:rsidRDefault="00000000">
            <w:pPr>
              <w:spacing w:after="0" w:line="240" w:lineRule="auto"/>
            </w:pPr>
            <w:r>
              <w:t>1.08-2.05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52C6E0" w14:textId="77777777" w:rsidR="00210ED2" w:rsidRDefault="00000000">
            <w:pPr>
              <w:spacing w:after="0" w:line="240" w:lineRule="auto"/>
            </w:pPr>
            <w:r>
              <w:t>0.014</w:t>
            </w:r>
          </w:p>
        </w:tc>
      </w:tr>
      <w:tr w:rsidR="00210ED2" w14:paraId="4FFE8535" w14:textId="77777777">
        <w:trPr>
          <w:jc w:val="center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752C0E7" w14:textId="77777777" w:rsidR="00210ED2" w:rsidRDefault="00000000">
            <w:pPr>
              <w:spacing w:after="0" w:line="240" w:lineRule="auto"/>
            </w:pPr>
            <w:r>
              <w:t>Male sex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CBF32E3" w14:textId="77777777" w:rsidR="00210ED2" w:rsidRDefault="00000000">
            <w:pPr>
              <w:spacing w:after="0" w:line="240" w:lineRule="auto"/>
            </w:pPr>
            <w:r>
              <w:t>0.89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10078E" w14:textId="77777777" w:rsidR="00210ED2" w:rsidRDefault="00000000">
            <w:pPr>
              <w:spacing w:after="0" w:line="240" w:lineRule="auto"/>
            </w:pPr>
            <w:r>
              <w:t>0.53-1.52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7FEAB4E" w14:textId="77777777" w:rsidR="00210ED2" w:rsidRDefault="00000000">
            <w:pPr>
              <w:spacing w:after="0" w:line="240" w:lineRule="auto"/>
            </w:pPr>
            <w:r>
              <w:t>0.681</w:t>
            </w:r>
          </w:p>
        </w:tc>
      </w:tr>
      <w:tr w:rsidR="00210ED2" w14:paraId="087D7657" w14:textId="77777777">
        <w:trPr>
          <w:jc w:val="center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2493318" w14:textId="77777777" w:rsidR="00210ED2" w:rsidRDefault="00000000">
            <w:pPr>
              <w:spacing w:after="0" w:line="240" w:lineRule="auto"/>
            </w:pPr>
            <w:r>
              <w:t>Urgent or emergency admission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D3A0EAF" w14:textId="77777777" w:rsidR="00210ED2" w:rsidRDefault="00000000">
            <w:pPr>
              <w:spacing w:after="0" w:line="240" w:lineRule="auto"/>
            </w:pPr>
            <w:r>
              <w:t>2.90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752503A" w14:textId="77777777" w:rsidR="00210ED2" w:rsidRDefault="00000000">
            <w:pPr>
              <w:spacing w:after="0" w:line="240" w:lineRule="auto"/>
            </w:pPr>
            <w:r>
              <w:t>1.44-5.83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BDC9643" w14:textId="77777777" w:rsidR="00210ED2" w:rsidRDefault="00000000">
            <w:pPr>
              <w:spacing w:after="0" w:line="240" w:lineRule="auto"/>
            </w:pPr>
            <w:r>
              <w:t>0.003</w:t>
            </w:r>
          </w:p>
        </w:tc>
      </w:tr>
      <w:tr w:rsidR="00210ED2" w14:paraId="4A41EF6D" w14:textId="77777777">
        <w:trPr>
          <w:jc w:val="center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318D98" w14:textId="77777777" w:rsidR="00210ED2" w:rsidRDefault="00000000">
            <w:pPr>
              <w:spacing w:after="0" w:line="240" w:lineRule="auto"/>
            </w:pPr>
            <w:r>
              <w:t>Coronary artery disease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811DD95" w14:textId="77777777" w:rsidR="00210ED2" w:rsidRDefault="00000000">
            <w:pPr>
              <w:spacing w:after="0" w:line="240" w:lineRule="auto"/>
            </w:pPr>
            <w:r>
              <w:t>1.90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06E5D0C" w14:textId="77777777" w:rsidR="00210ED2" w:rsidRDefault="00000000">
            <w:pPr>
              <w:spacing w:after="0" w:line="240" w:lineRule="auto"/>
            </w:pPr>
            <w:r>
              <w:t>1.12-3.21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F44684" w14:textId="77777777" w:rsidR="00210ED2" w:rsidRDefault="00000000">
            <w:pPr>
              <w:spacing w:after="0" w:line="240" w:lineRule="auto"/>
            </w:pPr>
            <w:r>
              <w:t>0.017</w:t>
            </w:r>
          </w:p>
        </w:tc>
      </w:tr>
      <w:tr w:rsidR="00210ED2" w14:paraId="7251BB8B" w14:textId="77777777">
        <w:trPr>
          <w:jc w:val="center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8AF3C9" w14:textId="77777777" w:rsidR="00210ED2" w:rsidRDefault="00000000">
            <w:pPr>
              <w:spacing w:after="0" w:line="240" w:lineRule="auto"/>
            </w:pPr>
            <w:r>
              <w:t>Atrial fibrillation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3B75D9C" w14:textId="77777777" w:rsidR="00210ED2" w:rsidRDefault="00000000">
            <w:pPr>
              <w:spacing w:after="0" w:line="240" w:lineRule="auto"/>
            </w:pPr>
            <w:r>
              <w:t>2.88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C8ED93F" w14:textId="77777777" w:rsidR="00210ED2" w:rsidRDefault="00000000">
            <w:pPr>
              <w:spacing w:after="0" w:line="240" w:lineRule="auto"/>
            </w:pPr>
            <w:r>
              <w:t>1.73-4.80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F315334" w14:textId="77777777" w:rsidR="00210ED2" w:rsidRDefault="00000000">
            <w:pPr>
              <w:spacing w:after="0" w:line="240" w:lineRule="auto"/>
            </w:pPr>
            <w:r>
              <w:t>&lt;0.001</w:t>
            </w:r>
          </w:p>
        </w:tc>
      </w:tr>
      <w:tr w:rsidR="00210ED2" w14:paraId="291D11BE" w14:textId="77777777">
        <w:trPr>
          <w:jc w:val="center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494B28A" w14:textId="77777777" w:rsidR="00210ED2" w:rsidRDefault="00000000">
            <w:pPr>
              <w:spacing w:after="0" w:line="240" w:lineRule="auto"/>
            </w:pPr>
            <w:r>
              <w:t>Diabetes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923978" w14:textId="77777777" w:rsidR="00210ED2" w:rsidRDefault="00000000">
            <w:pPr>
              <w:spacing w:after="0" w:line="240" w:lineRule="auto"/>
            </w:pPr>
            <w:r>
              <w:t>1.11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FB36232" w14:textId="77777777" w:rsidR="00210ED2" w:rsidRDefault="00000000">
            <w:pPr>
              <w:spacing w:after="0" w:line="240" w:lineRule="auto"/>
            </w:pPr>
            <w:r>
              <w:t>0.61-2.01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CAFB71" w14:textId="77777777" w:rsidR="00210ED2" w:rsidRDefault="00000000">
            <w:pPr>
              <w:spacing w:after="0" w:line="240" w:lineRule="auto"/>
            </w:pPr>
            <w:r>
              <w:t>0.725</w:t>
            </w:r>
          </w:p>
        </w:tc>
      </w:tr>
      <w:tr w:rsidR="00210ED2" w14:paraId="26010DCF" w14:textId="77777777">
        <w:trPr>
          <w:jc w:val="center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B3E6AE2" w14:textId="77777777" w:rsidR="00210ED2" w:rsidRDefault="00000000">
            <w:pPr>
              <w:spacing w:after="0" w:line="240" w:lineRule="auto"/>
            </w:pPr>
            <w:r>
              <w:t>Chronic kidney disease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497372C" w14:textId="77777777" w:rsidR="00210ED2" w:rsidRDefault="00000000">
            <w:pPr>
              <w:spacing w:after="0" w:line="240" w:lineRule="auto"/>
            </w:pPr>
            <w:r>
              <w:t>1.25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82C4902" w14:textId="77777777" w:rsidR="00210ED2" w:rsidRDefault="00000000">
            <w:pPr>
              <w:spacing w:after="0" w:line="240" w:lineRule="auto"/>
            </w:pPr>
            <w:r>
              <w:t>0.64-2.44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5F9AA25" w14:textId="77777777" w:rsidR="00210ED2" w:rsidRDefault="00000000">
            <w:pPr>
              <w:spacing w:after="0" w:line="240" w:lineRule="auto"/>
            </w:pPr>
            <w:r>
              <w:t>0.513</w:t>
            </w:r>
          </w:p>
        </w:tc>
      </w:tr>
      <w:tr w:rsidR="00210ED2" w14:paraId="38655679" w14:textId="77777777">
        <w:trPr>
          <w:jc w:val="center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17B72CD" w14:textId="77777777" w:rsidR="00210ED2" w:rsidRDefault="00000000">
            <w:pPr>
              <w:spacing w:after="0" w:line="240" w:lineRule="auto"/>
            </w:pPr>
            <w:r>
              <w:t>Hemoglobin minimum, per 1 g/dL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EFE994" w14:textId="77777777" w:rsidR="00210ED2" w:rsidRDefault="00000000">
            <w:pPr>
              <w:spacing w:after="0" w:line="240" w:lineRule="auto"/>
            </w:pPr>
            <w:r>
              <w:t>0.88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9E0BB11" w14:textId="77777777" w:rsidR="00210ED2" w:rsidRDefault="00000000">
            <w:pPr>
              <w:spacing w:after="0" w:line="240" w:lineRule="auto"/>
            </w:pPr>
            <w:r>
              <w:t>0.75-1.03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754F06" w14:textId="77777777" w:rsidR="00210ED2" w:rsidRDefault="00000000">
            <w:pPr>
              <w:spacing w:after="0" w:line="240" w:lineRule="auto"/>
            </w:pPr>
            <w:r>
              <w:t>0.119</w:t>
            </w:r>
          </w:p>
        </w:tc>
      </w:tr>
      <w:tr w:rsidR="00210ED2" w14:paraId="45F38948" w14:textId="77777777">
        <w:trPr>
          <w:jc w:val="center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2B329C3" w14:textId="77777777" w:rsidR="00210ED2" w:rsidRDefault="00000000">
            <w:pPr>
              <w:spacing w:after="0" w:line="240" w:lineRule="auto"/>
            </w:pPr>
            <w:r>
              <w:t>Creatinine maximum, per 1 mg/dL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E55F475" w14:textId="77777777" w:rsidR="00210ED2" w:rsidRDefault="00000000">
            <w:pPr>
              <w:spacing w:after="0" w:line="240" w:lineRule="auto"/>
            </w:pPr>
            <w:r>
              <w:t>0.74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900571" w14:textId="77777777" w:rsidR="00210ED2" w:rsidRDefault="00000000">
            <w:pPr>
              <w:spacing w:after="0" w:line="240" w:lineRule="auto"/>
            </w:pPr>
            <w:r>
              <w:t>0.52-1.06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A2DB130" w14:textId="77777777" w:rsidR="00210ED2" w:rsidRDefault="00000000">
            <w:pPr>
              <w:spacing w:after="0" w:line="240" w:lineRule="auto"/>
            </w:pPr>
            <w:r>
              <w:t>0.105</w:t>
            </w:r>
          </w:p>
        </w:tc>
      </w:tr>
      <w:tr w:rsidR="00210ED2" w14:paraId="579A96EA" w14:textId="77777777">
        <w:trPr>
          <w:jc w:val="center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E658F6" w14:textId="77777777" w:rsidR="00210ED2" w:rsidRDefault="00000000">
            <w:pPr>
              <w:spacing w:after="0" w:line="240" w:lineRule="auto"/>
            </w:pPr>
            <w:r>
              <w:t>WBC maximum, per 10 K/uL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EFABFC" w14:textId="77777777" w:rsidR="00210ED2" w:rsidRDefault="00000000">
            <w:pPr>
              <w:spacing w:after="0" w:line="240" w:lineRule="auto"/>
            </w:pPr>
            <w:r>
              <w:t>1.03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A5BB7D" w14:textId="77777777" w:rsidR="00210ED2" w:rsidRDefault="00000000">
            <w:pPr>
              <w:spacing w:after="0" w:line="240" w:lineRule="auto"/>
            </w:pPr>
            <w:r>
              <w:t>0.74-1.45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B167530" w14:textId="77777777" w:rsidR="00210ED2" w:rsidRDefault="00000000">
            <w:pPr>
              <w:spacing w:after="0" w:line="240" w:lineRule="auto"/>
            </w:pPr>
            <w:r>
              <w:t>0.856</w:t>
            </w:r>
          </w:p>
        </w:tc>
      </w:tr>
      <w:tr w:rsidR="00210ED2" w14:paraId="0512CAC5" w14:textId="77777777">
        <w:trPr>
          <w:jc w:val="center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9C7F2C" w14:textId="77777777" w:rsidR="00210ED2" w:rsidRDefault="00000000">
            <w:pPr>
              <w:spacing w:after="0" w:line="240" w:lineRule="auto"/>
            </w:pPr>
            <w:r>
              <w:t>BUN maximum, per 10 mg/dL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C7B7F6" w14:textId="77777777" w:rsidR="00210ED2" w:rsidRDefault="00000000">
            <w:pPr>
              <w:spacing w:after="0" w:line="240" w:lineRule="auto"/>
            </w:pPr>
            <w:r>
              <w:t>1.68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EE957AB" w14:textId="77777777" w:rsidR="00210ED2" w:rsidRDefault="00000000">
            <w:pPr>
              <w:spacing w:after="0" w:line="240" w:lineRule="auto"/>
            </w:pPr>
            <w:r>
              <w:t>1.35-2.09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8D52C56" w14:textId="77777777" w:rsidR="00210ED2" w:rsidRDefault="00000000">
            <w:pPr>
              <w:spacing w:after="0" w:line="240" w:lineRule="auto"/>
            </w:pPr>
            <w:r>
              <w:t>&lt;0.001</w:t>
            </w:r>
          </w:p>
        </w:tc>
      </w:tr>
      <w:tr w:rsidR="00210ED2" w14:paraId="2F28675E" w14:textId="77777777">
        <w:trPr>
          <w:jc w:val="center"/>
        </w:trPr>
        <w:tc>
          <w:tcPr>
            <w:tcW w:w="363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F98DC8" w14:textId="77777777" w:rsidR="00210ED2" w:rsidRDefault="00000000">
            <w:pPr>
              <w:spacing w:after="0" w:line="240" w:lineRule="auto"/>
            </w:pPr>
            <w:r>
              <w:t>Glucose maximum, per 1 mg/dL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C0FD8F" w14:textId="77777777" w:rsidR="00210ED2" w:rsidRDefault="00000000">
            <w:pPr>
              <w:spacing w:after="0" w:line="240" w:lineRule="auto"/>
            </w:pPr>
            <w:r>
              <w:t>1.00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2CC30DE" w14:textId="77777777" w:rsidR="00210ED2" w:rsidRDefault="00000000">
            <w:pPr>
              <w:spacing w:after="0" w:line="240" w:lineRule="auto"/>
            </w:pPr>
            <w:r>
              <w:t>0.99-1.00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7B66EE" w14:textId="77777777" w:rsidR="00210ED2" w:rsidRDefault="00000000">
            <w:pPr>
              <w:spacing w:after="0" w:line="240" w:lineRule="auto"/>
            </w:pPr>
            <w:r>
              <w:t>0.771</w:t>
            </w:r>
          </w:p>
        </w:tc>
      </w:tr>
    </w:tbl>
    <w:p w14:paraId="3C124FC0" w14:textId="77777777" w:rsidR="00210ED2" w:rsidRDefault="00210ED2"/>
    <w:p w14:paraId="258A40FC" w14:textId="77777777" w:rsidR="00210ED2" w:rsidRDefault="00000000">
      <w:pPr>
        <w:spacing w:line="240" w:lineRule="auto"/>
      </w:pPr>
      <w:r>
        <w:t>OR, odds ratio; CI, confidence interval.</w:t>
      </w:r>
    </w:p>
    <w:p w14:paraId="43EBBAEB" w14:textId="77777777" w:rsidR="00210ED2" w:rsidRDefault="00000000">
      <w:pPr>
        <w:spacing w:after="0"/>
      </w:pPr>
      <w:r>
        <w:br w:type="page"/>
      </w:r>
    </w:p>
    <w:p w14:paraId="456EAC20" w14:textId="77777777" w:rsidR="00210ED2" w:rsidRDefault="00000000">
      <w:pPr>
        <w:keepNext/>
        <w:spacing w:after="80" w:line="240" w:lineRule="auto"/>
      </w:pPr>
      <w:r>
        <w:rPr>
          <w:b/>
        </w:rPr>
        <w:lastRenderedPageBreak/>
        <w:t>Supplementary Table S7. Sensitivity analysis using strict-definition in-hospital MACCE.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3636"/>
        <w:gridCol w:w="3636"/>
        <w:gridCol w:w="3636"/>
        <w:gridCol w:w="3636"/>
      </w:tblGrid>
      <w:tr w:rsidR="00210ED2" w14:paraId="30E1CFDD" w14:textId="77777777">
        <w:trPr>
          <w:tblHeader/>
          <w:jc w:val="center"/>
        </w:trPr>
        <w:tc>
          <w:tcPr>
            <w:tcW w:w="363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CE30E6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Variable</w:t>
            </w:r>
          </w:p>
        </w:tc>
        <w:tc>
          <w:tcPr>
            <w:tcW w:w="363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36C943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OR</w:t>
            </w:r>
          </w:p>
        </w:tc>
        <w:tc>
          <w:tcPr>
            <w:tcW w:w="363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6D3E3C9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95% CI</w:t>
            </w:r>
          </w:p>
        </w:tc>
        <w:tc>
          <w:tcPr>
            <w:tcW w:w="363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9D664B1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P value</w:t>
            </w:r>
          </w:p>
        </w:tc>
      </w:tr>
      <w:tr w:rsidR="00210ED2" w14:paraId="1D7FB53D" w14:textId="77777777">
        <w:trPr>
          <w:jc w:val="center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F02AF9" w14:textId="77777777" w:rsidR="00210ED2" w:rsidRDefault="00000000">
            <w:pPr>
              <w:spacing w:after="0" w:line="240" w:lineRule="auto"/>
            </w:pPr>
            <w:r>
              <w:t>Age, per 10 years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5AD7C8E" w14:textId="77777777" w:rsidR="00210ED2" w:rsidRDefault="00000000">
            <w:pPr>
              <w:spacing w:after="0" w:line="240" w:lineRule="auto"/>
            </w:pPr>
            <w:r>
              <w:t>1.77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903537" w14:textId="77777777" w:rsidR="00210ED2" w:rsidRDefault="00000000">
            <w:pPr>
              <w:spacing w:after="0" w:line="240" w:lineRule="auto"/>
            </w:pPr>
            <w:r>
              <w:t>1.17-2.67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5672D1" w14:textId="77777777" w:rsidR="00210ED2" w:rsidRDefault="00000000">
            <w:pPr>
              <w:spacing w:after="0" w:line="240" w:lineRule="auto"/>
            </w:pPr>
            <w:r>
              <w:t>0.007</w:t>
            </w:r>
          </w:p>
        </w:tc>
      </w:tr>
      <w:tr w:rsidR="00210ED2" w14:paraId="3573502A" w14:textId="77777777">
        <w:trPr>
          <w:jc w:val="center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589B8F" w14:textId="77777777" w:rsidR="00210ED2" w:rsidRDefault="00000000">
            <w:pPr>
              <w:spacing w:after="0" w:line="240" w:lineRule="auto"/>
            </w:pPr>
            <w:r>
              <w:t>Male sex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5491D8" w14:textId="77777777" w:rsidR="00210ED2" w:rsidRDefault="00000000">
            <w:pPr>
              <w:spacing w:after="0" w:line="240" w:lineRule="auto"/>
            </w:pPr>
            <w:r>
              <w:t>1.00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6BDD98" w14:textId="77777777" w:rsidR="00210ED2" w:rsidRDefault="00000000">
            <w:pPr>
              <w:spacing w:after="0" w:line="240" w:lineRule="auto"/>
            </w:pPr>
            <w:r>
              <w:t>0.51-1.96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20C6B1" w14:textId="77777777" w:rsidR="00210ED2" w:rsidRDefault="00000000">
            <w:pPr>
              <w:spacing w:after="0" w:line="240" w:lineRule="auto"/>
            </w:pPr>
            <w:r>
              <w:t>0.999</w:t>
            </w:r>
          </w:p>
        </w:tc>
      </w:tr>
      <w:tr w:rsidR="00210ED2" w14:paraId="69BECACE" w14:textId="77777777">
        <w:trPr>
          <w:jc w:val="center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D72943" w14:textId="77777777" w:rsidR="00210ED2" w:rsidRDefault="00000000">
            <w:pPr>
              <w:spacing w:after="0" w:line="240" w:lineRule="auto"/>
            </w:pPr>
            <w:r>
              <w:t>Urgent or emergency admission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056A631" w14:textId="77777777" w:rsidR="00210ED2" w:rsidRDefault="00000000">
            <w:pPr>
              <w:spacing w:after="0" w:line="240" w:lineRule="auto"/>
            </w:pPr>
            <w:r>
              <w:t>1.59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3257C7" w14:textId="77777777" w:rsidR="00210ED2" w:rsidRDefault="00000000">
            <w:pPr>
              <w:spacing w:after="0" w:line="240" w:lineRule="auto"/>
            </w:pPr>
            <w:r>
              <w:t>0.60-4.19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15E4D0E" w14:textId="77777777" w:rsidR="00210ED2" w:rsidRDefault="00000000">
            <w:pPr>
              <w:spacing w:after="0" w:line="240" w:lineRule="auto"/>
            </w:pPr>
            <w:r>
              <w:t>0.350</w:t>
            </w:r>
          </w:p>
        </w:tc>
      </w:tr>
      <w:tr w:rsidR="00210ED2" w14:paraId="7FE4E6D7" w14:textId="77777777">
        <w:trPr>
          <w:jc w:val="center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772DEE" w14:textId="77777777" w:rsidR="00210ED2" w:rsidRDefault="00000000">
            <w:pPr>
              <w:spacing w:after="0" w:line="240" w:lineRule="auto"/>
            </w:pPr>
            <w:r>
              <w:t>Coronary artery disease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229EF49" w14:textId="77777777" w:rsidR="00210ED2" w:rsidRDefault="00000000">
            <w:pPr>
              <w:spacing w:after="0" w:line="240" w:lineRule="auto"/>
            </w:pPr>
            <w:r>
              <w:t>1.85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DCD859B" w14:textId="77777777" w:rsidR="00210ED2" w:rsidRDefault="00000000">
            <w:pPr>
              <w:spacing w:after="0" w:line="240" w:lineRule="auto"/>
            </w:pPr>
            <w:r>
              <w:t>0.94-3.62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08B6D18" w14:textId="77777777" w:rsidR="00210ED2" w:rsidRDefault="00000000">
            <w:pPr>
              <w:spacing w:after="0" w:line="240" w:lineRule="auto"/>
            </w:pPr>
            <w:r>
              <w:t>0.073</w:t>
            </w:r>
          </w:p>
        </w:tc>
      </w:tr>
      <w:tr w:rsidR="00210ED2" w14:paraId="0B42DB77" w14:textId="77777777">
        <w:trPr>
          <w:jc w:val="center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78BDFF" w14:textId="77777777" w:rsidR="00210ED2" w:rsidRDefault="00000000">
            <w:pPr>
              <w:spacing w:after="0" w:line="240" w:lineRule="auto"/>
            </w:pPr>
            <w:r>
              <w:t>Atrial fibrillation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1D9044" w14:textId="77777777" w:rsidR="00210ED2" w:rsidRDefault="00000000">
            <w:pPr>
              <w:spacing w:after="0" w:line="240" w:lineRule="auto"/>
            </w:pPr>
            <w:r>
              <w:t>2.27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34561F" w14:textId="77777777" w:rsidR="00210ED2" w:rsidRDefault="00000000">
            <w:pPr>
              <w:spacing w:after="0" w:line="240" w:lineRule="auto"/>
            </w:pPr>
            <w:r>
              <w:t>1.17-4.38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9D8BFCC" w14:textId="77777777" w:rsidR="00210ED2" w:rsidRDefault="00000000">
            <w:pPr>
              <w:spacing w:after="0" w:line="240" w:lineRule="auto"/>
            </w:pPr>
            <w:r>
              <w:t>0.015</w:t>
            </w:r>
          </w:p>
        </w:tc>
      </w:tr>
      <w:tr w:rsidR="00210ED2" w14:paraId="7E515414" w14:textId="77777777">
        <w:trPr>
          <w:jc w:val="center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EA1C81" w14:textId="77777777" w:rsidR="00210ED2" w:rsidRDefault="00000000">
            <w:pPr>
              <w:spacing w:after="0" w:line="240" w:lineRule="auto"/>
            </w:pPr>
            <w:r>
              <w:t>Diabetes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544427" w14:textId="77777777" w:rsidR="00210ED2" w:rsidRDefault="00000000">
            <w:pPr>
              <w:spacing w:after="0" w:line="240" w:lineRule="auto"/>
            </w:pPr>
            <w:r>
              <w:t>1.41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C743FE" w14:textId="77777777" w:rsidR="00210ED2" w:rsidRDefault="00000000">
            <w:pPr>
              <w:spacing w:after="0" w:line="240" w:lineRule="auto"/>
            </w:pPr>
            <w:r>
              <w:t>0.68-2.96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C88271D" w14:textId="77777777" w:rsidR="00210ED2" w:rsidRDefault="00000000">
            <w:pPr>
              <w:spacing w:after="0" w:line="240" w:lineRule="auto"/>
            </w:pPr>
            <w:r>
              <w:t>0.356</w:t>
            </w:r>
          </w:p>
        </w:tc>
      </w:tr>
      <w:tr w:rsidR="00210ED2" w14:paraId="5B921EE3" w14:textId="77777777">
        <w:trPr>
          <w:jc w:val="center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1138D96" w14:textId="77777777" w:rsidR="00210ED2" w:rsidRDefault="00000000">
            <w:pPr>
              <w:spacing w:after="0" w:line="240" w:lineRule="auto"/>
            </w:pPr>
            <w:r>
              <w:t>Chronic kidney disease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62B72F5" w14:textId="77777777" w:rsidR="00210ED2" w:rsidRDefault="00000000">
            <w:pPr>
              <w:spacing w:after="0" w:line="240" w:lineRule="auto"/>
            </w:pPr>
            <w:r>
              <w:t>1.05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E5F513" w14:textId="77777777" w:rsidR="00210ED2" w:rsidRDefault="00000000">
            <w:pPr>
              <w:spacing w:after="0" w:line="240" w:lineRule="auto"/>
            </w:pPr>
            <w:r>
              <w:t>0.45-2.45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F7AC18" w14:textId="77777777" w:rsidR="00210ED2" w:rsidRDefault="00000000">
            <w:pPr>
              <w:spacing w:after="0" w:line="240" w:lineRule="auto"/>
            </w:pPr>
            <w:r>
              <w:t>0.915</w:t>
            </w:r>
          </w:p>
        </w:tc>
      </w:tr>
      <w:tr w:rsidR="00210ED2" w14:paraId="2C7F660C" w14:textId="77777777">
        <w:trPr>
          <w:jc w:val="center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FB7C236" w14:textId="77777777" w:rsidR="00210ED2" w:rsidRDefault="00000000">
            <w:pPr>
              <w:spacing w:after="0" w:line="240" w:lineRule="auto"/>
            </w:pPr>
            <w:r>
              <w:t>Hemoglobin minimum, per 1 g/dL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A239A2" w14:textId="77777777" w:rsidR="00210ED2" w:rsidRDefault="00000000">
            <w:pPr>
              <w:spacing w:after="0" w:line="240" w:lineRule="auto"/>
            </w:pPr>
            <w:r>
              <w:t>0.86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589AF2D" w14:textId="77777777" w:rsidR="00210ED2" w:rsidRDefault="00000000">
            <w:pPr>
              <w:spacing w:after="0" w:line="240" w:lineRule="auto"/>
            </w:pPr>
            <w:r>
              <w:t>0.71-1.05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E123B72" w14:textId="77777777" w:rsidR="00210ED2" w:rsidRDefault="00000000">
            <w:pPr>
              <w:spacing w:after="0" w:line="240" w:lineRule="auto"/>
            </w:pPr>
            <w:r>
              <w:t>0.148</w:t>
            </w:r>
          </w:p>
        </w:tc>
      </w:tr>
      <w:tr w:rsidR="00210ED2" w14:paraId="13372174" w14:textId="77777777">
        <w:trPr>
          <w:jc w:val="center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E7AA7D6" w14:textId="77777777" w:rsidR="00210ED2" w:rsidRDefault="00000000">
            <w:pPr>
              <w:spacing w:after="0" w:line="240" w:lineRule="auto"/>
            </w:pPr>
            <w:r>
              <w:t>Creatinine maximum, per 1 mg/dL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858F8A" w14:textId="77777777" w:rsidR="00210ED2" w:rsidRDefault="00000000">
            <w:pPr>
              <w:spacing w:after="0" w:line="240" w:lineRule="auto"/>
            </w:pPr>
            <w:r>
              <w:t>0.91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E06FF5" w14:textId="77777777" w:rsidR="00210ED2" w:rsidRDefault="00000000">
            <w:pPr>
              <w:spacing w:after="0" w:line="240" w:lineRule="auto"/>
            </w:pPr>
            <w:r>
              <w:t>0.61-1.35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33E723" w14:textId="77777777" w:rsidR="00210ED2" w:rsidRDefault="00000000">
            <w:pPr>
              <w:spacing w:after="0" w:line="240" w:lineRule="auto"/>
            </w:pPr>
            <w:r>
              <w:t>0.648</w:t>
            </w:r>
          </w:p>
        </w:tc>
      </w:tr>
      <w:tr w:rsidR="00210ED2" w14:paraId="5DCCCF49" w14:textId="77777777">
        <w:trPr>
          <w:jc w:val="center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50B1CA8" w14:textId="77777777" w:rsidR="00210ED2" w:rsidRDefault="00000000">
            <w:pPr>
              <w:spacing w:after="0" w:line="240" w:lineRule="auto"/>
            </w:pPr>
            <w:r>
              <w:t>WBC maximum, per 10 K/uL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65737BD" w14:textId="77777777" w:rsidR="00210ED2" w:rsidRDefault="00000000">
            <w:pPr>
              <w:spacing w:after="0" w:line="240" w:lineRule="auto"/>
            </w:pPr>
            <w:r>
              <w:t>1.11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B023E46" w14:textId="77777777" w:rsidR="00210ED2" w:rsidRDefault="00000000">
            <w:pPr>
              <w:spacing w:after="0" w:line="240" w:lineRule="auto"/>
            </w:pPr>
            <w:r>
              <w:t>0.80-1.53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1C03DB" w14:textId="77777777" w:rsidR="00210ED2" w:rsidRDefault="00000000">
            <w:pPr>
              <w:spacing w:after="0" w:line="240" w:lineRule="auto"/>
            </w:pPr>
            <w:r>
              <w:t>0.525</w:t>
            </w:r>
          </w:p>
        </w:tc>
      </w:tr>
      <w:tr w:rsidR="00210ED2" w14:paraId="3EB7C958" w14:textId="77777777">
        <w:trPr>
          <w:jc w:val="center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538FE7C" w14:textId="77777777" w:rsidR="00210ED2" w:rsidRDefault="00000000">
            <w:pPr>
              <w:spacing w:after="0" w:line="240" w:lineRule="auto"/>
            </w:pPr>
            <w:r>
              <w:t>BUN maximum, per 10 mg/dL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87A227" w14:textId="77777777" w:rsidR="00210ED2" w:rsidRDefault="00000000">
            <w:pPr>
              <w:spacing w:after="0" w:line="240" w:lineRule="auto"/>
            </w:pPr>
            <w:r>
              <w:t>1.40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649A77" w14:textId="77777777" w:rsidR="00210ED2" w:rsidRDefault="00000000">
            <w:pPr>
              <w:spacing w:after="0" w:line="240" w:lineRule="auto"/>
            </w:pPr>
            <w:r>
              <w:t>1.13-1.75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86C171" w14:textId="77777777" w:rsidR="00210ED2" w:rsidRDefault="00000000">
            <w:pPr>
              <w:spacing w:after="0" w:line="240" w:lineRule="auto"/>
            </w:pPr>
            <w:r>
              <w:t>0.003</w:t>
            </w:r>
          </w:p>
        </w:tc>
      </w:tr>
      <w:tr w:rsidR="00210ED2" w14:paraId="5F35A5E1" w14:textId="77777777">
        <w:trPr>
          <w:jc w:val="center"/>
        </w:trPr>
        <w:tc>
          <w:tcPr>
            <w:tcW w:w="363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BB3FEC6" w14:textId="77777777" w:rsidR="00210ED2" w:rsidRDefault="00000000">
            <w:pPr>
              <w:spacing w:after="0" w:line="240" w:lineRule="auto"/>
            </w:pPr>
            <w:r>
              <w:t>Glucose maximum, per 1 mg/dL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41C88C" w14:textId="77777777" w:rsidR="00210ED2" w:rsidRDefault="00000000">
            <w:pPr>
              <w:spacing w:after="0" w:line="240" w:lineRule="auto"/>
            </w:pPr>
            <w:r>
              <w:t>1.00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DB77BCC" w14:textId="77777777" w:rsidR="00210ED2" w:rsidRDefault="00000000">
            <w:pPr>
              <w:spacing w:after="0" w:line="240" w:lineRule="auto"/>
            </w:pPr>
            <w:r>
              <w:t>0.99-1.01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153241" w14:textId="77777777" w:rsidR="00210ED2" w:rsidRDefault="00000000">
            <w:pPr>
              <w:spacing w:after="0" w:line="240" w:lineRule="auto"/>
            </w:pPr>
            <w:r>
              <w:t>0.691</w:t>
            </w:r>
          </w:p>
        </w:tc>
      </w:tr>
    </w:tbl>
    <w:p w14:paraId="28298069" w14:textId="77777777" w:rsidR="00210ED2" w:rsidRDefault="00210ED2"/>
    <w:p w14:paraId="5B2FF431" w14:textId="77777777" w:rsidR="00210ED2" w:rsidRDefault="00000000">
      <w:pPr>
        <w:spacing w:line="240" w:lineRule="auto"/>
      </w:pPr>
      <w:r>
        <w:t>Strict MACCE excluded cardiogenic shock and acute heart failure.</w:t>
      </w:r>
    </w:p>
    <w:p w14:paraId="59B7D08B" w14:textId="77777777" w:rsidR="00210ED2" w:rsidRDefault="00000000">
      <w:pPr>
        <w:spacing w:after="0"/>
      </w:pPr>
      <w:r>
        <w:br w:type="page"/>
      </w:r>
    </w:p>
    <w:p w14:paraId="7BC84F0A" w14:textId="77777777" w:rsidR="00210ED2" w:rsidRDefault="00000000">
      <w:pPr>
        <w:keepNext/>
        <w:spacing w:after="80" w:line="240" w:lineRule="auto"/>
      </w:pPr>
      <w:r>
        <w:rPr>
          <w:b/>
        </w:rPr>
        <w:lastRenderedPageBreak/>
        <w:t>Supplementary Table S8. Conservative preprocedure laboratory-window sensitivity analysis for broad-definition in-hospital MACCE.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3636"/>
        <w:gridCol w:w="3636"/>
        <w:gridCol w:w="3636"/>
        <w:gridCol w:w="3636"/>
      </w:tblGrid>
      <w:tr w:rsidR="00210ED2" w14:paraId="4C596B09" w14:textId="77777777">
        <w:trPr>
          <w:tblHeader/>
          <w:jc w:val="center"/>
        </w:trPr>
        <w:tc>
          <w:tcPr>
            <w:tcW w:w="363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E8D3E13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Variable</w:t>
            </w:r>
          </w:p>
        </w:tc>
        <w:tc>
          <w:tcPr>
            <w:tcW w:w="363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B933A18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OR</w:t>
            </w:r>
          </w:p>
        </w:tc>
        <w:tc>
          <w:tcPr>
            <w:tcW w:w="363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A28605D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95% CI</w:t>
            </w:r>
          </w:p>
        </w:tc>
        <w:tc>
          <w:tcPr>
            <w:tcW w:w="363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A05D215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P value</w:t>
            </w:r>
          </w:p>
        </w:tc>
      </w:tr>
      <w:tr w:rsidR="00210ED2" w14:paraId="3F1F068E" w14:textId="77777777">
        <w:trPr>
          <w:jc w:val="center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6C1868" w14:textId="77777777" w:rsidR="00210ED2" w:rsidRDefault="00000000">
            <w:pPr>
              <w:spacing w:after="0" w:line="240" w:lineRule="auto"/>
            </w:pPr>
            <w:r>
              <w:t>Age, per 10 years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6F102FB" w14:textId="77777777" w:rsidR="00210ED2" w:rsidRDefault="00000000">
            <w:pPr>
              <w:spacing w:after="0" w:line="240" w:lineRule="auto"/>
            </w:pPr>
            <w:r>
              <w:t>1.62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70C2FAC" w14:textId="77777777" w:rsidR="00210ED2" w:rsidRDefault="00000000">
            <w:pPr>
              <w:spacing w:after="0" w:line="240" w:lineRule="auto"/>
            </w:pPr>
            <w:r>
              <w:t>1.18-2.24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8DC72E" w14:textId="77777777" w:rsidR="00210ED2" w:rsidRDefault="00000000">
            <w:pPr>
              <w:spacing w:after="0" w:line="240" w:lineRule="auto"/>
            </w:pPr>
            <w:r>
              <w:t>0.003</w:t>
            </w:r>
          </w:p>
        </w:tc>
      </w:tr>
      <w:tr w:rsidR="00210ED2" w14:paraId="12F6E449" w14:textId="77777777">
        <w:trPr>
          <w:jc w:val="center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4B3D12" w14:textId="77777777" w:rsidR="00210ED2" w:rsidRDefault="00000000">
            <w:pPr>
              <w:spacing w:after="0" w:line="240" w:lineRule="auto"/>
            </w:pPr>
            <w:r>
              <w:t>Male sex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57299F4" w14:textId="77777777" w:rsidR="00210ED2" w:rsidRDefault="00000000">
            <w:pPr>
              <w:spacing w:after="0" w:line="240" w:lineRule="auto"/>
            </w:pPr>
            <w:r>
              <w:t>0.89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890B3E" w14:textId="77777777" w:rsidR="00210ED2" w:rsidRDefault="00000000">
            <w:pPr>
              <w:spacing w:after="0" w:line="240" w:lineRule="auto"/>
            </w:pPr>
            <w:r>
              <w:t>0.53-1.51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812F0D" w14:textId="77777777" w:rsidR="00210ED2" w:rsidRDefault="00000000">
            <w:pPr>
              <w:spacing w:after="0" w:line="240" w:lineRule="auto"/>
            </w:pPr>
            <w:r>
              <w:t>0.677</w:t>
            </w:r>
          </w:p>
        </w:tc>
      </w:tr>
      <w:tr w:rsidR="00210ED2" w14:paraId="0D21246D" w14:textId="77777777">
        <w:trPr>
          <w:jc w:val="center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A080D7" w14:textId="77777777" w:rsidR="00210ED2" w:rsidRDefault="00000000">
            <w:pPr>
              <w:spacing w:after="0" w:line="240" w:lineRule="auto"/>
            </w:pPr>
            <w:r>
              <w:t>Urgent or emergency admission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7B740C" w14:textId="77777777" w:rsidR="00210ED2" w:rsidRDefault="00000000">
            <w:pPr>
              <w:spacing w:after="0" w:line="240" w:lineRule="auto"/>
            </w:pPr>
            <w:r>
              <w:t>3.06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1FD62F" w14:textId="77777777" w:rsidR="00210ED2" w:rsidRDefault="00000000">
            <w:pPr>
              <w:spacing w:after="0" w:line="240" w:lineRule="auto"/>
            </w:pPr>
            <w:r>
              <w:t>1.53-6.14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B68C382" w14:textId="77777777" w:rsidR="00210ED2" w:rsidRDefault="00000000">
            <w:pPr>
              <w:spacing w:after="0" w:line="240" w:lineRule="auto"/>
            </w:pPr>
            <w:r>
              <w:t>0.002</w:t>
            </w:r>
          </w:p>
        </w:tc>
      </w:tr>
      <w:tr w:rsidR="00210ED2" w14:paraId="4D3D9449" w14:textId="77777777">
        <w:trPr>
          <w:jc w:val="center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B7F270A" w14:textId="77777777" w:rsidR="00210ED2" w:rsidRDefault="00000000">
            <w:pPr>
              <w:spacing w:after="0" w:line="240" w:lineRule="auto"/>
            </w:pPr>
            <w:r>
              <w:t>Coronary artery disease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809825F" w14:textId="77777777" w:rsidR="00210ED2" w:rsidRDefault="00000000">
            <w:pPr>
              <w:spacing w:after="0" w:line="240" w:lineRule="auto"/>
            </w:pPr>
            <w:r>
              <w:t>1.95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FDB6B40" w14:textId="77777777" w:rsidR="00210ED2" w:rsidRDefault="00000000">
            <w:pPr>
              <w:spacing w:after="0" w:line="240" w:lineRule="auto"/>
            </w:pPr>
            <w:r>
              <w:t>1.16-3.29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FAE4FF1" w14:textId="77777777" w:rsidR="00210ED2" w:rsidRDefault="00000000">
            <w:pPr>
              <w:spacing w:after="0" w:line="240" w:lineRule="auto"/>
            </w:pPr>
            <w:r>
              <w:t>0.012</w:t>
            </w:r>
          </w:p>
        </w:tc>
      </w:tr>
      <w:tr w:rsidR="00210ED2" w14:paraId="6EB50A2E" w14:textId="77777777">
        <w:trPr>
          <w:jc w:val="center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E6E9627" w14:textId="77777777" w:rsidR="00210ED2" w:rsidRDefault="00000000">
            <w:pPr>
              <w:spacing w:after="0" w:line="240" w:lineRule="auto"/>
            </w:pPr>
            <w:r>
              <w:t>Atrial fibrillation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8323A6" w14:textId="77777777" w:rsidR="00210ED2" w:rsidRDefault="00000000">
            <w:pPr>
              <w:spacing w:after="0" w:line="240" w:lineRule="auto"/>
            </w:pPr>
            <w:r>
              <w:t>2.81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8FB43BC" w14:textId="77777777" w:rsidR="00210ED2" w:rsidRDefault="00000000">
            <w:pPr>
              <w:spacing w:after="0" w:line="240" w:lineRule="auto"/>
            </w:pPr>
            <w:r>
              <w:t>1.69-4.65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A62787C" w14:textId="77777777" w:rsidR="00210ED2" w:rsidRDefault="00000000">
            <w:pPr>
              <w:spacing w:after="0" w:line="240" w:lineRule="auto"/>
            </w:pPr>
            <w:r>
              <w:t>&lt;0.001</w:t>
            </w:r>
          </w:p>
        </w:tc>
      </w:tr>
      <w:tr w:rsidR="00210ED2" w14:paraId="157DE931" w14:textId="77777777">
        <w:trPr>
          <w:jc w:val="center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547E73" w14:textId="77777777" w:rsidR="00210ED2" w:rsidRDefault="00000000">
            <w:pPr>
              <w:spacing w:after="0" w:line="240" w:lineRule="auto"/>
            </w:pPr>
            <w:r>
              <w:t>Diabetes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83BF71" w14:textId="77777777" w:rsidR="00210ED2" w:rsidRDefault="00000000">
            <w:pPr>
              <w:spacing w:after="0" w:line="240" w:lineRule="auto"/>
            </w:pPr>
            <w:r>
              <w:t>1.28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F543EB2" w14:textId="77777777" w:rsidR="00210ED2" w:rsidRDefault="00000000">
            <w:pPr>
              <w:spacing w:after="0" w:line="240" w:lineRule="auto"/>
            </w:pPr>
            <w:r>
              <w:t>0.71-2.29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DF61B30" w14:textId="77777777" w:rsidR="00210ED2" w:rsidRDefault="00000000">
            <w:pPr>
              <w:spacing w:after="0" w:line="240" w:lineRule="auto"/>
            </w:pPr>
            <w:r>
              <w:t>0.412</w:t>
            </w:r>
          </w:p>
        </w:tc>
      </w:tr>
      <w:tr w:rsidR="00210ED2" w14:paraId="672CDDDA" w14:textId="77777777">
        <w:trPr>
          <w:jc w:val="center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67ADE2" w14:textId="77777777" w:rsidR="00210ED2" w:rsidRDefault="00000000">
            <w:pPr>
              <w:spacing w:after="0" w:line="240" w:lineRule="auto"/>
            </w:pPr>
            <w:r>
              <w:t>Chronic kidney disease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86699B" w14:textId="77777777" w:rsidR="00210ED2" w:rsidRDefault="00000000">
            <w:pPr>
              <w:spacing w:after="0" w:line="240" w:lineRule="auto"/>
            </w:pPr>
            <w:r>
              <w:t>1.81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8E231F" w14:textId="77777777" w:rsidR="00210ED2" w:rsidRDefault="00000000">
            <w:pPr>
              <w:spacing w:after="0" w:line="240" w:lineRule="auto"/>
            </w:pPr>
            <w:r>
              <w:t>1.00-3.29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0E61E80" w14:textId="77777777" w:rsidR="00210ED2" w:rsidRDefault="00000000">
            <w:pPr>
              <w:spacing w:after="0" w:line="240" w:lineRule="auto"/>
            </w:pPr>
            <w:r>
              <w:t>0.050</w:t>
            </w:r>
          </w:p>
        </w:tc>
      </w:tr>
      <w:tr w:rsidR="00210ED2" w14:paraId="3F3D0022" w14:textId="77777777">
        <w:trPr>
          <w:jc w:val="center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F47EDBB" w14:textId="77777777" w:rsidR="00210ED2" w:rsidRDefault="00000000">
            <w:pPr>
              <w:spacing w:after="0" w:line="240" w:lineRule="auto"/>
            </w:pPr>
            <w:r>
              <w:t>Preprocedure hemoglobin minimum, per 1 g/dL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577EA3D" w14:textId="77777777" w:rsidR="00210ED2" w:rsidRDefault="00000000">
            <w:pPr>
              <w:spacing w:after="0" w:line="240" w:lineRule="auto"/>
            </w:pPr>
            <w:r>
              <w:t>0.89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61EEB1" w14:textId="77777777" w:rsidR="00210ED2" w:rsidRDefault="00000000">
            <w:pPr>
              <w:spacing w:after="0" w:line="240" w:lineRule="auto"/>
            </w:pPr>
            <w:r>
              <w:t>0.70-1.14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0ECF8B" w14:textId="77777777" w:rsidR="00210ED2" w:rsidRDefault="00000000">
            <w:pPr>
              <w:spacing w:after="0" w:line="240" w:lineRule="auto"/>
            </w:pPr>
            <w:r>
              <w:t>0.360</w:t>
            </w:r>
          </w:p>
        </w:tc>
      </w:tr>
      <w:tr w:rsidR="00210ED2" w14:paraId="58D5242B" w14:textId="77777777">
        <w:trPr>
          <w:jc w:val="center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23ADCC3" w14:textId="77777777" w:rsidR="00210ED2" w:rsidRDefault="00000000">
            <w:pPr>
              <w:spacing w:after="0" w:line="240" w:lineRule="auto"/>
            </w:pPr>
            <w:r>
              <w:t>Preprocedure creatinine maximum, per 1 mg/dL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33F876" w14:textId="77777777" w:rsidR="00210ED2" w:rsidRDefault="00000000">
            <w:pPr>
              <w:spacing w:after="0" w:line="240" w:lineRule="auto"/>
            </w:pPr>
            <w:r>
              <w:t>0.66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FCF959E" w14:textId="77777777" w:rsidR="00210ED2" w:rsidRDefault="00000000">
            <w:pPr>
              <w:spacing w:after="0" w:line="240" w:lineRule="auto"/>
            </w:pPr>
            <w:r>
              <w:t>0.39-1.11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9ABA491" w14:textId="77777777" w:rsidR="00210ED2" w:rsidRDefault="00000000">
            <w:pPr>
              <w:spacing w:after="0" w:line="240" w:lineRule="auto"/>
            </w:pPr>
            <w:r>
              <w:t>0.116</w:t>
            </w:r>
          </w:p>
        </w:tc>
      </w:tr>
      <w:tr w:rsidR="00210ED2" w14:paraId="4B003EB5" w14:textId="77777777">
        <w:trPr>
          <w:jc w:val="center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D96921" w14:textId="77777777" w:rsidR="00210ED2" w:rsidRDefault="00000000">
            <w:pPr>
              <w:spacing w:after="0" w:line="240" w:lineRule="auto"/>
            </w:pPr>
            <w:r>
              <w:t>Preprocedure WBC maximum, per 10 K/uL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A2D2DB" w14:textId="77777777" w:rsidR="00210ED2" w:rsidRDefault="00000000">
            <w:pPr>
              <w:spacing w:after="0" w:line="240" w:lineRule="auto"/>
            </w:pPr>
            <w:r>
              <w:t>1.58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F7FFA6A" w14:textId="77777777" w:rsidR="00210ED2" w:rsidRDefault="00000000">
            <w:pPr>
              <w:spacing w:after="0" w:line="240" w:lineRule="auto"/>
            </w:pPr>
            <w:r>
              <w:t>0.86-2.93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BB6B310" w14:textId="77777777" w:rsidR="00210ED2" w:rsidRDefault="00000000">
            <w:pPr>
              <w:spacing w:after="0" w:line="240" w:lineRule="auto"/>
            </w:pPr>
            <w:r>
              <w:t>0.142</w:t>
            </w:r>
          </w:p>
        </w:tc>
      </w:tr>
      <w:tr w:rsidR="00210ED2" w14:paraId="72AA4D86" w14:textId="77777777">
        <w:trPr>
          <w:jc w:val="center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72940C" w14:textId="77777777" w:rsidR="00210ED2" w:rsidRDefault="00000000">
            <w:pPr>
              <w:spacing w:after="0" w:line="240" w:lineRule="auto"/>
            </w:pPr>
            <w:r>
              <w:t>Preprocedure BUN maximum, per 10 mg/dL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A67896" w14:textId="77777777" w:rsidR="00210ED2" w:rsidRDefault="00000000">
            <w:pPr>
              <w:spacing w:after="0" w:line="240" w:lineRule="auto"/>
            </w:pPr>
            <w:r>
              <w:t>1.72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66CDF5F" w14:textId="77777777" w:rsidR="00210ED2" w:rsidRDefault="00000000">
            <w:pPr>
              <w:spacing w:after="0" w:line="240" w:lineRule="auto"/>
            </w:pPr>
            <w:r>
              <w:t>1.28-2.30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C200EE" w14:textId="77777777" w:rsidR="00210ED2" w:rsidRDefault="00000000">
            <w:pPr>
              <w:spacing w:after="0" w:line="240" w:lineRule="auto"/>
            </w:pPr>
            <w:r>
              <w:t>&lt;0.001</w:t>
            </w:r>
          </w:p>
        </w:tc>
      </w:tr>
      <w:tr w:rsidR="00210ED2" w14:paraId="7F023FE1" w14:textId="77777777">
        <w:trPr>
          <w:jc w:val="center"/>
        </w:trPr>
        <w:tc>
          <w:tcPr>
            <w:tcW w:w="363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6D0E2F" w14:textId="77777777" w:rsidR="00210ED2" w:rsidRDefault="00000000">
            <w:pPr>
              <w:spacing w:after="0" w:line="240" w:lineRule="auto"/>
            </w:pPr>
            <w:r>
              <w:t>Preprocedure glucose maximum, per 1 mg/dL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4C5E856" w14:textId="77777777" w:rsidR="00210ED2" w:rsidRDefault="00000000">
            <w:pPr>
              <w:spacing w:after="0" w:line="240" w:lineRule="auto"/>
            </w:pPr>
            <w:r>
              <w:t>0.99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76ED4C2" w14:textId="77777777" w:rsidR="00210ED2" w:rsidRDefault="00000000">
            <w:pPr>
              <w:spacing w:after="0" w:line="240" w:lineRule="auto"/>
            </w:pPr>
            <w:r>
              <w:t>0.98-1.01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E4BBB7" w14:textId="77777777" w:rsidR="00210ED2" w:rsidRDefault="00000000">
            <w:pPr>
              <w:spacing w:after="0" w:line="240" w:lineRule="auto"/>
            </w:pPr>
            <w:r>
              <w:t>0.292</w:t>
            </w:r>
          </w:p>
        </w:tc>
      </w:tr>
    </w:tbl>
    <w:p w14:paraId="1459AA3B" w14:textId="77777777" w:rsidR="00210ED2" w:rsidRDefault="00210ED2"/>
    <w:p w14:paraId="4EE446EA" w14:textId="77777777" w:rsidR="00210ED2" w:rsidRDefault="00000000">
      <w:pPr>
        <w:spacing w:line="240" w:lineRule="auto"/>
      </w:pPr>
      <w:r>
        <w:t>Laboratory values in this sensitivity analysis were restricted to the conservative preprocedure window.</w:t>
      </w:r>
    </w:p>
    <w:p w14:paraId="268162AA" w14:textId="77777777" w:rsidR="00210ED2" w:rsidRDefault="00000000">
      <w:pPr>
        <w:spacing w:after="0"/>
      </w:pPr>
      <w:r>
        <w:br w:type="page"/>
      </w:r>
    </w:p>
    <w:p w14:paraId="4CB2DD90" w14:textId="77777777" w:rsidR="00210ED2" w:rsidRDefault="00000000">
      <w:pPr>
        <w:keepNext/>
        <w:spacing w:after="80" w:line="240" w:lineRule="auto"/>
      </w:pPr>
      <w:r>
        <w:rPr>
          <w:b/>
        </w:rPr>
        <w:lastRenderedPageBreak/>
        <w:t>Supplementary Table S9. Characteristics of patients with versus without any preprocedure laboratory measurement.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3636"/>
        <w:gridCol w:w="3636"/>
        <w:gridCol w:w="3636"/>
        <w:gridCol w:w="3636"/>
      </w:tblGrid>
      <w:tr w:rsidR="00210ED2" w14:paraId="170059AC" w14:textId="77777777">
        <w:trPr>
          <w:tblHeader/>
          <w:jc w:val="center"/>
        </w:trPr>
        <w:tc>
          <w:tcPr>
            <w:tcW w:w="363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4EAB3EF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Characteristic</w:t>
            </w:r>
          </w:p>
        </w:tc>
        <w:tc>
          <w:tcPr>
            <w:tcW w:w="363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058A67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With preprocedure lab (N=255)</w:t>
            </w:r>
          </w:p>
        </w:tc>
        <w:tc>
          <w:tcPr>
            <w:tcW w:w="363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9B5C32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Without preprocedure lab (N=998)</w:t>
            </w:r>
          </w:p>
        </w:tc>
        <w:tc>
          <w:tcPr>
            <w:tcW w:w="363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2CCEA6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P value</w:t>
            </w:r>
          </w:p>
        </w:tc>
      </w:tr>
      <w:tr w:rsidR="00210ED2" w14:paraId="567A9246" w14:textId="77777777">
        <w:trPr>
          <w:jc w:val="center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7CEB23" w14:textId="77777777" w:rsidR="00210ED2" w:rsidRDefault="00000000">
            <w:pPr>
              <w:spacing w:after="0" w:line="240" w:lineRule="auto"/>
            </w:pPr>
            <w:r>
              <w:t>Age, years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555469" w14:textId="77777777" w:rsidR="00210ED2" w:rsidRDefault="00000000">
            <w:pPr>
              <w:spacing w:after="0" w:line="240" w:lineRule="auto"/>
            </w:pPr>
            <w:r>
              <w:t>81.00 (72.00-86.00)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9430E9" w14:textId="77777777" w:rsidR="00210ED2" w:rsidRDefault="00000000">
            <w:pPr>
              <w:spacing w:after="0" w:line="240" w:lineRule="auto"/>
            </w:pPr>
            <w:r>
              <w:t>75.00 (70.00-82.00)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2542A5" w14:textId="77777777" w:rsidR="00210ED2" w:rsidRDefault="00000000">
            <w:pPr>
              <w:spacing w:after="0" w:line="240" w:lineRule="auto"/>
            </w:pPr>
            <w:r>
              <w:t>&lt;0.001</w:t>
            </w:r>
          </w:p>
        </w:tc>
      </w:tr>
      <w:tr w:rsidR="00210ED2" w14:paraId="0AD7C58D" w14:textId="77777777">
        <w:trPr>
          <w:jc w:val="center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74A7B92" w14:textId="77777777" w:rsidR="00210ED2" w:rsidRDefault="00000000">
            <w:pPr>
              <w:spacing w:after="0" w:line="240" w:lineRule="auto"/>
            </w:pPr>
            <w:r>
              <w:t>BUN maximum, mg/dL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F735858" w14:textId="77777777" w:rsidR="00210ED2" w:rsidRDefault="00000000">
            <w:pPr>
              <w:spacing w:after="0" w:line="240" w:lineRule="auto"/>
            </w:pPr>
            <w:r>
              <w:t>23.00 (17.00-34.75)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110CAC" w14:textId="77777777" w:rsidR="00210ED2" w:rsidRDefault="00000000">
            <w:pPr>
              <w:spacing w:after="0" w:line="240" w:lineRule="auto"/>
            </w:pPr>
            <w:r>
              <w:t>18.00 (14.00-23.00)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420011E" w14:textId="77777777" w:rsidR="00210ED2" w:rsidRDefault="00000000">
            <w:pPr>
              <w:spacing w:after="0" w:line="240" w:lineRule="auto"/>
            </w:pPr>
            <w:r>
              <w:t>&lt;0.001</w:t>
            </w:r>
          </w:p>
        </w:tc>
      </w:tr>
      <w:tr w:rsidR="00210ED2" w14:paraId="0D86D4FA" w14:textId="77777777">
        <w:trPr>
          <w:jc w:val="center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2C26A32" w14:textId="77777777" w:rsidR="00210ED2" w:rsidRDefault="00000000">
            <w:pPr>
              <w:spacing w:after="0" w:line="240" w:lineRule="auto"/>
            </w:pPr>
            <w:r>
              <w:t>Creatinine maximum, mg/dL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70CDF1" w14:textId="77777777" w:rsidR="00210ED2" w:rsidRDefault="00000000">
            <w:pPr>
              <w:spacing w:after="0" w:line="240" w:lineRule="auto"/>
            </w:pPr>
            <w:r>
              <w:t>1.00 (0.80-1.40)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995EDB" w14:textId="77777777" w:rsidR="00210ED2" w:rsidRDefault="00000000">
            <w:pPr>
              <w:spacing w:after="0" w:line="240" w:lineRule="auto"/>
            </w:pPr>
            <w:r>
              <w:t>0.90 (0.70-1.10)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FD8DC44" w14:textId="77777777" w:rsidR="00210ED2" w:rsidRDefault="00000000">
            <w:pPr>
              <w:spacing w:after="0" w:line="240" w:lineRule="auto"/>
            </w:pPr>
            <w:r>
              <w:t>&lt;0.001</w:t>
            </w:r>
          </w:p>
        </w:tc>
      </w:tr>
      <w:tr w:rsidR="00210ED2" w14:paraId="2AE131AE" w14:textId="77777777">
        <w:trPr>
          <w:jc w:val="center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A53E1C" w14:textId="77777777" w:rsidR="00210ED2" w:rsidRDefault="00000000">
            <w:pPr>
              <w:spacing w:after="0" w:line="240" w:lineRule="auto"/>
            </w:pPr>
            <w:r>
              <w:t>Hemoglobin minimum, g/dL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4C6FFE" w14:textId="77777777" w:rsidR="00210ED2" w:rsidRDefault="00000000">
            <w:pPr>
              <w:spacing w:after="0" w:line="240" w:lineRule="auto"/>
            </w:pPr>
            <w:r>
              <w:t>10.00 (8.50-11.40)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D714979" w14:textId="77777777" w:rsidR="00210ED2" w:rsidRDefault="00000000">
            <w:pPr>
              <w:spacing w:after="0" w:line="240" w:lineRule="auto"/>
            </w:pPr>
            <w:r>
              <w:t>10.80 (9.80-11.90)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E1C9DDD" w14:textId="77777777" w:rsidR="00210ED2" w:rsidRDefault="00000000">
            <w:pPr>
              <w:spacing w:after="0" w:line="240" w:lineRule="auto"/>
            </w:pPr>
            <w:r>
              <w:t>&lt;0.001</w:t>
            </w:r>
          </w:p>
        </w:tc>
      </w:tr>
      <w:tr w:rsidR="00210ED2" w14:paraId="79B7B25E" w14:textId="77777777">
        <w:trPr>
          <w:jc w:val="center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C3BA692" w14:textId="77777777" w:rsidR="00210ED2" w:rsidRDefault="00000000">
            <w:pPr>
              <w:spacing w:after="0" w:line="240" w:lineRule="auto"/>
            </w:pPr>
            <w:r>
              <w:t>Urgent or emergency admission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771F805" w14:textId="77777777" w:rsidR="00210ED2" w:rsidRDefault="00000000">
            <w:pPr>
              <w:spacing w:after="0" w:line="240" w:lineRule="auto"/>
            </w:pPr>
            <w:r>
              <w:t>43 (16.9)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44AE83" w14:textId="77777777" w:rsidR="00210ED2" w:rsidRDefault="00000000">
            <w:pPr>
              <w:spacing w:after="0" w:line="240" w:lineRule="auto"/>
            </w:pPr>
            <w:r>
              <w:t>31 (3.1)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7E79123" w14:textId="77777777" w:rsidR="00210ED2" w:rsidRDefault="00000000">
            <w:pPr>
              <w:spacing w:after="0" w:line="240" w:lineRule="auto"/>
            </w:pPr>
            <w:r>
              <w:t>&lt;0.001</w:t>
            </w:r>
          </w:p>
        </w:tc>
      </w:tr>
      <w:tr w:rsidR="00210ED2" w14:paraId="767199A3" w14:textId="77777777">
        <w:trPr>
          <w:jc w:val="center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42CB5E" w14:textId="77777777" w:rsidR="00210ED2" w:rsidRDefault="00000000">
            <w:pPr>
              <w:spacing w:after="0" w:line="240" w:lineRule="auto"/>
            </w:pPr>
            <w:r>
              <w:t>Coronary artery disease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8809B81" w14:textId="77777777" w:rsidR="00210ED2" w:rsidRDefault="00000000">
            <w:pPr>
              <w:spacing w:after="0" w:line="240" w:lineRule="auto"/>
            </w:pPr>
            <w:r>
              <w:t>68 (26.7)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8DA9334" w14:textId="77777777" w:rsidR="00210ED2" w:rsidRDefault="00000000">
            <w:pPr>
              <w:spacing w:after="0" w:line="240" w:lineRule="auto"/>
            </w:pPr>
            <w:r>
              <w:t>198 (19.8)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44E2F18" w14:textId="77777777" w:rsidR="00210ED2" w:rsidRDefault="00000000">
            <w:pPr>
              <w:spacing w:after="0" w:line="240" w:lineRule="auto"/>
            </w:pPr>
            <w:r>
              <w:t>0.020</w:t>
            </w:r>
          </w:p>
        </w:tc>
      </w:tr>
      <w:tr w:rsidR="00210ED2" w14:paraId="3BFD3AC8" w14:textId="77777777">
        <w:trPr>
          <w:jc w:val="center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1FEE08" w14:textId="77777777" w:rsidR="00210ED2" w:rsidRDefault="00000000">
            <w:pPr>
              <w:spacing w:after="0" w:line="240" w:lineRule="auto"/>
            </w:pPr>
            <w:r>
              <w:t>Atrial fibrillation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FBB7CC" w14:textId="77777777" w:rsidR="00210ED2" w:rsidRDefault="00000000">
            <w:pPr>
              <w:spacing w:after="0" w:line="240" w:lineRule="auto"/>
            </w:pPr>
            <w:r>
              <w:t>86 (33.7)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1C6CF93" w14:textId="77777777" w:rsidR="00210ED2" w:rsidRDefault="00000000">
            <w:pPr>
              <w:spacing w:after="0" w:line="240" w:lineRule="auto"/>
            </w:pPr>
            <w:r>
              <w:t>172 (17.2)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15F24D" w14:textId="77777777" w:rsidR="00210ED2" w:rsidRDefault="00000000">
            <w:pPr>
              <w:spacing w:after="0" w:line="240" w:lineRule="auto"/>
            </w:pPr>
            <w:r>
              <w:t>&lt;0.001</w:t>
            </w:r>
          </w:p>
        </w:tc>
      </w:tr>
      <w:tr w:rsidR="00210ED2" w14:paraId="195A7666" w14:textId="77777777">
        <w:trPr>
          <w:jc w:val="center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CC4EE15" w14:textId="77777777" w:rsidR="00210ED2" w:rsidRDefault="00000000">
            <w:pPr>
              <w:spacing w:after="0" w:line="240" w:lineRule="auto"/>
            </w:pPr>
            <w:r>
              <w:t>Chronic kidney disease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EE9D42" w14:textId="77777777" w:rsidR="00210ED2" w:rsidRDefault="00000000">
            <w:pPr>
              <w:spacing w:after="0" w:line="240" w:lineRule="auto"/>
            </w:pPr>
            <w:r>
              <w:t>72 (28.2)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13A9BE" w14:textId="77777777" w:rsidR="00210ED2" w:rsidRDefault="00000000">
            <w:pPr>
              <w:spacing w:after="0" w:line="240" w:lineRule="auto"/>
            </w:pPr>
            <w:r>
              <w:t>117 (11.7)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763C3C8" w14:textId="77777777" w:rsidR="00210ED2" w:rsidRDefault="00000000">
            <w:pPr>
              <w:spacing w:after="0" w:line="240" w:lineRule="auto"/>
            </w:pPr>
            <w:r>
              <w:t>&lt;0.001</w:t>
            </w:r>
          </w:p>
        </w:tc>
      </w:tr>
      <w:tr w:rsidR="00210ED2" w14:paraId="7DA7E562" w14:textId="77777777">
        <w:trPr>
          <w:jc w:val="center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7CD702" w14:textId="77777777" w:rsidR="00210ED2" w:rsidRDefault="00000000">
            <w:pPr>
              <w:spacing w:after="0" w:line="240" w:lineRule="auto"/>
            </w:pPr>
            <w:r>
              <w:t>Broad MACCE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6514B28" w14:textId="77777777" w:rsidR="00210ED2" w:rsidRDefault="00000000">
            <w:pPr>
              <w:spacing w:after="0" w:line="240" w:lineRule="auto"/>
            </w:pPr>
            <w:r>
              <w:t>41 (16.1)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7BD18CC" w14:textId="77777777" w:rsidR="00210ED2" w:rsidRDefault="00000000">
            <w:pPr>
              <w:spacing w:after="0" w:line="240" w:lineRule="auto"/>
            </w:pPr>
            <w:r>
              <w:t>40 (4.0)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C6D06B9" w14:textId="77777777" w:rsidR="00210ED2" w:rsidRDefault="00000000">
            <w:pPr>
              <w:spacing w:after="0" w:line="240" w:lineRule="auto"/>
            </w:pPr>
            <w:r>
              <w:t>&lt;0.001</w:t>
            </w:r>
          </w:p>
        </w:tc>
      </w:tr>
      <w:tr w:rsidR="00210ED2" w14:paraId="529F8EF1" w14:textId="77777777">
        <w:trPr>
          <w:jc w:val="center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17DC4F" w14:textId="77777777" w:rsidR="00210ED2" w:rsidRDefault="00000000">
            <w:pPr>
              <w:spacing w:after="0" w:line="240" w:lineRule="auto"/>
            </w:pPr>
            <w:r>
              <w:t>Strict MACCE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76B9859" w14:textId="77777777" w:rsidR="00210ED2" w:rsidRDefault="00000000">
            <w:pPr>
              <w:spacing w:after="0" w:line="240" w:lineRule="auto"/>
            </w:pPr>
            <w:r>
              <w:t>17 (6.7)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5C0330C" w14:textId="77777777" w:rsidR="00210ED2" w:rsidRDefault="00000000">
            <w:pPr>
              <w:spacing w:after="0" w:line="240" w:lineRule="auto"/>
            </w:pPr>
            <w:r>
              <w:t>27 (2.7)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9732D58" w14:textId="77777777" w:rsidR="00210ED2" w:rsidRDefault="00000000">
            <w:pPr>
              <w:spacing w:after="0" w:line="240" w:lineRule="auto"/>
            </w:pPr>
            <w:r>
              <w:t>0.004</w:t>
            </w:r>
          </w:p>
        </w:tc>
      </w:tr>
      <w:tr w:rsidR="00210ED2" w14:paraId="32746289" w14:textId="77777777">
        <w:trPr>
          <w:jc w:val="center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E3B84B3" w14:textId="77777777" w:rsidR="00210ED2" w:rsidRDefault="00000000">
            <w:pPr>
              <w:spacing w:after="0" w:line="240" w:lineRule="auto"/>
            </w:pPr>
            <w:r>
              <w:t>In-hospital death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5E9600" w14:textId="77777777" w:rsidR="00210ED2" w:rsidRDefault="00000000">
            <w:pPr>
              <w:spacing w:after="0" w:line="240" w:lineRule="auto"/>
            </w:pPr>
            <w:r>
              <w:t>11 (4.3)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AD6913" w14:textId="77777777" w:rsidR="00210ED2" w:rsidRDefault="00000000">
            <w:pPr>
              <w:spacing w:after="0" w:line="240" w:lineRule="auto"/>
            </w:pPr>
            <w:r>
              <w:t>7 (0.7)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A4C709" w14:textId="77777777" w:rsidR="00210ED2" w:rsidRDefault="00000000">
            <w:pPr>
              <w:spacing w:after="0" w:line="240" w:lineRule="auto"/>
            </w:pPr>
            <w:r>
              <w:t>&lt;0.001</w:t>
            </w:r>
          </w:p>
        </w:tc>
      </w:tr>
      <w:tr w:rsidR="00210ED2" w14:paraId="5FD9175B" w14:textId="77777777">
        <w:trPr>
          <w:jc w:val="center"/>
        </w:trPr>
        <w:tc>
          <w:tcPr>
            <w:tcW w:w="363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5F4F970" w14:textId="77777777" w:rsidR="00210ED2" w:rsidRDefault="00000000">
            <w:pPr>
              <w:spacing w:after="0" w:line="240" w:lineRule="auto"/>
            </w:pPr>
            <w:r>
              <w:t>ICU admission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2120519" w14:textId="77777777" w:rsidR="00210ED2" w:rsidRDefault="00000000">
            <w:pPr>
              <w:spacing w:after="0" w:line="240" w:lineRule="auto"/>
            </w:pPr>
            <w:r>
              <w:t>68 (26.7)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85A4787" w14:textId="77777777" w:rsidR="00210ED2" w:rsidRDefault="00000000">
            <w:pPr>
              <w:spacing w:after="0" w:line="240" w:lineRule="auto"/>
            </w:pPr>
            <w:r>
              <w:t>66 (6.6)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76EFC5" w14:textId="77777777" w:rsidR="00210ED2" w:rsidRDefault="00000000">
            <w:pPr>
              <w:spacing w:after="0" w:line="240" w:lineRule="auto"/>
            </w:pPr>
            <w:r>
              <w:t>&lt;0.001</w:t>
            </w:r>
          </w:p>
        </w:tc>
      </w:tr>
    </w:tbl>
    <w:p w14:paraId="2661E024" w14:textId="77777777" w:rsidR="00210ED2" w:rsidRDefault="00210ED2"/>
    <w:p w14:paraId="13E09601" w14:textId="77777777" w:rsidR="00210ED2" w:rsidRDefault="00000000">
      <w:pPr>
        <w:spacing w:line="240" w:lineRule="auto"/>
      </w:pPr>
      <w:r>
        <w:t>This table describes the population contributing observed preprocedure laboratory measurements.</w:t>
      </w:r>
    </w:p>
    <w:p w14:paraId="29E75E6F" w14:textId="77777777" w:rsidR="00210ED2" w:rsidRDefault="00000000">
      <w:pPr>
        <w:spacing w:after="0"/>
      </w:pPr>
      <w:r>
        <w:br w:type="page"/>
      </w:r>
    </w:p>
    <w:p w14:paraId="2C1E9966" w14:textId="77777777" w:rsidR="00210ED2" w:rsidRDefault="00000000">
      <w:pPr>
        <w:keepNext/>
        <w:spacing w:after="80" w:line="240" w:lineRule="auto"/>
      </w:pPr>
      <w:r>
        <w:rPr>
          <w:b/>
        </w:rPr>
        <w:lastRenderedPageBreak/>
        <w:t>Supplementary Table S10. Stability and clinical priority of MACCE-associated factors.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2136"/>
        <w:gridCol w:w="2025"/>
        <w:gridCol w:w="2021"/>
        <w:gridCol w:w="2051"/>
        <w:gridCol w:w="2038"/>
        <w:gridCol w:w="2019"/>
        <w:gridCol w:w="2254"/>
      </w:tblGrid>
      <w:tr w:rsidR="00210ED2" w14:paraId="52E324FB" w14:textId="77777777">
        <w:trPr>
          <w:tblHeader/>
          <w:jc w:val="center"/>
        </w:trPr>
        <w:tc>
          <w:tcPr>
            <w:tcW w:w="207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CEFA610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Factor</w:t>
            </w:r>
          </w:p>
        </w:tc>
        <w:tc>
          <w:tcPr>
            <w:tcW w:w="207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0C27CA6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Broad MACCE regression</w:t>
            </w:r>
          </w:p>
        </w:tc>
        <w:tc>
          <w:tcPr>
            <w:tcW w:w="207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348EB2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Strict MACCE sensitivity</w:t>
            </w:r>
          </w:p>
        </w:tc>
        <w:tc>
          <w:tcPr>
            <w:tcW w:w="207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532AD1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Preprocedure sensitivity</w:t>
            </w:r>
          </w:p>
        </w:tc>
        <w:tc>
          <w:tcPr>
            <w:tcW w:w="207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09E654D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SHAP contribution</w:t>
            </w:r>
          </w:p>
        </w:tc>
        <w:tc>
          <w:tcPr>
            <w:tcW w:w="207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A0F87D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Clinical priority</w:t>
            </w:r>
          </w:p>
        </w:tc>
        <w:tc>
          <w:tcPr>
            <w:tcW w:w="207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569B21F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Interpretation</w:t>
            </w:r>
          </w:p>
        </w:tc>
      </w:tr>
      <w:tr w:rsidR="00210ED2" w14:paraId="7E76B4C8" w14:textId="77777777">
        <w:trPr>
          <w:jc w:val="center"/>
        </w:trPr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F0E833A" w14:textId="77777777" w:rsidR="00210ED2" w:rsidRDefault="00000000">
            <w:pPr>
              <w:spacing w:after="0" w:line="240" w:lineRule="auto"/>
            </w:pPr>
            <w:r>
              <w:t>BUN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CD444E" w14:textId="77777777" w:rsidR="00210ED2" w:rsidRDefault="00000000">
            <w:pPr>
              <w:spacing w:after="0" w:line="240" w:lineRule="auto"/>
            </w:pPr>
            <w:r>
              <w:t>Significant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FC21E1B" w14:textId="77777777" w:rsidR="00210ED2" w:rsidRDefault="00000000">
            <w:pPr>
              <w:spacing w:after="0" w:line="240" w:lineRule="auto"/>
            </w:pPr>
            <w:r>
              <w:t>Significant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09CD5E" w14:textId="77777777" w:rsidR="00210ED2" w:rsidRDefault="00000000">
            <w:pPr>
              <w:spacing w:after="0" w:line="240" w:lineRule="auto"/>
            </w:pPr>
            <w:r>
              <w:t>Significant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4188E01" w14:textId="77777777" w:rsidR="00210ED2" w:rsidRDefault="00000000">
            <w:pPr>
              <w:spacing w:after="0" w:line="240" w:lineRule="auto"/>
            </w:pPr>
            <w:r>
              <w:t>Very high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D0C83B1" w14:textId="77777777" w:rsidR="00210ED2" w:rsidRDefault="00000000">
            <w:pPr>
              <w:spacing w:after="0" w:line="240" w:lineRule="auto"/>
            </w:pPr>
            <w:r>
              <w:t>Very high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251A81" w14:textId="77777777" w:rsidR="00210ED2" w:rsidRDefault="00000000">
            <w:pPr>
              <w:spacing w:after="0" w:line="240" w:lineRule="auto"/>
            </w:pPr>
            <w:r>
              <w:t>Renal-metabolic stress and volume/perfusion vulnerability</w:t>
            </w:r>
          </w:p>
        </w:tc>
      </w:tr>
      <w:tr w:rsidR="00210ED2" w14:paraId="303BC7C1" w14:textId="77777777">
        <w:trPr>
          <w:jc w:val="center"/>
        </w:trPr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B024868" w14:textId="77777777" w:rsidR="00210ED2" w:rsidRDefault="00000000">
            <w:pPr>
              <w:spacing w:after="0" w:line="240" w:lineRule="auto"/>
            </w:pPr>
            <w:r>
              <w:t>Atrial fibrillation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1A0790D" w14:textId="77777777" w:rsidR="00210ED2" w:rsidRDefault="00000000">
            <w:pPr>
              <w:spacing w:after="0" w:line="240" w:lineRule="auto"/>
            </w:pPr>
            <w:r>
              <w:t>Significant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50B533" w14:textId="77777777" w:rsidR="00210ED2" w:rsidRDefault="00000000">
            <w:pPr>
              <w:spacing w:after="0" w:line="240" w:lineRule="auto"/>
            </w:pPr>
            <w:r>
              <w:t>Significant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7443853" w14:textId="77777777" w:rsidR="00210ED2" w:rsidRDefault="00000000">
            <w:pPr>
              <w:spacing w:after="0" w:line="240" w:lineRule="auto"/>
            </w:pPr>
            <w:r>
              <w:t>Significant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F3196FA" w14:textId="77777777" w:rsidR="00210ED2" w:rsidRDefault="00000000">
            <w:pPr>
              <w:spacing w:after="0" w:line="240" w:lineRule="auto"/>
            </w:pPr>
            <w:r>
              <w:t>Very high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79D1F5" w14:textId="77777777" w:rsidR="00210ED2" w:rsidRDefault="00000000">
            <w:pPr>
              <w:spacing w:after="0" w:line="240" w:lineRule="auto"/>
            </w:pPr>
            <w:r>
              <w:t>Very high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787561" w14:textId="77777777" w:rsidR="00210ED2" w:rsidRDefault="00000000">
            <w:pPr>
              <w:spacing w:after="0" w:line="240" w:lineRule="auto"/>
            </w:pPr>
            <w:r>
              <w:t>Stable cardiovascular vulnerability signal</w:t>
            </w:r>
          </w:p>
        </w:tc>
      </w:tr>
      <w:tr w:rsidR="00210ED2" w14:paraId="4C3CB39E" w14:textId="77777777">
        <w:trPr>
          <w:jc w:val="center"/>
        </w:trPr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06B15D4" w14:textId="77777777" w:rsidR="00210ED2" w:rsidRDefault="00000000">
            <w:pPr>
              <w:spacing w:after="0" w:line="240" w:lineRule="auto"/>
            </w:pPr>
            <w:r>
              <w:t>Urgent/emergency admission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73109E8" w14:textId="77777777" w:rsidR="00210ED2" w:rsidRDefault="00000000">
            <w:pPr>
              <w:spacing w:after="0" w:line="240" w:lineRule="auto"/>
            </w:pPr>
            <w:r>
              <w:t>Significant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55E359" w14:textId="77777777" w:rsidR="00210ED2" w:rsidRDefault="00000000">
            <w:pPr>
              <w:spacing w:after="0" w:line="240" w:lineRule="auto"/>
            </w:pPr>
            <w:r>
              <w:t>Not significant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FF990C" w14:textId="77777777" w:rsidR="00210ED2" w:rsidRDefault="00000000">
            <w:pPr>
              <w:spacing w:after="0" w:line="240" w:lineRule="auto"/>
            </w:pPr>
            <w:r>
              <w:t>Significant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49F3D09" w14:textId="77777777" w:rsidR="00210ED2" w:rsidRDefault="00000000">
            <w:pPr>
              <w:spacing w:after="0" w:line="240" w:lineRule="auto"/>
            </w:pPr>
            <w:r>
              <w:t>Supportive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BF551FE" w14:textId="77777777" w:rsidR="00210ED2" w:rsidRDefault="00000000">
            <w:pPr>
              <w:spacing w:after="0" w:line="240" w:lineRule="auto"/>
            </w:pPr>
            <w:r>
              <w:t>High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D57614D" w14:textId="77777777" w:rsidR="00210ED2" w:rsidRDefault="00000000">
            <w:pPr>
              <w:spacing w:after="0" w:line="240" w:lineRule="auto"/>
            </w:pPr>
            <w:r>
              <w:t>Acute admission stress and limited optimization window</w:t>
            </w:r>
          </w:p>
        </w:tc>
      </w:tr>
      <w:tr w:rsidR="00210ED2" w14:paraId="19601057" w14:textId="77777777">
        <w:trPr>
          <w:jc w:val="center"/>
        </w:trPr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FC39CEC" w14:textId="77777777" w:rsidR="00210ED2" w:rsidRDefault="00000000">
            <w:pPr>
              <w:spacing w:after="0" w:line="240" w:lineRule="auto"/>
            </w:pPr>
            <w:r>
              <w:t>Coronary artery disease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67F27D" w14:textId="77777777" w:rsidR="00210ED2" w:rsidRDefault="00000000">
            <w:pPr>
              <w:spacing w:after="0" w:line="240" w:lineRule="auto"/>
            </w:pPr>
            <w:r>
              <w:t>Significant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4CE5657" w14:textId="77777777" w:rsidR="00210ED2" w:rsidRDefault="00000000">
            <w:pPr>
              <w:spacing w:after="0" w:line="240" w:lineRule="auto"/>
            </w:pPr>
            <w:r>
              <w:t>Borderline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AD31289" w14:textId="77777777" w:rsidR="00210ED2" w:rsidRDefault="00000000">
            <w:pPr>
              <w:spacing w:after="0" w:line="240" w:lineRule="auto"/>
            </w:pPr>
            <w:r>
              <w:t>Significant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7ADDD3" w14:textId="77777777" w:rsidR="00210ED2" w:rsidRDefault="00000000">
            <w:pPr>
              <w:spacing w:after="0" w:line="240" w:lineRule="auto"/>
            </w:pPr>
            <w:r>
              <w:t>Moderate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9CA923" w14:textId="77777777" w:rsidR="00210ED2" w:rsidRDefault="00000000">
            <w:pPr>
              <w:spacing w:after="0" w:line="240" w:lineRule="auto"/>
            </w:pPr>
            <w:r>
              <w:t>High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119A7B" w14:textId="77777777" w:rsidR="00210ED2" w:rsidRDefault="00000000">
            <w:pPr>
              <w:spacing w:after="0" w:line="240" w:lineRule="auto"/>
            </w:pPr>
            <w:r>
              <w:t>Baseline cardiovascular disease burden</w:t>
            </w:r>
          </w:p>
        </w:tc>
      </w:tr>
      <w:tr w:rsidR="00210ED2" w14:paraId="13394286" w14:textId="77777777">
        <w:trPr>
          <w:jc w:val="center"/>
        </w:trPr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55FA12A" w14:textId="77777777" w:rsidR="00210ED2" w:rsidRDefault="00000000">
            <w:pPr>
              <w:spacing w:after="0" w:line="240" w:lineRule="auto"/>
            </w:pPr>
            <w:r>
              <w:t>Age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0B68DA5" w14:textId="77777777" w:rsidR="00210ED2" w:rsidRDefault="00000000">
            <w:pPr>
              <w:spacing w:after="0" w:line="240" w:lineRule="auto"/>
            </w:pPr>
            <w:r>
              <w:t>Significant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64AE0F" w14:textId="77777777" w:rsidR="00210ED2" w:rsidRDefault="00000000">
            <w:pPr>
              <w:spacing w:after="0" w:line="240" w:lineRule="auto"/>
            </w:pPr>
            <w:r>
              <w:t>Significant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765B5B" w14:textId="77777777" w:rsidR="00210ED2" w:rsidRDefault="00000000">
            <w:pPr>
              <w:spacing w:after="0" w:line="240" w:lineRule="auto"/>
            </w:pPr>
            <w:r>
              <w:t>Significant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9B66BC" w14:textId="77777777" w:rsidR="00210ED2" w:rsidRDefault="00000000">
            <w:pPr>
              <w:spacing w:after="0" w:line="240" w:lineRule="auto"/>
            </w:pPr>
            <w:r>
              <w:t>Moderate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6C1085F" w14:textId="77777777" w:rsidR="00210ED2" w:rsidRDefault="00000000">
            <w:pPr>
              <w:spacing w:after="0" w:line="240" w:lineRule="auto"/>
            </w:pPr>
            <w:r>
              <w:t>High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6B08B1" w14:textId="77777777" w:rsidR="00210ED2" w:rsidRDefault="00000000">
            <w:pPr>
              <w:spacing w:after="0" w:line="240" w:lineRule="auto"/>
            </w:pPr>
            <w:r>
              <w:t>Reduced physiologic reserve</w:t>
            </w:r>
          </w:p>
        </w:tc>
      </w:tr>
      <w:tr w:rsidR="00210ED2" w14:paraId="2DDD0799" w14:textId="77777777">
        <w:trPr>
          <w:jc w:val="center"/>
        </w:trPr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B9C874" w14:textId="77777777" w:rsidR="00210ED2" w:rsidRDefault="00000000">
            <w:pPr>
              <w:spacing w:after="0" w:line="240" w:lineRule="auto"/>
            </w:pPr>
            <w:r>
              <w:t>Hemoglobin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04BBF56" w14:textId="77777777" w:rsidR="00210ED2" w:rsidRDefault="00000000">
            <w:pPr>
              <w:spacing w:after="0" w:line="240" w:lineRule="auto"/>
            </w:pPr>
            <w:r>
              <w:t>Not significant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F84519" w14:textId="77777777" w:rsidR="00210ED2" w:rsidRDefault="00000000">
            <w:pPr>
              <w:spacing w:after="0" w:line="240" w:lineRule="auto"/>
            </w:pPr>
            <w:r>
              <w:t>Not significant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7F977D" w14:textId="77777777" w:rsidR="00210ED2" w:rsidRDefault="00000000">
            <w:pPr>
              <w:spacing w:after="0" w:line="240" w:lineRule="auto"/>
            </w:pPr>
            <w:r>
              <w:t>Not significant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0E37439" w14:textId="77777777" w:rsidR="00210ED2" w:rsidRDefault="00000000">
            <w:pPr>
              <w:spacing w:after="0" w:line="240" w:lineRule="auto"/>
            </w:pPr>
            <w:r>
              <w:t>Moderate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EE7212" w14:textId="77777777" w:rsidR="00210ED2" w:rsidRDefault="00000000">
            <w:pPr>
              <w:spacing w:after="0" w:line="240" w:lineRule="auto"/>
            </w:pPr>
            <w:r>
              <w:t>Supportive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69ADB53" w14:textId="77777777" w:rsidR="00210ED2" w:rsidRDefault="00000000">
            <w:pPr>
              <w:spacing w:after="0" w:line="240" w:lineRule="auto"/>
            </w:pPr>
            <w:r>
              <w:t>Hematologic reserve; supportive risk-structure marker</w:t>
            </w:r>
          </w:p>
        </w:tc>
      </w:tr>
      <w:tr w:rsidR="00210ED2" w14:paraId="40FB7982" w14:textId="77777777">
        <w:trPr>
          <w:jc w:val="center"/>
        </w:trPr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3794995" w14:textId="77777777" w:rsidR="00210ED2" w:rsidRDefault="00000000">
            <w:pPr>
              <w:spacing w:after="0" w:line="240" w:lineRule="auto"/>
            </w:pPr>
            <w:r>
              <w:t>Creatinine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F089A2B" w14:textId="77777777" w:rsidR="00210ED2" w:rsidRDefault="00000000">
            <w:pPr>
              <w:spacing w:after="0" w:line="240" w:lineRule="auto"/>
            </w:pPr>
            <w:r>
              <w:t>Not significant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80F3092" w14:textId="77777777" w:rsidR="00210ED2" w:rsidRDefault="00000000">
            <w:pPr>
              <w:spacing w:after="0" w:line="240" w:lineRule="auto"/>
            </w:pPr>
            <w:r>
              <w:t>Not significant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9C73FC8" w14:textId="77777777" w:rsidR="00210ED2" w:rsidRDefault="00000000">
            <w:pPr>
              <w:spacing w:after="0" w:line="240" w:lineRule="auto"/>
            </w:pPr>
            <w:r>
              <w:t>Not significant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BE6C77A" w14:textId="77777777" w:rsidR="00210ED2" w:rsidRDefault="00000000">
            <w:pPr>
              <w:spacing w:after="0" w:line="240" w:lineRule="auto"/>
            </w:pPr>
            <w:r>
              <w:t>High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F7F7BD9" w14:textId="77777777" w:rsidR="00210ED2" w:rsidRDefault="00000000">
            <w:pPr>
              <w:spacing w:after="0" w:line="240" w:lineRule="auto"/>
            </w:pPr>
            <w:r>
              <w:t>Supportive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BEF64C" w14:textId="77777777" w:rsidR="00210ED2" w:rsidRDefault="00000000">
            <w:pPr>
              <w:spacing w:after="0" w:line="240" w:lineRule="auto"/>
            </w:pPr>
            <w:r>
              <w:t>Renal function marker; less stable than BUN in regression</w:t>
            </w:r>
          </w:p>
        </w:tc>
      </w:tr>
      <w:tr w:rsidR="00210ED2" w14:paraId="7308ED54" w14:textId="77777777">
        <w:trPr>
          <w:jc w:val="center"/>
        </w:trPr>
        <w:tc>
          <w:tcPr>
            <w:tcW w:w="207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71370A" w14:textId="77777777" w:rsidR="00210ED2" w:rsidRDefault="00000000">
            <w:pPr>
              <w:spacing w:after="0" w:line="240" w:lineRule="auto"/>
            </w:pPr>
            <w:r>
              <w:t>WBC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45920B3" w14:textId="77777777" w:rsidR="00210ED2" w:rsidRDefault="00000000">
            <w:pPr>
              <w:spacing w:after="0" w:line="240" w:lineRule="auto"/>
            </w:pPr>
            <w:r>
              <w:t>Not significant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A4830FE" w14:textId="77777777" w:rsidR="00210ED2" w:rsidRDefault="00000000">
            <w:pPr>
              <w:spacing w:after="0" w:line="240" w:lineRule="auto"/>
            </w:pPr>
            <w:r>
              <w:t>Not significant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8C626F" w14:textId="77777777" w:rsidR="00210ED2" w:rsidRDefault="00000000">
            <w:pPr>
              <w:spacing w:after="0" w:line="240" w:lineRule="auto"/>
            </w:pPr>
            <w:r>
              <w:t>Not significant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A8EDDB" w14:textId="77777777" w:rsidR="00210ED2" w:rsidRDefault="00000000">
            <w:pPr>
              <w:spacing w:after="0" w:line="240" w:lineRule="auto"/>
            </w:pPr>
            <w:r>
              <w:t>Moderate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B9A083" w14:textId="77777777" w:rsidR="00210ED2" w:rsidRDefault="00000000">
            <w:pPr>
              <w:spacing w:after="0" w:line="240" w:lineRule="auto"/>
            </w:pPr>
            <w:r>
              <w:t>Supportive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54F6CAD" w14:textId="77777777" w:rsidR="00210ED2" w:rsidRDefault="00000000">
            <w:pPr>
              <w:spacing w:after="0" w:line="240" w:lineRule="auto"/>
            </w:pPr>
            <w:r>
              <w:t>Inflammatory/stress marker</w:t>
            </w:r>
          </w:p>
        </w:tc>
      </w:tr>
    </w:tbl>
    <w:p w14:paraId="3885B078" w14:textId="77777777" w:rsidR="00210ED2" w:rsidRDefault="00210ED2"/>
    <w:p w14:paraId="7BCFB64B" w14:textId="77777777" w:rsidR="00210ED2" w:rsidRDefault="00000000">
      <w:pPr>
        <w:spacing w:line="240" w:lineRule="auto"/>
      </w:pPr>
      <w:r>
        <w:t>Clinical priority reflects consistency across analyses and clinical interpretability.</w:t>
      </w:r>
    </w:p>
    <w:p w14:paraId="6A915F1E" w14:textId="77777777" w:rsidR="00210ED2" w:rsidRDefault="00000000">
      <w:pPr>
        <w:spacing w:after="0"/>
      </w:pPr>
      <w:r>
        <w:br w:type="page"/>
      </w:r>
    </w:p>
    <w:p w14:paraId="65FAF61C" w14:textId="77777777" w:rsidR="00210ED2" w:rsidRDefault="00000000">
      <w:pPr>
        <w:keepNext/>
        <w:spacing w:after="80" w:line="240" w:lineRule="auto"/>
      </w:pPr>
      <w:r>
        <w:rPr>
          <w:b/>
        </w:rPr>
        <w:lastRenderedPageBreak/>
        <w:t>Supplementary Table S11. Leave-one-variable-out contribution analysis for the clinical core model.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2908"/>
        <w:gridCol w:w="2909"/>
        <w:gridCol w:w="2909"/>
        <w:gridCol w:w="2909"/>
        <w:gridCol w:w="2909"/>
      </w:tblGrid>
      <w:tr w:rsidR="00210ED2" w14:paraId="75954438" w14:textId="77777777">
        <w:trPr>
          <w:tblHeader/>
          <w:jc w:val="center"/>
        </w:trPr>
        <w:tc>
          <w:tcPr>
            <w:tcW w:w="29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C085CF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Removed variable</w:t>
            </w:r>
          </w:p>
        </w:tc>
        <w:tc>
          <w:tcPr>
            <w:tcW w:w="29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FDA36C8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AUC</w:t>
            </w:r>
          </w:p>
        </w:tc>
        <w:tc>
          <w:tcPr>
            <w:tcW w:w="29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17475AA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Delta AUC</w:t>
            </w:r>
          </w:p>
        </w:tc>
        <w:tc>
          <w:tcPr>
            <w:tcW w:w="29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D2E0E2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AUPRC</w:t>
            </w:r>
          </w:p>
        </w:tc>
        <w:tc>
          <w:tcPr>
            <w:tcW w:w="29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0A2E0B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Delta AUPRC</w:t>
            </w:r>
          </w:p>
        </w:tc>
      </w:tr>
      <w:tr w:rsidR="00210ED2" w14:paraId="436F46BE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A670B95" w14:textId="77777777" w:rsidR="00210ED2" w:rsidRDefault="00000000">
            <w:pPr>
              <w:spacing w:after="0" w:line="240" w:lineRule="auto"/>
            </w:pPr>
            <w:r>
              <w:t>None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343B0E" w14:textId="77777777" w:rsidR="00210ED2" w:rsidRDefault="00000000">
            <w:pPr>
              <w:spacing w:after="0" w:line="240" w:lineRule="auto"/>
            </w:pPr>
            <w:r>
              <w:t>0.826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4CA5F88" w14:textId="77777777" w:rsidR="00210ED2" w:rsidRDefault="00000000">
            <w:pPr>
              <w:spacing w:after="0" w:line="240" w:lineRule="auto"/>
            </w:pPr>
            <w:r>
              <w:t>Reference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BF96E9" w14:textId="77777777" w:rsidR="00210ED2" w:rsidRDefault="00000000">
            <w:pPr>
              <w:spacing w:after="0" w:line="240" w:lineRule="auto"/>
            </w:pPr>
            <w:r>
              <w:t>0.268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0D2C74" w14:textId="77777777" w:rsidR="00210ED2" w:rsidRDefault="00000000">
            <w:pPr>
              <w:spacing w:after="0" w:line="240" w:lineRule="auto"/>
            </w:pPr>
            <w:r>
              <w:t>Reference</w:t>
            </w:r>
          </w:p>
        </w:tc>
      </w:tr>
      <w:tr w:rsidR="00210ED2" w14:paraId="5DD397F2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F9B061" w14:textId="77777777" w:rsidR="00210ED2" w:rsidRDefault="00000000">
            <w:pPr>
              <w:spacing w:after="0" w:line="240" w:lineRule="auto"/>
            </w:pPr>
            <w:r>
              <w:t>Age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BF04C68" w14:textId="77777777" w:rsidR="00210ED2" w:rsidRDefault="00000000">
            <w:pPr>
              <w:spacing w:after="0" w:line="240" w:lineRule="auto"/>
            </w:pPr>
            <w:r>
              <w:t>0.812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CB02372" w14:textId="77777777" w:rsidR="00210ED2" w:rsidRDefault="00000000">
            <w:pPr>
              <w:spacing w:after="0" w:line="240" w:lineRule="auto"/>
            </w:pPr>
            <w:r>
              <w:t>-0.014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C4CBB63" w14:textId="77777777" w:rsidR="00210ED2" w:rsidRDefault="00000000">
            <w:pPr>
              <w:spacing w:after="0" w:line="240" w:lineRule="auto"/>
            </w:pPr>
            <w:r>
              <w:t>0.267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6BD78E3" w14:textId="77777777" w:rsidR="00210ED2" w:rsidRDefault="00000000">
            <w:pPr>
              <w:spacing w:after="0" w:line="240" w:lineRule="auto"/>
            </w:pPr>
            <w:r>
              <w:t>-0.001</w:t>
            </w:r>
          </w:p>
        </w:tc>
      </w:tr>
      <w:tr w:rsidR="00210ED2" w14:paraId="2383FB37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97905F1" w14:textId="77777777" w:rsidR="00210ED2" w:rsidRDefault="00000000">
            <w:pPr>
              <w:spacing w:after="0" w:line="240" w:lineRule="auto"/>
            </w:pPr>
            <w:r>
              <w:t>Urgent/emergency admission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E5BF06" w14:textId="77777777" w:rsidR="00210ED2" w:rsidRDefault="00000000">
            <w:pPr>
              <w:spacing w:after="0" w:line="240" w:lineRule="auto"/>
            </w:pPr>
            <w:r>
              <w:t>0.825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DE262A" w14:textId="77777777" w:rsidR="00210ED2" w:rsidRDefault="00000000">
            <w:pPr>
              <w:spacing w:after="0" w:line="240" w:lineRule="auto"/>
            </w:pPr>
            <w:r>
              <w:t>-0.001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F6B030F" w14:textId="77777777" w:rsidR="00210ED2" w:rsidRDefault="00000000">
            <w:pPr>
              <w:spacing w:after="0" w:line="240" w:lineRule="auto"/>
            </w:pPr>
            <w:r>
              <w:t>0.255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7611C35" w14:textId="77777777" w:rsidR="00210ED2" w:rsidRDefault="00000000">
            <w:pPr>
              <w:spacing w:after="0" w:line="240" w:lineRule="auto"/>
            </w:pPr>
            <w:r>
              <w:t>-0.014</w:t>
            </w:r>
          </w:p>
        </w:tc>
      </w:tr>
      <w:tr w:rsidR="00210ED2" w14:paraId="4D66F215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9493E48" w14:textId="77777777" w:rsidR="00210ED2" w:rsidRDefault="00000000">
            <w:pPr>
              <w:spacing w:after="0" w:line="240" w:lineRule="auto"/>
            </w:pPr>
            <w:r>
              <w:t>Coronary artery disease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E706B5" w14:textId="77777777" w:rsidR="00210ED2" w:rsidRDefault="00000000">
            <w:pPr>
              <w:spacing w:after="0" w:line="240" w:lineRule="auto"/>
            </w:pPr>
            <w:r>
              <w:t>0.814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F90A39" w14:textId="77777777" w:rsidR="00210ED2" w:rsidRDefault="00000000">
            <w:pPr>
              <w:spacing w:after="0" w:line="240" w:lineRule="auto"/>
            </w:pPr>
            <w:r>
              <w:t>-0.013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309F696" w14:textId="77777777" w:rsidR="00210ED2" w:rsidRDefault="00000000">
            <w:pPr>
              <w:spacing w:after="0" w:line="240" w:lineRule="auto"/>
            </w:pPr>
            <w:r>
              <w:t>0.274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45B614" w14:textId="77777777" w:rsidR="00210ED2" w:rsidRDefault="00000000">
            <w:pPr>
              <w:spacing w:after="0" w:line="240" w:lineRule="auto"/>
            </w:pPr>
            <w:r>
              <w:t>+0.006</w:t>
            </w:r>
          </w:p>
        </w:tc>
      </w:tr>
      <w:tr w:rsidR="00210ED2" w14:paraId="3176DDF7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1620126" w14:textId="77777777" w:rsidR="00210ED2" w:rsidRDefault="00000000">
            <w:pPr>
              <w:spacing w:after="0" w:line="240" w:lineRule="auto"/>
            </w:pPr>
            <w:r>
              <w:t>Atrial fibrillation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7D2C967" w14:textId="77777777" w:rsidR="00210ED2" w:rsidRDefault="00000000">
            <w:pPr>
              <w:spacing w:after="0" w:line="240" w:lineRule="auto"/>
            </w:pPr>
            <w:r>
              <w:t>0.800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85298B" w14:textId="77777777" w:rsidR="00210ED2" w:rsidRDefault="00000000">
            <w:pPr>
              <w:spacing w:after="0" w:line="240" w:lineRule="auto"/>
            </w:pPr>
            <w:r>
              <w:t>-0.026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979684" w14:textId="77777777" w:rsidR="00210ED2" w:rsidRDefault="00000000">
            <w:pPr>
              <w:spacing w:after="0" w:line="240" w:lineRule="auto"/>
            </w:pPr>
            <w:r>
              <w:t>0.250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1764662" w14:textId="77777777" w:rsidR="00210ED2" w:rsidRDefault="00000000">
            <w:pPr>
              <w:spacing w:after="0" w:line="240" w:lineRule="auto"/>
            </w:pPr>
            <w:r>
              <w:t>-0.019</w:t>
            </w:r>
          </w:p>
        </w:tc>
      </w:tr>
      <w:tr w:rsidR="00210ED2" w14:paraId="06BA1929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82E27B2" w14:textId="77777777" w:rsidR="00210ED2" w:rsidRDefault="00000000">
            <w:pPr>
              <w:spacing w:after="0" w:line="240" w:lineRule="auto"/>
            </w:pPr>
            <w:r>
              <w:t>BUN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B5AA45" w14:textId="77777777" w:rsidR="00210ED2" w:rsidRDefault="00000000">
            <w:pPr>
              <w:spacing w:after="0" w:line="240" w:lineRule="auto"/>
            </w:pPr>
            <w:r>
              <w:t>0.765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52100E" w14:textId="77777777" w:rsidR="00210ED2" w:rsidRDefault="00000000">
            <w:pPr>
              <w:spacing w:after="0" w:line="240" w:lineRule="auto"/>
            </w:pPr>
            <w:r>
              <w:t>-0.062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03EADA5" w14:textId="77777777" w:rsidR="00210ED2" w:rsidRDefault="00000000">
            <w:pPr>
              <w:spacing w:after="0" w:line="240" w:lineRule="auto"/>
            </w:pPr>
            <w:r>
              <w:t>0.172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F987480" w14:textId="77777777" w:rsidR="00210ED2" w:rsidRDefault="00000000">
            <w:pPr>
              <w:spacing w:after="0" w:line="240" w:lineRule="auto"/>
            </w:pPr>
            <w:r>
              <w:t>-0.096</w:t>
            </w:r>
          </w:p>
        </w:tc>
      </w:tr>
    </w:tbl>
    <w:p w14:paraId="2C63F863" w14:textId="77777777" w:rsidR="00210ED2" w:rsidRDefault="00210ED2"/>
    <w:p w14:paraId="123CB42D" w14:textId="77777777" w:rsidR="00210ED2" w:rsidRDefault="00000000">
      <w:pPr>
        <w:spacing w:line="240" w:lineRule="auto"/>
      </w:pPr>
      <w:r>
        <w:t>Positive change indicates improved AUPRC after variable removal; negative change indicates loss of AUPRC.</w:t>
      </w:r>
    </w:p>
    <w:p w14:paraId="3DD8DD64" w14:textId="77777777" w:rsidR="00210ED2" w:rsidRDefault="00000000">
      <w:pPr>
        <w:spacing w:after="0"/>
      </w:pPr>
      <w:r>
        <w:br w:type="page"/>
      </w:r>
    </w:p>
    <w:p w14:paraId="43B22443" w14:textId="77777777" w:rsidR="00210ED2" w:rsidRDefault="00000000">
      <w:pPr>
        <w:keepNext/>
        <w:spacing w:after="80" w:line="240" w:lineRule="auto"/>
      </w:pPr>
      <w:r>
        <w:rPr>
          <w:b/>
        </w:rPr>
        <w:lastRenderedPageBreak/>
        <w:t>Supplementary Table S12. Clinical core model and full interpretable model performance.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2075"/>
        <w:gridCol w:w="2095"/>
        <w:gridCol w:w="2074"/>
        <w:gridCol w:w="2074"/>
        <w:gridCol w:w="2074"/>
        <w:gridCol w:w="2076"/>
        <w:gridCol w:w="2076"/>
      </w:tblGrid>
      <w:tr w:rsidR="00210ED2" w14:paraId="4EFCB0B8" w14:textId="77777777">
        <w:trPr>
          <w:tblHeader/>
          <w:jc w:val="center"/>
        </w:trPr>
        <w:tc>
          <w:tcPr>
            <w:tcW w:w="207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25FD80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Model</w:t>
            </w:r>
          </w:p>
        </w:tc>
        <w:tc>
          <w:tcPr>
            <w:tcW w:w="207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7AE533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Features</w:t>
            </w:r>
          </w:p>
        </w:tc>
        <w:tc>
          <w:tcPr>
            <w:tcW w:w="207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B7BD3A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AUC</w:t>
            </w:r>
          </w:p>
        </w:tc>
        <w:tc>
          <w:tcPr>
            <w:tcW w:w="207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E342E5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AUPRC</w:t>
            </w:r>
          </w:p>
        </w:tc>
        <w:tc>
          <w:tcPr>
            <w:tcW w:w="207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8A2974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Brier score</w:t>
            </w:r>
          </w:p>
        </w:tc>
        <w:tc>
          <w:tcPr>
            <w:tcW w:w="207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650DF3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Calibration intercept</w:t>
            </w:r>
          </w:p>
        </w:tc>
        <w:tc>
          <w:tcPr>
            <w:tcW w:w="207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D4EFB4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Calibration slope</w:t>
            </w:r>
          </w:p>
        </w:tc>
      </w:tr>
      <w:tr w:rsidR="00210ED2" w14:paraId="0981C33B" w14:textId="77777777">
        <w:trPr>
          <w:jc w:val="center"/>
        </w:trPr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F146500" w14:textId="77777777" w:rsidR="00210ED2" w:rsidRDefault="00000000">
            <w:pPr>
              <w:spacing w:after="0" w:line="240" w:lineRule="auto"/>
            </w:pPr>
            <w:r>
              <w:t>Clinical core model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7388E4" w14:textId="77777777" w:rsidR="00210ED2" w:rsidRDefault="00000000">
            <w:pPr>
              <w:spacing w:after="0" w:line="240" w:lineRule="auto"/>
            </w:pPr>
            <w:r>
              <w:t>Age, urgent/emergency admission, CAD, AF, BUN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576F24" w14:textId="77777777" w:rsidR="00210ED2" w:rsidRDefault="00000000">
            <w:pPr>
              <w:spacing w:after="0" w:line="240" w:lineRule="auto"/>
            </w:pPr>
            <w:r>
              <w:t>0.826 (0.786-0.865)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4F8986" w14:textId="77777777" w:rsidR="00210ED2" w:rsidRDefault="00000000">
            <w:pPr>
              <w:spacing w:after="0" w:line="240" w:lineRule="auto"/>
            </w:pPr>
            <w:r>
              <w:t>0.268 (0.194-0.361)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5BC488" w14:textId="77777777" w:rsidR="00210ED2" w:rsidRDefault="00000000">
            <w:pPr>
              <w:spacing w:after="0" w:line="240" w:lineRule="auto"/>
            </w:pPr>
            <w:r>
              <w:t>0.056 (0.047-0.065)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98F49A1" w14:textId="77777777" w:rsidR="00210ED2" w:rsidRDefault="00000000">
            <w:pPr>
              <w:spacing w:after="0" w:line="240" w:lineRule="auto"/>
            </w:pPr>
            <w:r>
              <w:t>-0.442 (-0.830 to -0.029)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908967A" w14:textId="77777777" w:rsidR="00210ED2" w:rsidRDefault="00000000">
            <w:pPr>
              <w:spacing w:after="0" w:line="240" w:lineRule="auto"/>
            </w:pPr>
            <w:r>
              <w:t>0.929 (0.786-1.105)</w:t>
            </w:r>
          </w:p>
        </w:tc>
      </w:tr>
      <w:tr w:rsidR="00210ED2" w14:paraId="76CB0F76" w14:textId="77777777">
        <w:trPr>
          <w:jc w:val="center"/>
        </w:trPr>
        <w:tc>
          <w:tcPr>
            <w:tcW w:w="207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2B5A0B" w14:textId="77777777" w:rsidR="00210ED2" w:rsidRDefault="00000000">
            <w:pPr>
              <w:spacing w:after="0" w:line="240" w:lineRule="auto"/>
            </w:pPr>
            <w:r>
              <w:t>Full interpretable model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2A26E5" w14:textId="77777777" w:rsidR="00210ED2" w:rsidRDefault="00000000">
            <w:pPr>
              <w:spacing w:after="0" w:line="240" w:lineRule="auto"/>
            </w:pPr>
            <w:r>
              <w:t>Full prespecified 12-variable interpretable set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23034C" w14:textId="77777777" w:rsidR="00210ED2" w:rsidRDefault="00000000">
            <w:pPr>
              <w:spacing w:after="0" w:line="240" w:lineRule="auto"/>
            </w:pPr>
            <w:r>
              <w:t>0.805 (0.755-0.848)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4247DD" w14:textId="77777777" w:rsidR="00210ED2" w:rsidRDefault="00000000">
            <w:pPr>
              <w:spacing w:after="0" w:line="240" w:lineRule="auto"/>
            </w:pPr>
            <w:r>
              <w:t>0.252 (0.183-0.343)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CBA72C" w14:textId="77777777" w:rsidR="00210ED2" w:rsidRDefault="00000000">
            <w:pPr>
              <w:spacing w:after="0" w:line="240" w:lineRule="auto"/>
            </w:pPr>
            <w:r>
              <w:t>0.055 (0.046-0.065)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ED94489" w14:textId="77777777" w:rsidR="00210ED2" w:rsidRDefault="00000000">
            <w:pPr>
              <w:spacing w:after="0" w:line="240" w:lineRule="auto"/>
            </w:pPr>
            <w:r>
              <w:t>-0.091 (-0.568 to 0.416)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02717DC" w14:textId="77777777" w:rsidR="00210ED2" w:rsidRDefault="00000000">
            <w:pPr>
              <w:spacing w:after="0" w:line="240" w:lineRule="auto"/>
            </w:pPr>
            <w:r>
              <w:t>1.057 (0.878-1.258)</w:t>
            </w:r>
          </w:p>
        </w:tc>
      </w:tr>
    </w:tbl>
    <w:p w14:paraId="671D1914" w14:textId="77777777" w:rsidR="00210ED2" w:rsidRDefault="00210ED2"/>
    <w:p w14:paraId="6257FC30" w14:textId="77777777" w:rsidR="00210ED2" w:rsidRDefault="00000000">
      <w:pPr>
        <w:spacing w:line="240" w:lineRule="auto"/>
      </w:pPr>
      <w:r>
        <w:t>The clinical core model included age, urgent/emergency admission, CAD, AF, and BUN.</w:t>
      </w:r>
    </w:p>
    <w:p w14:paraId="6472BB2A" w14:textId="77777777" w:rsidR="00210ED2" w:rsidRDefault="00000000">
      <w:pPr>
        <w:spacing w:after="0"/>
      </w:pPr>
      <w:r>
        <w:br w:type="page"/>
      </w:r>
    </w:p>
    <w:p w14:paraId="20833285" w14:textId="77777777" w:rsidR="00210ED2" w:rsidRDefault="00000000">
      <w:pPr>
        <w:keepNext/>
        <w:spacing w:after="80" w:line="240" w:lineRule="auto"/>
      </w:pPr>
      <w:r>
        <w:rPr>
          <w:b/>
        </w:rPr>
        <w:lastRenderedPageBreak/>
        <w:t>Supplementary Table S13. Nomogram model coefficients for the five-variable clinical core model.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848"/>
        <w:gridCol w:w="4848"/>
        <w:gridCol w:w="4848"/>
      </w:tblGrid>
      <w:tr w:rsidR="00210ED2" w14:paraId="532355EC" w14:textId="77777777">
        <w:trPr>
          <w:tblHeader/>
          <w:jc w:val="center"/>
        </w:trPr>
        <w:tc>
          <w:tcPr>
            <w:tcW w:w="48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35E03F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Term</w:t>
            </w:r>
          </w:p>
        </w:tc>
        <w:tc>
          <w:tcPr>
            <w:tcW w:w="48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1E8B91E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Coefficient</w:t>
            </w:r>
          </w:p>
        </w:tc>
        <w:tc>
          <w:tcPr>
            <w:tcW w:w="48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8125A69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Nomogram points across plotted range</w:t>
            </w:r>
          </w:p>
        </w:tc>
      </w:tr>
      <w:tr w:rsidR="00210ED2" w14:paraId="14F92064" w14:textId="77777777">
        <w:trPr>
          <w:jc w:val="center"/>
        </w:trPr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A41F2C" w14:textId="77777777" w:rsidR="00210ED2" w:rsidRDefault="00000000">
            <w:pPr>
              <w:spacing w:after="0" w:line="240" w:lineRule="auto"/>
            </w:pPr>
            <w:r>
              <w:t>Intercept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4C85B1" w14:textId="77777777" w:rsidR="00210ED2" w:rsidRDefault="00000000">
            <w:pPr>
              <w:spacing w:after="0" w:line="240" w:lineRule="auto"/>
            </w:pPr>
            <w:r>
              <w:t>-6.828387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EB1C5AB" w14:textId="77777777" w:rsidR="00210ED2" w:rsidRDefault="00210ED2">
            <w:pPr>
              <w:spacing w:after="0" w:line="240" w:lineRule="auto"/>
            </w:pPr>
          </w:p>
        </w:tc>
      </w:tr>
      <w:tr w:rsidR="00210ED2" w14:paraId="447FD711" w14:textId="77777777">
        <w:trPr>
          <w:jc w:val="center"/>
        </w:trPr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45C6C0E" w14:textId="77777777" w:rsidR="00210ED2" w:rsidRDefault="00000000">
            <w:pPr>
              <w:spacing w:after="0" w:line="240" w:lineRule="auto"/>
            </w:pPr>
            <w:r>
              <w:t>Age, years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8AA12C0" w14:textId="77777777" w:rsidR="00210ED2" w:rsidRDefault="00000000">
            <w:pPr>
              <w:spacing w:after="0" w:line="240" w:lineRule="auto"/>
            </w:pPr>
            <w:r>
              <w:t>0.287060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F9E3C66" w14:textId="77777777" w:rsidR="00210ED2" w:rsidRDefault="00000000">
            <w:pPr>
              <w:spacing w:after="0" w:line="240" w:lineRule="auto"/>
            </w:pPr>
            <w:r>
              <w:t>44.5</w:t>
            </w:r>
          </w:p>
        </w:tc>
      </w:tr>
      <w:tr w:rsidR="00210ED2" w14:paraId="113BD330" w14:textId="77777777">
        <w:trPr>
          <w:jc w:val="center"/>
        </w:trPr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76A81FC" w14:textId="77777777" w:rsidR="00210ED2" w:rsidRDefault="00000000">
            <w:pPr>
              <w:spacing w:after="0" w:line="240" w:lineRule="auto"/>
            </w:pPr>
            <w:r>
              <w:t>Urgent/emergency admission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09A671" w14:textId="77777777" w:rsidR="00210ED2" w:rsidRDefault="00000000">
            <w:pPr>
              <w:spacing w:after="0" w:line="240" w:lineRule="auto"/>
            </w:pPr>
            <w:r>
              <w:t>0.567363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432DAB" w14:textId="77777777" w:rsidR="00210ED2" w:rsidRDefault="00000000">
            <w:pPr>
              <w:spacing w:after="0" w:line="240" w:lineRule="auto"/>
            </w:pPr>
            <w:r>
              <w:t>25.1</w:t>
            </w:r>
          </w:p>
        </w:tc>
      </w:tr>
      <w:tr w:rsidR="00210ED2" w14:paraId="41AF09A4" w14:textId="77777777">
        <w:trPr>
          <w:jc w:val="center"/>
        </w:trPr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F2198A7" w14:textId="77777777" w:rsidR="00210ED2" w:rsidRDefault="00000000">
            <w:pPr>
              <w:spacing w:after="0" w:line="240" w:lineRule="auto"/>
            </w:pPr>
            <w:r>
              <w:t>Coronary artery disease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EA0BB3" w14:textId="77777777" w:rsidR="00210ED2" w:rsidRDefault="00000000">
            <w:pPr>
              <w:spacing w:after="0" w:line="240" w:lineRule="auto"/>
            </w:pPr>
            <w:r>
              <w:t>0.677542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BCF7B03" w14:textId="77777777" w:rsidR="00210ED2" w:rsidRDefault="00000000">
            <w:pPr>
              <w:spacing w:after="0" w:line="240" w:lineRule="auto"/>
            </w:pPr>
            <w:r>
              <w:t>30.0</w:t>
            </w:r>
          </w:p>
        </w:tc>
      </w:tr>
      <w:tr w:rsidR="00210ED2" w14:paraId="2946B288" w14:textId="77777777">
        <w:trPr>
          <w:jc w:val="center"/>
        </w:trPr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311B377" w14:textId="77777777" w:rsidR="00210ED2" w:rsidRDefault="00000000">
            <w:pPr>
              <w:spacing w:after="0" w:line="240" w:lineRule="auto"/>
            </w:pPr>
            <w:r>
              <w:t>Atrial fibrillation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1EC2BC" w14:textId="77777777" w:rsidR="00210ED2" w:rsidRDefault="00000000">
            <w:pPr>
              <w:spacing w:after="0" w:line="240" w:lineRule="auto"/>
            </w:pPr>
            <w:r>
              <w:t>1.052268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C216C5A" w14:textId="77777777" w:rsidR="00210ED2" w:rsidRDefault="00000000">
            <w:pPr>
              <w:spacing w:after="0" w:line="240" w:lineRule="auto"/>
            </w:pPr>
            <w:r>
              <w:t>46.6</w:t>
            </w:r>
          </w:p>
        </w:tc>
      </w:tr>
      <w:tr w:rsidR="00210ED2" w14:paraId="3A66EA83" w14:textId="77777777">
        <w:trPr>
          <w:jc w:val="center"/>
        </w:trPr>
        <w:tc>
          <w:tcPr>
            <w:tcW w:w="484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83BCC5F" w14:textId="77777777" w:rsidR="00210ED2" w:rsidRDefault="00000000">
            <w:pPr>
              <w:spacing w:after="0" w:line="240" w:lineRule="auto"/>
            </w:pPr>
            <w:r>
              <w:t>BUN, mg/dL</w:t>
            </w:r>
          </w:p>
        </w:tc>
        <w:tc>
          <w:tcPr>
            <w:tcW w:w="484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91C1E7F" w14:textId="77777777" w:rsidR="00210ED2" w:rsidRDefault="00000000">
            <w:pPr>
              <w:spacing w:after="0" w:line="240" w:lineRule="auto"/>
            </w:pPr>
            <w:r>
              <w:t>0.410353</w:t>
            </w:r>
          </w:p>
        </w:tc>
        <w:tc>
          <w:tcPr>
            <w:tcW w:w="484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6CABAA3" w14:textId="77777777" w:rsidR="00210ED2" w:rsidRDefault="00000000">
            <w:pPr>
              <w:spacing w:after="0" w:line="240" w:lineRule="auto"/>
            </w:pPr>
            <w:r>
              <w:t>100.0</w:t>
            </w:r>
          </w:p>
        </w:tc>
      </w:tr>
    </w:tbl>
    <w:p w14:paraId="193F81A1" w14:textId="77777777" w:rsidR="00210ED2" w:rsidRDefault="00210ED2"/>
    <w:p w14:paraId="345CAF64" w14:textId="77777777" w:rsidR="00210ED2" w:rsidRDefault="00000000">
      <w:pPr>
        <w:spacing w:line="240" w:lineRule="auto"/>
      </w:pPr>
      <w:r>
        <w:t>The nomogram was intended as an illustrative visual risk summary rather than a validated bedside decision rule.</w:t>
      </w:r>
    </w:p>
    <w:p w14:paraId="62C1681E" w14:textId="77777777" w:rsidR="00210ED2" w:rsidRDefault="00000000">
      <w:pPr>
        <w:spacing w:after="0"/>
      </w:pPr>
      <w:r>
        <w:br w:type="page"/>
      </w:r>
    </w:p>
    <w:p w14:paraId="30C42A1B" w14:textId="77777777" w:rsidR="00210ED2" w:rsidRDefault="00000000">
      <w:pPr>
        <w:keepNext/>
        <w:spacing w:after="80" w:line="240" w:lineRule="auto"/>
      </w:pPr>
      <w:r>
        <w:rPr>
          <w:b/>
        </w:rPr>
        <w:lastRenderedPageBreak/>
        <w:t>Supplementary Table S14. BUN strata and core risk-factor accumulation among patients with observed BUN measurements.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818"/>
        <w:gridCol w:w="1818"/>
        <w:gridCol w:w="1818"/>
        <w:gridCol w:w="1818"/>
        <w:gridCol w:w="1818"/>
        <w:gridCol w:w="1818"/>
        <w:gridCol w:w="1818"/>
        <w:gridCol w:w="1818"/>
      </w:tblGrid>
      <w:tr w:rsidR="00210ED2" w14:paraId="5E7C6337" w14:textId="77777777">
        <w:trPr>
          <w:tblHeader/>
          <w:jc w:val="center"/>
        </w:trPr>
        <w:tc>
          <w:tcPr>
            <w:tcW w:w="18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090142A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Analysis</w:t>
            </w:r>
          </w:p>
        </w:tc>
        <w:tc>
          <w:tcPr>
            <w:tcW w:w="18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2627E99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Group</w:t>
            </w:r>
          </w:p>
        </w:tc>
        <w:tc>
          <w:tcPr>
            <w:tcW w:w="18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79FB0C9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No. patients</w:t>
            </w:r>
          </w:p>
        </w:tc>
        <w:tc>
          <w:tcPr>
            <w:tcW w:w="18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44DFCDD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MACCE events</w:t>
            </w:r>
          </w:p>
        </w:tc>
        <w:tc>
          <w:tcPr>
            <w:tcW w:w="18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EEA8F36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Observed MACCE rate</w:t>
            </w:r>
          </w:p>
        </w:tc>
        <w:tc>
          <w:tcPr>
            <w:tcW w:w="18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784FE29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Adjusted OR (95% CI)</w:t>
            </w:r>
          </w:p>
        </w:tc>
        <w:tc>
          <w:tcPr>
            <w:tcW w:w="18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41721F8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P value</w:t>
            </w:r>
          </w:p>
        </w:tc>
        <w:tc>
          <w:tcPr>
            <w:tcW w:w="18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67EEDFA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P for trend</w:t>
            </w:r>
          </w:p>
        </w:tc>
      </w:tr>
      <w:tr w:rsidR="00210ED2" w14:paraId="252BB988" w14:textId="77777777">
        <w:trPr>
          <w:jc w:val="center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F71530" w14:textId="77777777" w:rsidR="00210ED2" w:rsidRDefault="00000000">
            <w:pPr>
              <w:spacing w:after="0" w:line="240" w:lineRule="auto"/>
            </w:pPr>
            <w:r>
              <w:t>BUN strata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5F4B4F7" w14:textId="77777777" w:rsidR="00210ED2" w:rsidRDefault="00000000">
            <w:pPr>
              <w:spacing w:after="0" w:line="240" w:lineRule="auto"/>
            </w:pPr>
            <w:r>
              <w:t>&lt;20 mg/dL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CF6276" w14:textId="77777777" w:rsidR="00210ED2" w:rsidRDefault="00000000">
            <w:pPr>
              <w:spacing w:after="0" w:line="240" w:lineRule="auto"/>
            </w:pPr>
            <w:r>
              <w:t>391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A013715" w14:textId="77777777" w:rsidR="00210ED2" w:rsidRDefault="00000000">
            <w:pPr>
              <w:spacing w:after="0" w:line="240" w:lineRule="auto"/>
            </w:pPr>
            <w:r>
              <w:t>14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BAB2840" w14:textId="77777777" w:rsidR="00210ED2" w:rsidRDefault="00000000">
            <w:pPr>
              <w:spacing w:after="0" w:line="240" w:lineRule="auto"/>
            </w:pPr>
            <w:r>
              <w:t>3.6%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033F067" w14:textId="77777777" w:rsidR="00210ED2" w:rsidRDefault="00000000">
            <w:pPr>
              <w:spacing w:after="0" w:line="240" w:lineRule="auto"/>
            </w:pPr>
            <w:r>
              <w:t>Reference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9A4808" w14:textId="77777777" w:rsidR="00210ED2" w:rsidRDefault="00210ED2">
            <w:pPr>
              <w:spacing w:after="0" w:line="240" w:lineRule="auto"/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CA1F9E" w14:textId="77777777" w:rsidR="00210ED2" w:rsidRDefault="00210ED2">
            <w:pPr>
              <w:spacing w:after="0" w:line="240" w:lineRule="auto"/>
            </w:pPr>
          </w:p>
        </w:tc>
      </w:tr>
      <w:tr w:rsidR="00210ED2" w14:paraId="0EC87EBA" w14:textId="77777777">
        <w:trPr>
          <w:jc w:val="center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97954AD" w14:textId="77777777" w:rsidR="00210ED2" w:rsidRDefault="00000000">
            <w:pPr>
              <w:spacing w:after="0" w:line="240" w:lineRule="auto"/>
            </w:pPr>
            <w:r>
              <w:t>BUN strata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B22226" w14:textId="77777777" w:rsidR="00210ED2" w:rsidRDefault="00000000">
            <w:pPr>
              <w:spacing w:after="0" w:line="240" w:lineRule="auto"/>
            </w:pPr>
            <w:r>
              <w:t>20-30 mg/dL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2D4F992" w14:textId="77777777" w:rsidR="00210ED2" w:rsidRDefault="00000000">
            <w:pPr>
              <w:spacing w:after="0" w:line="240" w:lineRule="auto"/>
            </w:pPr>
            <w:r>
              <w:t>206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F775A36" w14:textId="77777777" w:rsidR="00210ED2" w:rsidRDefault="00000000">
            <w:pPr>
              <w:spacing w:after="0" w:line="240" w:lineRule="auto"/>
            </w:pPr>
            <w:r>
              <w:t>25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CCB357" w14:textId="77777777" w:rsidR="00210ED2" w:rsidRDefault="00000000">
            <w:pPr>
              <w:spacing w:after="0" w:line="240" w:lineRule="auto"/>
            </w:pPr>
            <w:r>
              <w:t>12.1%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808F5D5" w14:textId="77777777" w:rsidR="00210ED2" w:rsidRDefault="00000000">
            <w:pPr>
              <w:spacing w:after="0" w:line="240" w:lineRule="auto"/>
            </w:pPr>
            <w:r>
              <w:t>3.11 (1.54-6.27)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CBD56D" w14:textId="77777777" w:rsidR="00210ED2" w:rsidRDefault="00000000">
            <w:pPr>
              <w:spacing w:after="0" w:line="240" w:lineRule="auto"/>
            </w:pPr>
            <w:r>
              <w:t>0.002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C7A9C4" w14:textId="77777777" w:rsidR="00210ED2" w:rsidRDefault="00210ED2">
            <w:pPr>
              <w:spacing w:after="0" w:line="240" w:lineRule="auto"/>
            </w:pPr>
          </w:p>
        </w:tc>
      </w:tr>
      <w:tr w:rsidR="00210ED2" w14:paraId="3CBF2953" w14:textId="77777777">
        <w:trPr>
          <w:jc w:val="center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B253BA" w14:textId="77777777" w:rsidR="00210ED2" w:rsidRDefault="00000000">
            <w:pPr>
              <w:spacing w:after="0" w:line="240" w:lineRule="auto"/>
            </w:pPr>
            <w:r>
              <w:t>BUN strata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42DC37" w14:textId="77777777" w:rsidR="00210ED2" w:rsidRDefault="00000000">
            <w:pPr>
              <w:spacing w:after="0" w:line="240" w:lineRule="auto"/>
            </w:pPr>
            <w:r>
              <w:t>&gt;30 mg/dL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06F50F" w14:textId="77777777" w:rsidR="00210ED2" w:rsidRDefault="00000000">
            <w:pPr>
              <w:spacing w:after="0" w:line="240" w:lineRule="auto"/>
            </w:pPr>
            <w:r>
              <w:t>133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F41A70" w14:textId="77777777" w:rsidR="00210ED2" w:rsidRDefault="00000000">
            <w:pPr>
              <w:spacing w:after="0" w:line="240" w:lineRule="auto"/>
            </w:pPr>
            <w:r>
              <w:t>33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A71A4B" w14:textId="77777777" w:rsidR="00210ED2" w:rsidRDefault="00000000">
            <w:pPr>
              <w:spacing w:after="0" w:line="240" w:lineRule="auto"/>
            </w:pPr>
            <w:r>
              <w:t>24.8%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A8A6C3" w14:textId="77777777" w:rsidR="00210ED2" w:rsidRDefault="00000000">
            <w:pPr>
              <w:spacing w:after="0" w:line="240" w:lineRule="auto"/>
            </w:pPr>
            <w:r>
              <w:t>6.78 (3.39-13.56)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122F74" w14:textId="77777777" w:rsidR="00210ED2" w:rsidRDefault="00000000">
            <w:pPr>
              <w:spacing w:after="0" w:line="240" w:lineRule="auto"/>
            </w:pPr>
            <w:r>
              <w:t>&lt;0.001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EB339D9" w14:textId="77777777" w:rsidR="00210ED2" w:rsidRDefault="00000000">
            <w:pPr>
              <w:spacing w:after="0" w:line="240" w:lineRule="auto"/>
            </w:pPr>
            <w:r>
              <w:t>&lt;0.001</w:t>
            </w:r>
          </w:p>
        </w:tc>
      </w:tr>
      <w:tr w:rsidR="00210ED2" w14:paraId="606E500F" w14:textId="77777777">
        <w:trPr>
          <w:jc w:val="center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CA139C9" w14:textId="77777777" w:rsidR="00210ED2" w:rsidRDefault="00000000">
            <w:pPr>
              <w:spacing w:after="0" w:line="240" w:lineRule="auto"/>
            </w:pPr>
            <w:r>
              <w:t>Core risk-factor count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328553" w14:textId="77777777" w:rsidR="00210ED2" w:rsidRDefault="00000000">
            <w:pPr>
              <w:spacing w:after="0" w:line="240" w:lineRule="auto"/>
            </w:pPr>
            <w:r>
              <w:t>0-1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31888F" w14:textId="77777777" w:rsidR="00210ED2" w:rsidRDefault="00000000">
            <w:pPr>
              <w:spacing w:after="0" w:line="240" w:lineRule="auto"/>
            </w:pPr>
            <w:r>
              <w:t>425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050B3C3" w14:textId="77777777" w:rsidR="00210ED2" w:rsidRDefault="00000000">
            <w:pPr>
              <w:spacing w:after="0" w:line="240" w:lineRule="auto"/>
            </w:pPr>
            <w:r>
              <w:t>17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0D0334" w14:textId="77777777" w:rsidR="00210ED2" w:rsidRDefault="00000000">
            <w:pPr>
              <w:spacing w:after="0" w:line="240" w:lineRule="auto"/>
            </w:pPr>
            <w:r>
              <w:t>4.0%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540A0AF" w14:textId="77777777" w:rsidR="00210ED2" w:rsidRDefault="00210ED2">
            <w:pPr>
              <w:spacing w:after="0" w:line="240" w:lineRule="auto"/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B6123AD" w14:textId="77777777" w:rsidR="00210ED2" w:rsidRDefault="00210ED2">
            <w:pPr>
              <w:spacing w:after="0" w:line="240" w:lineRule="auto"/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A29657" w14:textId="77777777" w:rsidR="00210ED2" w:rsidRDefault="00210ED2">
            <w:pPr>
              <w:spacing w:after="0" w:line="240" w:lineRule="auto"/>
            </w:pPr>
          </w:p>
        </w:tc>
      </w:tr>
      <w:tr w:rsidR="00210ED2" w14:paraId="3ED7B1C7" w14:textId="77777777">
        <w:trPr>
          <w:jc w:val="center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024218" w14:textId="77777777" w:rsidR="00210ED2" w:rsidRDefault="00000000">
            <w:pPr>
              <w:spacing w:after="0" w:line="240" w:lineRule="auto"/>
            </w:pPr>
            <w:r>
              <w:t>Core risk-factor count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AE42C0" w14:textId="77777777" w:rsidR="00210ED2" w:rsidRDefault="00000000">
            <w:pPr>
              <w:spacing w:after="0" w:line="240" w:lineRule="auto"/>
            </w:pPr>
            <w:r>
              <w:t>2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4383CA" w14:textId="77777777" w:rsidR="00210ED2" w:rsidRDefault="00000000">
            <w:pPr>
              <w:spacing w:after="0" w:line="240" w:lineRule="auto"/>
            </w:pPr>
            <w:r>
              <w:t>178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923A427" w14:textId="77777777" w:rsidR="00210ED2" w:rsidRDefault="00000000">
            <w:pPr>
              <w:spacing w:after="0" w:line="240" w:lineRule="auto"/>
            </w:pPr>
            <w:r>
              <w:t>28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5D5D92" w14:textId="77777777" w:rsidR="00210ED2" w:rsidRDefault="00000000">
            <w:pPr>
              <w:spacing w:after="0" w:line="240" w:lineRule="auto"/>
            </w:pPr>
            <w:r>
              <w:t>15.7%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DB93B0" w14:textId="77777777" w:rsidR="00210ED2" w:rsidRDefault="00210ED2">
            <w:pPr>
              <w:spacing w:after="0" w:line="240" w:lineRule="auto"/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9BDA51F" w14:textId="77777777" w:rsidR="00210ED2" w:rsidRDefault="00210ED2">
            <w:pPr>
              <w:spacing w:after="0" w:line="240" w:lineRule="auto"/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747C76" w14:textId="77777777" w:rsidR="00210ED2" w:rsidRDefault="00210ED2">
            <w:pPr>
              <w:spacing w:after="0" w:line="240" w:lineRule="auto"/>
            </w:pPr>
          </w:p>
        </w:tc>
      </w:tr>
      <w:tr w:rsidR="00210ED2" w14:paraId="50564A31" w14:textId="77777777">
        <w:trPr>
          <w:jc w:val="center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3CC0352" w14:textId="77777777" w:rsidR="00210ED2" w:rsidRDefault="00000000">
            <w:pPr>
              <w:spacing w:after="0" w:line="240" w:lineRule="auto"/>
            </w:pPr>
            <w:r>
              <w:t>Core risk-factor count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4A84D6F" w14:textId="77777777" w:rsidR="00210ED2" w:rsidRDefault="00000000">
            <w:pPr>
              <w:spacing w:after="0" w:line="240" w:lineRule="auto"/>
            </w:pPr>
            <w:r>
              <w:t>3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7AF83D9" w14:textId="77777777" w:rsidR="00210ED2" w:rsidRDefault="00000000">
            <w:pPr>
              <w:spacing w:after="0" w:line="240" w:lineRule="auto"/>
            </w:pPr>
            <w:r>
              <w:t>92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6204A9" w14:textId="77777777" w:rsidR="00210ED2" w:rsidRDefault="00000000">
            <w:pPr>
              <w:spacing w:after="0" w:line="240" w:lineRule="auto"/>
            </w:pPr>
            <w:r>
              <w:t>16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2597F5F" w14:textId="77777777" w:rsidR="00210ED2" w:rsidRDefault="00000000">
            <w:pPr>
              <w:spacing w:after="0" w:line="240" w:lineRule="auto"/>
            </w:pPr>
            <w:r>
              <w:t>17.4%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7806ED" w14:textId="77777777" w:rsidR="00210ED2" w:rsidRDefault="00210ED2">
            <w:pPr>
              <w:spacing w:after="0" w:line="240" w:lineRule="auto"/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AE7A69" w14:textId="77777777" w:rsidR="00210ED2" w:rsidRDefault="00210ED2">
            <w:pPr>
              <w:spacing w:after="0" w:line="240" w:lineRule="auto"/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99ABD20" w14:textId="77777777" w:rsidR="00210ED2" w:rsidRDefault="00210ED2">
            <w:pPr>
              <w:spacing w:after="0" w:line="240" w:lineRule="auto"/>
            </w:pPr>
          </w:p>
        </w:tc>
      </w:tr>
      <w:tr w:rsidR="00210ED2" w14:paraId="2AAC0897" w14:textId="77777777">
        <w:trPr>
          <w:jc w:val="center"/>
        </w:trPr>
        <w:tc>
          <w:tcPr>
            <w:tcW w:w="181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9692447" w14:textId="77777777" w:rsidR="00210ED2" w:rsidRDefault="00000000">
            <w:pPr>
              <w:spacing w:after="0" w:line="240" w:lineRule="auto"/>
            </w:pPr>
            <w:r>
              <w:t>Core risk-factor count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A16F89" w14:textId="77777777" w:rsidR="00210ED2" w:rsidRDefault="00000000">
            <w:pPr>
              <w:spacing w:after="0" w:line="240" w:lineRule="auto"/>
            </w:pPr>
            <w:r>
              <w:t>&gt;=4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940E05E" w14:textId="77777777" w:rsidR="00210ED2" w:rsidRDefault="00000000">
            <w:pPr>
              <w:spacing w:after="0" w:line="240" w:lineRule="auto"/>
            </w:pPr>
            <w:r>
              <w:t>35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EC4AE5" w14:textId="77777777" w:rsidR="00210ED2" w:rsidRDefault="00000000">
            <w:pPr>
              <w:spacing w:after="0" w:line="240" w:lineRule="auto"/>
            </w:pPr>
            <w:r>
              <w:t>11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C01F761" w14:textId="77777777" w:rsidR="00210ED2" w:rsidRDefault="00000000">
            <w:pPr>
              <w:spacing w:after="0" w:line="240" w:lineRule="auto"/>
            </w:pPr>
            <w:r>
              <w:t>31.4%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7C02F4" w14:textId="77777777" w:rsidR="00210ED2" w:rsidRDefault="00210ED2">
            <w:pPr>
              <w:spacing w:after="0" w:line="240" w:lineRule="auto"/>
            </w:pP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8A25C1" w14:textId="77777777" w:rsidR="00210ED2" w:rsidRDefault="00210ED2">
            <w:pPr>
              <w:spacing w:after="0" w:line="240" w:lineRule="auto"/>
            </w:pP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0D73229" w14:textId="77777777" w:rsidR="00210ED2" w:rsidRDefault="00000000">
            <w:pPr>
              <w:spacing w:after="0" w:line="240" w:lineRule="auto"/>
            </w:pPr>
            <w:r>
              <w:t>&lt;0.001</w:t>
            </w:r>
          </w:p>
        </w:tc>
      </w:tr>
    </w:tbl>
    <w:p w14:paraId="24D25D74" w14:textId="77777777" w:rsidR="00210ED2" w:rsidRDefault="00210ED2"/>
    <w:p w14:paraId="3557E164" w14:textId="77777777" w:rsidR="00210ED2" w:rsidRDefault="00000000">
      <w:pPr>
        <w:spacing w:line="240" w:lineRule="auto"/>
      </w:pPr>
      <w:r>
        <w:t>Analyses were restricted to patients with observed BUN measurements.</w:t>
      </w:r>
    </w:p>
    <w:p w14:paraId="076E804A" w14:textId="77777777" w:rsidR="00210ED2" w:rsidRDefault="00000000">
      <w:pPr>
        <w:spacing w:after="0"/>
      </w:pPr>
      <w:r>
        <w:br w:type="page"/>
      </w:r>
    </w:p>
    <w:p w14:paraId="353C4AE2" w14:textId="77777777" w:rsidR="00210ED2" w:rsidRDefault="00000000">
      <w:pPr>
        <w:keepNext/>
        <w:spacing w:after="80" w:line="240" w:lineRule="auto"/>
      </w:pPr>
      <w:r>
        <w:rPr>
          <w:b/>
        </w:rPr>
        <w:lastRenderedPageBreak/>
        <w:t>Supplementary Table S15. Predicted risk strata from out-of-fold predicted risk.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2077"/>
        <w:gridCol w:w="2077"/>
        <w:gridCol w:w="2078"/>
        <w:gridCol w:w="2078"/>
        <w:gridCol w:w="2078"/>
        <w:gridCol w:w="2078"/>
        <w:gridCol w:w="2078"/>
      </w:tblGrid>
      <w:tr w:rsidR="00210ED2" w14:paraId="76DA483C" w14:textId="77777777">
        <w:trPr>
          <w:tblHeader/>
          <w:jc w:val="center"/>
        </w:trPr>
        <w:tc>
          <w:tcPr>
            <w:tcW w:w="207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119C30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Predicted risk group</w:t>
            </w:r>
          </w:p>
        </w:tc>
        <w:tc>
          <w:tcPr>
            <w:tcW w:w="207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FA1C057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No. patients</w:t>
            </w:r>
          </w:p>
        </w:tc>
        <w:tc>
          <w:tcPr>
            <w:tcW w:w="207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B5CC0D1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MACCE events</w:t>
            </w:r>
          </w:p>
        </w:tc>
        <w:tc>
          <w:tcPr>
            <w:tcW w:w="207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5DEB78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Observed MACCE rate</w:t>
            </w:r>
          </w:p>
        </w:tc>
        <w:tc>
          <w:tcPr>
            <w:tcW w:w="207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E1F1064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Median predicted risk</w:t>
            </w:r>
          </w:p>
        </w:tc>
        <w:tc>
          <w:tcPr>
            <w:tcW w:w="207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8C4B634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Relative risk vs low</w:t>
            </w:r>
          </w:p>
        </w:tc>
        <w:tc>
          <w:tcPr>
            <w:tcW w:w="207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8EB59E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P for trend</w:t>
            </w:r>
          </w:p>
        </w:tc>
      </w:tr>
      <w:tr w:rsidR="00210ED2" w14:paraId="50A42B19" w14:textId="77777777">
        <w:trPr>
          <w:jc w:val="center"/>
        </w:trPr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F121DD5" w14:textId="77777777" w:rsidR="00210ED2" w:rsidRDefault="00000000">
            <w:pPr>
              <w:spacing w:after="0" w:line="240" w:lineRule="auto"/>
            </w:pPr>
            <w:r>
              <w:t>Low risk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0F4DEB" w14:textId="77777777" w:rsidR="00210ED2" w:rsidRDefault="00000000">
            <w:pPr>
              <w:spacing w:after="0" w:line="240" w:lineRule="auto"/>
            </w:pPr>
            <w:r>
              <w:t>418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2D0C89" w14:textId="77777777" w:rsidR="00210ED2" w:rsidRDefault="00000000">
            <w:pPr>
              <w:spacing w:after="0" w:line="240" w:lineRule="auto"/>
            </w:pPr>
            <w:r>
              <w:t>4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646A748" w14:textId="77777777" w:rsidR="00210ED2" w:rsidRDefault="00000000">
            <w:pPr>
              <w:spacing w:after="0" w:line="240" w:lineRule="auto"/>
            </w:pPr>
            <w:r>
              <w:t>1.0%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F8C41E2" w14:textId="77777777" w:rsidR="00210ED2" w:rsidRDefault="00000000">
            <w:pPr>
              <w:spacing w:after="0" w:line="240" w:lineRule="auto"/>
            </w:pPr>
            <w:r>
              <w:t>2.5%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C854F1" w14:textId="77777777" w:rsidR="00210ED2" w:rsidRDefault="00000000">
            <w:pPr>
              <w:spacing w:after="0" w:line="240" w:lineRule="auto"/>
            </w:pPr>
            <w:r>
              <w:t>Reference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6F7338" w14:textId="77777777" w:rsidR="00210ED2" w:rsidRDefault="00000000">
            <w:pPr>
              <w:spacing w:after="0" w:line="240" w:lineRule="auto"/>
            </w:pPr>
            <w:r>
              <w:t>&lt;0.001</w:t>
            </w:r>
          </w:p>
        </w:tc>
      </w:tr>
      <w:tr w:rsidR="00210ED2" w14:paraId="3CC8936C" w14:textId="77777777">
        <w:trPr>
          <w:jc w:val="center"/>
        </w:trPr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5162C4F" w14:textId="77777777" w:rsidR="00210ED2" w:rsidRDefault="00000000">
            <w:pPr>
              <w:spacing w:after="0" w:line="240" w:lineRule="auto"/>
            </w:pPr>
            <w:r>
              <w:t>Intermediate risk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EAE9E73" w14:textId="77777777" w:rsidR="00210ED2" w:rsidRDefault="00000000">
            <w:pPr>
              <w:spacing w:after="0" w:line="240" w:lineRule="auto"/>
            </w:pPr>
            <w:r>
              <w:t>417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C01941F" w14:textId="77777777" w:rsidR="00210ED2" w:rsidRDefault="00000000">
            <w:pPr>
              <w:spacing w:after="0" w:line="240" w:lineRule="auto"/>
            </w:pPr>
            <w:r>
              <w:t>14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9C23EF" w14:textId="77777777" w:rsidR="00210ED2" w:rsidRDefault="00000000">
            <w:pPr>
              <w:spacing w:after="0" w:line="240" w:lineRule="auto"/>
            </w:pPr>
            <w:r>
              <w:t>3.4%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1B43EC" w14:textId="77777777" w:rsidR="00210ED2" w:rsidRDefault="00000000">
            <w:pPr>
              <w:spacing w:after="0" w:line="240" w:lineRule="auto"/>
            </w:pPr>
            <w:r>
              <w:t>4.1%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9095BC6" w14:textId="77777777" w:rsidR="00210ED2" w:rsidRDefault="00000000">
            <w:pPr>
              <w:spacing w:after="0" w:line="240" w:lineRule="auto"/>
            </w:pPr>
            <w:r>
              <w:t>3.51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1286C3" w14:textId="77777777" w:rsidR="00210ED2" w:rsidRDefault="00000000">
            <w:pPr>
              <w:spacing w:after="0" w:line="240" w:lineRule="auto"/>
            </w:pPr>
            <w:r>
              <w:t>&lt;0.001</w:t>
            </w:r>
          </w:p>
        </w:tc>
      </w:tr>
      <w:tr w:rsidR="00210ED2" w14:paraId="6694D6DF" w14:textId="77777777">
        <w:trPr>
          <w:jc w:val="center"/>
        </w:trPr>
        <w:tc>
          <w:tcPr>
            <w:tcW w:w="207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5CC72FE" w14:textId="77777777" w:rsidR="00210ED2" w:rsidRDefault="00000000">
            <w:pPr>
              <w:spacing w:after="0" w:line="240" w:lineRule="auto"/>
            </w:pPr>
            <w:r>
              <w:t>High risk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F647588" w14:textId="77777777" w:rsidR="00210ED2" w:rsidRDefault="00000000">
            <w:pPr>
              <w:spacing w:after="0" w:line="240" w:lineRule="auto"/>
            </w:pPr>
            <w:r>
              <w:t>418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FDB49B" w14:textId="77777777" w:rsidR="00210ED2" w:rsidRDefault="00000000">
            <w:pPr>
              <w:spacing w:after="0" w:line="240" w:lineRule="auto"/>
            </w:pPr>
            <w:r>
              <w:t>63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065BC1" w14:textId="77777777" w:rsidR="00210ED2" w:rsidRDefault="00000000">
            <w:pPr>
              <w:spacing w:after="0" w:line="240" w:lineRule="auto"/>
            </w:pPr>
            <w:r>
              <w:t>15.1%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1FAAC7E" w14:textId="77777777" w:rsidR="00210ED2" w:rsidRDefault="00000000">
            <w:pPr>
              <w:spacing w:after="0" w:line="240" w:lineRule="auto"/>
            </w:pPr>
            <w:r>
              <w:t>12.7%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8B82C27" w14:textId="77777777" w:rsidR="00210ED2" w:rsidRDefault="00000000">
            <w:pPr>
              <w:spacing w:after="0" w:line="240" w:lineRule="auto"/>
            </w:pPr>
            <w:r>
              <w:t>15.75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82877E" w14:textId="77777777" w:rsidR="00210ED2" w:rsidRDefault="00000000">
            <w:pPr>
              <w:spacing w:after="0" w:line="240" w:lineRule="auto"/>
            </w:pPr>
            <w:r>
              <w:t>&lt;0.001</w:t>
            </w:r>
          </w:p>
        </w:tc>
      </w:tr>
    </w:tbl>
    <w:p w14:paraId="77040AA4" w14:textId="77777777" w:rsidR="00210ED2" w:rsidRDefault="00210ED2"/>
    <w:p w14:paraId="7119296A" w14:textId="77777777" w:rsidR="00210ED2" w:rsidRDefault="00000000">
      <w:pPr>
        <w:spacing w:line="240" w:lineRule="auto"/>
      </w:pPr>
      <w:r>
        <w:t>Risk strata were defined using tertiles of out-of-fold predicted risk.</w:t>
      </w:r>
    </w:p>
    <w:p w14:paraId="6D56C0D0" w14:textId="77777777" w:rsidR="00210ED2" w:rsidRDefault="00000000">
      <w:pPr>
        <w:spacing w:after="0"/>
      </w:pPr>
      <w:r>
        <w:br w:type="page"/>
      </w:r>
    </w:p>
    <w:p w14:paraId="342FEEC3" w14:textId="77777777" w:rsidR="00210ED2" w:rsidRDefault="00000000">
      <w:pPr>
        <w:keepNext/>
        <w:spacing w:after="80" w:line="240" w:lineRule="auto"/>
      </w:pPr>
      <w:r>
        <w:rPr>
          <w:b/>
        </w:rPr>
        <w:lastRenderedPageBreak/>
        <w:t>Supplementary Table S16. Threshold performance at selected predicted-risk cutoffs.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2424"/>
        <w:gridCol w:w="2424"/>
        <w:gridCol w:w="2424"/>
        <w:gridCol w:w="2424"/>
        <w:gridCol w:w="2424"/>
        <w:gridCol w:w="2424"/>
      </w:tblGrid>
      <w:tr w:rsidR="00210ED2" w14:paraId="6727C58F" w14:textId="77777777">
        <w:trPr>
          <w:tblHeader/>
          <w:jc w:val="center"/>
        </w:trPr>
        <w:tc>
          <w:tcPr>
            <w:tcW w:w="24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E78AC7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Predicted risk threshold</w:t>
            </w:r>
          </w:p>
        </w:tc>
        <w:tc>
          <w:tcPr>
            <w:tcW w:w="24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6C3C943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No. flagged</w:t>
            </w:r>
          </w:p>
        </w:tc>
        <w:tc>
          <w:tcPr>
            <w:tcW w:w="24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0CE86E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Sensitivity</w:t>
            </w:r>
          </w:p>
        </w:tc>
        <w:tc>
          <w:tcPr>
            <w:tcW w:w="24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A3D9CAD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Specificity</w:t>
            </w:r>
          </w:p>
        </w:tc>
        <w:tc>
          <w:tcPr>
            <w:tcW w:w="24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8B07516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PPV</w:t>
            </w:r>
          </w:p>
        </w:tc>
        <w:tc>
          <w:tcPr>
            <w:tcW w:w="24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889778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NPV</w:t>
            </w:r>
          </w:p>
        </w:tc>
      </w:tr>
      <w:tr w:rsidR="00210ED2" w14:paraId="44093B32" w14:textId="77777777">
        <w:trPr>
          <w:jc w:val="center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D2FF86" w14:textId="77777777" w:rsidR="00210ED2" w:rsidRDefault="00000000">
            <w:pPr>
              <w:spacing w:after="0" w:line="240" w:lineRule="auto"/>
            </w:pPr>
            <w:r>
              <w:t>5%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8A1AC31" w14:textId="77777777" w:rsidR="00210ED2" w:rsidRDefault="00000000">
            <w:pPr>
              <w:spacing w:after="0" w:line="240" w:lineRule="auto"/>
            </w:pPr>
            <w:r>
              <w:t>533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57BF07" w14:textId="77777777" w:rsidR="00210ED2" w:rsidRDefault="00000000">
            <w:pPr>
              <w:spacing w:after="0" w:line="240" w:lineRule="auto"/>
            </w:pPr>
            <w:r>
              <w:t>0.864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A48203F" w14:textId="77777777" w:rsidR="00210ED2" w:rsidRDefault="00000000">
            <w:pPr>
              <w:spacing w:after="0" w:line="240" w:lineRule="auto"/>
            </w:pPr>
            <w:r>
              <w:t>0.605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09ED46" w14:textId="77777777" w:rsidR="00210ED2" w:rsidRDefault="00000000">
            <w:pPr>
              <w:spacing w:after="0" w:line="240" w:lineRule="auto"/>
            </w:pPr>
            <w:r>
              <w:t>0.131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E06ED9" w14:textId="77777777" w:rsidR="00210ED2" w:rsidRDefault="00000000">
            <w:pPr>
              <w:spacing w:after="0" w:line="240" w:lineRule="auto"/>
            </w:pPr>
            <w:r>
              <w:t>0.985</w:t>
            </w:r>
          </w:p>
        </w:tc>
      </w:tr>
      <w:tr w:rsidR="00210ED2" w14:paraId="6F49F38C" w14:textId="77777777">
        <w:trPr>
          <w:jc w:val="center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130C821" w14:textId="77777777" w:rsidR="00210ED2" w:rsidRDefault="00000000">
            <w:pPr>
              <w:spacing w:after="0" w:line="240" w:lineRule="auto"/>
            </w:pPr>
            <w:r>
              <w:t>10%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77A6119" w14:textId="77777777" w:rsidR="00210ED2" w:rsidRDefault="00000000">
            <w:pPr>
              <w:spacing w:after="0" w:line="240" w:lineRule="auto"/>
            </w:pPr>
            <w:r>
              <w:t>267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EBBE04" w14:textId="77777777" w:rsidR="00210ED2" w:rsidRDefault="00000000">
            <w:pPr>
              <w:spacing w:after="0" w:line="240" w:lineRule="auto"/>
            </w:pPr>
            <w:r>
              <w:t>0.654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E599AA" w14:textId="77777777" w:rsidR="00210ED2" w:rsidRDefault="00000000">
            <w:pPr>
              <w:spacing w:after="0" w:line="240" w:lineRule="auto"/>
            </w:pPr>
            <w:r>
              <w:t>0.817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544CC20" w14:textId="77777777" w:rsidR="00210ED2" w:rsidRDefault="00000000">
            <w:pPr>
              <w:spacing w:after="0" w:line="240" w:lineRule="auto"/>
            </w:pPr>
            <w:r>
              <w:t>0.199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57B865" w14:textId="77777777" w:rsidR="00210ED2" w:rsidRDefault="00000000">
            <w:pPr>
              <w:spacing w:after="0" w:line="240" w:lineRule="auto"/>
            </w:pPr>
            <w:r>
              <w:t>0.972</w:t>
            </w:r>
          </w:p>
        </w:tc>
      </w:tr>
      <w:tr w:rsidR="00210ED2" w14:paraId="6CAAF7FD" w14:textId="77777777">
        <w:trPr>
          <w:jc w:val="center"/>
        </w:trPr>
        <w:tc>
          <w:tcPr>
            <w:tcW w:w="242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11419E" w14:textId="77777777" w:rsidR="00210ED2" w:rsidRDefault="00000000">
            <w:pPr>
              <w:spacing w:after="0" w:line="240" w:lineRule="auto"/>
            </w:pPr>
            <w:r>
              <w:t>15%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0EF256" w14:textId="77777777" w:rsidR="00210ED2" w:rsidRDefault="00000000">
            <w:pPr>
              <w:spacing w:after="0" w:line="240" w:lineRule="auto"/>
            </w:pPr>
            <w:r>
              <w:t>172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0739FF8" w14:textId="77777777" w:rsidR="00210ED2" w:rsidRDefault="00000000">
            <w:pPr>
              <w:spacing w:after="0" w:line="240" w:lineRule="auto"/>
            </w:pPr>
            <w:r>
              <w:t>0.481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CCA596" w14:textId="77777777" w:rsidR="00210ED2" w:rsidRDefault="00000000">
            <w:pPr>
              <w:spacing w:after="0" w:line="240" w:lineRule="auto"/>
            </w:pPr>
            <w:r>
              <w:t>0.887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F96A0C" w14:textId="77777777" w:rsidR="00210ED2" w:rsidRDefault="00000000">
            <w:pPr>
              <w:spacing w:after="0" w:line="240" w:lineRule="auto"/>
            </w:pPr>
            <w:r>
              <w:t>0.227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662BCB" w14:textId="77777777" w:rsidR="00210ED2" w:rsidRDefault="00000000">
            <w:pPr>
              <w:spacing w:after="0" w:line="240" w:lineRule="auto"/>
            </w:pPr>
            <w:r>
              <w:t>0.961</w:t>
            </w:r>
          </w:p>
        </w:tc>
      </w:tr>
    </w:tbl>
    <w:p w14:paraId="75F89EAA" w14:textId="77777777" w:rsidR="00210ED2" w:rsidRDefault="00210ED2"/>
    <w:p w14:paraId="5DEBE667" w14:textId="77777777" w:rsidR="00210ED2" w:rsidRDefault="00000000">
      <w:pPr>
        <w:spacing w:line="240" w:lineRule="auto"/>
      </w:pPr>
      <w:r>
        <w:t>Threshold results illustrate the trade-off between sensitivity and false positives.</w:t>
      </w:r>
    </w:p>
    <w:p w14:paraId="3DF2E6FE" w14:textId="77777777" w:rsidR="00210ED2" w:rsidRDefault="00000000">
      <w:pPr>
        <w:spacing w:after="0"/>
      </w:pPr>
      <w:r>
        <w:br w:type="page"/>
      </w:r>
    </w:p>
    <w:p w14:paraId="2A94757E" w14:textId="77777777" w:rsidR="00210ED2" w:rsidRDefault="00000000">
      <w:pPr>
        <w:keepNext/>
        <w:spacing w:after="80" w:line="240" w:lineRule="auto"/>
      </w:pPr>
      <w:r>
        <w:rPr>
          <w:b/>
        </w:rPr>
        <w:lastRenderedPageBreak/>
        <w:t>Supplementary Table S17. Repeated cross-validation performance of exploratory risk-stratification models.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2424"/>
        <w:gridCol w:w="2424"/>
        <w:gridCol w:w="2424"/>
        <w:gridCol w:w="2424"/>
        <w:gridCol w:w="2424"/>
        <w:gridCol w:w="2424"/>
      </w:tblGrid>
      <w:tr w:rsidR="00210ED2" w14:paraId="1CD6BDAF" w14:textId="77777777">
        <w:trPr>
          <w:tblHeader/>
          <w:jc w:val="center"/>
        </w:trPr>
        <w:tc>
          <w:tcPr>
            <w:tcW w:w="24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C6C26BC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Model</w:t>
            </w:r>
          </w:p>
        </w:tc>
        <w:tc>
          <w:tcPr>
            <w:tcW w:w="24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C16CA78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AUC</w:t>
            </w:r>
          </w:p>
        </w:tc>
        <w:tc>
          <w:tcPr>
            <w:tcW w:w="24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1624513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AUPRC</w:t>
            </w:r>
          </w:p>
        </w:tc>
        <w:tc>
          <w:tcPr>
            <w:tcW w:w="24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200978A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Brier score</w:t>
            </w:r>
          </w:p>
        </w:tc>
        <w:tc>
          <w:tcPr>
            <w:tcW w:w="24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BC22DFF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Calibration intercept</w:t>
            </w:r>
          </w:p>
        </w:tc>
        <w:tc>
          <w:tcPr>
            <w:tcW w:w="24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36B7791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Calibration slope</w:t>
            </w:r>
          </w:p>
        </w:tc>
      </w:tr>
      <w:tr w:rsidR="00210ED2" w14:paraId="28F36A1D" w14:textId="77777777">
        <w:trPr>
          <w:jc w:val="center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537AB67" w14:textId="77777777" w:rsidR="00210ED2" w:rsidRDefault="00000000">
            <w:pPr>
              <w:spacing w:after="0" w:line="240" w:lineRule="auto"/>
            </w:pPr>
            <w:r>
              <w:t>Penalized logistic regression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3B77D89" w14:textId="77777777" w:rsidR="00210ED2" w:rsidRDefault="00000000">
            <w:pPr>
              <w:spacing w:after="0" w:line="240" w:lineRule="auto"/>
            </w:pPr>
            <w:r>
              <w:t>0.805 (0.756-0.849)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57D8FE" w14:textId="77777777" w:rsidR="00210ED2" w:rsidRDefault="00000000">
            <w:pPr>
              <w:spacing w:after="0" w:line="240" w:lineRule="auto"/>
            </w:pPr>
            <w:r>
              <w:t>0.252 (0.182-0.337)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22C7B98" w14:textId="77777777" w:rsidR="00210ED2" w:rsidRDefault="00000000">
            <w:pPr>
              <w:spacing w:after="0" w:line="240" w:lineRule="auto"/>
            </w:pPr>
            <w:r>
              <w:t>0.055 (0.046-0.065)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8E183C" w14:textId="77777777" w:rsidR="00210ED2" w:rsidRDefault="00000000">
            <w:pPr>
              <w:spacing w:after="0" w:line="240" w:lineRule="auto"/>
            </w:pPr>
            <w:r>
              <w:t>-0.091 (-0.598 to 0.411)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44A17A" w14:textId="77777777" w:rsidR="00210ED2" w:rsidRDefault="00000000">
            <w:pPr>
              <w:spacing w:after="0" w:line="240" w:lineRule="auto"/>
            </w:pPr>
            <w:r>
              <w:t>1.057 (0.862-1.278)</w:t>
            </w:r>
          </w:p>
        </w:tc>
      </w:tr>
      <w:tr w:rsidR="00210ED2" w14:paraId="60760F1A" w14:textId="77777777">
        <w:trPr>
          <w:jc w:val="center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3A9522" w14:textId="77777777" w:rsidR="00210ED2" w:rsidRDefault="00000000">
            <w:pPr>
              <w:spacing w:after="0" w:line="240" w:lineRule="auto"/>
            </w:pPr>
            <w:r>
              <w:t>Random forest (exploratory)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B77EE79" w14:textId="77777777" w:rsidR="00210ED2" w:rsidRDefault="00000000">
            <w:pPr>
              <w:spacing w:after="0" w:line="240" w:lineRule="auto"/>
            </w:pPr>
            <w:r>
              <w:t>0.812 (0.765-0.850)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3048FD7" w14:textId="77777777" w:rsidR="00210ED2" w:rsidRDefault="00000000">
            <w:pPr>
              <w:spacing w:after="0" w:line="240" w:lineRule="auto"/>
            </w:pPr>
            <w:r>
              <w:t>0.218 (0.159-0.312)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10F1CED" w14:textId="77777777" w:rsidR="00210ED2" w:rsidRDefault="00000000">
            <w:pPr>
              <w:spacing w:after="0" w:line="240" w:lineRule="auto"/>
            </w:pPr>
            <w:r>
              <w:t>0.056 (0.048-0.065)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D56048" w14:textId="77777777" w:rsidR="00210ED2" w:rsidRDefault="00000000">
            <w:pPr>
              <w:spacing w:after="0" w:line="240" w:lineRule="auto"/>
            </w:pPr>
            <w:r>
              <w:t>-0.508 (-0.948 to -0.086)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3DB55C4" w14:textId="77777777" w:rsidR="00210ED2" w:rsidRDefault="00000000">
            <w:pPr>
              <w:spacing w:after="0" w:line="240" w:lineRule="auto"/>
            </w:pPr>
            <w:r>
              <w:t>0.922 (0.742-1.117)</w:t>
            </w:r>
          </w:p>
        </w:tc>
      </w:tr>
      <w:tr w:rsidR="00210ED2" w14:paraId="2F391689" w14:textId="77777777">
        <w:trPr>
          <w:jc w:val="center"/>
        </w:trPr>
        <w:tc>
          <w:tcPr>
            <w:tcW w:w="242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C2E3C8D" w14:textId="77777777" w:rsidR="00210ED2" w:rsidRDefault="00000000">
            <w:pPr>
              <w:spacing w:after="0" w:line="240" w:lineRule="auto"/>
            </w:pPr>
            <w:r>
              <w:t>XGBoost (exploratory)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4D5BA7A" w14:textId="77777777" w:rsidR="00210ED2" w:rsidRDefault="00000000">
            <w:pPr>
              <w:spacing w:after="0" w:line="240" w:lineRule="auto"/>
            </w:pPr>
            <w:r>
              <w:t>0.811 (0.764-0.849)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5F9837" w14:textId="77777777" w:rsidR="00210ED2" w:rsidRDefault="00000000">
            <w:pPr>
              <w:spacing w:after="0" w:line="240" w:lineRule="auto"/>
            </w:pPr>
            <w:r>
              <w:t>0.217 (0.157-0.306)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5F2ACD" w14:textId="77777777" w:rsidR="00210ED2" w:rsidRDefault="00000000">
            <w:pPr>
              <w:spacing w:after="0" w:line="240" w:lineRule="auto"/>
            </w:pPr>
            <w:r>
              <w:t>0.059 (0.050-0.067)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9F9FCDA" w14:textId="77777777" w:rsidR="00210ED2" w:rsidRDefault="00000000">
            <w:pPr>
              <w:spacing w:after="0" w:line="240" w:lineRule="auto"/>
            </w:pPr>
            <w:r>
              <w:t>-0.732 (-1.154 to -0.342)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665ECC5" w14:textId="77777777" w:rsidR="00210ED2" w:rsidRDefault="00000000">
            <w:pPr>
              <w:spacing w:after="0" w:line="240" w:lineRule="auto"/>
            </w:pPr>
            <w:r>
              <w:t>0.882 (0.710-1.055)</w:t>
            </w:r>
          </w:p>
        </w:tc>
      </w:tr>
    </w:tbl>
    <w:p w14:paraId="3C225EDC" w14:textId="77777777" w:rsidR="00210ED2" w:rsidRDefault="00210ED2"/>
    <w:p w14:paraId="0D9DF6A4" w14:textId="77777777" w:rsidR="00210ED2" w:rsidRDefault="00000000">
      <w:pPr>
        <w:spacing w:line="240" w:lineRule="auto"/>
      </w:pPr>
      <w:r>
        <w:t>Values are presented as mean performance with 95% confidence intervals.</w:t>
      </w:r>
    </w:p>
    <w:p w14:paraId="000BA775" w14:textId="77777777" w:rsidR="00210ED2" w:rsidRDefault="00000000">
      <w:pPr>
        <w:spacing w:after="0"/>
      </w:pPr>
      <w:r>
        <w:br w:type="page"/>
      </w:r>
    </w:p>
    <w:p w14:paraId="5A23D79E" w14:textId="77777777" w:rsidR="00210ED2" w:rsidRDefault="00000000">
      <w:pPr>
        <w:keepNext/>
        <w:spacing w:after="80" w:line="240" w:lineRule="auto"/>
      </w:pPr>
      <w:r>
        <w:rPr>
          <w:b/>
        </w:rPr>
        <w:lastRenderedPageBreak/>
        <w:t>Supplementary Table S18. Model hyperparameters and preprocessing pipeline.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848"/>
        <w:gridCol w:w="4848"/>
        <w:gridCol w:w="4848"/>
      </w:tblGrid>
      <w:tr w:rsidR="00210ED2" w14:paraId="25B5B013" w14:textId="77777777">
        <w:trPr>
          <w:tblHeader/>
          <w:jc w:val="center"/>
        </w:trPr>
        <w:tc>
          <w:tcPr>
            <w:tcW w:w="48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C13B75F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Model/component</w:t>
            </w:r>
          </w:p>
        </w:tc>
        <w:tc>
          <w:tcPr>
            <w:tcW w:w="48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6E7901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Item</w:t>
            </w:r>
          </w:p>
        </w:tc>
        <w:tc>
          <w:tcPr>
            <w:tcW w:w="48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24C566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Specification</w:t>
            </w:r>
          </w:p>
        </w:tc>
      </w:tr>
      <w:tr w:rsidR="00210ED2" w14:paraId="1A2267D7" w14:textId="77777777">
        <w:trPr>
          <w:jc w:val="center"/>
        </w:trPr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309075" w14:textId="77777777" w:rsidR="00210ED2" w:rsidRDefault="00000000">
            <w:pPr>
              <w:spacing w:after="0" w:line="240" w:lineRule="auto"/>
            </w:pPr>
            <w:r>
              <w:t>All models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22C440" w14:textId="77777777" w:rsidR="00210ED2" w:rsidRDefault="00000000">
            <w:pPr>
              <w:spacing w:after="0" w:line="240" w:lineRule="auto"/>
            </w:pPr>
            <w:r>
              <w:t>Input features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CFACBB" w14:textId="77777777" w:rsidR="00210ED2" w:rsidRDefault="00000000">
            <w:pPr>
              <w:spacing w:after="0" w:line="240" w:lineRule="auto"/>
            </w:pPr>
            <w:r>
              <w:t>Age, sex, urgent/emergency admission, coronary artery disease, atrial fibrillation, diabetes, chronic kidney disease, hemoglobin, creatinine, WBC, BUN, glucose</w:t>
            </w:r>
          </w:p>
        </w:tc>
      </w:tr>
      <w:tr w:rsidR="00210ED2" w14:paraId="603557C1" w14:textId="77777777">
        <w:trPr>
          <w:jc w:val="center"/>
        </w:trPr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4F657C8" w14:textId="77777777" w:rsidR="00210ED2" w:rsidRDefault="00000000">
            <w:pPr>
              <w:spacing w:after="0" w:line="240" w:lineRule="auto"/>
            </w:pPr>
            <w:r>
              <w:t>All models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99261BB" w14:textId="77777777" w:rsidR="00210ED2" w:rsidRDefault="00000000">
            <w:pPr>
              <w:spacing w:after="0" w:line="240" w:lineRule="auto"/>
            </w:pPr>
            <w:r>
              <w:t>Missing data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FBC271D" w14:textId="77777777" w:rsidR="00210ED2" w:rsidRDefault="00000000">
            <w:pPr>
              <w:spacing w:after="0" w:line="240" w:lineRule="auto"/>
            </w:pPr>
            <w:r>
              <w:t>Median imputation fitted within each training fold through scikit-learn Pipeline</w:t>
            </w:r>
          </w:p>
        </w:tc>
      </w:tr>
      <w:tr w:rsidR="00210ED2" w14:paraId="0F5DD125" w14:textId="77777777">
        <w:trPr>
          <w:jc w:val="center"/>
        </w:trPr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974673E" w14:textId="77777777" w:rsidR="00210ED2" w:rsidRDefault="00000000">
            <w:pPr>
              <w:spacing w:after="0" w:line="240" w:lineRule="auto"/>
            </w:pPr>
            <w:r>
              <w:t>Penalized logistic regression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1A9B774" w14:textId="77777777" w:rsidR="00210ED2" w:rsidRDefault="00000000">
            <w:pPr>
              <w:spacing w:after="0" w:line="240" w:lineRule="auto"/>
            </w:pPr>
            <w:r>
              <w:t>Scaling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EF8F6A" w14:textId="77777777" w:rsidR="00210ED2" w:rsidRDefault="00000000">
            <w:pPr>
              <w:spacing w:after="0" w:line="240" w:lineRule="auto"/>
            </w:pPr>
            <w:r>
              <w:t>StandardScaler fitted within each training fold</w:t>
            </w:r>
          </w:p>
        </w:tc>
      </w:tr>
      <w:tr w:rsidR="00210ED2" w14:paraId="72F49FCC" w14:textId="77777777">
        <w:trPr>
          <w:jc w:val="center"/>
        </w:trPr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2D2C25" w14:textId="77777777" w:rsidR="00210ED2" w:rsidRDefault="00000000">
            <w:pPr>
              <w:spacing w:after="0" w:line="240" w:lineRule="auto"/>
            </w:pPr>
            <w:r>
              <w:t>Penalized logistic regression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90347A7" w14:textId="77777777" w:rsidR="00210ED2" w:rsidRDefault="00000000">
            <w:pPr>
              <w:spacing w:after="0" w:line="240" w:lineRule="auto"/>
            </w:pPr>
            <w:r>
              <w:t>Penalty and class balance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E0C50F" w14:textId="77777777" w:rsidR="00210ED2" w:rsidRDefault="00000000">
            <w:pPr>
              <w:spacing w:after="0" w:line="240" w:lineRule="auto"/>
            </w:pPr>
            <w:r>
              <w:t>L2 penalty, C=0.5, class_weight='balanced', max_iter=5000</w:t>
            </w:r>
          </w:p>
        </w:tc>
      </w:tr>
      <w:tr w:rsidR="00210ED2" w14:paraId="056E273D" w14:textId="77777777">
        <w:trPr>
          <w:jc w:val="center"/>
        </w:trPr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A33CA9" w14:textId="77777777" w:rsidR="00210ED2" w:rsidRDefault="00000000">
            <w:pPr>
              <w:spacing w:after="0" w:line="240" w:lineRule="auto"/>
            </w:pPr>
            <w:r>
              <w:t>Random forest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5AFA6E" w14:textId="77777777" w:rsidR="00210ED2" w:rsidRDefault="00000000">
            <w:pPr>
              <w:spacing w:after="0" w:line="240" w:lineRule="auto"/>
            </w:pPr>
            <w:r>
              <w:t>Main hyperparameters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F464266" w14:textId="77777777" w:rsidR="00210ED2" w:rsidRDefault="00000000">
            <w:pPr>
              <w:spacing w:after="0" w:line="240" w:lineRule="auto"/>
            </w:pPr>
            <w:r>
              <w:t>n_estimators=500, min_samples_leaf=8, class_weight='balanced_subsample', random_state=42</w:t>
            </w:r>
          </w:p>
        </w:tc>
      </w:tr>
      <w:tr w:rsidR="00210ED2" w14:paraId="76B10172" w14:textId="77777777">
        <w:trPr>
          <w:jc w:val="center"/>
        </w:trPr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DE3FD04" w14:textId="77777777" w:rsidR="00210ED2" w:rsidRDefault="00000000">
            <w:pPr>
              <w:spacing w:after="0" w:line="240" w:lineRule="auto"/>
            </w:pPr>
            <w:r>
              <w:t>XGBoost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6E6296" w14:textId="77777777" w:rsidR="00210ED2" w:rsidRDefault="00000000">
            <w:pPr>
              <w:spacing w:after="0" w:line="240" w:lineRule="auto"/>
            </w:pPr>
            <w:r>
              <w:t>Main hyperparameters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BC8F021" w14:textId="77777777" w:rsidR="00210ED2" w:rsidRDefault="00000000">
            <w:pPr>
              <w:spacing w:after="0" w:line="240" w:lineRule="auto"/>
            </w:pPr>
            <w:r>
              <w:t>n_estimators=160, learning_rate=0.03, max_depth=2, subsample=0.8, colsample_bytree=0.8, eval_metric='logloss', random_state=42</w:t>
            </w:r>
          </w:p>
        </w:tc>
      </w:tr>
      <w:tr w:rsidR="00210ED2" w14:paraId="600C9536" w14:textId="77777777">
        <w:trPr>
          <w:jc w:val="center"/>
        </w:trPr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915BFC" w14:textId="77777777" w:rsidR="00210ED2" w:rsidRDefault="00000000">
            <w:pPr>
              <w:spacing w:after="0" w:line="240" w:lineRule="auto"/>
            </w:pPr>
            <w:r>
              <w:t>Calibration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82D035" w14:textId="77777777" w:rsidR="00210ED2" w:rsidRDefault="00000000">
            <w:pPr>
              <w:spacing w:after="0" w:line="240" w:lineRule="auto"/>
            </w:pPr>
            <w:r>
              <w:t>Method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7A25E4" w14:textId="77777777" w:rsidR="00210ED2" w:rsidRDefault="00000000">
            <w:pPr>
              <w:spacing w:after="0" w:line="240" w:lineRule="auto"/>
            </w:pPr>
            <w:r>
              <w:t>Sigmoid calibration using CalibratedClassifierCV with internal 3-fold cross-validation inside each outer training fold</w:t>
            </w:r>
          </w:p>
        </w:tc>
      </w:tr>
      <w:tr w:rsidR="00210ED2" w14:paraId="073A5ABB" w14:textId="77777777">
        <w:trPr>
          <w:jc w:val="center"/>
        </w:trPr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C51C58" w14:textId="77777777" w:rsidR="00210ED2" w:rsidRDefault="00000000">
            <w:pPr>
              <w:spacing w:after="0" w:line="240" w:lineRule="auto"/>
            </w:pPr>
            <w:r>
              <w:t>Validation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DDD531A" w14:textId="77777777" w:rsidR="00210ED2" w:rsidRDefault="00000000">
            <w:pPr>
              <w:spacing w:after="0" w:line="240" w:lineRule="auto"/>
            </w:pPr>
            <w:r>
              <w:t>Internal validation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CA054E" w14:textId="77777777" w:rsidR="00210ED2" w:rsidRDefault="00000000">
            <w:pPr>
              <w:spacing w:after="0" w:line="240" w:lineRule="auto"/>
            </w:pPr>
            <w:r>
              <w:t>Repeated stratified 5-fold cross-validation with 20 repeats; repeated out-of-fold predictions averaged per patient</w:t>
            </w:r>
          </w:p>
        </w:tc>
      </w:tr>
      <w:tr w:rsidR="00210ED2" w14:paraId="0E02CD3A" w14:textId="77777777">
        <w:trPr>
          <w:jc w:val="center"/>
        </w:trPr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B75FCB" w14:textId="77777777" w:rsidR="00210ED2" w:rsidRDefault="00000000">
            <w:pPr>
              <w:spacing w:after="0" w:line="240" w:lineRule="auto"/>
            </w:pPr>
            <w:r>
              <w:t>Uncertainty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9E2E0DC" w14:textId="77777777" w:rsidR="00210ED2" w:rsidRDefault="00000000">
            <w:pPr>
              <w:spacing w:after="0" w:line="240" w:lineRule="auto"/>
            </w:pPr>
            <w:r>
              <w:t>Confidence intervals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FD94A43" w14:textId="77777777" w:rsidR="00210ED2" w:rsidRDefault="00000000">
            <w:pPr>
              <w:spacing w:after="0" w:line="240" w:lineRule="auto"/>
            </w:pPr>
            <w:r>
              <w:t>Bootstrap resampling of patients using repeated out-of-fold predicted probabilities</w:t>
            </w:r>
          </w:p>
        </w:tc>
      </w:tr>
      <w:tr w:rsidR="00210ED2" w14:paraId="4A23B0F0" w14:textId="77777777">
        <w:trPr>
          <w:jc w:val="center"/>
        </w:trPr>
        <w:tc>
          <w:tcPr>
            <w:tcW w:w="484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C87D83B" w14:textId="77777777" w:rsidR="00210ED2" w:rsidRDefault="00000000">
            <w:pPr>
              <w:spacing w:after="0" w:line="240" w:lineRule="auto"/>
            </w:pPr>
            <w:r>
              <w:t>Software</w:t>
            </w:r>
          </w:p>
        </w:tc>
        <w:tc>
          <w:tcPr>
            <w:tcW w:w="484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27EFEB7" w14:textId="77777777" w:rsidR="00210ED2" w:rsidRDefault="00000000">
            <w:pPr>
              <w:spacing w:after="0" w:line="240" w:lineRule="auto"/>
            </w:pPr>
            <w:r>
              <w:t>Core software</w:t>
            </w:r>
          </w:p>
        </w:tc>
        <w:tc>
          <w:tcPr>
            <w:tcW w:w="484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CFE7D8E" w14:textId="77777777" w:rsidR="00210ED2" w:rsidRDefault="00000000">
            <w:pPr>
              <w:spacing w:after="0" w:line="240" w:lineRule="auto"/>
            </w:pPr>
            <w:r>
              <w:t>Python, pandas, scipy, statsmodels, scikit-learn, xgboost, shap, matplotlib</w:t>
            </w:r>
          </w:p>
        </w:tc>
      </w:tr>
    </w:tbl>
    <w:p w14:paraId="4E5A89D7" w14:textId="6BB162FD" w:rsidR="00210ED2" w:rsidRDefault="00000000" w:rsidP="0086755E">
      <w:pPr>
        <w:spacing w:line="240" w:lineRule="auto"/>
      </w:pPr>
      <w:r>
        <w:t>Preprocessing was performed within training folds for cross-validated analyses.</w:t>
      </w:r>
      <w:r>
        <w:br w:type="page"/>
      </w:r>
    </w:p>
    <w:p w14:paraId="0266E88F" w14:textId="77777777" w:rsidR="00210ED2" w:rsidRDefault="00000000">
      <w:pPr>
        <w:keepNext/>
        <w:spacing w:after="80" w:line="240" w:lineRule="auto"/>
      </w:pPr>
      <w:r>
        <w:rPr>
          <w:b/>
        </w:rPr>
        <w:lastRenderedPageBreak/>
        <w:t>Supplementary Table S19. Arthroplasty-context descriptive sensitivity analyses.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594"/>
        <w:gridCol w:w="2135"/>
        <w:gridCol w:w="1539"/>
        <w:gridCol w:w="1533"/>
        <w:gridCol w:w="1533"/>
        <w:gridCol w:w="1574"/>
        <w:gridCol w:w="1577"/>
        <w:gridCol w:w="1526"/>
        <w:gridCol w:w="1533"/>
      </w:tblGrid>
      <w:tr w:rsidR="00210ED2" w14:paraId="0AA1BE65" w14:textId="77777777">
        <w:trPr>
          <w:tblHeader/>
          <w:jc w:val="center"/>
        </w:trPr>
        <w:tc>
          <w:tcPr>
            <w:tcW w:w="16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F45532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Descriptive analysis</w:t>
            </w:r>
          </w:p>
        </w:tc>
        <w:tc>
          <w:tcPr>
            <w:tcW w:w="16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8752F30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Group</w:t>
            </w:r>
          </w:p>
        </w:tc>
        <w:tc>
          <w:tcPr>
            <w:tcW w:w="16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A034FB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No. patients</w:t>
            </w:r>
          </w:p>
        </w:tc>
        <w:tc>
          <w:tcPr>
            <w:tcW w:w="16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1D546F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MACCE events</w:t>
            </w:r>
          </w:p>
        </w:tc>
        <w:tc>
          <w:tcPr>
            <w:tcW w:w="16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B3CD23B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MACCE rate</w:t>
            </w:r>
          </w:p>
        </w:tc>
        <w:tc>
          <w:tcPr>
            <w:tcW w:w="16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5A0C35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Atrial fibrillation</w:t>
            </w:r>
          </w:p>
        </w:tc>
        <w:tc>
          <w:tcPr>
            <w:tcW w:w="16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9320DF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ICU admission</w:t>
            </w:r>
          </w:p>
        </w:tc>
        <w:tc>
          <w:tcPr>
            <w:tcW w:w="16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61001F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Median length of stay days</w:t>
            </w:r>
          </w:p>
        </w:tc>
        <w:tc>
          <w:tcPr>
            <w:tcW w:w="16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34EA1CB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Median BUN in MACCE vs no MACCE</w:t>
            </w:r>
          </w:p>
        </w:tc>
      </w:tr>
      <w:tr w:rsidR="00210ED2" w14:paraId="462D5158" w14:textId="77777777">
        <w:trPr>
          <w:jc w:val="center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A11CD67" w14:textId="77777777" w:rsidR="00210ED2" w:rsidRDefault="00000000">
            <w:pPr>
              <w:spacing w:after="0" w:line="240" w:lineRule="auto"/>
            </w:pPr>
            <w:r>
              <w:t>Admission acuity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801E8C6" w14:textId="77777777" w:rsidR="00210ED2" w:rsidRDefault="00000000">
            <w:pPr>
              <w:spacing w:after="0" w:line="240" w:lineRule="auto"/>
            </w:pPr>
            <w:r>
              <w:t>Non-urgent/elective or observation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C4BAD41" w14:textId="77777777" w:rsidR="00210ED2" w:rsidRDefault="00000000">
            <w:pPr>
              <w:spacing w:after="0" w:line="240" w:lineRule="auto"/>
            </w:pPr>
            <w:r>
              <w:t>737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42485E" w14:textId="77777777" w:rsidR="00210ED2" w:rsidRDefault="00000000">
            <w:pPr>
              <w:spacing w:after="0" w:line="240" w:lineRule="auto"/>
            </w:pPr>
            <w:r>
              <w:t>24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FDF0900" w14:textId="77777777" w:rsidR="00210ED2" w:rsidRDefault="00000000">
            <w:pPr>
              <w:spacing w:after="0" w:line="240" w:lineRule="auto"/>
            </w:pPr>
            <w:r>
              <w:t>3.3%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A693072" w14:textId="77777777" w:rsidR="00210ED2" w:rsidRDefault="00000000">
            <w:pPr>
              <w:spacing w:after="0" w:line="240" w:lineRule="auto"/>
            </w:pPr>
            <w:r>
              <w:t>117 (15.9%)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074718A" w14:textId="77777777" w:rsidR="00210ED2" w:rsidRDefault="00000000">
            <w:pPr>
              <w:spacing w:after="0" w:line="240" w:lineRule="auto"/>
            </w:pPr>
            <w:r>
              <w:t>50 (6.8%)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3472BA" w14:textId="77777777" w:rsidR="00210ED2" w:rsidRDefault="00000000">
            <w:pPr>
              <w:spacing w:after="0" w:line="240" w:lineRule="auto"/>
            </w:pPr>
            <w:r>
              <w:t>3.5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22413C" w14:textId="77777777" w:rsidR="00210ED2" w:rsidRDefault="00000000">
            <w:pPr>
              <w:spacing w:after="0" w:line="240" w:lineRule="auto"/>
            </w:pPr>
            <w:r>
              <w:t>25 vs 17</w:t>
            </w:r>
          </w:p>
        </w:tc>
      </w:tr>
      <w:tr w:rsidR="00210ED2" w14:paraId="5F97628F" w14:textId="77777777">
        <w:trPr>
          <w:jc w:val="center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3967FCC" w14:textId="77777777" w:rsidR="00210ED2" w:rsidRDefault="00000000">
            <w:pPr>
              <w:spacing w:after="0" w:line="240" w:lineRule="auto"/>
            </w:pPr>
            <w:r>
              <w:t>Admission acuity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FB1A55A" w14:textId="77777777" w:rsidR="00210ED2" w:rsidRDefault="00000000">
            <w:pPr>
              <w:spacing w:after="0" w:line="240" w:lineRule="auto"/>
            </w:pPr>
            <w:r>
              <w:t>Urgent/emergency admission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D214B47" w14:textId="77777777" w:rsidR="00210ED2" w:rsidRDefault="00000000">
            <w:pPr>
              <w:spacing w:after="0" w:line="240" w:lineRule="auto"/>
            </w:pPr>
            <w:r>
              <w:t>516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151DDFA" w14:textId="77777777" w:rsidR="00210ED2" w:rsidRDefault="00000000">
            <w:pPr>
              <w:spacing w:after="0" w:line="240" w:lineRule="auto"/>
            </w:pPr>
            <w:r>
              <w:t>57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CBD8AFA" w14:textId="77777777" w:rsidR="00210ED2" w:rsidRDefault="00000000">
            <w:pPr>
              <w:spacing w:after="0" w:line="240" w:lineRule="auto"/>
            </w:pPr>
            <w:r>
              <w:t>11.0%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E895369" w14:textId="77777777" w:rsidR="00210ED2" w:rsidRDefault="00000000">
            <w:pPr>
              <w:spacing w:after="0" w:line="240" w:lineRule="auto"/>
            </w:pPr>
            <w:r>
              <w:t>141 (27.3%)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551E4FE" w14:textId="77777777" w:rsidR="00210ED2" w:rsidRDefault="00000000">
            <w:pPr>
              <w:spacing w:after="0" w:line="240" w:lineRule="auto"/>
            </w:pPr>
            <w:r>
              <w:t>84 (16.3%)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CADC3B" w14:textId="77777777" w:rsidR="00210ED2" w:rsidRDefault="00000000">
            <w:pPr>
              <w:spacing w:after="0" w:line="240" w:lineRule="auto"/>
            </w:pPr>
            <w:r>
              <w:t>5.6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6FBC4B" w14:textId="77777777" w:rsidR="00210ED2" w:rsidRDefault="00000000">
            <w:pPr>
              <w:spacing w:after="0" w:line="240" w:lineRule="auto"/>
            </w:pPr>
            <w:r>
              <w:t>27 vs 20</w:t>
            </w:r>
          </w:p>
        </w:tc>
      </w:tr>
      <w:tr w:rsidR="00210ED2" w14:paraId="3FD831EA" w14:textId="77777777">
        <w:trPr>
          <w:jc w:val="center"/>
        </w:trPr>
        <w:tc>
          <w:tcPr>
            <w:tcW w:w="161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ACF592" w14:textId="77777777" w:rsidR="00210ED2" w:rsidRDefault="00000000">
            <w:pPr>
              <w:spacing w:after="0" w:line="240" w:lineRule="auto"/>
            </w:pPr>
            <w:r>
              <w:t>Revision-code sensitivity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55B1E9" w14:textId="77777777" w:rsidR="00210ED2" w:rsidRDefault="00000000">
            <w:pPr>
              <w:spacing w:after="0" w:line="240" w:lineRule="auto"/>
            </w:pPr>
            <w:r>
              <w:t>Revision/spacer codes excluded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597299D" w14:textId="77777777" w:rsidR="00210ED2" w:rsidRDefault="00000000">
            <w:pPr>
              <w:spacing w:after="0" w:line="240" w:lineRule="auto"/>
            </w:pPr>
            <w:r>
              <w:t>1178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242A26" w14:textId="77777777" w:rsidR="00210ED2" w:rsidRDefault="00000000">
            <w:pPr>
              <w:spacing w:after="0" w:line="240" w:lineRule="auto"/>
            </w:pPr>
            <w:r>
              <w:t>74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D71E3E5" w14:textId="77777777" w:rsidR="00210ED2" w:rsidRDefault="00000000">
            <w:pPr>
              <w:spacing w:after="0" w:line="240" w:lineRule="auto"/>
            </w:pPr>
            <w:r>
              <w:t>6.3%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540BE35" w14:textId="77777777" w:rsidR="00210ED2" w:rsidRDefault="00000000">
            <w:pPr>
              <w:spacing w:after="0" w:line="240" w:lineRule="auto"/>
            </w:pPr>
            <w:r>
              <w:t>241 (20.5%)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FCDAE06" w14:textId="77777777" w:rsidR="00210ED2" w:rsidRDefault="00000000">
            <w:pPr>
              <w:spacing w:after="0" w:line="240" w:lineRule="auto"/>
            </w:pPr>
            <w:r>
              <w:t>116 (9.8%)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9A13EA" w14:textId="77777777" w:rsidR="00210ED2" w:rsidRDefault="00000000">
            <w:pPr>
              <w:spacing w:after="0" w:line="240" w:lineRule="auto"/>
            </w:pPr>
            <w:r>
              <w:t>4.0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FADC09" w14:textId="77777777" w:rsidR="00210ED2" w:rsidRDefault="00000000">
            <w:pPr>
              <w:spacing w:after="0" w:line="240" w:lineRule="auto"/>
            </w:pPr>
            <w:r>
              <w:t>28 vs 18</w:t>
            </w:r>
          </w:p>
        </w:tc>
      </w:tr>
    </w:tbl>
    <w:p w14:paraId="63FFC688" w14:textId="77777777" w:rsidR="00210ED2" w:rsidRDefault="00210ED2"/>
    <w:p w14:paraId="66703827" w14:textId="77777777" w:rsidR="00210ED2" w:rsidRDefault="00000000">
      <w:pPr>
        <w:spacing w:line="240" w:lineRule="auto"/>
      </w:pPr>
      <w:r>
        <w:t>These descriptive analyses evaluated admission acuity and revision/spacer-code sensitivity contexts.</w:t>
      </w:r>
    </w:p>
    <w:p w14:paraId="7A272DD2" w14:textId="77777777" w:rsidR="00210ED2" w:rsidRDefault="00000000">
      <w:pPr>
        <w:spacing w:after="0"/>
      </w:pPr>
      <w:r>
        <w:br w:type="page"/>
      </w:r>
    </w:p>
    <w:p w14:paraId="4C15C295" w14:textId="77777777" w:rsidR="00210ED2" w:rsidRDefault="00000000">
      <w:pPr>
        <w:keepNext/>
        <w:spacing w:after="80" w:line="240" w:lineRule="auto"/>
      </w:pPr>
      <w:r>
        <w:rPr>
          <w:b/>
        </w:rPr>
        <w:lastRenderedPageBreak/>
        <w:t>Supplementary Table S20. Fracture diagnosis and admission-acuity subgroup characteristics.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2363"/>
        <w:gridCol w:w="1543"/>
        <w:gridCol w:w="814"/>
        <w:gridCol w:w="776"/>
        <w:gridCol w:w="776"/>
        <w:gridCol w:w="776"/>
        <w:gridCol w:w="776"/>
        <w:gridCol w:w="739"/>
        <w:gridCol w:w="1636"/>
        <w:gridCol w:w="972"/>
        <w:gridCol w:w="907"/>
        <w:gridCol w:w="871"/>
        <w:gridCol w:w="739"/>
        <w:gridCol w:w="856"/>
      </w:tblGrid>
      <w:tr w:rsidR="00210ED2" w14:paraId="6A704671" w14:textId="77777777">
        <w:trPr>
          <w:tblHeader/>
          <w:jc w:val="center"/>
        </w:trPr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9D69A2E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Subgroup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8E5BE90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Level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CC6ADC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Patients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2C5DE1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Broad MACCE events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A1A400D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Broad MACCE rate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181F37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Strict MACCE events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47281C8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Strict MACCE rate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E9B8C9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Median age, years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C62DCDA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Urgent/emergency admission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BF44E7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Atrial fibrillation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FC3241E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Coronary artery disease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4D5057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BUN available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0FF159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Median BUN, mg/dL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7AAB1B4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BUN &gt;30 mg/dL</w:t>
            </w:r>
          </w:p>
        </w:tc>
      </w:tr>
      <w:tr w:rsidR="00210ED2" w14:paraId="2EF347A6" w14:textId="77777777">
        <w:trPr>
          <w:jc w:val="center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04B4739" w14:textId="77777777" w:rsidR="00210ED2" w:rsidRDefault="00000000">
            <w:pPr>
              <w:spacing w:after="0" w:line="240" w:lineRule="auto"/>
            </w:pPr>
            <w:r>
              <w:t>fracture_group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2F83E4F" w14:textId="77777777" w:rsidR="00210ED2" w:rsidRDefault="00000000">
            <w:pPr>
              <w:spacing w:after="0" w:line="240" w:lineRule="auto"/>
            </w:pPr>
            <w:r>
              <w:t>Hip-fracture diagnosis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87B260E" w14:textId="77777777" w:rsidR="00210ED2" w:rsidRDefault="00000000">
            <w:pPr>
              <w:spacing w:after="0" w:line="240" w:lineRule="auto"/>
            </w:pPr>
            <w:r>
              <w:t>484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76FBA43" w14:textId="77777777" w:rsidR="00210ED2" w:rsidRDefault="00000000">
            <w:pPr>
              <w:spacing w:after="0" w:line="240" w:lineRule="auto"/>
            </w:pPr>
            <w:r>
              <w:t>52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494147" w14:textId="77777777" w:rsidR="00210ED2" w:rsidRDefault="00000000">
            <w:pPr>
              <w:spacing w:after="0" w:line="240" w:lineRule="auto"/>
            </w:pPr>
            <w:r>
              <w:t>10.7%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95A2FAF" w14:textId="77777777" w:rsidR="00210ED2" w:rsidRDefault="00000000">
            <w:pPr>
              <w:spacing w:after="0" w:line="240" w:lineRule="auto"/>
            </w:pPr>
            <w:r>
              <w:t>30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E4462F" w14:textId="77777777" w:rsidR="00210ED2" w:rsidRDefault="00000000">
            <w:pPr>
              <w:spacing w:after="0" w:line="240" w:lineRule="auto"/>
            </w:pPr>
            <w:r>
              <w:t>6.2%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7654B59" w14:textId="77777777" w:rsidR="00210ED2" w:rsidRDefault="00000000">
            <w:pPr>
              <w:spacing w:after="0" w:line="240" w:lineRule="auto"/>
            </w:pPr>
            <w:r>
              <w:t>82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40859BD" w14:textId="77777777" w:rsidR="00210ED2" w:rsidRDefault="00000000">
            <w:pPr>
              <w:spacing w:after="0" w:line="240" w:lineRule="auto"/>
            </w:pPr>
            <w:r>
              <w:t>92.6%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67A1A4" w14:textId="77777777" w:rsidR="00210ED2" w:rsidRDefault="00000000">
            <w:pPr>
              <w:spacing w:after="0" w:line="240" w:lineRule="auto"/>
            </w:pPr>
            <w:r>
              <w:t>26.2%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5B105B1" w14:textId="77777777" w:rsidR="00210ED2" w:rsidRDefault="00000000">
            <w:pPr>
              <w:spacing w:after="0" w:line="240" w:lineRule="auto"/>
            </w:pPr>
            <w:r>
              <w:t>24.8%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342D8B" w14:textId="77777777" w:rsidR="00210ED2" w:rsidRDefault="00000000">
            <w:pPr>
              <w:spacing w:after="0" w:line="240" w:lineRule="auto"/>
            </w:pPr>
            <w:r>
              <w:t>88.6%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3C409F4" w14:textId="77777777" w:rsidR="00210ED2" w:rsidRDefault="00000000">
            <w:pPr>
              <w:spacing w:after="0" w:line="240" w:lineRule="auto"/>
            </w:pPr>
            <w:r>
              <w:t>21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BEDB63" w14:textId="77777777" w:rsidR="00210ED2" w:rsidRDefault="00000000">
            <w:pPr>
              <w:spacing w:after="0" w:line="240" w:lineRule="auto"/>
            </w:pPr>
            <w:r>
              <w:t>23.3%</w:t>
            </w:r>
          </w:p>
        </w:tc>
      </w:tr>
      <w:tr w:rsidR="00210ED2" w14:paraId="68C82EE3" w14:textId="77777777">
        <w:trPr>
          <w:jc w:val="center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10673F" w14:textId="77777777" w:rsidR="00210ED2" w:rsidRDefault="00000000">
            <w:pPr>
              <w:spacing w:after="0" w:line="240" w:lineRule="auto"/>
            </w:pPr>
            <w:r>
              <w:t>fracture_group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E55C1B6" w14:textId="77777777" w:rsidR="00210ED2" w:rsidRDefault="00000000">
            <w:pPr>
              <w:spacing w:after="0" w:line="240" w:lineRule="auto"/>
            </w:pPr>
            <w:r>
              <w:t>No hip-fracture diagnosis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AF55D8D" w14:textId="77777777" w:rsidR="00210ED2" w:rsidRDefault="00000000">
            <w:pPr>
              <w:spacing w:after="0" w:line="240" w:lineRule="auto"/>
            </w:pPr>
            <w:r>
              <w:t>769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212BC91" w14:textId="77777777" w:rsidR="00210ED2" w:rsidRDefault="00000000">
            <w:pPr>
              <w:spacing w:after="0" w:line="240" w:lineRule="auto"/>
            </w:pPr>
            <w:r>
              <w:t>29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3D8F86B" w14:textId="77777777" w:rsidR="00210ED2" w:rsidRDefault="00000000">
            <w:pPr>
              <w:spacing w:after="0" w:line="240" w:lineRule="auto"/>
            </w:pPr>
            <w:r>
              <w:t>3.8%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5BEF085" w14:textId="77777777" w:rsidR="00210ED2" w:rsidRDefault="00000000">
            <w:pPr>
              <w:spacing w:after="0" w:line="240" w:lineRule="auto"/>
            </w:pPr>
            <w:r>
              <w:t>14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91DFB61" w14:textId="77777777" w:rsidR="00210ED2" w:rsidRDefault="00000000">
            <w:pPr>
              <w:spacing w:after="0" w:line="240" w:lineRule="auto"/>
            </w:pPr>
            <w:r>
              <w:t>1.8%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4182A5" w14:textId="77777777" w:rsidR="00210ED2" w:rsidRDefault="00000000">
            <w:pPr>
              <w:spacing w:after="0" w:line="240" w:lineRule="auto"/>
            </w:pPr>
            <w:r>
              <w:t>73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3DB594" w14:textId="77777777" w:rsidR="00210ED2" w:rsidRDefault="00000000">
            <w:pPr>
              <w:spacing w:after="0" w:line="240" w:lineRule="auto"/>
            </w:pPr>
            <w:r>
              <w:t>8.8%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6BCD1A" w14:textId="77777777" w:rsidR="00210ED2" w:rsidRDefault="00000000">
            <w:pPr>
              <w:spacing w:after="0" w:line="240" w:lineRule="auto"/>
            </w:pPr>
            <w:r>
              <w:t>17.0%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6A82C38" w14:textId="77777777" w:rsidR="00210ED2" w:rsidRDefault="00000000">
            <w:pPr>
              <w:spacing w:after="0" w:line="240" w:lineRule="auto"/>
            </w:pPr>
            <w:r>
              <w:t>19.0%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CB54F04" w14:textId="77777777" w:rsidR="00210ED2" w:rsidRDefault="00000000">
            <w:pPr>
              <w:spacing w:after="0" w:line="240" w:lineRule="auto"/>
            </w:pPr>
            <w:r>
              <w:t>39.1%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2A50ACC" w14:textId="77777777" w:rsidR="00210ED2" w:rsidRDefault="00000000">
            <w:pPr>
              <w:spacing w:after="0" w:line="240" w:lineRule="auto"/>
            </w:pPr>
            <w:r>
              <w:t>18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09BEC62" w14:textId="77777777" w:rsidR="00210ED2" w:rsidRDefault="00000000">
            <w:pPr>
              <w:spacing w:after="0" w:line="240" w:lineRule="auto"/>
            </w:pPr>
            <w:r>
              <w:t>11.0%</w:t>
            </w:r>
          </w:p>
        </w:tc>
      </w:tr>
      <w:tr w:rsidR="00210ED2" w14:paraId="3E2F398C" w14:textId="77777777">
        <w:trPr>
          <w:jc w:val="center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2BB98A6" w14:textId="77777777" w:rsidR="00210ED2" w:rsidRDefault="00000000">
            <w:pPr>
              <w:spacing w:after="0" w:line="240" w:lineRule="auto"/>
            </w:pPr>
            <w:r>
              <w:t>admission_acuity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1DBFE82" w14:textId="77777777" w:rsidR="00210ED2" w:rsidRDefault="00000000">
            <w:pPr>
              <w:spacing w:after="0" w:line="240" w:lineRule="auto"/>
            </w:pPr>
            <w:r>
              <w:t>Urgent/emergency admission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BF91C5" w14:textId="77777777" w:rsidR="00210ED2" w:rsidRDefault="00000000">
            <w:pPr>
              <w:spacing w:after="0" w:line="240" w:lineRule="auto"/>
            </w:pPr>
            <w:r>
              <w:t>516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3483CE2" w14:textId="77777777" w:rsidR="00210ED2" w:rsidRDefault="00000000">
            <w:pPr>
              <w:spacing w:after="0" w:line="240" w:lineRule="auto"/>
            </w:pPr>
            <w:r>
              <w:t>57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5548FEE" w14:textId="77777777" w:rsidR="00210ED2" w:rsidRDefault="00000000">
            <w:pPr>
              <w:spacing w:after="0" w:line="240" w:lineRule="auto"/>
            </w:pPr>
            <w:r>
              <w:t>11.0%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22719C" w14:textId="77777777" w:rsidR="00210ED2" w:rsidRDefault="00000000">
            <w:pPr>
              <w:spacing w:after="0" w:line="240" w:lineRule="auto"/>
            </w:pPr>
            <w:r>
              <w:t>30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C6D207A" w14:textId="77777777" w:rsidR="00210ED2" w:rsidRDefault="00000000">
            <w:pPr>
              <w:spacing w:after="0" w:line="240" w:lineRule="auto"/>
            </w:pPr>
            <w:r>
              <w:t>5.8%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83A1A3" w14:textId="77777777" w:rsidR="00210ED2" w:rsidRDefault="00000000">
            <w:pPr>
              <w:spacing w:after="0" w:line="240" w:lineRule="auto"/>
            </w:pPr>
            <w:r>
              <w:t>82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DCE8B1" w14:textId="77777777" w:rsidR="00210ED2" w:rsidRDefault="00000000">
            <w:pPr>
              <w:spacing w:after="0" w:line="240" w:lineRule="auto"/>
            </w:pPr>
            <w:r>
              <w:t>100.0%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2D7BF84" w14:textId="77777777" w:rsidR="00210ED2" w:rsidRDefault="00000000">
            <w:pPr>
              <w:spacing w:after="0" w:line="240" w:lineRule="auto"/>
            </w:pPr>
            <w:r>
              <w:t>27.3%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9DB1666" w14:textId="77777777" w:rsidR="00210ED2" w:rsidRDefault="00000000">
            <w:pPr>
              <w:spacing w:after="0" w:line="240" w:lineRule="auto"/>
            </w:pPr>
            <w:r>
              <w:t>24.0%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4F7332D" w14:textId="77777777" w:rsidR="00210ED2" w:rsidRDefault="00000000">
            <w:pPr>
              <w:spacing w:after="0" w:line="240" w:lineRule="auto"/>
            </w:pPr>
            <w:r>
              <w:t>92.1%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A73234E" w14:textId="77777777" w:rsidR="00210ED2" w:rsidRDefault="00000000">
            <w:pPr>
              <w:spacing w:after="0" w:line="240" w:lineRule="auto"/>
            </w:pPr>
            <w:r>
              <w:t>21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1E5F00" w14:textId="77777777" w:rsidR="00210ED2" w:rsidRDefault="00000000">
            <w:pPr>
              <w:spacing w:after="0" w:line="240" w:lineRule="auto"/>
            </w:pPr>
            <w:r>
              <w:t>23.8%</w:t>
            </w:r>
          </w:p>
        </w:tc>
      </w:tr>
      <w:tr w:rsidR="00210ED2" w14:paraId="7A230630" w14:textId="77777777">
        <w:trPr>
          <w:jc w:val="center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4BF92B1" w14:textId="77777777" w:rsidR="00210ED2" w:rsidRDefault="00000000">
            <w:pPr>
              <w:spacing w:after="0" w:line="240" w:lineRule="auto"/>
            </w:pPr>
            <w:r>
              <w:t>admission_acuity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46B5A2E" w14:textId="77777777" w:rsidR="00210ED2" w:rsidRDefault="00000000">
            <w:pPr>
              <w:spacing w:after="0" w:line="240" w:lineRule="auto"/>
            </w:pPr>
            <w:r>
              <w:t>Elective, same-day, or observation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56F744D" w14:textId="77777777" w:rsidR="00210ED2" w:rsidRDefault="00000000">
            <w:pPr>
              <w:spacing w:after="0" w:line="240" w:lineRule="auto"/>
            </w:pPr>
            <w:r>
              <w:t>737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FCD5C6D" w14:textId="77777777" w:rsidR="00210ED2" w:rsidRDefault="00000000">
            <w:pPr>
              <w:spacing w:after="0" w:line="240" w:lineRule="auto"/>
            </w:pPr>
            <w:r>
              <w:t>24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45FB31D" w14:textId="77777777" w:rsidR="00210ED2" w:rsidRDefault="00000000">
            <w:pPr>
              <w:spacing w:after="0" w:line="240" w:lineRule="auto"/>
            </w:pPr>
            <w:r>
              <w:t>3.3%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6674091" w14:textId="77777777" w:rsidR="00210ED2" w:rsidRDefault="00000000">
            <w:pPr>
              <w:spacing w:after="0" w:line="240" w:lineRule="auto"/>
            </w:pPr>
            <w:r>
              <w:t>14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24DD21" w14:textId="77777777" w:rsidR="00210ED2" w:rsidRDefault="00000000">
            <w:pPr>
              <w:spacing w:after="0" w:line="240" w:lineRule="auto"/>
            </w:pPr>
            <w:r>
              <w:t>1.9%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B442EC0" w14:textId="77777777" w:rsidR="00210ED2" w:rsidRDefault="00000000">
            <w:pPr>
              <w:spacing w:after="0" w:line="240" w:lineRule="auto"/>
            </w:pPr>
            <w:r>
              <w:t>73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1C26DF1" w14:textId="77777777" w:rsidR="00210ED2" w:rsidRDefault="00000000">
            <w:pPr>
              <w:spacing w:after="0" w:line="240" w:lineRule="auto"/>
            </w:pPr>
            <w:r>
              <w:t>0.0%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008980" w14:textId="77777777" w:rsidR="00210ED2" w:rsidRDefault="00000000">
            <w:pPr>
              <w:spacing w:after="0" w:line="240" w:lineRule="auto"/>
            </w:pPr>
            <w:r>
              <w:t>15.9%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EA7A9E6" w14:textId="77777777" w:rsidR="00210ED2" w:rsidRDefault="00000000">
            <w:pPr>
              <w:spacing w:after="0" w:line="240" w:lineRule="auto"/>
            </w:pPr>
            <w:r>
              <w:t>19.3%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2DB172" w14:textId="77777777" w:rsidR="00210ED2" w:rsidRDefault="00000000">
            <w:pPr>
              <w:spacing w:after="0" w:line="240" w:lineRule="auto"/>
            </w:pPr>
            <w:r>
              <w:t>34.6%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0FD5AE7" w14:textId="77777777" w:rsidR="00210ED2" w:rsidRDefault="00000000">
            <w:pPr>
              <w:spacing w:after="0" w:line="240" w:lineRule="auto"/>
            </w:pPr>
            <w:r>
              <w:t>17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2950665" w14:textId="77777777" w:rsidR="00210ED2" w:rsidRDefault="00000000">
            <w:pPr>
              <w:spacing w:after="0" w:line="240" w:lineRule="auto"/>
            </w:pPr>
            <w:r>
              <w:t>7.8%</w:t>
            </w:r>
          </w:p>
        </w:tc>
      </w:tr>
      <w:tr w:rsidR="00210ED2" w14:paraId="7F4F7857" w14:textId="77777777">
        <w:trPr>
          <w:jc w:val="center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CB15F4E" w14:textId="77777777" w:rsidR="00210ED2" w:rsidRDefault="00000000">
            <w:pPr>
              <w:spacing w:after="0" w:line="240" w:lineRule="auto"/>
            </w:pPr>
            <w:r>
              <w:t>admission_acuity_three_level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BA1F8F2" w14:textId="77777777" w:rsidR="00210ED2" w:rsidRDefault="00000000">
            <w:pPr>
              <w:spacing w:after="0" w:line="240" w:lineRule="auto"/>
            </w:pPr>
            <w:r>
              <w:t>Urgent/emergency admission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D82BEF" w14:textId="77777777" w:rsidR="00210ED2" w:rsidRDefault="00000000">
            <w:pPr>
              <w:spacing w:after="0" w:line="240" w:lineRule="auto"/>
            </w:pPr>
            <w:r>
              <w:t>516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1A6FBB" w14:textId="77777777" w:rsidR="00210ED2" w:rsidRDefault="00000000">
            <w:pPr>
              <w:spacing w:after="0" w:line="240" w:lineRule="auto"/>
            </w:pPr>
            <w:r>
              <w:t>57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3D0ECF" w14:textId="77777777" w:rsidR="00210ED2" w:rsidRDefault="00000000">
            <w:pPr>
              <w:spacing w:after="0" w:line="240" w:lineRule="auto"/>
            </w:pPr>
            <w:r>
              <w:t>11.0%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96DE5AD" w14:textId="77777777" w:rsidR="00210ED2" w:rsidRDefault="00000000">
            <w:pPr>
              <w:spacing w:after="0" w:line="240" w:lineRule="auto"/>
            </w:pPr>
            <w:r>
              <w:t>30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8110CD1" w14:textId="77777777" w:rsidR="00210ED2" w:rsidRDefault="00000000">
            <w:pPr>
              <w:spacing w:after="0" w:line="240" w:lineRule="auto"/>
            </w:pPr>
            <w:r>
              <w:t>5.8%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1258825" w14:textId="77777777" w:rsidR="00210ED2" w:rsidRDefault="00000000">
            <w:pPr>
              <w:spacing w:after="0" w:line="240" w:lineRule="auto"/>
            </w:pPr>
            <w:r>
              <w:t>82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E49B3B" w14:textId="77777777" w:rsidR="00210ED2" w:rsidRDefault="00000000">
            <w:pPr>
              <w:spacing w:after="0" w:line="240" w:lineRule="auto"/>
            </w:pPr>
            <w:r>
              <w:t>100.0%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823EB38" w14:textId="77777777" w:rsidR="00210ED2" w:rsidRDefault="00000000">
            <w:pPr>
              <w:spacing w:after="0" w:line="240" w:lineRule="auto"/>
            </w:pPr>
            <w:r>
              <w:t>27.3%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5039EF1" w14:textId="77777777" w:rsidR="00210ED2" w:rsidRDefault="00000000">
            <w:pPr>
              <w:spacing w:after="0" w:line="240" w:lineRule="auto"/>
            </w:pPr>
            <w:r>
              <w:t>24.0%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F572C0" w14:textId="77777777" w:rsidR="00210ED2" w:rsidRDefault="00000000">
            <w:pPr>
              <w:spacing w:after="0" w:line="240" w:lineRule="auto"/>
            </w:pPr>
            <w:r>
              <w:t>92.1%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13FD225" w14:textId="77777777" w:rsidR="00210ED2" w:rsidRDefault="00000000">
            <w:pPr>
              <w:spacing w:after="0" w:line="240" w:lineRule="auto"/>
            </w:pPr>
            <w:r>
              <w:t>21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86D973A" w14:textId="77777777" w:rsidR="00210ED2" w:rsidRDefault="00000000">
            <w:pPr>
              <w:spacing w:after="0" w:line="240" w:lineRule="auto"/>
            </w:pPr>
            <w:r>
              <w:t>23.8%</w:t>
            </w:r>
          </w:p>
        </w:tc>
      </w:tr>
      <w:tr w:rsidR="00210ED2" w14:paraId="4815190C" w14:textId="77777777">
        <w:trPr>
          <w:jc w:val="center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6C88D81" w14:textId="77777777" w:rsidR="00210ED2" w:rsidRDefault="00000000">
            <w:pPr>
              <w:spacing w:after="0" w:line="240" w:lineRule="auto"/>
            </w:pPr>
            <w:r>
              <w:t>admission_acuity_three_level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6E956EA" w14:textId="77777777" w:rsidR="00210ED2" w:rsidRDefault="00000000">
            <w:pPr>
              <w:spacing w:after="0" w:line="240" w:lineRule="auto"/>
            </w:pPr>
            <w:r>
              <w:t>Observation admission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0B85307" w14:textId="77777777" w:rsidR="00210ED2" w:rsidRDefault="00000000">
            <w:pPr>
              <w:spacing w:after="0" w:line="240" w:lineRule="auto"/>
            </w:pPr>
            <w:r>
              <w:t>56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5635D7" w14:textId="77777777" w:rsidR="00210ED2" w:rsidRDefault="00000000">
            <w:pPr>
              <w:spacing w:after="0" w:line="240" w:lineRule="auto"/>
            </w:pPr>
            <w:r>
              <w:t>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5C7484" w14:textId="77777777" w:rsidR="00210ED2" w:rsidRDefault="00000000">
            <w:pPr>
              <w:spacing w:after="0" w:line="240" w:lineRule="auto"/>
            </w:pPr>
            <w:r>
              <w:t>8.9%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EEA5A5" w14:textId="77777777" w:rsidR="00210ED2" w:rsidRDefault="00000000">
            <w:pPr>
              <w:spacing w:after="0" w:line="240" w:lineRule="auto"/>
            </w:pPr>
            <w: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755A5E7" w14:textId="77777777" w:rsidR="00210ED2" w:rsidRDefault="00000000">
            <w:pPr>
              <w:spacing w:after="0" w:line="240" w:lineRule="auto"/>
            </w:pPr>
            <w:r>
              <w:t>5.4%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BCA452B" w14:textId="77777777" w:rsidR="00210ED2" w:rsidRDefault="00000000">
            <w:pPr>
              <w:spacing w:after="0" w:line="240" w:lineRule="auto"/>
            </w:pPr>
            <w:r>
              <w:t>70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CC4994" w14:textId="77777777" w:rsidR="00210ED2" w:rsidRDefault="00000000">
            <w:pPr>
              <w:spacing w:after="0" w:line="240" w:lineRule="auto"/>
            </w:pPr>
            <w:r>
              <w:t>0.0%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D2F8D20" w14:textId="77777777" w:rsidR="00210ED2" w:rsidRDefault="00000000">
            <w:pPr>
              <w:spacing w:after="0" w:line="240" w:lineRule="auto"/>
            </w:pPr>
            <w:r>
              <w:t>23.2%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460713" w14:textId="77777777" w:rsidR="00210ED2" w:rsidRDefault="00000000">
            <w:pPr>
              <w:spacing w:after="0" w:line="240" w:lineRule="auto"/>
            </w:pPr>
            <w:r>
              <w:t>30.4%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8A46E3" w14:textId="77777777" w:rsidR="00210ED2" w:rsidRDefault="00000000">
            <w:pPr>
              <w:spacing w:after="0" w:line="240" w:lineRule="auto"/>
            </w:pPr>
            <w:r>
              <w:t>58.9%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CE23EB" w14:textId="77777777" w:rsidR="00210ED2" w:rsidRDefault="00000000">
            <w:pPr>
              <w:spacing w:after="0" w:line="240" w:lineRule="auto"/>
            </w:pPr>
            <w:r>
              <w:t>16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B44C3B6" w14:textId="77777777" w:rsidR="00210ED2" w:rsidRDefault="00000000">
            <w:pPr>
              <w:spacing w:after="0" w:line="240" w:lineRule="auto"/>
            </w:pPr>
            <w:r>
              <w:t>12.1%</w:t>
            </w:r>
          </w:p>
        </w:tc>
      </w:tr>
      <w:tr w:rsidR="00210ED2" w14:paraId="6697BFBC" w14:textId="77777777">
        <w:trPr>
          <w:jc w:val="center"/>
        </w:trPr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6ECBFB" w14:textId="77777777" w:rsidR="00210ED2" w:rsidRDefault="00000000">
            <w:pPr>
              <w:spacing w:after="0" w:line="240" w:lineRule="auto"/>
            </w:pPr>
            <w:r>
              <w:t>admission_acuity_three_level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94483A" w14:textId="77777777" w:rsidR="00210ED2" w:rsidRDefault="00000000">
            <w:pPr>
              <w:spacing w:after="0" w:line="240" w:lineRule="auto"/>
            </w:pPr>
            <w:r>
              <w:t>Elective or same-day admission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A3D693" w14:textId="77777777" w:rsidR="00210ED2" w:rsidRDefault="00000000">
            <w:pPr>
              <w:spacing w:after="0" w:line="240" w:lineRule="auto"/>
            </w:pPr>
            <w:r>
              <w:t>681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6BA8D6" w14:textId="77777777" w:rsidR="00210ED2" w:rsidRDefault="00000000">
            <w:pPr>
              <w:spacing w:after="0" w:line="240" w:lineRule="auto"/>
            </w:pPr>
            <w:r>
              <w:t>19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538CEA5" w14:textId="77777777" w:rsidR="00210ED2" w:rsidRDefault="00000000">
            <w:pPr>
              <w:spacing w:after="0" w:line="240" w:lineRule="auto"/>
            </w:pPr>
            <w:r>
              <w:t>2.8%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F5C4C90" w14:textId="77777777" w:rsidR="00210ED2" w:rsidRDefault="00000000">
            <w:pPr>
              <w:spacing w:after="0" w:line="240" w:lineRule="auto"/>
            </w:pPr>
            <w:r>
              <w:t>11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2F1E1C3" w14:textId="77777777" w:rsidR="00210ED2" w:rsidRDefault="00000000">
            <w:pPr>
              <w:spacing w:after="0" w:line="240" w:lineRule="auto"/>
            </w:pPr>
            <w:r>
              <w:t>1.6%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46EF18B" w14:textId="77777777" w:rsidR="00210ED2" w:rsidRDefault="00000000">
            <w:pPr>
              <w:spacing w:after="0" w:line="240" w:lineRule="auto"/>
            </w:pPr>
            <w:r>
              <w:t>73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F355D6D" w14:textId="77777777" w:rsidR="00210ED2" w:rsidRDefault="00000000">
            <w:pPr>
              <w:spacing w:after="0" w:line="240" w:lineRule="auto"/>
            </w:pPr>
            <w:r>
              <w:t>0.0%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4E0939" w14:textId="77777777" w:rsidR="00210ED2" w:rsidRDefault="00000000">
            <w:pPr>
              <w:spacing w:after="0" w:line="240" w:lineRule="auto"/>
            </w:pPr>
            <w:r>
              <w:t>15.3%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5C49564" w14:textId="77777777" w:rsidR="00210ED2" w:rsidRDefault="00000000">
            <w:pPr>
              <w:spacing w:after="0" w:line="240" w:lineRule="auto"/>
            </w:pPr>
            <w:r>
              <w:t>18.4%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A3F451" w14:textId="77777777" w:rsidR="00210ED2" w:rsidRDefault="00000000">
            <w:pPr>
              <w:spacing w:after="0" w:line="240" w:lineRule="auto"/>
            </w:pPr>
            <w:r>
              <w:t>32.6%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E0C335" w14:textId="77777777" w:rsidR="00210ED2" w:rsidRDefault="00000000">
            <w:pPr>
              <w:spacing w:after="0" w:line="240" w:lineRule="auto"/>
            </w:pPr>
            <w:r>
              <w:t>17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EADA4C9" w14:textId="77777777" w:rsidR="00210ED2" w:rsidRDefault="00000000">
            <w:pPr>
              <w:spacing w:after="0" w:line="240" w:lineRule="auto"/>
            </w:pPr>
            <w:r>
              <w:t>7.2%</w:t>
            </w:r>
          </w:p>
        </w:tc>
      </w:tr>
    </w:tbl>
    <w:p w14:paraId="66A36DEE" w14:textId="77777777" w:rsidR="00210ED2" w:rsidRDefault="00210ED2"/>
    <w:p w14:paraId="26BD2D1D" w14:textId="77777777" w:rsidR="00210ED2" w:rsidRDefault="00000000">
      <w:pPr>
        <w:spacing w:line="240" w:lineRule="auto"/>
      </w:pPr>
      <w:r>
        <w:t>Subgroup analyses were descriptive and were used to assess consistency across clinical contexts.</w:t>
      </w:r>
    </w:p>
    <w:p w14:paraId="4278695B" w14:textId="77777777" w:rsidR="00210ED2" w:rsidRDefault="00000000">
      <w:pPr>
        <w:spacing w:after="0"/>
      </w:pPr>
      <w:r>
        <w:br w:type="page"/>
      </w:r>
    </w:p>
    <w:p w14:paraId="206EAE43" w14:textId="77777777" w:rsidR="00210ED2" w:rsidRDefault="00000000">
      <w:pPr>
        <w:keepNext/>
        <w:spacing w:after="80" w:line="240" w:lineRule="auto"/>
      </w:pPr>
      <w:r>
        <w:rPr>
          <w:b/>
        </w:rPr>
        <w:lastRenderedPageBreak/>
        <w:t>Supplementary Table S21. Cross-classification of fracture diagnosis and admission acuity.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476"/>
        <w:gridCol w:w="1638"/>
        <w:gridCol w:w="873"/>
        <w:gridCol w:w="832"/>
        <w:gridCol w:w="832"/>
        <w:gridCol w:w="832"/>
        <w:gridCol w:w="832"/>
        <w:gridCol w:w="792"/>
        <w:gridCol w:w="1770"/>
        <w:gridCol w:w="1046"/>
        <w:gridCol w:w="975"/>
        <w:gridCol w:w="935"/>
        <w:gridCol w:w="792"/>
        <w:gridCol w:w="919"/>
      </w:tblGrid>
      <w:tr w:rsidR="00210ED2" w14:paraId="784D5B6C" w14:textId="77777777">
        <w:trPr>
          <w:tblHeader/>
          <w:jc w:val="center"/>
        </w:trPr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12010E3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Subgroup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634B86B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Level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F93C68D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Patients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34D55C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Broad MACCE events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E9DE7F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Broad MACCE rate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3099130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Strict MACCE events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113E396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Strict MACCE rate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0EC2CB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Median age, years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8539C4B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Urgent/emergency admission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9FCC14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Atrial fibrillation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F64FC27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Coronary artery disease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02A1253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BUN available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90DCFCB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Median BUN, mg/dL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1E99031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BUN &gt;30 mg/dL</w:t>
            </w:r>
          </w:p>
        </w:tc>
      </w:tr>
      <w:tr w:rsidR="00210ED2" w14:paraId="3FC35A8F" w14:textId="77777777">
        <w:trPr>
          <w:jc w:val="center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AB94435" w14:textId="77777777" w:rsidR="00210ED2" w:rsidRDefault="00000000">
            <w:pPr>
              <w:spacing w:after="0" w:line="240" w:lineRule="auto"/>
            </w:pPr>
            <w:r>
              <w:t>fracture_context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7A8D7B" w14:textId="77777777" w:rsidR="00210ED2" w:rsidRDefault="00000000">
            <w:pPr>
              <w:spacing w:after="0" w:line="240" w:lineRule="auto"/>
            </w:pPr>
            <w:r>
              <w:t>Hip-fracture diagnosis with urgent/emergency admission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8927490" w14:textId="77777777" w:rsidR="00210ED2" w:rsidRDefault="00000000">
            <w:pPr>
              <w:spacing w:after="0" w:line="240" w:lineRule="auto"/>
            </w:pPr>
            <w:r>
              <w:t>448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8E79B9" w14:textId="77777777" w:rsidR="00210ED2" w:rsidRDefault="00000000">
            <w:pPr>
              <w:spacing w:after="0" w:line="240" w:lineRule="auto"/>
            </w:pPr>
            <w:r>
              <w:t>49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5E09E01" w14:textId="77777777" w:rsidR="00210ED2" w:rsidRDefault="00000000">
            <w:pPr>
              <w:spacing w:after="0" w:line="240" w:lineRule="auto"/>
            </w:pPr>
            <w:r>
              <w:t>10.9%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51A4024" w14:textId="77777777" w:rsidR="00210ED2" w:rsidRDefault="00000000">
            <w:pPr>
              <w:spacing w:after="0" w:line="240" w:lineRule="auto"/>
            </w:pPr>
            <w:r>
              <w:t>29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B1B6C42" w14:textId="77777777" w:rsidR="00210ED2" w:rsidRDefault="00000000">
            <w:pPr>
              <w:spacing w:after="0" w:line="240" w:lineRule="auto"/>
            </w:pPr>
            <w:r>
              <w:t>6.5%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6150F3E" w14:textId="77777777" w:rsidR="00210ED2" w:rsidRDefault="00000000">
            <w:pPr>
              <w:spacing w:after="0" w:line="240" w:lineRule="auto"/>
            </w:pPr>
            <w:r>
              <w:t>82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F6B39D" w14:textId="77777777" w:rsidR="00210ED2" w:rsidRDefault="00000000">
            <w:pPr>
              <w:spacing w:after="0" w:line="240" w:lineRule="auto"/>
            </w:pPr>
            <w:r>
              <w:t>100.0%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554BB4" w14:textId="77777777" w:rsidR="00210ED2" w:rsidRDefault="00000000">
            <w:pPr>
              <w:spacing w:after="0" w:line="240" w:lineRule="auto"/>
            </w:pPr>
            <w:r>
              <w:t>26.6%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45FEAC" w14:textId="77777777" w:rsidR="00210ED2" w:rsidRDefault="00000000">
            <w:pPr>
              <w:spacing w:after="0" w:line="240" w:lineRule="auto"/>
            </w:pPr>
            <w:r>
              <w:t>25.0%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47F4DD" w14:textId="77777777" w:rsidR="00210ED2" w:rsidRDefault="00000000">
            <w:pPr>
              <w:spacing w:after="0" w:line="240" w:lineRule="auto"/>
            </w:pPr>
            <w:r>
              <w:t>91.5%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58976BC" w14:textId="77777777" w:rsidR="00210ED2" w:rsidRDefault="00000000">
            <w:pPr>
              <w:spacing w:after="0" w:line="240" w:lineRule="auto"/>
            </w:pPr>
            <w:r>
              <w:t>21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59CE9D5" w14:textId="77777777" w:rsidR="00210ED2" w:rsidRDefault="00000000">
            <w:pPr>
              <w:spacing w:after="0" w:line="240" w:lineRule="auto"/>
            </w:pPr>
            <w:r>
              <w:t>23.9%</w:t>
            </w:r>
          </w:p>
        </w:tc>
      </w:tr>
      <w:tr w:rsidR="00210ED2" w14:paraId="2C3454FE" w14:textId="77777777">
        <w:trPr>
          <w:jc w:val="center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475F30B" w14:textId="77777777" w:rsidR="00210ED2" w:rsidRDefault="00000000">
            <w:pPr>
              <w:spacing w:after="0" w:line="240" w:lineRule="auto"/>
            </w:pPr>
            <w:r>
              <w:t>fracture_context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F9D7B1" w14:textId="77777777" w:rsidR="00210ED2" w:rsidRDefault="00000000">
            <w:pPr>
              <w:spacing w:after="0" w:line="240" w:lineRule="auto"/>
            </w:pPr>
            <w:r>
              <w:t>Hip-fracture diagnosis without urgent/emergency admission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AD49451" w14:textId="77777777" w:rsidR="00210ED2" w:rsidRDefault="00000000">
            <w:pPr>
              <w:spacing w:after="0" w:line="240" w:lineRule="auto"/>
            </w:pPr>
            <w:r>
              <w:t>36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4ABA60" w14:textId="77777777" w:rsidR="00210ED2" w:rsidRDefault="00000000">
            <w:pPr>
              <w:spacing w:after="0" w:line="240" w:lineRule="auto"/>
            </w:pPr>
            <w: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5DCAB46" w14:textId="77777777" w:rsidR="00210ED2" w:rsidRDefault="00000000">
            <w:pPr>
              <w:spacing w:after="0" w:line="240" w:lineRule="auto"/>
            </w:pPr>
            <w:r>
              <w:t>8.3%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DA37152" w14:textId="77777777" w:rsidR="00210ED2" w:rsidRDefault="00000000">
            <w:pPr>
              <w:spacing w:after="0" w:line="240" w:lineRule="auto"/>
            </w:pPr>
            <w:r>
              <w:t>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3F4F46" w14:textId="77777777" w:rsidR="00210ED2" w:rsidRDefault="00000000">
            <w:pPr>
              <w:spacing w:after="0" w:line="240" w:lineRule="auto"/>
            </w:pPr>
            <w:r>
              <w:t>2.8%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D10D44" w14:textId="77777777" w:rsidR="00210ED2" w:rsidRDefault="00000000">
            <w:pPr>
              <w:spacing w:after="0" w:line="240" w:lineRule="auto"/>
            </w:pPr>
            <w:r>
              <w:t>71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F6C592" w14:textId="77777777" w:rsidR="00210ED2" w:rsidRDefault="00000000">
            <w:pPr>
              <w:spacing w:after="0" w:line="240" w:lineRule="auto"/>
            </w:pPr>
            <w:r>
              <w:t>0.0%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50619AE" w14:textId="77777777" w:rsidR="00210ED2" w:rsidRDefault="00000000">
            <w:pPr>
              <w:spacing w:after="0" w:line="240" w:lineRule="auto"/>
            </w:pPr>
            <w:r>
              <w:t>22.2%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613DF0F" w14:textId="77777777" w:rsidR="00210ED2" w:rsidRDefault="00000000">
            <w:pPr>
              <w:spacing w:after="0" w:line="240" w:lineRule="auto"/>
            </w:pPr>
            <w:r>
              <w:t>22.2%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611ACA" w14:textId="77777777" w:rsidR="00210ED2" w:rsidRDefault="00000000">
            <w:pPr>
              <w:spacing w:after="0" w:line="240" w:lineRule="auto"/>
            </w:pPr>
            <w:r>
              <w:t>52.8%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4D9725" w14:textId="77777777" w:rsidR="00210ED2" w:rsidRDefault="00000000">
            <w:pPr>
              <w:spacing w:after="0" w:line="240" w:lineRule="auto"/>
            </w:pPr>
            <w:r>
              <w:t>16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EAC1F29" w14:textId="77777777" w:rsidR="00210ED2" w:rsidRDefault="00000000">
            <w:pPr>
              <w:spacing w:after="0" w:line="240" w:lineRule="auto"/>
            </w:pPr>
            <w:r>
              <w:t>10.5%</w:t>
            </w:r>
          </w:p>
        </w:tc>
      </w:tr>
      <w:tr w:rsidR="00210ED2" w14:paraId="0CC52302" w14:textId="77777777">
        <w:trPr>
          <w:jc w:val="center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AD59BB" w14:textId="77777777" w:rsidR="00210ED2" w:rsidRDefault="00000000">
            <w:pPr>
              <w:spacing w:after="0" w:line="240" w:lineRule="auto"/>
            </w:pPr>
            <w:r>
              <w:t>fracture_context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584363" w14:textId="77777777" w:rsidR="00210ED2" w:rsidRDefault="00000000">
            <w:pPr>
              <w:spacing w:after="0" w:line="240" w:lineRule="auto"/>
            </w:pPr>
            <w:r>
              <w:t>No hip-fracture diagnosis with urgent/emergency admission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1DE888" w14:textId="77777777" w:rsidR="00210ED2" w:rsidRDefault="00000000">
            <w:pPr>
              <w:spacing w:after="0" w:line="240" w:lineRule="auto"/>
            </w:pPr>
            <w:r>
              <w:t>68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6E92C2" w14:textId="77777777" w:rsidR="00210ED2" w:rsidRDefault="00000000">
            <w:pPr>
              <w:spacing w:after="0" w:line="240" w:lineRule="auto"/>
            </w:pPr>
            <w:r>
              <w:t>8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00DECA" w14:textId="77777777" w:rsidR="00210ED2" w:rsidRDefault="00000000">
            <w:pPr>
              <w:spacing w:after="0" w:line="240" w:lineRule="auto"/>
            </w:pPr>
            <w:r>
              <w:t>11.8%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6FBBB4" w14:textId="77777777" w:rsidR="00210ED2" w:rsidRDefault="00000000">
            <w:pPr>
              <w:spacing w:after="0" w:line="240" w:lineRule="auto"/>
            </w:pPr>
            <w:r>
              <w:t>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C80DDCD" w14:textId="77777777" w:rsidR="00210ED2" w:rsidRDefault="00000000">
            <w:pPr>
              <w:spacing w:after="0" w:line="240" w:lineRule="auto"/>
            </w:pPr>
            <w:r>
              <w:t>1.5%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6C9F396" w14:textId="77777777" w:rsidR="00210ED2" w:rsidRDefault="00000000">
            <w:pPr>
              <w:spacing w:after="0" w:line="240" w:lineRule="auto"/>
            </w:pPr>
            <w:r>
              <w:t>81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92B3E9" w14:textId="77777777" w:rsidR="00210ED2" w:rsidRDefault="00000000">
            <w:pPr>
              <w:spacing w:after="0" w:line="240" w:lineRule="auto"/>
            </w:pPr>
            <w:r>
              <w:t>100.0%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0CB334" w14:textId="77777777" w:rsidR="00210ED2" w:rsidRDefault="00000000">
            <w:pPr>
              <w:spacing w:after="0" w:line="240" w:lineRule="auto"/>
            </w:pPr>
            <w:r>
              <w:t>32.4%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943CF9E" w14:textId="77777777" w:rsidR="00210ED2" w:rsidRDefault="00000000">
            <w:pPr>
              <w:spacing w:after="0" w:line="240" w:lineRule="auto"/>
            </w:pPr>
            <w:r>
              <w:t>17.6%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80D8A9" w14:textId="77777777" w:rsidR="00210ED2" w:rsidRDefault="00000000">
            <w:pPr>
              <w:spacing w:after="0" w:line="240" w:lineRule="auto"/>
            </w:pPr>
            <w:r>
              <w:t>95.6%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049367" w14:textId="77777777" w:rsidR="00210ED2" w:rsidRDefault="00000000">
            <w:pPr>
              <w:spacing w:after="0" w:line="240" w:lineRule="auto"/>
            </w:pPr>
            <w:r>
              <w:t>22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979F40" w14:textId="77777777" w:rsidR="00210ED2" w:rsidRDefault="00000000">
            <w:pPr>
              <w:spacing w:after="0" w:line="240" w:lineRule="auto"/>
            </w:pPr>
            <w:r>
              <w:t>23.1%</w:t>
            </w:r>
          </w:p>
        </w:tc>
      </w:tr>
      <w:tr w:rsidR="00210ED2" w14:paraId="6DE82E5C" w14:textId="77777777">
        <w:trPr>
          <w:jc w:val="center"/>
        </w:trPr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1DCC585" w14:textId="77777777" w:rsidR="00210ED2" w:rsidRDefault="00000000">
            <w:pPr>
              <w:spacing w:after="0" w:line="240" w:lineRule="auto"/>
            </w:pPr>
            <w:r>
              <w:t>fracture_context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921EDD" w14:textId="77777777" w:rsidR="00210ED2" w:rsidRDefault="00000000">
            <w:pPr>
              <w:spacing w:after="0" w:line="240" w:lineRule="auto"/>
            </w:pPr>
            <w:r>
              <w:t>No hip-fracture diagnosis with elective/same-day/observation admission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B6C9D2" w14:textId="77777777" w:rsidR="00210ED2" w:rsidRDefault="00000000">
            <w:pPr>
              <w:spacing w:after="0" w:line="240" w:lineRule="auto"/>
            </w:pPr>
            <w:r>
              <w:t>701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4695D59" w14:textId="77777777" w:rsidR="00210ED2" w:rsidRDefault="00000000">
            <w:pPr>
              <w:spacing w:after="0" w:line="240" w:lineRule="auto"/>
            </w:pPr>
            <w:r>
              <w:t>21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92EF3ED" w14:textId="77777777" w:rsidR="00210ED2" w:rsidRDefault="00000000">
            <w:pPr>
              <w:spacing w:after="0" w:line="240" w:lineRule="auto"/>
            </w:pPr>
            <w:r>
              <w:t>3.0%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50A7B6" w14:textId="77777777" w:rsidR="00210ED2" w:rsidRDefault="00000000">
            <w:pPr>
              <w:spacing w:after="0" w:line="240" w:lineRule="auto"/>
            </w:pPr>
            <w:r>
              <w:t>13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3EB814" w14:textId="77777777" w:rsidR="00210ED2" w:rsidRDefault="00000000">
            <w:pPr>
              <w:spacing w:after="0" w:line="240" w:lineRule="auto"/>
            </w:pPr>
            <w:r>
              <w:t>1.9%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288B43" w14:textId="77777777" w:rsidR="00210ED2" w:rsidRDefault="00000000">
            <w:pPr>
              <w:spacing w:after="0" w:line="240" w:lineRule="auto"/>
            </w:pPr>
            <w:r>
              <w:t>73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1738BCA" w14:textId="77777777" w:rsidR="00210ED2" w:rsidRDefault="00000000">
            <w:pPr>
              <w:spacing w:after="0" w:line="240" w:lineRule="auto"/>
            </w:pPr>
            <w:r>
              <w:t>0.0%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8C6A75D" w14:textId="77777777" w:rsidR="00210ED2" w:rsidRDefault="00000000">
            <w:pPr>
              <w:spacing w:after="0" w:line="240" w:lineRule="auto"/>
            </w:pPr>
            <w:r>
              <w:t>15.5%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80F729A" w14:textId="77777777" w:rsidR="00210ED2" w:rsidRDefault="00000000">
            <w:pPr>
              <w:spacing w:after="0" w:line="240" w:lineRule="auto"/>
            </w:pPr>
            <w:r>
              <w:t>19.1%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AC5349" w14:textId="77777777" w:rsidR="00210ED2" w:rsidRDefault="00000000">
            <w:pPr>
              <w:spacing w:after="0" w:line="240" w:lineRule="auto"/>
            </w:pPr>
            <w:r>
              <w:t>33.7%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041373" w14:textId="77777777" w:rsidR="00210ED2" w:rsidRDefault="00000000">
            <w:pPr>
              <w:spacing w:after="0" w:line="240" w:lineRule="auto"/>
            </w:pPr>
            <w:r>
              <w:t>17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86B0D40" w14:textId="77777777" w:rsidR="00210ED2" w:rsidRDefault="00000000">
            <w:pPr>
              <w:spacing w:after="0" w:line="240" w:lineRule="auto"/>
            </w:pPr>
            <w:r>
              <w:t>7.6%</w:t>
            </w:r>
          </w:p>
        </w:tc>
      </w:tr>
    </w:tbl>
    <w:p w14:paraId="5D8DC18D" w14:textId="3AE17E62" w:rsidR="00210ED2" w:rsidRDefault="00000000" w:rsidP="00EA495F">
      <w:pPr>
        <w:spacing w:line="240" w:lineRule="auto"/>
      </w:pPr>
      <w:r>
        <w:t>Cross-classified groups were defined by hip-fracture diagnosis and admission acuity.</w:t>
      </w:r>
      <w:r>
        <w:br w:type="page"/>
      </w:r>
    </w:p>
    <w:p w14:paraId="22472A59" w14:textId="77777777" w:rsidR="00210ED2" w:rsidRDefault="00000000">
      <w:pPr>
        <w:keepNext/>
        <w:spacing w:after="80" w:line="240" w:lineRule="auto"/>
      </w:pPr>
      <w:r>
        <w:rPr>
          <w:b/>
        </w:rPr>
        <w:lastRenderedPageBreak/>
        <w:t>Supplementary Table S22. Event comparisons by fracture diagnosis and admission acuity.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2135"/>
        <w:gridCol w:w="2070"/>
        <w:gridCol w:w="2070"/>
        <w:gridCol w:w="2071"/>
        <w:gridCol w:w="2066"/>
        <w:gridCol w:w="2065"/>
        <w:gridCol w:w="2067"/>
      </w:tblGrid>
      <w:tr w:rsidR="00210ED2" w14:paraId="7F296D27" w14:textId="77777777">
        <w:trPr>
          <w:tblHeader/>
          <w:jc w:val="center"/>
        </w:trPr>
        <w:tc>
          <w:tcPr>
            <w:tcW w:w="207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04FEE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Comparison</w:t>
            </w:r>
          </w:p>
        </w:tc>
        <w:tc>
          <w:tcPr>
            <w:tcW w:w="207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B772EC3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Outcome</w:t>
            </w:r>
          </w:p>
        </w:tc>
        <w:tc>
          <w:tcPr>
            <w:tcW w:w="207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49A563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Exposed events/N</w:t>
            </w:r>
          </w:p>
        </w:tc>
        <w:tc>
          <w:tcPr>
            <w:tcW w:w="207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25AA9CC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Reference events/N</w:t>
            </w:r>
          </w:p>
        </w:tc>
        <w:tc>
          <w:tcPr>
            <w:tcW w:w="207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30C0FD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Odds ratio</w:t>
            </w:r>
          </w:p>
        </w:tc>
        <w:tc>
          <w:tcPr>
            <w:tcW w:w="207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868877F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95% CI</w:t>
            </w:r>
          </w:p>
        </w:tc>
        <w:tc>
          <w:tcPr>
            <w:tcW w:w="207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22E7F5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Fisher exact P value</w:t>
            </w:r>
          </w:p>
        </w:tc>
      </w:tr>
      <w:tr w:rsidR="00210ED2" w14:paraId="3BC8917B" w14:textId="77777777">
        <w:trPr>
          <w:jc w:val="center"/>
        </w:trPr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34D787C" w14:textId="77777777" w:rsidR="00210ED2" w:rsidRDefault="00000000">
            <w:pPr>
              <w:spacing w:after="0" w:line="240" w:lineRule="auto"/>
            </w:pPr>
            <w:r>
              <w:t>Hip-fracture diagnosis vs No hip-fracture diagnosis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E142F0B" w14:textId="77777777" w:rsidR="00210ED2" w:rsidRDefault="00000000">
            <w:pPr>
              <w:spacing w:after="0" w:line="240" w:lineRule="auto"/>
            </w:pPr>
            <w:r>
              <w:t>Broad MACCE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5DBEE4" w14:textId="77777777" w:rsidR="00210ED2" w:rsidRDefault="00000000">
            <w:pPr>
              <w:spacing w:after="0" w:line="240" w:lineRule="auto"/>
            </w:pPr>
            <w:r>
              <w:t>52/484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2712173" w14:textId="77777777" w:rsidR="00210ED2" w:rsidRDefault="00000000">
            <w:pPr>
              <w:spacing w:after="0" w:line="240" w:lineRule="auto"/>
            </w:pPr>
            <w:r>
              <w:t>29/769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91CEC7B" w14:textId="77777777" w:rsidR="00210ED2" w:rsidRDefault="00000000">
            <w:pPr>
              <w:spacing w:after="0" w:line="240" w:lineRule="auto"/>
            </w:pPr>
            <w:r>
              <w:t>3.05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A8EAE7" w14:textId="77777777" w:rsidR="00210ED2" w:rsidRDefault="00000000">
            <w:pPr>
              <w:spacing w:after="0" w:line="240" w:lineRule="auto"/>
            </w:pPr>
            <w:r>
              <w:t>1.91-4.86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484695" w14:textId="77777777" w:rsidR="00210ED2" w:rsidRDefault="00000000">
            <w:pPr>
              <w:spacing w:after="0" w:line="240" w:lineRule="auto"/>
            </w:pPr>
            <w:r>
              <w:t>&lt;0.001</w:t>
            </w:r>
          </w:p>
        </w:tc>
      </w:tr>
      <w:tr w:rsidR="00210ED2" w14:paraId="393B4F92" w14:textId="77777777">
        <w:trPr>
          <w:jc w:val="center"/>
        </w:trPr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881DCE0" w14:textId="77777777" w:rsidR="00210ED2" w:rsidRDefault="00000000">
            <w:pPr>
              <w:spacing w:after="0" w:line="240" w:lineRule="auto"/>
            </w:pPr>
            <w:r>
              <w:t>Hip-fracture diagnosis vs No hip-fracture diagnosis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90331E6" w14:textId="77777777" w:rsidR="00210ED2" w:rsidRDefault="00000000">
            <w:pPr>
              <w:spacing w:after="0" w:line="240" w:lineRule="auto"/>
            </w:pPr>
            <w:r>
              <w:t>Strict MACCE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9E2B0F" w14:textId="77777777" w:rsidR="00210ED2" w:rsidRDefault="00000000">
            <w:pPr>
              <w:spacing w:after="0" w:line="240" w:lineRule="auto"/>
            </w:pPr>
            <w:r>
              <w:t>30/484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E6A482" w14:textId="77777777" w:rsidR="00210ED2" w:rsidRDefault="00000000">
            <w:pPr>
              <w:spacing w:after="0" w:line="240" w:lineRule="auto"/>
            </w:pPr>
            <w:r>
              <w:t>14/769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B41E2B2" w14:textId="77777777" w:rsidR="00210ED2" w:rsidRDefault="00000000">
            <w:pPr>
              <w:spacing w:after="0" w:line="240" w:lineRule="auto"/>
            </w:pPr>
            <w:r>
              <w:t>3.50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9A2ADD7" w14:textId="77777777" w:rsidR="00210ED2" w:rsidRDefault="00000000">
            <w:pPr>
              <w:spacing w:after="0" w:line="240" w:lineRule="auto"/>
            </w:pPr>
            <w:r>
              <w:t>1.85-6.60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F3EF97" w14:textId="77777777" w:rsidR="00210ED2" w:rsidRDefault="00000000">
            <w:pPr>
              <w:spacing w:after="0" w:line="240" w:lineRule="auto"/>
            </w:pPr>
            <w:r>
              <w:t>&lt;0.001</w:t>
            </w:r>
          </w:p>
        </w:tc>
      </w:tr>
      <w:tr w:rsidR="00210ED2" w14:paraId="67DF020E" w14:textId="77777777">
        <w:trPr>
          <w:jc w:val="center"/>
        </w:trPr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68541B" w14:textId="77777777" w:rsidR="00210ED2" w:rsidRDefault="00000000">
            <w:pPr>
              <w:spacing w:after="0" w:line="240" w:lineRule="auto"/>
            </w:pPr>
            <w:r>
              <w:t>Urgent/emergency admission vs Elective, same-day, or observation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46F4EE6" w14:textId="77777777" w:rsidR="00210ED2" w:rsidRDefault="00000000">
            <w:pPr>
              <w:spacing w:after="0" w:line="240" w:lineRule="auto"/>
            </w:pPr>
            <w:r>
              <w:t>Broad MACCE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D32A524" w14:textId="77777777" w:rsidR="00210ED2" w:rsidRDefault="00000000">
            <w:pPr>
              <w:spacing w:after="0" w:line="240" w:lineRule="auto"/>
            </w:pPr>
            <w:r>
              <w:t>57/516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F6633F" w14:textId="77777777" w:rsidR="00210ED2" w:rsidRDefault="00000000">
            <w:pPr>
              <w:spacing w:after="0" w:line="240" w:lineRule="auto"/>
            </w:pPr>
            <w:r>
              <w:t>24/737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94A2374" w14:textId="77777777" w:rsidR="00210ED2" w:rsidRDefault="00000000">
            <w:pPr>
              <w:spacing w:after="0" w:line="240" w:lineRule="auto"/>
            </w:pPr>
            <w:r>
              <w:t>3.64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C3F027E" w14:textId="77777777" w:rsidR="00210ED2" w:rsidRDefault="00000000">
            <w:pPr>
              <w:spacing w:after="0" w:line="240" w:lineRule="auto"/>
            </w:pPr>
            <w:r>
              <w:t>2.24-5.93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4F5E3D" w14:textId="77777777" w:rsidR="00210ED2" w:rsidRDefault="00000000">
            <w:pPr>
              <w:spacing w:after="0" w:line="240" w:lineRule="auto"/>
            </w:pPr>
            <w:r>
              <w:t>&lt;0.001</w:t>
            </w:r>
          </w:p>
        </w:tc>
      </w:tr>
      <w:tr w:rsidR="00210ED2" w14:paraId="5DA42FE6" w14:textId="77777777">
        <w:trPr>
          <w:jc w:val="center"/>
        </w:trPr>
        <w:tc>
          <w:tcPr>
            <w:tcW w:w="207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5EC041" w14:textId="77777777" w:rsidR="00210ED2" w:rsidRDefault="00000000">
            <w:pPr>
              <w:spacing w:after="0" w:line="240" w:lineRule="auto"/>
            </w:pPr>
            <w:r>
              <w:t>Urgent/emergency admission vs Elective, same-day, or observation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B027067" w14:textId="77777777" w:rsidR="00210ED2" w:rsidRDefault="00000000">
            <w:pPr>
              <w:spacing w:after="0" w:line="240" w:lineRule="auto"/>
            </w:pPr>
            <w:r>
              <w:t>Strict MACCE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79F03C0" w14:textId="77777777" w:rsidR="00210ED2" w:rsidRDefault="00000000">
            <w:pPr>
              <w:spacing w:after="0" w:line="240" w:lineRule="auto"/>
            </w:pPr>
            <w:r>
              <w:t>30/516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A5F988A" w14:textId="77777777" w:rsidR="00210ED2" w:rsidRDefault="00000000">
            <w:pPr>
              <w:spacing w:after="0" w:line="240" w:lineRule="auto"/>
            </w:pPr>
            <w:r>
              <w:t>14/737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6BE463" w14:textId="77777777" w:rsidR="00210ED2" w:rsidRDefault="00000000">
            <w:pPr>
              <w:spacing w:after="0" w:line="240" w:lineRule="auto"/>
            </w:pPr>
            <w:r>
              <w:t>3.13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25865B" w14:textId="77777777" w:rsidR="00210ED2" w:rsidRDefault="00000000">
            <w:pPr>
              <w:spacing w:after="0" w:line="240" w:lineRule="auto"/>
            </w:pPr>
            <w:r>
              <w:t>1.66-5.91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8A0031C" w14:textId="77777777" w:rsidR="00210ED2" w:rsidRDefault="00000000">
            <w:pPr>
              <w:spacing w:after="0" w:line="240" w:lineRule="auto"/>
            </w:pPr>
            <w:r>
              <w:t>&lt;0.001</w:t>
            </w:r>
          </w:p>
        </w:tc>
      </w:tr>
    </w:tbl>
    <w:p w14:paraId="7ECE6584" w14:textId="77777777" w:rsidR="00210ED2" w:rsidRDefault="00210ED2"/>
    <w:p w14:paraId="4F19666C" w14:textId="77777777" w:rsidR="00210ED2" w:rsidRDefault="00000000">
      <w:pPr>
        <w:spacing w:line="240" w:lineRule="auto"/>
      </w:pPr>
      <w:r>
        <w:t>Comparisons are descriptive and should not be interpreted as external validation.</w:t>
      </w:r>
    </w:p>
    <w:p w14:paraId="1C7B259D" w14:textId="77777777" w:rsidR="00210ED2" w:rsidRDefault="00000000">
      <w:pPr>
        <w:spacing w:after="0"/>
      </w:pPr>
      <w:r>
        <w:br w:type="page"/>
      </w:r>
    </w:p>
    <w:p w14:paraId="3B5EAC7C" w14:textId="77777777" w:rsidR="00210ED2" w:rsidRDefault="00000000">
      <w:pPr>
        <w:keepNext/>
        <w:spacing w:after="80" w:line="240" w:lineRule="auto"/>
      </w:pPr>
      <w:r>
        <w:rPr>
          <w:b/>
        </w:rPr>
        <w:lastRenderedPageBreak/>
        <w:t>Supplementary Table S23. Hip-fracture ICD code examples used for subgroup definition.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2908"/>
        <w:gridCol w:w="2909"/>
        <w:gridCol w:w="2909"/>
        <w:gridCol w:w="2909"/>
        <w:gridCol w:w="2909"/>
      </w:tblGrid>
      <w:tr w:rsidR="00210ED2" w14:paraId="10CF63F1" w14:textId="77777777">
        <w:trPr>
          <w:tblHeader/>
          <w:jc w:val="center"/>
        </w:trPr>
        <w:tc>
          <w:tcPr>
            <w:tcW w:w="29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A0BF095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icd_clean</w:t>
            </w:r>
          </w:p>
        </w:tc>
        <w:tc>
          <w:tcPr>
            <w:tcW w:w="29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7194E4E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icd_version</w:t>
            </w:r>
          </w:p>
        </w:tc>
        <w:tc>
          <w:tcPr>
            <w:tcW w:w="29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DDFFCC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long_title</w:t>
            </w:r>
          </w:p>
        </w:tc>
        <w:tc>
          <w:tcPr>
            <w:tcW w:w="29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AAF984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hip_fracture_primary</w:t>
            </w:r>
          </w:p>
        </w:tc>
        <w:tc>
          <w:tcPr>
            <w:tcW w:w="29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3336EF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hip_fracture_expanded</w:t>
            </w:r>
          </w:p>
        </w:tc>
      </w:tr>
      <w:tr w:rsidR="00210ED2" w14:paraId="783AC945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39C45A" w14:textId="77777777" w:rsidR="00210ED2" w:rsidRDefault="00000000">
            <w:pPr>
              <w:spacing w:after="0" w:line="240" w:lineRule="auto"/>
            </w:pPr>
            <w:r>
              <w:t>S72001A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2EAC8D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79E80CE" w14:textId="77777777" w:rsidR="00210ED2" w:rsidRDefault="00000000">
            <w:pPr>
              <w:spacing w:after="0" w:line="240" w:lineRule="auto"/>
            </w:pPr>
            <w:r>
              <w:t>Fracture of unspecified part of neck of right femur, initial encounter for closed fracture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C021AD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3D89E3A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118FA119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24850BC" w14:textId="77777777" w:rsidR="00210ED2" w:rsidRDefault="00000000">
            <w:pPr>
              <w:spacing w:after="0" w:line="240" w:lineRule="auto"/>
            </w:pPr>
            <w:r>
              <w:t>S72001B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B4DE8BB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E61CC2" w14:textId="77777777" w:rsidR="00210ED2" w:rsidRDefault="00000000">
            <w:pPr>
              <w:spacing w:after="0" w:line="240" w:lineRule="auto"/>
            </w:pPr>
            <w:r>
              <w:t>Fracture of unspecified part of neck of right femur, initial encounter for open fracture type I or II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EA329E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A49FB4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54507A67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E23F45A" w14:textId="77777777" w:rsidR="00210ED2" w:rsidRDefault="00000000">
            <w:pPr>
              <w:spacing w:after="0" w:line="240" w:lineRule="auto"/>
            </w:pPr>
            <w:r>
              <w:t>S72001D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620A58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33B027" w14:textId="77777777" w:rsidR="00210ED2" w:rsidRDefault="00000000">
            <w:pPr>
              <w:spacing w:after="0" w:line="240" w:lineRule="auto"/>
            </w:pPr>
            <w:r>
              <w:t>Fracture of unspecified part of neck of right femur, subsequent encounter for closed fracture with routine healing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9F9AE5E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A34310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794D7465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E74A719" w14:textId="77777777" w:rsidR="00210ED2" w:rsidRDefault="00000000">
            <w:pPr>
              <w:spacing w:after="0" w:line="240" w:lineRule="auto"/>
            </w:pPr>
            <w:r>
              <w:t>S72001G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3B3037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5B5886C" w14:textId="77777777" w:rsidR="00210ED2" w:rsidRDefault="00000000">
            <w:pPr>
              <w:spacing w:after="0" w:line="240" w:lineRule="auto"/>
            </w:pPr>
            <w:r>
              <w:t>Fracture of unspecified part of neck of right femur, subsequent encounter for closed fracture with delayed healing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03F53EC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8389E2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1FDF7A2D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B7749F8" w14:textId="77777777" w:rsidR="00210ED2" w:rsidRDefault="00000000">
            <w:pPr>
              <w:spacing w:after="0" w:line="240" w:lineRule="auto"/>
            </w:pPr>
            <w:r>
              <w:t>S72001K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5D6B90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CF43D32" w14:textId="77777777" w:rsidR="00210ED2" w:rsidRDefault="00000000">
            <w:pPr>
              <w:spacing w:after="0" w:line="240" w:lineRule="auto"/>
            </w:pPr>
            <w:r>
              <w:t>Fracture of unspecified part of neck of right femur, subsequent encounter for closed fracture with nonunion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0DC5E64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1DD0C8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5EA94A5C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B5ECB04" w14:textId="77777777" w:rsidR="00210ED2" w:rsidRDefault="00000000">
            <w:pPr>
              <w:spacing w:after="0" w:line="240" w:lineRule="auto"/>
            </w:pPr>
            <w:r>
              <w:t>S72001P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9F3AE8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A3CA0C" w14:textId="77777777" w:rsidR="00210ED2" w:rsidRDefault="00000000">
            <w:pPr>
              <w:spacing w:after="0" w:line="240" w:lineRule="auto"/>
            </w:pPr>
            <w:r>
              <w:t>Fracture of unspecified part of neck of right femur, subsequent encounter for closed fracture with malunion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F8AFA30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1ACD663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2DB4325E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96A6AF" w14:textId="77777777" w:rsidR="00210ED2" w:rsidRDefault="00000000">
            <w:pPr>
              <w:spacing w:after="0" w:line="240" w:lineRule="auto"/>
            </w:pPr>
            <w:r>
              <w:lastRenderedPageBreak/>
              <w:t>S72001S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854A55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1819904" w14:textId="77777777" w:rsidR="00210ED2" w:rsidRDefault="00000000">
            <w:pPr>
              <w:spacing w:after="0" w:line="240" w:lineRule="auto"/>
            </w:pPr>
            <w:r>
              <w:t>Fracture of unspecified part of neck of right femur, sequela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D7E4EE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C7633F7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2EFEE339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4FD1D5B" w14:textId="77777777" w:rsidR="00210ED2" w:rsidRDefault="00000000">
            <w:pPr>
              <w:spacing w:after="0" w:line="240" w:lineRule="auto"/>
            </w:pPr>
            <w:r>
              <w:t>S72002A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5C2AC4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E15AAC" w14:textId="77777777" w:rsidR="00210ED2" w:rsidRDefault="00000000">
            <w:pPr>
              <w:spacing w:after="0" w:line="240" w:lineRule="auto"/>
            </w:pPr>
            <w:r>
              <w:t>Fracture of unspecified part of neck of left femur, initial encounter for closed fracture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7605E8A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71796BF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3615E3AC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5FC047" w14:textId="77777777" w:rsidR="00210ED2" w:rsidRDefault="00000000">
            <w:pPr>
              <w:spacing w:after="0" w:line="240" w:lineRule="auto"/>
            </w:pPr>
            <w:r>
              <w:t>S72002D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600A9C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E83B997" w14:textId="77777777" w:rsidR="00210ED2" w:rsidRDefault="00000000">
            <w:pPr>
              <w:spacing w:after="0" w:line="240" w:lineRule="auto"/>
            </w:pPr>
            <w:r>
              <w:t>Fracture of unspecified part of neck of left femur, subsequent encounter for closed fracture with routine healing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73DB88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B9A5AE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1F6E1152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0CC00B3" w14:textId="77777777" w:rsidR="00210ED2" w:rsidRDefault="00000000">
            <w:pPr>
              <w:spacing w:after="0" w:line="240" w:lineRule="auto"/>
            </w:pPr>
            <w:r>
              <w:t>S72002G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4383E2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2273911" w14:textId="77777777" w:rsidR="00210ED2" w:rsidRDefault="00000000">
            <w:pPr>
              <w:spacing w:after="0" w:line="240" w:lineRule="auto"/>
            </w:pPr>
            <w:r>
              <w:t>Fracture of unspecified part of neck of left femur, subsequent encounter for closed fracture with delayed healing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C4F67E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030E92B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7D7BA906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9B27DE" w14:textId="77777777" w:rsidR="00210ED2" w:rsidRDefault="00000000">
            <w:pPr>
              <w:spacing w:after="0" w:line="240" w:lineRule="auto"/>
            </w:pPr>
            <w:r>
              <w:t>S72002K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554883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CBB3C4" w14:textId="77777777" w:rsidR="00210ED2" w:rsidRDefault="00000000">
            <w:pPr>
              <w:spacing w:after="0" w:line="240" w:lineRule="auto"/>
            </w:pPr>
            <w:r>
              <w:t>Fracture of unspecified part of neck of left femur, subsequent encounter for closed fracture with nonunion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ABC2870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684068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1B55DFCB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C1043D1" w14:textId="77777777" w:rsidR="00210ED2" w:rsidRDefault="00000000">
            <w:pPr>
              <w:spacing w:after="0" w:line="240" w:lineRule="auto"/>
            </w:pPr>
            <w:r>
              <w:t>S72002P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066D7C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CA30F9A" w14:textId="77777777" w:rsidR="00210ED2" w:rsidRDefault="00000000">
            <w:pPr>
              <w:spacing w:after="0" w:line="240" w:lineRule="auto"/>
            </w:pPr>
            <w:r>
              <w:t>Fracture of unspecified part of neck of left femur, subsequent encounter for closed fracture with malunion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9A73D2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59EFEB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5AE7E868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7724EB" w14:textId="77777777" w:rsidR="00210ED2" w:rsidRDefault="00000000">
            <w:pPr>
              <w:spacing w:after="0" w:line="240" w:lineRule="auto"/>
            </w:pPr>
            <w:r>
              <w:t>S72002S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D031BA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1064B1" w14:textId="77777777" w:rsidR="00210ED2" w:rsidRDefault="00000000">
            <w:pPr>
              <w:spacing w:after="0" w:line="240" w:lineRule="auto"/>
            </w:pPr>
            <w:r>
              <w:t>Fracture of unspecified part of neck of left femur, sequela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F3B604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29A7784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6EE3E002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CBB560" w14:textId="77777777" w:rsidR="00210ED2" w:rsidRDefault="00000000">
            <w:pPr>
              <w:spacing w:after="0" w:line="240" w:lineRule="auto"/>
            </w:pPr>
            <w:r>
              <w:t>S72009A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AF9E450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FB8B2FE" w14:textId="77777777" w:rsidR="00210ED2" w:rsidRDefault="00000000">
            <w:pPr>
              <w:spacing w:after="0" w:line="240" w:lineRule="auto"/>
            </w:pPr>
            <w:r>
              <w:t xml:space="preserve">Fracture of unspecified part of neck of unspecified femur, initial </w:t>
            </w:r>
            <w:r>
              <w:lastRenderedPageBreak/>
              <w:t>encounter for closed fracture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BB7A3A0" w14:textId="77777777" w:rsidR="00210ED2" w:rsidRDefault="00000000">
            <w:pPr>
              <w:spacing w:after="0" w:line="240" w:lineRule="auto"/>
            </w:pPr>
            <w:r>
              <w:lastRenderedPageBreak/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F0CF370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0C4B0A30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715A224" w14:textId="77777777" w:rsidR="00210ED2" w:rsidRDefault="00000000">
            <w:pPr>
              <w:spacing w:after="0" w:line="240" w:lineRule="auto"/>
            </w:pPr>
            <w:r>
              <w:t>S72009D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3FA0AD4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A7E595B" w14:textId="77777777" w:rsidR="00210ED2" w:rsidRDefault="00000000">
            <w:pPr>
              <w:spacing w:after="0" w:line="240" w:lineRule="auto"/>
            </w:pPr>
            <w:r>
              <w:t>Fracture of unspecified part of neck of unspecified femur, subsequent encounter for closed fracture with routine healing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C36D8F2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2D6A11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7B1779F9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5D2783A" w14:textId="77777777" w:rsidR="00210ED2" w:rsidRDefault="00000000">
            <w:pPr>
              <w:spacing w:after="0" w:line="240" w:lineRule="auto"/>
            </w:pPr>
            <w:r>
              <w:t>S72009S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5B2A07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682A08" w14:textId="77777777" w:rsidR="00210ED2" w:rsidRDefault="00000000">
            <w:pPr>
              <w:spacing w:after="0" w:line="240" w:lineRule="auto"/>
            </w:pPr>
            <w:r>
              <w:t>Fracture of unspecified part of neck of unspecified femur, sequela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121466F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497B569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43B2E5F3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EAF425D" w14:textId="77777777" w:rsidR="00210ED2" w:rsidRDefault="00000000">
            <w:pPr>
              <w:spacing w:after="0" w:line="240" w:lineRule="auto"/>
            </w:pPr>
            <w:r>
              <w:t>S72011A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491BBD5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5DFB03F" w14:textId="77777777" w:rsidR="00210ED2" w:rsidRDefault="00000000">
            <w:pPr>
              <w:spacing w:after="0" w:line="240" w:lineRule="auto"/>
            </w:pPr>
            <w:r>
              <w:t>Unspecified intracapsular fracture of right femur, initial encounter for closed fracture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17940E0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BA78A4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4941F15A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2C6D5D" w14:textId="77777777" w:rsidR="00210ED2" w:rsidRDefault="00000000">
            <w:pPr>
              <w:spacing w:after="0" w:line="240" w:lineRule="auto"/>
            </w:pPr>
            <w:r>
              <w:t>S72011D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6C4EEB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61C67CF" w14:textId="77777777" w:rsidR="00210ED2" w:rsidRDefault="00000000">
            <w:pPr>
              <w:spacing w:after="0" w:line="240" w:lineRule="auto"/>
            </w:pPr>
            <w:r>
              <w:t>Unspecified intracapsular fracture of right femur, subsequent encounter for closed fracture with routine healing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AC75340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BD1C366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2D7AEA70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1D4E69C" w14:textId="77777777" w:rsidR="00210ED2" w:rsidRDefault="00000000">
            <w:pPr>
              <w:spacing w:after="0" w:line="240" w:lineRule="auto"/>
            </w:pPr>
            <w:r>
              <w:t>S72012A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F9FAB23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754DF7" w14:textId="77777777" w:rsidR="00210ED2" w:rsidRDefault="00000000">
            <w:pPr>
              <w:spacing w:after="0" w:line="240" w:lineRule="auto"/>
            </w:pPr>
            <w:r>
              <w:t>Unspecified intracapsular fracture of left femur, initial encounter for closed fracture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E3CA498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8326F8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24102B18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F808534" w14:textId="77777777" w:rsidR="00210ED2" w:rsidRDefault="00000000">
            <w:pPr>
              <w:spacing w:after="0" w:line="240" w:lineRule="auto"/>
            </w:pPr>
            <w:r>
              <w:t>S72012D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8316C5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0D7F93" w14:textId="77777777" w:rsidR="00210ED2" w:rsidRDefault="00000000">
            <w:pPr>
              <w:spacing w:after="0" w:line="240" w:lineRule="auto"/>
            </w:pPr>
            <w:r>
              <w:t>Unspecified intracapsular fracture of left femur, subsequent encounter for closed fracture with routine healing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E3F57B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44D49AD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5D16E93E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B5208DE" w14:textId="77777777" w:rsidR="00210ED2" w:rsidRDefault="00000000">
            <w:pPr>
              <w:spacing w:after="0" w:line="240" w:lineRule="auto"/>
            </w:pPr>
            <w:r>
              <w:t>S72012K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52AFBA0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03EDD5" w14:textId="77777777" w:rsidR="00210ED2" w:rsidRDefault="00000000">
            <w:pPr>
              <w:spacing w:after="0" w:line="240" w:lineRule="auto"/>
            </w:pPr>
            <w:r>
              <w:t xml:space="preserve">Unspecified intracapsular fracture of left femur, subsequent encounter for </w:t>
            </w:r>
            <w:r>
              <w:lastRenderedPageBreak/>
              <w:t>closed fracture with nonunion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C7F3E0" w14:textId="77777777" w:rsidR="00210ED2" w:rsidRDefault="00000000">
            <w:pPr>
              <w:spacing w:after="0" w:line="240" w:lineRule="auto"/>
            </w:pPr>
            <w:r>
              <w:lastRenderedPageBreak/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3E396A4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03943138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FEDD4B" w14:textId="77777777" w:rsidR="00210ED2" w:rsidRDefault="00000000">
            <w:pPr>
              <w:spacing w:after="0" w:line="240" w:lineRule="auto"/>
            </w:pPr>
            <w:r>
              <w:t>S72012S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7C640F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1756CF" w14:textId="77777777" w:rsidR="00210ED2" w:rsidRDefault="00000000">
            <w:pPr>
              <w:spacing w:after="0" w:line="240" w:lineRule="auto"/>
            </w:pPr>
            <w:r>
              <w:t>Unspecified intracapsular fracture of left femur, sequela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6A285A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A9AE6C6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098D0330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30EB69" w14:textId="77777777" w:rsidR="00210ED2" w:rsidRDefault="00000000">
            <w:pPr>
              <w:spacing w:after="0" w:line="240" w:lineRule="auto"/>
            </w:pPr>
            <w:r>
              <w:t>S72031A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AC41294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F09A623" w14:textId="77777777" w:rsidR="00210ED2" w:rsidRDefault="00000000">
            <w:pPr>
              <w:spacing w:after="0" w:line="240" w:lineRule="auto"/>
            </w:pPr>
            <w:r>
              <w:t>Displaced midcervical fracture of right femur, initial encounter for closed fracture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37558C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D9A49E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6CDC2BEC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1C00E5A" w14:textId="77777777" w:rsidR="00210ED2" w:rsidRDefault="00000000">
            <w:pPr>
              <w:spacing w:after="0" w:line="240" w:lineRule="auto"/>
            </w:pPr>
            <w:r>
              <w:t>S72032A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FF331DE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FCCDAB4" w14:textId="77777777" w:rsidR="00210ED2" w:rsidRDefault="00000000">
            <w:pPr>
              <w:spacing w:after="0" w:line="240" w:lineRule="auto"/>
            </w:pPr>
            <w:r>
              <w:t>Displaced midcervical fracture of left femur, initial encounter for closed fracture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EF200E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0AD8BE3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2AE3B672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58E003C" w14:textId="77777777" w:rsidR="00210ED2" w:rsidRDefault="00000000">
            <w:pPr>
              <w:spacing w:after="0" w:line="240" w:lineRule="auto"/>
            </w:pPr>
            <w:r>
              <w:t>S72032D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ABCF3E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13A685F" w14:textId="77777777" w:rsidR="00210ED2" w:rsidRDefault="00000000">
            <w:pPr>
              <w:spacing w:after="0" w:line="240" w:lineRule="auto"/>
            </w:pPr>
            <w:r>
              <w:t>Displaced midcervical fracture of left femur, subsequent encounter for closed fracture with routine healing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C2DF1A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6F5B313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14B23F1A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CDB0562" w14:textId="77777777" w:rsidR="00210ED2" w:rsidRDefault="00000000">
            <w:pPr>
              <w:spacing w:after="0" w:line="240" w:lineRule="auto"/>
            </w:pPr>
            <w:r>
              <w:t>S72034A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96A75DC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4388378" w14:textId="77777777" w:rsidR="00210ED2" w:rsidRDefault="00000000">
            <w:pPr>
              <w:spacing w:after="0" w:line="240" w:lineRule="auto"/>
            </w:pPr>
            <w:r>
              <w:t>Nondisplaced midcervical fracture of right femur, initial encounter for closed fracture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7184087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703BC8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5ED598B4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52B7AF3" w14:textId="77777777" w:rsidR="00210ED2" w:rsidRDefault="00000000">
            <w:pPr>
              <w:spacing w:after="0" w:line="240" w:lineRule="auto"/>
            </w:pPr>
            <w:r>
              <w:t>S72035A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188016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F6B499" w14:textId="77777777" w:rsidR="00210ED2" w:rsidRDefault="00000000">
            <w:pPr>
              <w:spacing w:after="0" w:line="240" w:lineRule="auto"/>
            </w:pPr>
            <w:r>
              <w:t>Nondisplaced midcervical fracture of left femur, initial encounter for closed fracture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7AF493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5057E93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689BF31D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502049" w14:textId="77777777" w:rsidR="00210ED2" w:rsidRDefault="00000000">
            <w:pPr>
              <w:spacing w:after="0" w:line="240" w:lineRule="auto"/>
            </w:pPr>
            <w:r>
              <w:t>S72035B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3F363C3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B472879" w14:textId="77777777" w:rsidR="00210ED2" w:rsidRDefault="00000000">
            <w:pPr>
              <w:spacing w:after="0" w:line="240" w:lineRule="auto"/>
            </w:pPr>
            <w:r>
              <w:t>Nondisplaced midcervical fracture of left femur, initial encounter for open fracture type I or II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3E894E1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CA45D4C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1B2271A1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CA9CD1" w14:textId="77777777" w:rsidR="00210ED2" w:rsidRDefault="00000000">
            <w:pPr>
              <w:spacing w:after="0" w:line="240" w:lineRule="auto"/>
            </w:pPr>
            <w:r>
              <w:t>S72035D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4EECC61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235F89" w14:textId="77777777" w:rsidR="00210ED2" w:rsidRDefault="00000000">
            <w:pPr>
              <w:spacing w:after="0" w:line="240" w:lineRule="auto"/>
            </w:pPr>
            <w:r>
              <w:t xml:space="preserve">Nondisplaced midcervical fracture of left femur, subsequent encounter for </w:t>
            </w:r>
            <w:r>
              <w:lastRenderedPageBreak/>
              <w:t>closed fracture with routine healing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014CA62" w14:textId="77777777" w:rsidR="00210ED2" w:rsidRDefault="00000000">
            <w:pPr>
              <w:spacing w:after="0" w:line="240" w:lineRule="auto"/>
            </w:pPr>
            <w:r>
              <w:lastRenderedPageBreak/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8A4F39B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1B4EDD2B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36DEBAF" w14:textId="77777777" w:rsidR="00210ED2" w:rsidRDefault="00000000">
            <w:pPr>
              <w:spacing w:after="0" w:line="240" w:lineRule="auto"/>
            </w:pPr>
            <w:r>
              <w:t>S72041A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AF742E8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ACEB02B" w14:textId="77777777" w:rsidR="00210ED2" w:rsidRDefault="00000000">
            <w:pPr>
              <w:spacing w:after="0" w:line="240" w:lineRule="auto"/>
            </w:pPr>
            <w:r>
              <w:t>Displaced fracture of base of neck of right femur, initial encounter for closed fracture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49656B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C4A731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18911558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877058" w14:textId="77777777" w:rsidR="00210ED2" w:rsidRDefault="00000000">
            <w:pPr>
              <w:spacing w:after="0" w:line="240" w:lineRule="auto"/>
            </w:pPr>
            <w:r>
              <w:t>S72042A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5EDC2E0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59DC3A" w14:textId="77777777" w:rsidR="00210ED2" w:rsidRDefault="00000000">
            <w:pPr>
              <w:spacing w:after="0" w:line="240" w:lineRule="auto"/>
            </w:pPr>
            <w:r>
              <w:t>Displaced fracture of base of neck of left femur, initial encounter for closed fracture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B62502D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5AA7D2E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15B10F7C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0EC9D53" w14:textId="77777777" w:rsidR="00210ED2" w:rsidRDefault="00000000">
            <w:pPr>
              <w:spacing w:after="0" w:line="240" w:lineRule="auto"/>
            </w:pPr>
            <w:r>
              <w:t>S72042D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5C3026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BB00815" w14:textId="77777777" w:rsidR="00210ED2" w:rsidRDefault="00000000">
            <w:pPr>
              <w:spacing w:after="0" w:line="240" w:lineRule="auto"/>
            </w:pPr>
            <w:r>
              <w:t>Displaced fracture of base of neck of left femur, subsequent encounter for closed fracture with routine healing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32E525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8D9C47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29D3C329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4ABCAA8" w14:textId="77777777" w:rsidR="00210ED2" w:rsidRDefault="00000000">
            <w:pPr>
              <w:spacing w:after="0" w:line="240" w:lineRule="auto"/>
            </w:pPr>
            <w:r>
              <w:t>S72044A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8A7B3B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4A64500" w14:textId="77777777" w:rsidR="00210ED2" w:rsidRDefault="00000000">
            <w:pPr>
              <w:spacing w:after="0" w:line="240" w:lineRule="auto"/>
            </w:pPr>
            <w:r>
              <w:t>Nondisplaced fracture of base of neck of right femur, initial encounter for closed fracture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9B1DE2D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A541A2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6BC693B2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F2D788" w14:textId="77777777" w:rsidR="00210ED2" w:rsidRDefault="00000000">
            <w:pPr>
              <w:spacing w:after="0" w:line="240" w:lineRule="auto"/>
            </w:pPr>
            <w:r>
              <w:t>S72045A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435BDD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2816DC" w14:textId="77777777" w:rsidR="00210ED2" w:rsidRDefault="00000000">
            <w:pPr>
              <w:spacing w:after="0" w:line="240" w:lineRule="auto"/>
            </w:pPr>
            <w:r>
              <w:t>Nondisplaced fracture of base of neck of left femur, initial encounter for closed fracture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201CD38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2A81E9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2D328495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1D1285" w14:textId="77777777" w:rsidR="00210ED2" w:rsidRDefault="00000000">
            <w:pPr>
              <w:spacing w:after="0" w:line="240" w:lineRule="auto"/>
            </w:pPr>
            <w:r>
              <w:t>S72051A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5C3FB9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8057A04" w14:textId="77777777" w:rsidR="00210ED2" w:rsidRDefault="00000000">
            <w:pPr>
              <w:spacing w:after="0" w:line="240" w:lineRule="auto"/>
            </w:pPr>
            <w:r>
              <w:t>Unspecified fracture of head of right femur, initial encounter for closed fracture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526D52E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CD0481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47724183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15190E" w14:textId="77777777" w:rsidR="00210ED2" w:rsidRDefault="00000000">
            <w:pPr>
              <w:spacing w:after="0" w:line="240" w:lineRule="auto"/>
            </w:pPr>
            <w:r>
              <w:t>S72051D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26EE827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CD179B" w14:textId="77777777" w:rsidR="00210ED2" w:rsidRDefault="00000000">
            <w:pPr>
              <w:spacing w:after="0" w:line="240" w:lineRule="auto"/>
            </w:pPr>
            <w:r>
              <w:t>Unspecified fracture of head of right femur, subsequent encounter for closed fracture with routine healing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0F5D78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E8174FE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5C8025F1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482791" w14:textId="77777777" w:rsidR="00210ED2" w:rsidRDefault="00000000">
            <w:pPr>
              <w:spacing w:after="0" w:line="240" w:lineRule="auto"/>
            </w:pPr>
            <w:r>
              <w:lastRenderedPageBreak/>
              <w:t>S72052A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22AB82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91A7F28" w14:textId="77777777" w:rsidR="00210ED2" w:rsidRDefault="00000000">
            <w:pPr>
              <w:spacing w:after="0" w:line="240" w:lineRule="auto"/>
            </w:pPr>
            <w:r>
              <w:t>Unspecified fracture of head of left femur, initial encounter for closed fracture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8CEEB6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AE730A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32804F57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3C6A30" w14:textId="77777777" w:rsidR="00210ED2" w:rsidRDefault="00000000">
            <w:pPr>
              <w:spacing w:after="0" w:line="240" w:lineRule="auto"/>
            </w:pPr>
            <w:r>
              <w:t>S72052D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C292E6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8A44C5" w14:textId="77777777" w:rsidR="00210ED2" w:rsidRDefault="00000000">
            <w:pPr>
              <w:spacing w:after="0" w:line="240" w:lineRule="auto"/>
            </w:pPr>
            <w:r>
              <w:t>Unspecified fracture of head of left femur, subsequent encounter for closed fracture with routine healing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7CEA6C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39F533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66BCB56B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707DB7" w14:textId="77777777" w:rsidR="00210ED2" w:rsidRDefault="00000000">
            <w:pPr>
              <w:spacing w:after="0" w:line="240" w:lineRule="auto"/>
            </w:pPr>
            <w:r>
              <w:t>S72061A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993CFC4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6965676" w14:textId="77777777" w:rsidR="00210ED2" w:rsidRDefault="00000000">
            <w:pPr>
              <w:spacing w:after="0" w:line="240" w:lineRule="auto"/>
            </w:pPr>
            <w:r>
              <w:t>Displaced articular fracture of head of right femur, initial encounter for closed fracture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7FD8EA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B16000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14C3358A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088A668" w14:textId="77777777" w:rsidR="00210ED2" w:rsidRDefault="00000000">
            <w:pPr>
              <w:spacing w:after="0" w:line="240" w:lineRule="auto"/>
            </w:pPr>
            <w:r>
              <w:t>S72062A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564CA22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AB58FC" w14:textId="77777777" w:rsidR="00210ED2" w:rsidRDefault="00000000">
            <w:pPr>
              <w:spacing w:after="0" w:line="240" w:lineRule="auto"/>
            </w:pPr>
            <w:r>
              <w:t>Displaced articular fracture of head of left femur, initial encounter for closed fracture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681A532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6AB4D5A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0C91A708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E99952" w14:textId="77777777" w:rsidR="00210ED2" w:rsidRDefault="00000000">
            <w:pPr>
              <w:spacing w:after="0" w:line="240" w:lineRule="auto"/>
            </w:pPr>
            <w:r>
              <w:t>S72064A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FAB9C61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59B1AEA" w14:textId="77777777" w:rsidR="00210ED2" w:rsidRDefault="00000000">
            <w:pPr>
              <w:spacing w:after="0" w:line="240" w:lineRule="auto"/>
            </w:pPr>
            <w:r>
              <w:t>Nondisplaced articular fracture of head of right femur, initial encounter for closed fracture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A646F81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A16824D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04932E73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AC19654" w14:textId="77777777" w:rsidR="00210ED2" w:rsidRDefault="00000000">
            <w:pPr>
              <w:spacing w:after="0" w:line="240" w:lineRule="auto"/>
            </w:pPr>
            <w:r>
              <w:t>S72091A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B0E5BC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6A599A" w14:textId="77777777" w:rsidR="00210ED2" w:rsidRDefault="00000000">
            <w:pPr>
              <w:spacing w:after="0" w:line="240" w:lineRule="auto"/>
            </w:pPr>
            <w:r>
              <w:t>Other fracture of head and neck of right femur, initial encounter for closed fracture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AFC4FF9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94D3EE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1A562D30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69B537" w14:textId="77777777" w:rsidR="00210ED2" w:rsidRDefault="00000000">
            <w:pPr>
              <w:spacing w:after="0" w:line="240" w:lineRule="auto"/>
            </w:pPr>
            <w:r>
              <w:t>S72091D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59C4BC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DD649F" w14:textId="77777777" w:rsidR="00210ED2" w:rsidRDefault="00000000">
            <w:pPr>
              <w:spacing w:after="0" w:line="240" w:lineRule="auto"/>
            </w:pPr>
            <w:r>
              <w:t>Other fracture of head and neck of right femur, subsequent encounter for closed fracture with routine healing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69F935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8A511B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386AFD6E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7103CA3" w14:textId="77777777" w:rsidR="00210ED2" w:rsidRDefault="00000000">
            <w:pPr>
              <w:spacing w:after="0" w:line="240" w:lineRule="auto"/>
            </w:pPr>
            <w:r>
              <w:t>S72091S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4F32DE1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33E389" w14:textId="77777777" w:rsidR="00210ED2" w:rsidRDefault="00000000">
            <w:pPr>
              <w:spacing w:after="0" w:line="240" w:lineRule="auto"/>
            </w:pPr>
            <w:r>
              <w:t>Other fracture of head and neck of right femur, sequela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1ACCD99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D581D5A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3ECBD079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8948FD" w14:textId="77777777" w:rsidR="00210ED2" w:rsidRDefault="00000000">
            <w:pPr>
              <w:spacing w:after="0" w:line="240" w:lineRule="auto"/>
            </w:pPr>
            <w:r>
              <w:lastRenderedPageBreak/>
              <w:t>S72092A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C1FE8E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94F761D" w14:textId="77777777" w:rsidR="00210ED2" w:rsidRDefault="00000000">
            <w:pPr>
              <w:spacing w:after="0" w:line="240" w:lineRule="auto"/>
            </w:pPr>
            <w:r>
              <w:t>Other fracture of head and neck of left femur, initial encounter for closed fracture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872F8ED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C44D07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6F79723E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C097E03" w14:textId="77777777" w:rsidR="00210ED2" w:rsidRDefault="00000000">
            <w:pPr>
              <w:spacing w:after="0" w:line="240" w:lineRule="auto"/>
            </w:pPr>
            <w:r>
              <w:t>S72092D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33FA95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C20D029" w14:textId="77777777" w:rsidR="00210ED2" w:rsidRDefault="00000000">
            <w:pPr>
              <w:spacing w:after="0" w:line="240" w:lineRule="auto"/>
            </w:pPr>
            <w:r>
              <w:t>Other fracture of head and neck of left femur, subsequent encounter for closed fracture with routine healing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1DEB148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743CF6E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0B96BD04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120B913" w14:textId="77777777" w:rsidR="00210ED2" w:rsidRDefault="00000000">
            <w:pPr>
              <w:spacing w:after="0" w:line="240" w:lineRule="auto"/>
            </w:pPr>
            <w:r>
              <w:t>S72092K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68CDD0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2ACA270" w14:textId="77777777" w:rsidR="00210ED2" w:rsidRDefault="00000000">
            <w:pPr>
              <w:spacing w:after="0" w:line="240" w:lineRule="auto"/>
            </w:pPr>
            <w:r>
              <w:t>Other fracture of head and neck of left femur, subsequent encounter for closed fracture with nonunion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E0A8E2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BBCC3B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6D1D1290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0DE042B" w14:textId="77777777" w:rsidR="00210ED2" w:rsidRDefault="00000000">
            <w:pPr>
              <w:spacing w:after="0" w:line="240" w:lineRule="auto"/>
            </w:pPr>
            <w:r>
              <w:t>S72101A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52A48F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7FF1F8" w14:textId="77777777" w:rsidR="00210ED2" w:rsidRDefault="00000000">
            <w:pPr>
              <w:spacing w:after="0" w:line="240" w:lineRule="auto"/>
            </w:pPr>
            <w:r>
              <w:t>Unspecified trochanteric fracture of right femur, initial encounter for closed fracture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0727FC7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9CB01D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2E7CFFB8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F5E154D" w14:textId="77777777" w:rsidR="00210ED2" w:rsidRDefault="00000000">
            <w:pPr>
              <w:spacing w:after="0" w:line="240" w:lineRule="auto"/>
            </w:pPr>
            <w:r>
              <w:t>S72101D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763EF89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FE915F7" w14:textId="77777777" w:rsidR="00210ED2" w:rsidRDefault="00000000">
            <w:pPr>
              <w:spacing w:after="0" w:line="240" w:lineRule="auto"/>
            </w:pPr>
            <w:r>
              <w:t>Unspecified trochanteric fracture of right femur, subsequent encounter for closed fracture with routine healing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BFC6B3C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AADA14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03C3F68F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C6AF024" w14:textId="77777777" w:rsidR="00210ED2" w:rsidRDefault="00000000">
            <w:pPr>
              <w:spacing w:after="0" w:line="240" w:lineRule="auto"/>
            </w:pPr>
            <w:r>
              <w:t>S72101K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D8B54B0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3CEC4E" w14:textId="77777777" w:rsidR="00210ED2" w:rsidRDefault="00000000">
            <w:pPr>
              <w:spacing w:after="0" w:line="240" w:lineRule="auto"/>
            </w:pPr>
            <w:r>
              <w:t>Unspecified trochanteric fracture of right femur, subsequent encounter for closed fracture with nonunion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D425CA7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5E95739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6B9AAA61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FD67F0E" w14:textId="77777777" w:rsidR="00210ED2" w:rsidRDefault="00000000">
            <w:pPr>
              <w:spacing w:after="0" w:line="240" w:lineRule="auto"/>
            </w:pPr>
            <w:r>
              <w:t>S72102A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D4EAEB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450101" w14:textId="77777777" w:rsidR="00210ED2" w:rsidRDefault="00000000">
            <w:pPr>
              <w:spacing w:after="0" w:line="240" w:lineRule="auto"/>
            </w:pPr>
            <w:r>
              <w:t>Unspecified trochanteric fracture of left femur, initial encounter for closed fracture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B444FB7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B2FCD8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046FAE86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787491F" w14:textId="77777777" w:rsidR="00210ED2" w:rsidRDefault="00000000">
            <w:pPr>
              <w:spacing w:after="0" w:line="240" w:lineRule="auto"/>
            </w:pPr>
            <w:r>
              <w:lastRenderedPageBreak/>
              <w:t>S72102D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C0CE3BC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8962FC" w14:textId="77777777" w:rsidR="00210ED2" w:rsidRDefault="00000000">
            <w:pPr>
              <w:spacing w:after="0" w:line="240" w:lineRule="auto"/>
            </w:pPr>
            <w:r>
              <w:t>Unspecified trochanteric fracture of left femur, subsequent encounter for closed fracture with routine healing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2A74685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494883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07A87500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B86F17E" w14:textId="77777777" w:rsidR="00210ED2" w:rsidRDefault="00000000">
            <w:pPr>
              <w:spacing w:after="0" w:line="240" w:lineRule="auto"/>
            </w:pPr>
            <w:r>
              <w:t>S72102S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2EB4C10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D1BAC2" w14:textId="77777777" w:rsidR="00210ED2" w:rsidRDefault="00000000">
            <w:pPr>
              <w:spacing w:after="0" w:line="240" w:lineRule="auto"/>
            </w:pPr>
            <w:r>
              <w:t>Unspecified trochanteric fracture of left femur, sequela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3F6801C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9DB7FE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4EAF78B1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9D3FCA" w14:textId="77777777" w:rsidR="00210ED2" w:rsidRDefault="00000000">
            <w:pPr>
              <w:spacing w:after="0" w:line="240" w:lineRule="auto"/>
            </w:pPr>
            <w:r>
              <w:t>S72111A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A50A76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98F4826" w14:textId="77777777" w:rsidR="00210ED2" w:rsidRDefault="00000000">
            <w:pPr>
              <w:spacing w:after="0" w:line="240" w:lineRule="auto"/>
            </w:pPr>
            <w:r>
              <w:t>Displaced fracture of greater trochanter of right femur, initial encounter for closed fracture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CFE09B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E84518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0C653AD1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B60960" w14:textId="77777777" w:rsidR="00210ED2" w:rsidRDefault="00000000">
            <w:pPr>
              <w:spacing w:after="0" w:line="240" w:lineRule="auto"/>
            </w:pPr>
            <w:r>
              <w:t>S72111D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E927102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0617FE" w14:textId="77777777" w:rsidR="00210ED2" w:rsidRDefault="00000000">
            <w:pPr>
              <w:spacing w:after="0" w:line="240" w:lineRule="auto"/>
            </w:pPr>
            <w:r>
              <w:t>Displaced fracture of greater trochanter of right femur, subsequent encounter for closed fracture with routine healing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BD342F0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BBDEF5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37C8AB87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28E274A" w14:textId="77777777" w:rsidR="00210ED2" w:rsidRDefault="00000000">
            <w:pPr>
              <w:spacing w:after="0" w:line="240" w:lineRule="auto"/>
            </w:pPr>
            <w:r>
              <w:t>S72111G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8600AC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D4A891" w14:textId="77777777" w:rsidR="00210ED2" w:rsidRDefault="00000000">
            <w:pPr>
              <w:spacing w:after="0" w:line="240" w:lineRule="auto"/>
            </w:pPr>
            <w:r>
              <w:t>Displaced fracture of greater trochanter of right femur, subsequent encounter for closed fracture with delayed healing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539399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523504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5F64C17F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69220D" w14:textId="77777777" w:rsidR="00210ED2" w:rsidRDefault="00000000">
            <w:pPr>
              <w:spacing w:after="0" w:line="240" w:lineRule="auto"/>
            </w:pPr>
            <w:r>
              <w:t>S72111K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4C158D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5E3B157" w14:textId="77777777" w:rsidR="00210ED2" w:rsidRDefault="00000000">
            <w:pPr>
              <w:spacing w:after="0" w:line="240" w:lineRule="auto"/>
            </w:pPr>
            <w:r>
              <w:t>Displaced fracture of greater trochanter of right femur, subsequent encounter for closed fracture with nonunion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B173EC2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CF5E62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49B84966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760148E" w14:textId="77777777" w:rsidR="00210ED2" w:rsidRDefault="00000000">
            <w:pPr>
              <w:spacing w:after="0" w:line="240" w:lineRule="auto"/>
            </w:pPr>
            <w:r>
              <w:t>S72112A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C01693E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2F71AC" w14:textId="77777777" w:rsidR="00210ED2" w:rsidRDefault="00000000">
            <w:pPr>
              <w:spacing w:after="0" w:line="240" w:lineRule="auto"/>
            </w:pPr>
            <w:r>
              <w:t>Displaced fracture of greater trochanter of left femur, initial encounter for closed fracture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028C0F5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67F38F1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647E2AB0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E499BC" w14:textId="77777777" w:rsidR="00210ED2" w:rsidRDefault="00000000">
            <w:pPr>
              <w:spacing w:after="0" w:line="240" w:lineRule="auto"/>
            </w:pPr>
            <w:r>
              <w:lastRenderedPageBreak/>
              <w:t>S72112K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EA864F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12F4358" w14:textId="77777777" w:rsidR="00210ED2" w:rsidRDefault="00000000">
            <w:pPr>
              <w:spacing w:after="0" w:line="240" w:lineRule="auto"/>
            </w:pPr>
            <w:r>
              <w:t>Displaced fracture of greater trochanter of left femur, subsequent encounter for closed fracture with nonunion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3734C0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EF82EB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0B247D7D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38A06A" w14:textId="77777777" w:rsidR="00210ED2" w:rsidRDefault="00000000">
            <w:pPr>
              <w:spacing w:after="0" w:line="240" w:lineRule="auto"/>
            </w:pPr>
            <w:r>
              <w:t>S72112S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6EF3BA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88EBA7" w14:textId="77777777" w:rsidR="00210ED2" w:rsidRDefault="00000000">
            <w:pPr>
              <w:spacing w:after="0" w:line="240" w:lineRule="auto"/>
            </w:pPr>
            <w:r>
              <w:t>Displaced fracture of greater trochanter of left femur, sequela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C551A4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D9D09A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01B0A043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1EEDA36" w14:textId="77777777" w:rsidR="00210ED2" w:rsidRDefault="00000000">
            <w:pPr>
              <w:spacing w:after="0" w:line="240" w:lineRule="auto"/>
            </w:pPr>
            <w:r>
              <w:t>S72114A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3360D21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BA277B8" w14:textId="77777777" w:rsidR="00210ED2" w:rsidRDefault="00000000">
            <w:pPr>
              <w:spacing w:after="0" w:line="240" w:lineRule="auto"/>
            </w:pPr>
            <w:r>
              <w:t>Nondisplaced fracture of greater trochanter of right femur, initial encounter for closed fracture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D78152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88F876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24B6773F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000D233" w14:textId="77777777" w:rsidR="00210ED2" w:rsidRDefault="00000000">
            <w:pPr>
              <w:spacing w:after="0" w:line="240" w:lineRule="auto"/>
            </w:pPr>
            <w:r>
              <w:t>S72115A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8CE0A5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92FCEC" w14:textId="77777777" w:rsidR="00210ED2" w:rsidRDefault="00000000">
            <w:pPr>
              <w:spacing w:after="0" w:line="240" w:lineRule="auto"/>
            </w:pPr>
            <w:r>
              <w:t>Nondisplaced fracture of greater trochanter of left femur, initial encounter for closed fracture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6FDC18D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FF71390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79F58F54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7097000" w14:textId="77777777" w:rsidR="00210ED2" w:rsidRDefault="00000000">
            <w:pPr>
              <w:spacing w:after="0" w:line="240" w:lineRule="auto"/>
            </w:pPr>
            <w:r>
              <w:t>S72121A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01A67C0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0AE99E" w14:textId="77777777" w:rsidR="00210ED2" w:rsidRDefault="00000000">
            <w:pPr>
              <w:spacing w:after="0" w:line="240" w:lineRule="auto"/>
            </w:pPr>
            <w:r>
              <w:t>Displaced fracture of lesser trochanter of right femur, initial encounter for closed fracture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B14D6F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5F4588B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67EF6260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888A9E" w14:textId="77777777" w:rsidR="00210ED2" w:rsidRDefault="00000000">
            <w:pPr>
              <w:spacing w:after="0" w:line="240" w:lineRule="auto"/>
            </w:pPr>
            <w:r>
              <w:t>S72122A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D3AA809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E4D5CE7" w14:textId="77777777" w:rsidR="00210ED2" w:rsidRDefault="00000000">
            <w:pPr>
              <w:spacing w:after="0" w:line="240" w:lineRule="auto"/>
            </w:pPr>
            <w:r>
              <w:t>Displaced fracture of lesser trochanter of left femur, initial encounter for closed fracture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F1D8AC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11EE4A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19A38B02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9DE061" w14:textId="77777777" w:rsidR="00210ED2" w:rsidRDefault="00000000">
            <w:pPr>
              <w:spacing w:after="0" w:line="240" w:lineRule="auto"/>
            </w:pPr>
            <w:r>
              <w:t>S72122S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4B5CB77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D4B9973" w14:textId="77777777" w:rsidR="00210ED2" w:rsidRDefault="00000000">
            <w:pPr>
              <w:spacing w:after="0" w:line="240" w:lineRule="auto"/>
            </w:pPr>
            <w:r>
              <w:t>Displaced fracture of lesser trochanter of left femur, sequela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84ACF7B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9068184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73C31D22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188E57" w14:textId="77777777" w:rsidR="00210ED2" w:rsidRDefault="00000000">
            <w:pPr>
              <w:spacing w:after="0" w:line="240" w:lineRule="auto"/>
            </w:pPr>
            <w:r>
              <w:t>S72135A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3196570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0555E9E" w14:textId="77777777" w:rsidR="00210ED2" w:rsidRDefault="00000000">
            <w:pPr>
              <w:spacing w:after="0" w:line="240" w:lineRule="auto"/>
            </w:pPr>
            <w:r>
              <w:t>Nondisplaced apophyseal fracture of left femur, initial encounter for closed fracture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61BA0A6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CEEE48E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5EE37C07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41A3CE" w14:textId="77777777" w:rsidR="00210ED2" w:rsidRDefault="00000000">
            <w:pPr>
              <w:spacing w:after="0" w:line="240" w:lineRule="auto"/>
            </w:pPr>
            <w:r>
              <w:t>S72141A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435D274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FD783F6" w14:textId="77777777" w:rsidR="00210ED2" w:rsidRDefault="00000000">
            <w:pPr>
              <w:spacing w:after="0" w:line="240" w:lineRule="auto"/>
            </w:pPr>
            <w:r>
              <w:t xml:space="preserve">Displaced intertrochanteric fracture </w:t>
            </w:r>
            <w:r>
              <w:lastRenderedPageBreak/>
              <w:t>of right femur, initial encounter for closed fracture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9EE2359" w14:textId="77777777" w:rsidR="00210ED2" w:rsidRDefault="00000000">
            <w:pPr>
              <w:spacing w:after="0" w:line="240" w:lineRule="auto"/>
            </w:pPr>
            <w:r>
              <w:lastRenderedPageBreak/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CEE2E7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1751EB21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819F6A7" w14:textId="77777777" w:rsidR="00210ED2" w:rsidRDefault="00000000">
            <w:pPr>
              <w:spacing w:after="0" w:line="240" w:lineRule="auto"/>
            </w:pPr>
            <w:r>
              <w:t>S72141D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71843E6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8F1C995" w14:textId="77777777" w:rsidR="00210ED2" w:rsidRDefault="00000000">
            <w:pPr>
              <w:spacing w:after="0" w:line="240" w:lineRule="auto"/>
            </w:pPr>
            <w:r>
              <w:t>Displaced intertrochanteric fracture of right femur, subsequent encounter for closed fracture with routine healing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CF6338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51E528E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41699546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B606CA" w14:textId="77777777" w:rsidR="00210ED2" w:rsidRDefault="00000000">
            <w:pPr>
              <w:spacing w:after="0" w:line="240" w:lineRule="auto"/>
            </w:pPr>
            <w:r>
              <w:t>S72141G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E2F36E5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59BBEB" w14:textId="77777777" w:rsidR="00210ED2" w:rsidRDefault="00000000">
            <w:pPr>
              <w:spacing w:after="0" w:line="240" w:lineRule="auto"/>
            </w:pPr>
            <w:r>
              <w:t>Displaced intertrochanteric fracture of right femur, subsequent encounter for closed fracture with delayed healing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8B0035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C93E94A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2B697663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906CA9" w14:textId="77777777" w:rsidR="00210ED2" w:rsidRDefault="00000000">
            <w:pPr>
              <w:spacing w:after="0" w:line="240" w:lineRule="auto"/>
            </w:pPr>
            <w:r>
              <w:t>S72141K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A534C8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9E6CF00" w14:textId="77777777" w:rsidR="00210ED2" w:rsidRDefault="00000000">
            <w:pPr>
              <w:spacing w:after="0" w:line="240" w:lineRule="auto"/>
            </w:pPr>
            <w:r>
              <w:t>Displaced intertrochanteric fracture of right femur, subsequent encounter for closed fracture with nonunion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9FED85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067DBD7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14398EFF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7EF7F0C" w14:textId="77777777" w:rsidR="00210ED2" w:rsidRDefault="00000000">
            <w:pPr>
              <w:spacing w:after="0" w:line="240" w:lineRule="auto"/>
            </w:pPr>
            <w:r>
              <w:t>S72141P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E9B160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466453" w14:textId="77777777" w:rsidR="00210ED2" w:rsidRDefault="00000000">
            <w:pPr>
              <w:spacing w:after="0" w:line="240" w:lineRule="auto"/>
            </w:pPr>
            <w:r>
              <w:t>Displaced intertrochanteric fracture of right femur, subsequent encounter for closed fracture with malunion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883A3AF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2B611E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144DFA02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2F90F8" w14:textId="77777777" w:rsidR="00210ED2" w:rsidRDefault="00000000">
            <w:pPr>
              <w:spacing w:after="0" w:line="240" w:lineRule="auto"/>
            </w:pPr>
            <w:r>
              <w:t>S72142A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D96D1B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63B9E1E" w14:textId="77777777" w:rsidR="00210ED2" w:rsidRDefault="00000000">
            <w:pPr>
              <w:spacing w:after="0" w:line="240" w:lineRule="auto"/>
            </w:pPr>
            <w:r>
              <w:t>Displaced intertrochanteric fracture of left femur, initial encounter for closed fracture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2DC1A9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6B454A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549B3367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7CD534" w14:textId="77777777" w:rsidR="00210ED2" w:rsidRDefault="00000000">
            <w:pPr>
              <w:spacing w:after="0" w:line="240" w:lineRule="auto"/>
            </w:pPr>
            <w:r>
              <w:t>S72142B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0BE163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0D28753" w14:textId="77777777" w:rsidR="00210ED2" w:rsidRDefault="00000000">
            <w:pPr>
              <w:spacing w:after="0" w:line="240" w:lineRule="auto"/>
            </w:pPr>
            <w:r>
              <w:t xml:space="preserve">Displaced intertrochanteric fracture </w:t>
            </w:r>
            <w:r>
              <w:lastRenderedPageBreak/>
              <w:t>of left femur, initial encounter for open fracture type I or II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9E7EBA" w14:textId="77777777" w:rsidR="00210ED2" w:rsidRDefault="00000000">
            <w:pPr>
              <w:spacing w:after="0" w:line="240" w:lineRule="auto"/>
            </w:pPr>
            <w:r>
              <w:lastRenderedPageBreak/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6707DE8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018F0B60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0FD5A6" w14:textId="77777777" w:rsidR="00210ED2" w:rsidRDefault="00000000">
            <w:pPr>
              <w:spacing w:after="0" w:line="240" w:lineRule="auto"/>
            </w:pPr>
            <w:r>
              <w:t>S72142D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7843C56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0B92D2" w14:textId="77777777" w:rsidR="00210ED2" w:rsidRDefault="00000000">
            <w:pPr>
              <w:spacing w:after="0" w:line="240" w:lineRule="auto"/>
            </w:pPr>
            <w:r>
              <w:t>Displaced intertrochanteric fracture of left femur, subsequent encounter for closed fracture with routine healing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0C6B7D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847525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798F9298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B409F6" w14:textId="77777777" w:rsidR="00210ED2" w:rsidRDefault="00000000">
            <w:pPr>
              <w:spacing w:after="0" w:line="240" w:lineRule="auto"/>
            </w:pPr>
            <w:r>
              <w:t>S72142K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0EF0308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53EE9E" w14:textId="77777777" w:rsidR="00210ED2" w:rsidRDefault="00000000">
            <w:pPr>
              <w:spacing w:after="0" w:line="240" w:lineRule="auto"/>
            </w:pPr>
            <w:r>
              <w:t>Displaced intertrochanteric fracture of left femur, subsequent encounter for closed fracture with nonunion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F623C0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C667F8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54C15141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3F7DB04" w14:textId="77777777" w:rsidR="00210ED2" w:rsidRDefault="00000000">
            <w:pPr>
              <w:spacing w:after="0" w:line="240" w:lineRule="auto"/>
            </w:pPr>
            <w:r>
              <w:t>S72142P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699DD6E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7D0888B" w14:textId="77777777" w:rsidR="00210ED2" w:rsidRDefault="00000000">
            <w:pPr>
              <w:spacing w:after="0" w:line="240" w:lineRule="auto"/>
            </w:pPr>
            <w:r>
              <w:t>Displaced intertrochanteric fracture of left femur, subsequent encounter for closed fracture with malunion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13368F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A20BB60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3E2D5456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56FC5D" w14:textId="77777777" w:rsidR="00210ED2" w:rsidRDefault="00000000">
            <w:pPr>
              <w:spacing w:after="0" w:line="240" w:lineRule="auto"/>
            </w:pPr>
            <w:r>
              <w:t>S72142S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1C35C7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84803C2" w14:textId="77777777" w:rsidR="00210ED2" w:rsidRDefault="00000000">
            <w:pPr>
              <w:spacing w:after="0" w:line="240" w:lineRule="auto"/>
            </w:pPr>
            <w:r>
              <w:t>Displaced intertrochanteric fracture of left femur, sequela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DC51C0A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D1A180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691828ED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0940DB" w14:textId="77777777" w:rsidR="00210ED2" w:rsidRDefault="00000000">
            <w:pPr>
              <w:spacing w:after="0" w:line="240" w:lineRule="auto"/>
            </w:pPr>
            <w:r>
              <w:t>S72144A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A09F4B0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FCE9C4" w14:textId="77777777" w:rsidR="00210ED2" w:rsidRDefault="00000000">
            <w:pPr>
              <w:spacing w:after="0" w:line="240" w:lineRule="auto"/>
            </w:pPr>
            <w:r>
              <w:t>Nondisplaced intertrochanteric fracture of right femur, initial encounter for closed fracture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A0D846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C95C7A1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647192E8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E70A33" w14:textId="77777777" w:rsidR="00210ED2" w:rsidRDefault="00000000">
            <w:pPr>
              <w:spacing w:after="0" w:line="240" w:lineRule="auto"/>
            </w:pPr>
            <w:r>
              <w:t>S72144D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7F3B44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C117965" w14:textId="77777777" w:rsidR="00210ED2" w:rsidRDefault="00000000">
            <w:pPr>
              <w:spacing w:after="0" w:line="240" w:lineRule="auto"/>
            </w:pPr>
            <w:r>
              <w:t>Nondisplaced intertrochanteric fracture of right femur, subsequent encounter for closed fracture with routine healing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56ADB6E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F70C63B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7F585C55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41DC770" w14:textId="77777777" w:rsidR="00210ED2" w:rsidRDefault="00000000">
            <w:pPr>
              <w:spacing w:after="0" w:line="240" w:lineRule="auto"/>
            </w:pPr>
            <w:r>
              <w:lastRenderedPageBreak/>
              <w:t>S72145A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57908E0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565682" w14:textId="77777777" w:rsidR="00210ED2" w:rsidRDefault="00000000">
            <w:pPr>
              <w:spacing w:after="0" w:line="240" w:lineRule="auto"/>
            </w:pPr>
            <w:r>
              <w:t>Nondisplaced intertrochanteric fracture of left femur, initial encounter for closed fracture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E41B0F7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2EB166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221E5BDF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DB379D" w14:textId="77777777" w:rsidR="00210ED2" w:rsidRDefault="00000000">
            <w:pPr>
              <w:spacing w:after="0" w:line="240" w:lineRule="auto"/>
            </w:pPr>
            <w:r>
              <w:t>S72145D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F1834A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466E1A" w14:textId="77777777" w:rsidR="00210ED2" w:rsidRDefault="00000000">
            <w:pPr>
              <w:spacing w:after="0" w:line="240" w:lineRule="auto"/>
            </w:pPr>
            <w:r>
              <w:t>Nondisplaced intertrochanteric fracture of left femur, subsequent encounter for closed fracture with routine healing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FFA821C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5E3B87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57CE1D29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1B74BD6" w14:textId="77777777" w:rsidR="00210ED2" w:rsidRDefault="00000000">
            <w:pPr>
              <w:spacing w:after="0" w:line="240" w:lineRule="auto"/>
            </w:pPr>
            <w:r>
              <w:t>S7221XA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FE511B4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E512BD" w14:textId="77777777" w:rsidR="00210ED2" w:rsidRDefault="00000000">
            <w:pPr>
              <w:spacing w:after="0" w:line="240" w:lineRule="auto"/>
            </w:pPr>
            <w:r>
              <w:t>Displaced subtrochanteric fracture of right femur, initial encounter for closed fracture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C0CC03E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37CD5C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1124B504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9418676" w14:textId="77777777" w:rsidR="00210ED2" w:rsidRDefault="00000000">
            <w:pPr>
              <w:spacing w:after="0" w:line="240" w:lineRule="auto"/>
            </w:pPr>
            <w:r>
              <w:t>S7221XD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1D02B2C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14E358" w14:textId="77777777" w:rsidR="00210ED2" w:rsidRDefault="00000000">
            <w:pPr>
              <w:spacing w:after="0" w:line="240" w:lineRule="auto"/>
            </w:pPr>
            <w:r>
              <w:t>Displaced subtrochanteric fracture of right femur, subsequent encounter for closed fracture with routine healing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E626ED3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1428CEA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076D1EAE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412349" w14:textId="77777777" w:rsidR="00210ED2" w:rsidRDefault="00000000">
            <w:pPr>
              <w:spacing w:after="0" w:line="240" w:lineRule="auto"/>
            </w:pPr>
            <w:r>
              <w:t>S7221XK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F37047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271594" w14:textId="77777777" w:rsidR="00210ED2" w:rsidRDefault="00000000">
            <w:pPr>
              <w:spacing w:after="0" w:line="240" w:lineRule="auto"/>
            </w:pPr>
            <w:r>
              <w:t>Displaced subtrochanteric fracture of right femur, subsequent encounter for closed fracture with nonunion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73BB09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FDB342B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3CCEA0CD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03EB083" w14:textId="77777777" w:rsidR="00210ED2" w:rsidRDefault="00000000">
            <w:pPr>
              <w:spacing w:after="0" w:line="240" w:lineRule="auto"/>
            </w:pPr>
            <w:r>
              <w:t>S7222XA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0064705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DF2B7D" w14:textId="77777777" w:rsidR="00210ED2" w:rsidRDefault="00000000">
            <w:pPr>
              <w:spacing w:after="0" w:line="240" w:lineRule="auto"/>
            </w:pPr>
            <w:r>
              <w:t>Displaced subtrochanteric fracture of left femur, initial encounter for closed fracture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9423C2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2C6FEC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42D35E0E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FBA0B4" w14:textId="77777777" w:rsidR="00210ED2" w:rsidRDefault="00000000">
            <w:pPr>
              <w:spacing w:after="0" w:line="240" w:lineRule="auto"/>
            </w:pPr>
            <w:r>
              <w:lastRenderedPageBreak/>
              <w:t>S7222XD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950F721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256961" w14:textId="77777777" w:rsidR="00210ED2" w:rsidRDefault="00000000">
            <w:pPr>
              <w:spacing w:after="0" w:line="240" w:lineRule="auto"/>
            </w:pPr>
            <w:r>
              <w:t>Displaced subtrochanteric fracture of left femur, subsequent encounter for closed fracture with routine healing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0489784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E95E4B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3946944D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CC1C39" w14:textId="77777777" w:rsidR="00210ED2" w:rsidRDefault="00000000">
            <w:pPr>
              <w:spacing w:after="0" w:line="240" w:lineRule="auto"/>
            </w:pPr>
            <w:r>
              <w:t>S7222XK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E638814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B684B25" w14:textId="77777777" w:rsidR="00210ED2" w:rsidRDefault="00000000">
            <w:pPr>
              <w:spacing w:after="0" w:line="240" w:lineRule="auto"/>
            </w:pPr>
            <w:r>
              <w:t>Displaced subtrochanteric fracture of left femur, subsequent encounter for closed fracture with nonunion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B17A927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C1076C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1F242E91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B40E2F" w14:textId="77777777" w:rsidR="00210ED2" w:rsidRDefault="00000000">
            <w:pPr>
              <w:spacing w:after="0" w:line="240" w:lineRule="auto"/>
            </w:pPr>
            <w:r>
              <w:t>S7223XD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911478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1CAE895" w14:textId="77777777" w:rsidR="00210ED2" w:rsidRDefault="00000000">
            <w:pPr>
              <w:spacing w:after="0" w:line="240" w:lineRule="auto"/>
            </w:pPr>
            <w:r>
              <w:t>Displaced subtrochanteric fracture of unspecified femur, subsequent encounter for closed fracture with routine healing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0495D51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8DC751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039BE1E9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A1B36BC" w14:textId="77777777" w:rsidR="00210ED2" w:rsidRDefault="00000000">
            <w:pPr>
              <w:spacing w:after="0" w:line="240" w:lineRule="auto"/>
            </w:pPr>
            <w:r>
              <w:t>S7224XA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10F9DC5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244F62" w14:textId="77777777" w:rsidR="00210ED2" w:rsidRDefault="00000000">
            <w:pPr>
              <w:spacing w:after="0" w:line="240" w:lineRule="auto"/>
            </w:pPr>
            <w:r>
              <w:t>Nondisplaced subtrochanteric fracture of right femur, initial encounter for closed fracture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F061AA6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839270D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2A9648AC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36665D" w14:textId="77777777" w:rsidR="00210ED2" w:rsidRDefault="00000000">
            <w:pPr>
              <w:spacing w:after="0" w:line="240" w:lineRule="auto"/>
            </w:pPr>
            <w:r>
              <w:t>S7225XA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801B289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2B06D0" w14:textId="77777777" w:rsidR="00210ED2" w:rsidRDefault="00000000">
            <w:pPr>
              <w:spacing w:after="0" w:line="240" w:lineRule="auto"/>
            </w:pPr>
            <w:r>
              <w:t>Nondisplaced subtrochanteric fracture of left femur, initial encounter for closed fracture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1B139A0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6FC5D5B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4FC8816C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26EB571" w14:textId="77777777" w:rsidR="00210ED2" w:rsidRDefault="00000000">
            <w:pPr>
              <w:spacing w:after="0" w:line="240" w:lineRule="auto"/>
            </w:pPr>
            <w:r>
              <w:t>73314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338A6A" w14:textId="77777777" w:rsidR="00210ED2" w:rsidRDefault="00000000">
            <w:pPr>
              <w:spacing w:after="0" w:line="240" w:lineRule="auto"/>
            </w:pPr>
            <w:r>
              <w:t>9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051E098" w14:textId="77777777" w:rsidR="00210ED2" w:rsidRDefault="00000000">
            <w:pPr>
              <w:spacing w:after="0" w:line="240" w:lineRule="auto"/>
            </w:pPr>
            <w:r>
              <w:t>Pathologic fracture of neck of femur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0220A21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4EB3E7A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7771B464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A19E16D" w14:textId="77777777" w:rsidR="00210ED2" w:rsidRDefault="00000000">
            <w:pPr>
              <w:spacing w:after="0" w:line="240" w:lineRule="auto"/>
            </w:pPr>
            <w:r>
              <w:t>73396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EA0098" w14:textId="77777777" w:rsidR="00210ED2" w:rsidRDefault="00000000">
            <w:pPr>
              <w:spacing w:after="0" w:line="240" w:lineRule="auto"/>
            </w:pPr>
            <w:r>
              <w:t>9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259393" w14:textId="77777777" w:rsidR="00210ED2" w:rsidRDefault="00000000">
            <w:pPr>
              <w:spacing w:after="0" w:line="240" w:lineRule="auto"/>
            </w:pPr>
            <w:r>
              <w:t>Stress fracture of femoral neck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9B2567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3F6A056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6718F2CB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226686" w14:textId="77777777" w:rsidR="00210ED2" w:rsidRDefault="00000000">
            <w:pPr>
              <w:spacing w:after="0" w:line="240" w:lineRule="auto"/>
            </w:pPr>
            <w:r>
              <w:t>82000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2C408CF" w14:textId="77777777" w:rsidR="00210ED2" w:rsidRDefault="00000000">
            <w:pPr>
              <w:spacing w:after="0" w:line="240" w:lineRule="auto"/>
            </w:pPr>
            <w:r>
              <w:t>9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592B6C7" w14:textId="77777777" w:rsidR="00210ED2" w:rsidRDefault="00000000">
            <w:pPr>
              <w:spacing w:after="0" w:line="240" w:lineRule="auto"/>
            </w:pPr>
            <w:r>
              <w:t xml:space="preserve">Closed fracture of intracapsular section of </w:t>
            </w:r>
            <w:r>
              <w:lastRenderedPageBreak/>
              <w:t>neck of femur, unspecified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87AD85E" w14:textId="77777777" w:rsidR="00210ED2" w:rsidRDefault="00000000">
            <w:pPr>
              <w:spacing w:after="0" w:line="240" w:lineRule="auto"/>
            </w:pPr>
            <w:r>
              <w:lastRenderedPageBreak/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BCB7374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46952165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2744CA" w14:textId="77777777" w:rsidR="00210ED2" w:rsidRDefault="00000000">
            <w:pPr>
              <w:spacing w:after="0" w:line="240" w:lineRule="auto"/>
            </w:pPr>
            <w:r>
              <w:t>82001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86DA90" w14:textId="77777777" w:rsidR="00210ED2" w:rsidRDefault="00000000">
            <w:pPr>
              <w:spacing w:after="0" w:line="240" w:lineRule="auto"/>
            </w:pPr>
            <w:r>
              <w:t>9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7BB6B4" w14:textId="77777777" w:rsidR="00210ED2" w:rsidRDefault="00000000">
            <w:pPr>
              <w:spacing w:after="0" w:line="240" w:lineRule="auto"/>
            </w:pPr>
            <w:r>
              <w:t>Closed fracture of epiphysis (separation) (upper) of neck of femur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1D02EA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9059795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2CEF1AD2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22EF99B" w14:textId="77777777" w:rsidR="00210ED2" w:rsidRDefault="00000000">
            <w:pPr>
              <w:spacing w:after="0" w:line="240" w:lineRule="auto"/>
            </w:pPr>
            <w:r>
              <w:t>82002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F2A87F3" w14:textId="77777777" w:rsidR="00210ED2" w:rsidRDefault="00000000">
            <w:pPr>
              <w:spacing w:after="0" w:line="240" w:lineRule="auto"/>
            </w:pPr>
            <w:r>
              <w:t>9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AE4A8B" w14:textId="77777777" w:rsidR="00210ED2" w:rsidRDefault="00000000">
            <w:pPr>
              <w:spacing w:after="0" w:line="240" w:lineRule="auto"/>
            </w:pPr>
            <w:r>
              <w:t>Closed fracture of midcervical section of neck of femur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26EAB77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B49619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1D41499B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BE4BDAF" w14:textId="77777777" w:rsidR="00210ED2" w:rsidRDefault="00000000">
            <w:pPr>
              <w:spacing w:after="0" w:line="240" w:lineRule="auto"/>
            </w:pPr>
            <w:r>
              <w:t>82003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4DC2C8" w14:textId="77777777" w:rsidR="00210ED2" w:rsidRDefault="00000000">
            <w:pPr>
              <w:spacing w:after="0" w:line="240" w:lineRule="auto"/>
            </w:pPr>
            <w:r>
              <w:t>9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F36552F" w14:textId="77777777" w:rsidR="00210ED2" w:rsidRDefault="00000000">
            <w:pPr>
              <w:spacing w:after="0" w:line="240" w:lineRule="auto"/>
            </w:pPr>
            <w:r>
              <w:t>Closed fracture of base of neck of femur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6EE6CF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995AE8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0D39C823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B1722F" w14:textId="77777777" w:rsidR="00210ED2" w:rsidRDefault="00000000">
            <w:pPr>
              <w:spacing w:after="0" w:line="240" w:lineRule="auto"/>
            </w:pPr>
            <w:r>
              <w:t>82009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765BB9" w14:textId="77777777" w:rsidR="00210ED2" w:rsidRDefault="00000000">
            <w:pPr>
              <w:spacing w:after="0" w:line="240" w:lineRule="auto"/>
            </w:pPr>
            <w:r>
              <w:t>9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A9C2B7" w14:textId="77777777" w:rsidR="00210ED2" w:rsidRDefault="00000000">
            <w:pPr>
              <w:spacing w:after="0" w:line="240" w:lineRule="auto"/>
            </w:pPr>
            <w:r>
              <w:t>Other closed transcervical fracture of neck of femur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49FBFB9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8ADC7E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70C8FC84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CBF8BA7" w14:textId="77777777" w:rsidR="00210ED2" w:rsidRDefault="00000000">
            <w:pPr>
              <w:spacing w:after="0" w:line="240" w:lineRule="auto"/>
            </w:pPr>
            <w:r>
              <w:t>82019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B5D748F" w14:textId="77777777" w:rsidR="00210ED2" w:rsidRDefault="00000000">
            <w:pPr>
              <w:spacing w:after="0" w:line="240" w:lineRule="auto"/>
            </w:pPr>
            <w:r>
              <w:t>9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B4D8B8F" w14:textId="77777777" w:rsidR="00210ED2" w:rsidRDefault="00000000">
            <w:pPr>
              <w:spacing w:after="0" w:line="240" w:lineRule="auto"/>
            </w:pPr>
            <w:r>
              <w:t>Other open transcervical fracture of neck of femur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8EFBF38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087B21F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2586F614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98C4911" w14:textId="77777777" w:rsidR="00210ED2" w:rsidRDefault="00000000">
            <w:pPr>
              <w:spacing w:after="0" w:line="240" w:lineRule="auto"/>
            </w:pPr>
            <w:r>
              <w:t>82020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5DBF2F5" w14:textId="77777777" w:rsidR="00210ED2" w:rsidRDefault="00000000">
            <w:pPr>
              <w:spacing w:after="0" w:line="240" w:lineRule="auto"/>
            </w:pPr>
            <w:r>
              <w:t>9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2047C6B" w14:textId="77777777" w:rsidR="00210ED2" w:rsidRDefault="00000000">
            <w:pPr>
              <w:spacing w:after="0" w:line="240" w:lineRule="auto"/>
            </w:pPr>
            <w:r>
              <w:t>Closed fracture of trochanteric section of neck of femur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125DF6D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4F9282C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421B29E9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59B2BCA" w14:textId="77777777" w:rsidR="00210ED2" w:rsidRDefault="00000000">
            <w:pPr>
              <w:spacing w:after="0" w:line="240" w:lineRule="auto"/>
            </w:pPr>
            <w:r>
              <w:t>82021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EBCC02" w14:textId="77777777" w:rsidR="00210ED2" w:rsidRDefault="00000000">
            <w:pPr>
              <w:spacing w:after="0" w:line="240" w:lineRule="auto"/>
            </w:pPr>
            <w:r>
              <w:t>9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CFE4A96" w14:textId="77777777" w:rsidR="00210ED2" w:rsidRDefault="00000000">
            <w:pPr>
              <w:spacing w:after="0" w:line="240" w:lineRule="auto"/>
            </w:pPr>
            <w:r>
              <w:t>Closed fracture of intertrochanteric section of neck of femur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8018A9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73EDFC3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25C472D9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723A30B" w14:textId="77777777" w:rsidR="00210ED2" w:rsidRDefault="00000000">
            <w:pPr>
              <w:spacing w:after="0" w:line="240" w:lineRule="auto"/>
            </w:pPr>
            <w:r>
              <w:t>82022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3296D8" w14:textId="77777777" w:rsidR="00210ED2" w:rsidRDefault="00000000">
            <w:pPr>
              <w:spacing w:after="0" w:line="240" w:lineRule="auto"/>
            </w:pPr>
            <w:r>
              <w:t>9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8D198A3" w14:textId="77777777" w:rsidR="00210ED2" w:rsidRDefault="00000000">
            <w:pPr>
              <w:spacing w:after="0" w:line="240" w:lineRule="auto"/>
            </w:pPr>
            <w:r>
              <w:t>Closed fracture of subtrochanteric section of neck of femur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BD97995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1A3733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1546FF70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C76C811" w14:textId="77777777" w:rsidR="00210ED2" w:rsidRDefault="00000000">
            <w:pPr>
              <w:spacing w:after="0" w:line="240" w:lineRule="auto"/>
            </w:pPr>
            <w:r>
              <w:t>82030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3E64130" w14:textId="77777777" w:rsidR="00210ED2" w:rsidRDefault="00000000">
            <w:pPr>
              <w:spacing w:after="0" w:line="240" w:lineRule="auto"/>
            </w:pPr>
            <w:r>
              <w:t>9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5FC8F2" w14:textId="77777777" w:rsidR="00210ED2" w:rsidRDefault="00000000">
            <w:pPr>
              <w:spacing w:after="0" w:line="240" w:lineRule="auto"/>
            </w:pPr>
            <w:r>
              <w:t>Open fracture of trochanteric section of neck of femur, unspecified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ACC527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144FD2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5FE94CBA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FC21E7D" w14:textId="77777777" w:rsidR="00210ED2" w:rsidRDefault="00000000">
            <w:pPr>
              <w:spacing w:after="0" w:line="240" w:lineRule="auto"/>
            </w:pPr>
            <w:r>
              <w:t>82031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5188118" w14:textId="77777777" w:rsidR="00210ED2" w:rsidRDefault="00000000">
            <w:pPr>
              <w:spacing w:after="0" w:line="240" w:lineRule="auto"/>
            </w:pPr>
            <w:r>
              <w:t>9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1D4DD7" w14:textId="77777777" w:rsidR="00210ED2" w:rsidRDefault="00000000">
            <w:pPr>
              <w:spacing w:after="0" w:line="240" w:lineRule="auto"/>
            </w:pPr>
            <w:r>
              <w:t>Open fracture of intertrochanteric section of neck of femur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3FD598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F213AB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4050CDA5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43171F6" w14:textId="77777777" w:rsidR="00210ED2" w:rsidRDefault="00000000">
            <w:pPr>
              <w:spacing w:after="0" w:line="240" w:lineRule="auto"/>
            </w:pPr>
            <w:r>
              <w:lastRenderedPageBreak/>
              <w:t>82032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ED9D8B" w14:textId="77777777" w:rsidR="00210ED2" w:rsidRDefault="00000000">
            <w:pPr>
              <w:spacing w:after="0" w:line="240" w:lineRule="auto"/>
            </w:pPr>
            <w:r>
              <w:t>9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1C1B9A9" w14:textId="77777777" w:rsidR="00210ED2" w:rsidRDefault="00000000">
            <w:pPr>
              <w:spacing w:after="0" w:line="240" w:lineRule="auto"/>
            </w:pPr>
            <w:r>
              <w:t>Open fracture of subtrochanteric section of neck of femur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FC4BE7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CF8D003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05A32C2F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6EE0283" w14:textId="77777777" w:rsidR="00210ED2" w:rsidRDefault="00000000">
            <w:pPr>
              <w:spacing w:after="0" w:line="240" w:lineRule="auto"/>
            </w:pPr>
            <w:r>
              <w:t>8208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E3580C" w14:textId="77777777" w:rsidR="00210ED2" w:rsidRDefault="00000000">
            <w:pPr>
              <w:spacing w:after="0" w:line="240" w:lineRule="auto"/>
            </w:pPr>
            <w:r>
              <w:t>9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B592F5" w14:textId="77777777" w:rsidR="00210ED2" w:rsidRDefault="00000000">
            <w:pPr>
              <w:spacing w:after="0" w:line="240" w:lineRule="auto"/>
            </w:pPr>
            <w:r>
              <w:t>Closed fracture of unspecified part of neck of femur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D3AF99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045E52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7E620C43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FE2C9FC" w14:textId="77777777" w:rsidR="00210ED2" w:rsidRDefault="00000000">
            <w:pPr>
              <w:spacing w:after="0" w:line="240" w:lineRule="auto"/>
            </w:pPr>
            <w:r>
              <w:t>8209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6BAA42" w14:textId="77777777" w:rsidR="00210ED2" w:rsidRDefault="00000000">
            <w:pPr>
              <w:spacing w:after="0" w:line="240" w:lineRule="auto"/>
            </w:pPr>
            <w:r>
              <w:t>9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F6F540F" w14:textId="77777777" w:rsidR="00210ED2" w:rsidRDefault="00000000">
            <w:pPr>
              <w:spacing w:after="0" w:line="240" w:lineRule="auto"/>
            </w:pPr>
            <w:r>
              <w:t>Open fracture of unspecified part of neck of femur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F8921F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0AA4D3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04F20B3E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27D6FD6" w14:textId="77777777" w:rsidR="00210ED2" w:rsidRDefault="00000000">
            <w:pPr>
              <w:spacing w:after="0" w:line="240" w:lineRule="auto"/>
            </w:pPr>
            <w:r>
              <w:t>M80051A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382434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1D1D954" w14:textId="77777777" w:rsidR="00210ED2" w:rsidRDefault="00000000">
            <w:pPr>
              <w:spacing w:after="0" w:line="240" w:lineRule="auto"/>
            </w:pPr>
            <w:r>
              <w:t>Age-related osteoporosis with current pathological fracture, right femur, initial encounter for fracture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A8B1780" w14:textId="77777777" w:rsidR="00210ED2" w:rsidRDefault="00000000">
            <w:pPr>
              <w:spacing w:after="0" w:line="240" w:lineRule="auto"/>
            </w:pPr>
            <w:r>
              <w:t>False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1154E2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0240ADA2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A5F249" w14:textId="77777777" w:rsidR="00210ED2" w:rsidRDefault="00000000">
            <w:pPr>
              <w:spacing w:after="0" w:line="240" w:lineRule="auto"/>
            </w:pPr>
            <w:r>
              <w:t>M80051D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D4CAD29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19C0B83" w14:textId="77777777" w:rsidR="00210ED2" w:rsidRDefault="00000000">
            <w:pPr>
              <w:spacing w:after="0" w:line="240" w:lineRule="auto"/>
            </w:pPr>
            <w:r>
              <w:t>Age-related osteoporosis with current pathological fracture, right femur, subsequent encounter for fracture with routine healing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A725FC1" w14:textId="77777777" w:rsidR="00210ED2" w:rsidRDefault="00000000">
            <w:pPr>
              <w:spacing w:after="0" w:line="240" w:lineRule="auto"/>
            </w:pPr>
            <w:r>
              <w:t>False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0D04DAC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2CB3613B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51D3EE" w14:textId="77777777" w:rsidR="00210ED2" w:rsidRDefault="00000000">
            <w:pPr>
              <w:spacing w:after="0" w:line="240" w:lineRule="auto"/>
            </w:pPr>
            <w:r>
              <w:t>M80052A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C3C0E29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6F7E3F1" w14:textId="77777777" w:rsidR="00210ED2" w:rsidRDefault="00000000">
            <w:pPr>
              <w:spacing w:after="0" w:line="240" w:lineRule="auto"/>
            </w:pPr>
            <w:r>
              <w:t>Age-related osteoporosis with current pathological fracture, left femur, initial encounter for fracture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F09A2E" w14:textId="77777777" w:rsidR="00210ED2" w:rsidRDefault="00000000">
            <w:pPr>
              <w:spacing w:after="0" w:line="240" w:lineRule="auto"/>
            </w:pPr>
            <w:r>
              <w:t>False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F578C70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3A323784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8A5E547" w14:textId="77777777" w:rsidR="00210ED2" w:rsidRDefault="00000000">
            <w:pPr>
              <w:spacing w:after="0" w:line="240" w:lineRule="auto"/>
            </w:pPr>
            <w:r>
              <w:t>M80052D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F59D4A0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43EAD1C" w14:textId="77777777" w:rsidR="00210ED2" w:rsidRDefault="00000000">
            <w:pPr>
              <w:spacing w:after="0" w:line="240" w:lineRule="auto"/>
            </w:pPr>
            <w:r>
              <w:t>Age-related osteoporosis with current pathological fracture, left femur, subsequent encounter for fracture with routine healing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383BA60" w14:textId="77777777" w:rsidR="00210ED2" w:rsidRDefault="00000000">
            <w:pPr>
              <w:spacing w:after="0" w:line="240" w:lineRule="auto"/>
            </w:pPr>
            <w:r>
              <w:t>False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91DF5A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2CDD5081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88A928" w14:textId="77777777" w:rsidR="00210ED2" w:rsidRDefault="00000000">
            <w:pPr>
              <w:spacing w:after="0" w:line="240" w:lineRule="auto"/>
            </w:pPr>
            <w:r>
              <w:t>M80059A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CCE3415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B0C739" w14:textId="77777777" w:rsidR="00210ED2" w:rsidRDefault="00000000">
            <w:pPr>
              <w:spacing w:after="0" w:line="240" w:lineRule="auto"/>
            </w:pPr>
            <w:r>
              <w:t xml:space="preserve">Age-related osteoporosis with current pathological fracture, unspecified </w:t>
            </w:r>
            <w:r>
              <w:lastRenderedPageBreak/>
              <w:t>femur, initial encounter for fracture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D79505" w14:textId="77777777" w:rsidR="00210ED2" w:rsidRDefault="00000000">
            <w:pPr>
              <w:spacing w:after="0" w:line="240" w:lineRule="auto"/>
            </w:pPr>
            <w:r>
              <w:lastRenderedPageBreak/>
              <w:t>False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67CCD4F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166AC9F3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6621A1" w14:textId="77777777" w:rsidR="00210ED2" w:rsidRDefault="00000000">
            <w:pPr>
              <w:spacing w:after="0" w:line="240" w:lineRule="auto"/>
            </w:pPr>
            <w:r>
              <w:t>M80851A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25033F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FA2EA0" w14:textId="77777777" w:rsidR="00210ED2" w:rsidRDefault="00000000">
            <w:pPr>
              <w:spacing w:after="0" w:line="240" w:lineRule="auto"/>
            </w:pPr>
            <w:r>
              <w:t>Other osteoporosis with current pathological fracture, right femur, initial encounter for fracture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CDB8672" w14:textId="77777777" w:rsidR="00210ED2" w:rsidRDefault="00000000">
            <w:pPr>
              <w:spacing w:after="0" w:line="240" w:lineRule="auto"/>
            </w:pPr>
            <w:r>
              <w:t>False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CC1807B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3755CDE7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9D22BE6" w14:textId="77777777" w:rsidR="00210ED2" w:rsidRDefault="00000000">
            <w:pPr>
              <w:spacing w:after="0" w:line="240" w:lineRule="auto"/>
            </w:pPr>
            <w:r>
              <w:t>M80851D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EEAC802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007CA13" w14:textId="77777777" w:rsidR="00210ED2" w:rsidRDefault="00000000">
            <w:pPr>
              <w:spacing w:after="0" w:line="240" w:lineRule="auto"/>
            </w:pPr>
            <w:r>
              <w:t>Other osteoporosis with current pathological fracture, right femur, subsequent encounter for fracture with routine healing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5DFEA1B" w14:textId="77777777" w:rsidR="00210ED2" w:rsidRDefault="00000000">
            <w:pPr>
              <w:spacing w:after="0" w:line="240" w:lineRule="auto"/>
            </w:pPr>
            <w:r>
              <w:t>False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A24F849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03CBF911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C8F866" w14:textId="77777777" w:rsidR="00210ED2" w:rsidRDefault="00000000">
            <w:pPr>
              <w:spacing w:after="0" w:line="240" w:lineRule="auto"/>
            </w:pPr>
            <w:r>
              <w:t>M80851G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5EE46F5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25000A" w14:textId="77777777" w:rsidR="00210ED2" w:rsidRDefault="00000000">
            <w:pPr>
              <w:spacing w:after="0" w:line="240" w:lineRule="auto"/>
            </w:pPr>
            <w:r>
              <w:t>Other osteoporosis with current pathological fracture, right femur, subsequent encounter for fracture with delayed healing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7F7412" w14:textId="77777777" w:rsidR="00210ED2" w:rsidRDefault="00000000">
            <w:pPr>
              <w:spacing w:after="0" w:line="240" w:lineRule="auto"/>
            </w:pPr>
            <w:r>
              <w:t>False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B94BAB8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7F83CBD3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1EBAF2" w14:textId="77777777" w:rsidR="00210ED2" w:rsidRDefault="00000000">
            <w:pPr>
              <w:spacing w:after="0" w:line="240" w:lineRule="auto"/>
            </w:pPr>
            <w:r>
              <w:t>M80851S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CF6B17B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F036DCF" w14:textId="77777777" w:rsidR="00210ED2" w:rsidRDefault="00000000">
            <w:pPr>
              <w:spacing w:after="0" w:line="240" w:lineRule="auto"/>
            </w:pPr>
            <w:r>
              <w:t>Other osteoporosis with current pathological fracture, right femur, sequela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988BE4" w14:textId="77777777" w:rsidR="00210ED2" w:rsidRDefault="00000000">
            <w:pPr>
              <w:spacing w:after="0" w:line="240" w:lineRule="auto"/>
            </w:pPr>
            <w:r>
              <w:t>False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43BA70A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27C3BC20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E2F4965" w14:textId="77777777" w:rsidR="00210ED2" w:rsidRDefault="00000000">
            <w:pPr>
              <w:spacing w:after="0" w:line="240" w:lineRule="auto"/>
            </w:pPr>
            <w:r>
              <w:t>M80852A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71FAFAF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5A3C07E" w14:textId="77777777" w:rsidR="00210ED2" w:rsidRDefault="00000000">
            <w:pPr>
              <w:spacing w:after="0" w:line="240" w:lineRule="auto"/>
            </w:pPr>
            <w:r>
              <w:t>Other osteoporosis with current pathological fracture, left femur, initial encounter for fracture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1C5540" w14:textId="77777777" w:rsidR="00210ED2" w:rsidRDefault="00000000">
            <w:pPr>
              <w:spacing w:after="0" w:line="240" w:lineRule="auto"/>
            </w:pPr>
            <w:r>
              <w:t>False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FF49EC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510A61AC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B14E5DA" w14:textId="77777777" w:rsidR="00210ED2" w:rsidRDefault="00000000">
            <w:pPr>
              <w:spacing w:after="0" w:line="240" w:lineRule="auto"/>
            </w:pPr>
            <w:r>
              <w:t>M80852K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C2A7F4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5B1E141" w14:textId="77777777" w:rsidR="00210ED2" w:rsidRDefault="00000000">
            <w:pPr>
              <w:spacing w:after="0" w:line="240" w:lineRule="auto"/>
            </w:pPr>
            <w:r>
              <w:t>Other osteoporosis with current pathological fracture, left femur, subsequent encounter for fracture with nonunion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1B5B7F" w14:textId="77777777" w:rsidR="00210ED2" w:rsidRDefault="00000000">
            <w:pPr>
              <w:spacing w:after="0" w:line="240" w:lineRule="auto"/>
            </w:pPr>
            <w:r>
              <w:t>False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891EBA8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3CED2260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51F4EE" w14:textId="77777777" w:rsidR="00210ED2" w:rsidRDefault="00000000">
            <w:pPr>
              <w:spacing w:after="0" w:line="240" w:lineRule="auto"/>
            </w:pPr>
            <w:r>
              <w:lastRenderedPageBreak/>
              <w:t>M80852S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2E0216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12E59A" w14:textId="77777777" w:rsidR="00210ED2" w:rsidRDefault="00000000">
            <w:pPr>
              <w:spacing w:after="0" w:line="240" w:lineRule="auto"/>
            </w:pPr>
            <w:r>
              <w:t>Other osteoporosis with current pathological fracture, left femur, sequela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8FF1618" w14:textId="77777777" w:rsidR="00210ED2" w:rsidRDefault="00000000">
            <w:pPr>
              <w:spacing w:after="0" w:line="240" w:lineRule="auto"/>
            </w:pPr>
            <w:r>
              <w:t>False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CFF65B2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6C8BE87D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04C8601" w14:textId="77777777" w:rsidR="00210ED2" w:rsidRDefault="00000000">
            <w:pPr>
              <w:spacing w:after="0" w:line="240" w:lineRule="auto"/>
            </w:pPr>
            <w:r>
              <w:t>M80859D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BDB8FE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6EC005" w14:textId="77777777" w:rsidR="00210ED2" w:rsidRDefault="00000000">
            <w:pPr>
              <w:spacing w:after="0" w:line="240" w:lineRule="auto"/>
            </w:pPr>
            <w:r>
              <w:t>Other osteoporosis with current pathological fracture, unspecified femur, subsequent encounter for fracture with routine healing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AC927D4" w14:textId="77777777" w:rsidR="00210ED2" w:rsidRDefault="00000000">
            <w:pPr>
              <w:spacing w:after="0" w:line="240" w:lineRule="auto"/>
            </w:pPr>
            <w:r>
              <w:t>False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209C9B5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1B0CAEC4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E62E50B" w14:textId="77777777" w:rsidR="00210ED2" w:rsidRDefault="00000000">
            <w:pPr>
              <w:spacing w:after="0" w:line="240" w:lineRule="auto"/>
            </w:pPr>
            <w:r>
              <w:t>M84351A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F9A48C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E2A689F" w14:textId="77777777" w:rsidR="00210ED2" w:rsidRDefault="00000000">
            <w:pPr>
              <w:spacing w:after="0" w:line="240" w:lineRule="auto"/>
            </w:pPr>
            <w:r>
              <w:t>Stress fracture, right femur, initial encounter for fracture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FC8CD4" w14:textId="77777777" w:rsidR="00210ED2" w:rsidRDefault="00000000">
            <w:pPr>
              <w:spacing w:after="0" w:line="240" w:lineRule="auto"/>
            </w:pPr>
            <w:r>
              <w:t>False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2B37E99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7F229C86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99605B" w14:textId="77777777" w:rsidR="00210ED2" w:rsidRDefault="00000000">
            <w:pPr>
              <w:spacing w:after="0" w:line="240" w:lineRule="auto"/>
            </w:pPr>
            <w:r>
              <w:t>M84352A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7126405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793C8F2" w14:textId="77777777" w:rsidR="00210ED2" w:rsidRDefault="00000000">
            <w:pPr>
              <w:spacing w:after="0" w:line="240" w:lineRule="auto"/>
            </w:pPr>
            <w:r>
              <w:t>Stress fracture, left femur, initial encounter for fracture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B909713" w14:textId="77777777" w:rsidR="00210ED2" w:rsidRDefault="00000000">
            <w:pPr>
              <w:spacing w:after="0" w:line="240" w:lineRule="auto"/>
            </w:pPr>
            <w:r>
              <w:t>False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007F5C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79E4E653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DDBB20B" w14:textId="77777777" w:rsidR="00210ED2" w:rsidRDefault="00000000">
            <w:pPr>
              <w:spacing w:after="0" w:line="240" w:lineRule="auto"/>
            </w:pPr>
            <w:r>
              <w:t>M84359A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4A4975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F0D1E9" w14:textId="77777777" w:rsidR="00210ED2" w:rsidRDefault="00000000">
            <w:pPr>
              <w:spacing w:after="0" w:line="240" w:lineRule="auto"/>
            </w:pPr>
            <w:r>
              <w:t>Stress fracture, hip, unspecified, initial encounter for fracture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B1D1A1" w14:textId="77777777" w:rsidR="00210ED2" w:rsidRDefault="00000000">
            <w:pPr>
              <w:spacing w:after="0" w:line="240" w:lineRule="auto"/>
            </w:pPr>
            <w:r>
              <w:t>False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9C3DC3D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1AF5F20C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64FA02" w14:textId="77777777" w:rsidR="00210ED2" w:rsidRDefault="00000000">
            <w:pPr>
              <w:spacing w:after="0" w:line="240" w:lineRule="auto"/>
            </w:pPr>
            <w:r>
              <w:t>M84451A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D8024F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ADD5389" w14:textId="77777777" w:rsidR="00210ED2" w:rsidRDefault="00000000">
            <w:pPr>
              <w:spacing w:after="0" w:line="240" w:lineRule="auto"/>
            </w:pPr>
            <w:r>
              <w:t>Pathological fracture, right femur, initial encounter for fracture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7DA8982" w14:textId="77777777" w:rsidR="00210ED2" w:rsidRDefault="00000000">
            <w:pPr>
              <w:spacing w:after="0" w:line="240" w:lineRule="auto"/>
            </w:pPr>
            <w:r>
              <w:t>False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DA18CC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6855141B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8538914" w14:textId="77777777" w:rsidR="00210ED2" w:rsidRDefault="00000000">
            <w:pPr>
              <w:spacing w:after="0" w:line="240" w:lineRule="auto"/>
            </w:pPr>
            <w:r>
              <w:t>M84451K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BEB27C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9D2204E" w14:textId="77777777" w:rsidR="00210ED2" w:rsidRDefault="00000000">
            <w:pPr>
              <w:spacing w:after="0" w:line="240" w:lineRule="auto"/>
            </w:pPr>
            <w:r>
              <w:t>Pathological fracture, right femur, subsequent encounter for fracture with nonunion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2E2156" w14:textId="77777777" w:rsidR="00210ED2" w:rsidRDefault="00000000">
            <w:pPr>
              <w:spacing w:after="0" w:line="240" w:lineRule="auto"/>
            </w:pPr>
            <w:r>
              <w:t>False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C1A147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2D7C5695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2F13E8E" w14:textId="77777777" w:rsidR="00210ED2" w:rsidRDefault="00000000">
            <w:pPr>
              <w:spacing w:after="0" w:line="240" w:lineRule="auto"/>
            </w:pPr>
            <w:r>
              <w:t>M84451P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BF992E6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8535B4" w14:textId="77777777" w:rsidR="00210ED2" w:rsidRDefault="00000000">
            <w:pPr>
              <w:spacing w:after="0" w:line="240" w:lineRule="auto"/>
            </w:pPr>
            <w:r>
              <w:t>Pathological fracture, right femur, subsequent encounter for fracture with malunion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16A246B" w14:textId="77777777" w:rsidR="00210ED2" w:rsidRDefault="00000000">
            <w:pPr>
              <w:spacing w:after="0" w:line="240" w:lineRule="auto"/>
            </w:pPr>
            <w:r>
              <w:t>False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003D12D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2CC69676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12648E" w14:textId="77777777" w:rsidR="00210ED2" w:rsidRDefault="00000000">
            <w:pPr>
              <w:spacing w:after="0" w:line="240" w:lineRule="auto"/>
            </w:pPr>
            <w:r>
              <w:t>M84452A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AA85564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E0CF8F" w14:textId="77777777" w:rsidR="00210ED2" w:rsidRDefault="00000000">
            <w:pPr>
              <w:spacing w:after="0" w:line="240" w:lineRule="auto"/>
            </w:pPr>
            <w:r>
              <w:t>Pathological fracture, left femur, initial encounter for fracture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987643B" w14:textId="77777777" w:rsidR="00210ED2" w:rsidRDefault="00000000">
            <w:pPr>
              <w:spacing w:after="0" w:line="240" w:lineRule="auto"/>
            </w:pPr>
            <w:r>
              <w:t>False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A1D2FFB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27EE0ADC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9870462" w14:textId="77777777" w:rsidR="00210ED2" w:rsidRDefault="00000000">
            <w:pPr>
              <w:spacing w:after="0" w:line="240" w:lineRule="auto"/>
            </w:pPr>
            <w:r>
              <w:lastRenderedPageBreak/>
              <w:t>M84452D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BC00370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0509F61" w14:textId="77777777" w:rsidR="00210ED2" w:rsidRDefault="00000000">
            <w:pPr>
              <w:spacing w:after="0" w:line="240" w:lineRule="auto"/>
            </w:pPr>
            <w:r>
              <w:t>Pathological fracture, left femur, subsequent encounter for fracture with routine healing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FFF0EDA" w14:textId="77777777" w:rsidR="00210ED2" w:rsidRDefault="00000000">
            <w:pPr>
              <w:spacing w:after="0" w:line="240" w:lineRule="auto"/>
            </w:pPr>
            <w:r>
              <w:t>False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E98707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60F4BF88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223624D" w14:textId="77777777" w:rsidR="00210ED2" w:rsidRDefault="00000000">
            <w:pPr>
              <w:spacing w:after="0" w:line="240" w:lineRule="auto"/>
            </w:pPr>
            <w:r>
              <w:t>M84452S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7F0FA5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F880787" w14:textId="77777777" w:rsidR="00210ED2" w:rsidRDefault="00000000">
            <w:pPr>
              <w:spacing w:after="0" w:line="240" w:lineRule="auto"/>
            </w:pPr>
            <w:r>
              <w:t>Pathological fracture, left femur, sequela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95B709" w14:textId="77777777" w:rsidR="00210ED2" w:rsidRDefault="00000000">
            <w:pPr>
              <w:spacing w:after="0" w:line="240" w:lineRule="auto"/>
            </w:pPr>
            <w:r>
              <w:t>False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9BAAD0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36BE6116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64B9AC" w14:textId="77777777" w:rsidR="00210ED2" w:rsidRDefault="00000000">
            <w:pPr>
              <w:spacing w:after="0" w:line="240" w:lineRule="auto"/>
            </w:pPr>
            <w:r>
              <w:t>M84453D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33B93A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A55B352" w14:textId="77777777" w:rsidR="00210ED2" w:rsidRDefault="00000000">
            <w:pPr>
              <w:spacing w:after="0" w:line="240" w:lineRule="auto"/>
            </w:pPr>
            <w:r>
              <w:t>Pathological fracture, unspecified femur, subsequent encounter for fracture with routine healing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CD350B" w14:textId="77777777" w:rsidR="00210ED2" w:rsidRDefault="00000000">
            <w:pPr>
              <w:spacing w:after="0" w:line="240" w:lineRule="auto"/>
            </w:pPr>
            <w:r>
              <w:t>False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F78C22F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6A7431A6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9F64EE" w14:textId="77777777" w:rsidR="00210ED2" w:rsidRDefault="00000000">
            <w:pPr>
              <w:spacing w:after="0" w:line="240" w:lineRule="auto"/>
            </w:pPr>
            <w:r>
              <w:t>M84454A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EFD36E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48EFC0D" w14:textId="77777777" w:rsidR="00210ED2" w:rsidRDefault="00000000">
            <w:pPr>
              <w:spacing w:after="0" w:line="240" w:lineRule="auto"/>
            </w:pPr>
            <w:r>
              <w:t>Pathological fracture, pelvis, initial encounter for fracture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68576F" w14:textId="77777777" w:rsidR="00210ED2" w:rsidRDefault="00000000">
            <w:pPr>
              <w:spacing w:after="0" w:line="240" w:lineRule="auto"/>
            </w:pPr>
            <w:r>
              <w:t>False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9EF3FEC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39EFFB61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A1A352" w14:textId="77777777" w:rsidR="00210ED2" w:rsidRDefault="00000000">
            <w:pPr>
              <w:spacing w:after="0" w:line="240" w:lineRule="auto"/>
            </w:pPr>
            <w:r>
              <w:t>M84454D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203377E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7480D0" w14:textId="77777777" w:rsidR="00210ED2" w:rsidRDefault="00000000">
            <w:pPr>
              <w:spacing w:after="0" w:line="240" w:lineRule="auto"/>
            </w:pPr>
            <w:r>
              <w:t>Pathological fracture, pelvis, subsequent encounter for fracture with routine healing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7E9391" w14:textId="77777777" w:rsidR="00210ED2" w:rsidRDefault="00000000">
            <w:pPr>
              <w:spacing w:after="0" w:line="240" w:lineRule="auto"/>
            </w:pPr>
            <w:r>
              <w:t>False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EFF0A7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54E96D2A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8B815E" w14:textId="77777777" w:rsidR="00210ED2" w:rsidRDefault="00000000">
            <w:pPr>
              <w:spacing w:after="0" w:line="240" w:lineRule="auto"/>
            </w:pPr>
            <w:r>
              <w:t>M84454S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0EED7C6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5D8C4F6" w14:textId="77777777" w:rsidR="00210ED2" w:rsidRDefault="00000000">
            <w:pPr>
              <w:spacing w:after="0" w:line="240" w:lineRule="auto"/>
            </w:pPr>
            <w:r>
              <w:t>Pathological fracture, pelvis, sequela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808D8ED" w14:textId="77777777" w:rsidR="00210ED2" w:rsidRDefault="00000000">
            <w:pPr>
              <w:spacing w:after="0" w:line="240" w:lineRule="auto"/>
            </w:pPr>
            <w:r>
              <w:t>False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76C17B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29FD6217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0DCA2A" w14:textId="77777777" w:rsidR="00210ED2" w:rsidRDefault="00000000">
            <w:pPr>
              <w:spacing w:after="0" w:line="240" w:lineRule="auto"/>
            </w:pPr>
            <w:r>
              <w:t>M84459A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1161EF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BE6DBE7" w14:textId="77777777" w:rsidR="00210ED2" w:rsidRDefault="00000000">
            <w:pPr>
              <w:spacing w:after="0" w:line="240" w:lineRule="auto"/>
            </w:pPr>
            <w:r>
              <w:t>Pathological fracture, hip, unspecified, initial encounter for fracture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28EEABD" w14:textId="77777777" w:rsidR="00210ED2" w:rsidRDefault="00000000">
            <w:pPr>
              <w:spacing w:after="0" w:line="240" w:lineRule="auto"/>
            </w:pPr>
            <w:r>
              <w:t>False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FD00284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4BC77482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8A8D88E" w14:textId="77777777" w:rsidR="00210ED2" w:rsidRDefault="00000000">
            <w:pPr>
              <w:spacing w:after="0" w:line="240" w:lineRule="auto"/>
            </w:pPr>
            <w:r>
              <w:t>M84459D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088B561" w14:textId="77777777" w:rsidR="00210ED2" w:rsidRDefault="00000000">
            <w:pPr>
              <w:spacing w:after="0" w:line="240" w:lineRule="auto"/>
            </w:pPr>
            <w:r>
              <w:t>10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A2EC09" w14:textId="77777777" w:rsidR="00210ED2" w:rsidRDefault="00000000">
            <w:pPr>
              <w:spacing w:after="0" w:line="240" w:lineRule="auto"/>
            </w:pPr>
            <w:r>
              <w:t>Pathological fracture, hip, unspecified, subsequent encounter for fracture with routine healing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45C5AC" w14:textId="77777777" w:rsidR="00210ED2" w:rsidRDefault="00000000">
            <w:pPr>
              <w:spacing w:after="0" w:line="240" w:lineRule="auto"/>
            </w:pPr>
            <w:r>
              <w:t>False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FBD49DC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5F45EEAE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CD752B" w14:textId="77777777" w:rsidR="00210ED2" w:rsidRDefault="00000000">
            <w:pPr>
              <w:spacing w:after="0" w:line="240" w:lineRule="auto"/>
            </w:pPr>
            <w:r>
              <w:t>73315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14D993" w14:textId="77777777" w:rsidR="00210ED2" w:rsidRDefault="00000000">
            <w:pPr>
              <w:spacing w:after="0" w:line="240" w:lineRule="auto"/>
            </w:pPr>
            <w:r>
              <w:t>9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EBA5E8" w14:textId="77777777" w:rsidR="00210ED2" w:rsidRDefault="00000000">
            <w:pPr>
              <w:spacing w:after="0" w:line="240" w:lineRule="auto"/>
            </w:pPr>
            <w:r>
              <w:t>Pathologic fracture of other specified part of femur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489663" w14:textId="77777777" w:rsidR="00210ED2" w:rsidRDefault="00000000">
            <w:pPr>
              <w:spacing w:after="0" w:line="240" w:lineRule="auto"/>
            </w:pPr>
            <w:r>
              <w:t>False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BE3D64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  <w:tr w:rsidR="00210ED2" w14:paraId="687DC176" w14:textId="77777777">
        <w:trPr>
          <w:jc w:val="center"/>
        </w:trPr>
        <w:tc>
          <w:tcPr>
            <w:tcW w:w="290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8E282BF" w14:textId="77777777" w:rsidR="00210ED2" w:rsidRDefault="00000000">
            <w:pPr>
              <w:spacing w:after="0" w:line="240" w:lineRule="auto"/>
            </w:pPr>
            <w:r>
              <w:t>73397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4BEA4B1" w14:textId="77777777" w:rsidR="00210ED2" w:rsidRDefault="00000000">
            <w:pPr>
              <w:spacing w:after="0" w:line="240" w:lineRule="auto"/>
            </w:pPr>
            <w:r>
              <w:t>9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C0E2D4" w14:textId="77777777" w:rsidR="00210ED2" w:rsidRDefault="00000000">
            <w:pPr>
              <w:spacing w:after="0" w:line="240" w:lineRule="auto"/>
            </w:pPr>
            <w:r>
              <w:t>Stress fracture of shaft of femur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2CAD89F" w14:textId="77777777" w:rsidR="00210ED2" w:rsidRDefault="00000000">
            <w:pPr>
              <w:spacing w:after="0" w:line="240" w:lineRule="auto"/>
            </w:pPr>
            <w:r>
              <w:t>False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E54466" w14:textId="77777777" w:rsidR="00210ED2" w:rsidRDefault="00000000">
            <w:pPr>
              <w:spacing w:after="0" w:line="240" w:lineRule="auto"/>
            </w:pPr>
            <w:r>
              <w:t>True</w:t>
            </w:r>
          </w:p>
        </w:tc>
      </w:tr>
    </w:tbl>
    <w:p w14:paraId="3B73C5DA" w14:textId="77777777" w:rsidR="00210ED2" w:rsidRDefault="00210ED2"/>
    <w:p w14:paraId="637A0AF1" w14:textId="77777777" w:rsidR="00210ED2" w:rsidRDefault="00000000">
      <w:pPr>
        <w:spacing w:line="240" w:lineRule="auto"/>
      </w:pPr>
      <w:r>
        <w:t>This table provides examples of ICD codes used for hip-fracture subgroup definition.</w:t>
      </w:r>
    </w:p>
    <w:p w14:paraId="5C02BC15" w14:textId="77777777" w:rsidR="00210ED2" w:rsidRDefault="00000000">
      <w:pPr>
        <w:spacing w:after="0"/>
      </w:pPr>
      <w:r>
        <w:br w:type="page"/>
      </w:r>
    </w:p>
    <w:p w14:paraId="6FF6471F" w14:textId="77777777" w:rsidR="00210ED2" w:rsidRDefault="00000000">
      <w:pPr>
        <w:keepNext/>
        <w:spacing w:after="80" w:line="240" w:lineRule="auto"/>
      </w:pPr>
      <w:r>
        <w:rPr>
          <w:b/>
        </w:rPr>
        <w:lastRenderedPageBreak/>
        <w:t>Supplementary Table S24. Associations of BUN &gt;30 mg/dL and atrial fibrillation within fracture and admission-acuity subgroups.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2135"/>
        <w:gridCol w:w="1264"/>
        <w:gridCol w:w="1321"/>
        <w:gridCol w:w="1276"/>
        <w:gridCol w:w="1261"/>
        <w:gridCol w:w="1261"/>
        <w:gridCol w:w="1322"/>
        <w:gridCol w:w="1322"/>
        <w:gridCol w:w="1113"/>
        <w:gridCol w:w="1108"/>
        <w:gridCol w:w="1161"/>
      </w:tblGrid>
      <w:tr w:rsidR="00210ED2" w14:paraId="5B29613D" w14:textId="77777777">
        <w:trPr>
          <w:tblHeader/>
          <w:jc w:val="center"/>
        </w:trPr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61353C4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Subgroup</w:t>
            </w: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81686F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Factor</w:t>
            </w: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904930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Reference</w:t>
            </w: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546845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Outcome</w:t>
            </w: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30CA86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Exposed events/N</w:t>
            </w: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D65E02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Exposed rate</w:t>
            </w: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CE138B5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Reference events/N</w:t>
            </w: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496A9E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Reference rate</w:t>
            </w: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8C1AC6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Odds ratio</w:t>
            </w: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EBDC92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95% CI</w:t>
            </w: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79A12F" w14:textId="77777777" w:rsidR="00210ED2" w:rsidRDefault="00000000">
            <w:pPr>
              <w:spacing w:after="0" w:line="240" w:lineRule="auto"/>
            </w:pPr>
            <w:r>
              <w:rPr>
                <w:b/>
              </w:rPr>
              <w:t>Fisher exact P value</w:t>
            </w:r>
          </w:p>
        </w:tc>
      </w:tr>
      <w:tr w:rsidR="00210ED2" w14:paraId="6D189093" w14:textId="77777777">
        <w:trPr>
          <w:jc w:val="center"/>
        </w:trPr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8440D8" w14:textId="77777777" w:rsidR="00210ED2" w:rsidRDefault="00000000">
            <w:pPr>
              <w:spacing w:after="0" w:line="240" w:lineRule="auto"/>
            </w:pPr>
            <w:r>
              <w:t>Hip-fracture diagnosis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5B87696" w14:textId="77777777" w:rsidR="00210ED2" w:rsidRDefault="00000000">
            <w:pPr>
              <w:spacing w:after="0" w:line="240" w:lineRule="auto"/>
            </w:pPr>
            <w:r>
              <w:t>BUN &gt;30 mg/dL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0AA235A" w14:textId="77777777" w:rsidR="00210ED2" w:rsidRDefault="00000000">
            <w:pPr>
              <w:spacing w:after="0" w:line="240" w:lineRule="auto"/>
            </w:pPr>
            <w:r>
              <w:t>BUN &lt;=30 mg/dL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1AD26B" w14:textId="77777777" w:rsidR="00210ED2" w:rsidRDefault="00000000">
            <w:pPr>
              <w:spacing w:after="0" w:line="240" w:lineRule="auto"/>
            </w:pPr>
            <w:r>
              <w:t>Broad MACCE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207187C" w14:textId="77777777" w:rsidR="00210ED2" w:rsidRDefault="00000000">
            <w:pPr>
              <w:spacing w:after="0" w:line="240" w:lineRule="auto"/>
            </w:pPr>
            <w:r>
              <w:t>23/100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5430236" w14:textId="77777777" w:rsidR="00210ED2" w:rsidRDefault="00000000">
            <w:pPr>
              <w:spacing w:after="0" w:line="240" w:lineRule="auto"/>
            </w:pPr>
            <w:r>
              <w:t>23.0%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B89371" w14:textId="77777777" w:rsidR="00210ED2" w:rsidRDefault="00000000">
            <w:pPr>
              <w:spacing w:after="0" w:line="240" w:lineRule="auto"/>
            </w:pPr>
            <w:r>
              <w:t>27/329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1FD32A0" w14:textId="77777777" w:rsidR="00210ED2" w:rsidRDefault="00000000">
            <w:pPr>
              <w:spacing w:after="0" w:line="240" w:lineRule="auto"/>
            </w:pPr>
            <w:r>
              <w:t>8.2%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98BFABD" w14:textId="77777777" w:rsidR="00210ED2" w:rsidRDefault="00000000">
            <w:pPr>
              <w:spacing w:after="0" w:line="240" w:lineRule="auto"/>
            </w:pPr>
            <w:r>
              <w:t>3.34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1F23F8" w14:textId="77777777" w:rsidR="00210ED2" w:rsidRDefault="00000000">
            <w:pPr>
              <w:spacing w:after="0" w:line="240" w:lineRule="auto"/>
            </w:pPr>
            <w:r>
              <w:t>1.82-6.11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B38595" w14:textId="77777777" w:rsidR="00210ED2" w:rsidRDefault="00000000">
            <w:pPr>
              <w:spacing w:after="0" w:line="240" w:lineRule="auto"/>
            </w:pPr>
            <w:r>
              <w:t>&lt;0.001</w:t>
            </w:r>
          </w:p>
        </w:tc>
      </w:tr>
      <w:tr w:rsidR="00210ED2" w14:paraId="68E36318" w14:textId="77777777">
        <w:trPr>
          <w:jc w:val="center"/>
        </w:trPr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26F435F" w14:textId="77777777" w:rsidR="00210ED2" w:rsidRDefault="00000000">
            <w:pPr>
              <w:spacing w:after="0" w:line="240" w:lineRule="auto"/>
            </w:pPr>
            <w:r>
              <w:t>Hip-fracture diagnosis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7889F9" w14:textId="77777777" w:rsidR="00210ED2" w:rsidRDefault="00000000">
            <w:pPr>
              <w:spacing w:after="0" w:line="240" w:lineRule="auto"/>
            </w:pPr>
            <w:r>
              <w:t>BUN &gt;30 mg/dL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851F5F6" w14:textId="77777777" w:rsidR="00210ED2" w:rsidRDefault="00000000">
            <w:pPr>
              <w:spacing w:after="0" w:line="240" w:lineRule="auto"/>
            </w:pPr>
            <w:r>
              <w:t>BUN &lt;=30 mg/dL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B55DCC6" w14:textId="77777777" w:rsidR="00210ED2" w:rsidRDefault="00000000">
            <w:pPr>
              <w:spacing w:after="0" w:line="240" w:lineRule="auto"/>
            </w:pPr>
            <w:r>
              <w:t>Strict MACCE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8035BD1" w14:textId="77777777" w:rsidR="00210ED2" w:rsidRDefault="00000000">
            <w:pPr>
              <w:spacing w:after="0" w:line="240" w:lineRule="auto"/>
            </w:pPr>
            <w:r>
              <w:t>16/100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3E62A21" w14:textId="77777777" w:rsidR="00210ED2" w:rsidRDefault="00000000">
            <w:pPr>
              <w:spacing w:after="0" w:line="240" w:lineRule="auto"/>
            </w:pPr>
            <w:r>
              <w:t>16.0%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FEB1F96" w14:textId="77777777" w:rsidR="00210ED2" w:rsidRDefault="00000000">
            <w:pPr>
              <w:spacing w:after="0" w:line="240" w:lineRule="auto"/>
            </w:pPr>
            <w:r>
              <w:t>14/329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A27910A" w14:textId="77777777" w:rsidR="00210ED2" w:rsidRDefault="00000000">
            <w:pPr>
              <w:spacing w:after="0" w:line="240" w:lineRule="auto"/>
            </w:pPr>
            <w:r>
              <w:t>4.3%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F3F46B" w14:textId="77777777" w:rsidR="00210ED2" w:rsidRDefault="00000000">
            <w:pPr>
              <w:spacing w:after="0" w:line="240" w:lineRule="auto"/>
            </w:pPr>
            <w:r>
              <w:t>4.25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BF460CD" w14:textId="77777777" w:rsidR="00210ED2" w:rsidRDefault="00000000">
            <w:pPr>
              <w:spacing w:after="0" w:line="240" w:lineRule="auto"/>
            </w:pPr>
            <w:r>
              <w:t>2.02-8.95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32473B" w14:textId="77777777" w:rsidR="00210ED2" w:rsidRDefault="00000000">
            <w:pPr>
              <w:spacing w:after="0" w:line="240" w:lineRule="auto"/>
            </w:pPr>
            <w:r>
              <w:t>&lt;0.001</w:t>
            </w:r>
          </w:p>
        </w:tc>
      </w:tr>
      <w:tr w:rsidR="00210ED2" w14:paraId="06CDF693" w14:textId="77777777">
        <w:trPr>
          <w:jc w:val="center"/>
        </w:trPr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65D868D" w14:textId="77777777" w:rsidR="00210ED2" w:rsidRDefault="00000000">
            <w:pPr>
              <w:spacing w:after="0" w:line="240" w:lineRule="auto"/>
            </w:pPr>
            <w:r>
              <w:t>Hip-fracture diagnosis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CFFD292" w14:textId="77777777" w:rsidR="00210ED2" w:rsidRDefault="00000000">
            <w:pPr>
              <w:spacing w:after="0" w:line="240" w:lineRule="auto"/>
            </w:pPr>
            <w:r>
              <w:t>Atrial fibrillation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D3E14E9" w14:textId="77777777" w:rsidR="00210ED2" w:rsidRDefault="00000000">
            <w:pPr>
              <w:spacing w:after="0" w:line="240" w:lineRule="auto"/>
            </w:pPr>
            <w:r>
              <w:t>No atrial fibrillation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1B521CF" w14:textId="77777777" w:rsidR="00210ED2" w:rsidRDefault="00000000">
            <w:pPr>
              <w:spacing w:after="0" w:line="240" w:lineRule="auto"/>
            </w:pPr>
            <w:r>
              <w:t>Broad MACCE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CDEE315" w14:textId="77777777" w:rsidR="00210ED2" w:rsidRDefault="00000000">
            <w:pPr>
              <w:spacing w:after="0" w:line="240" w:lineRule="auto"/>
            </w:pPr>
            <w:r>
              <w:t>27/127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DBA7125" w14:textId="77777777" w:rsidR="00210ED2" w:rsidRDefault="00000000">
            <w:pPr>
              <w:spacing w:after="0" w:line="240" w:lineRule="auto"/>
            </w:pPr>
            <w:r>
              <w:t>21.3%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4939472" w14:textId="77777777" w:rsidR="00210ED2" w:rsidRDefault="00000000">
            <w:pPr>
              <w:spacing w:after="0" w:line="240" w:lineRule="auto"/>
            </w:pPr>
            <w:r>
              <w:t>25/357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B2CAEE" w14:textId="77777777" w:rsidR="00210ED2" w:rsidRDefault="00000000">
            <w:pPr>
              <w:spacing w:after="0" w:line="240" w:lineRule="auto"/>
            </w:pPr>
            <w:r>
              <w:t>7.0%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1FED7E" w14:textId="77777777" w:rsidR="00210ED2" w:rsidRDefault="00000000">
            <w:pPr>
              <w:spacing w:after="0" w:line="240" w:lineRule="auto"/>
            </w:pPr>
            <w:r>
              <w:t>3.57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E6DD3B" w14:textId="77777777" w:rsidR="00210ED2" w:rsidRDefault="00000000">
            <w:pPr>
              <w:spacing w:after="0" w:line="240" w:lineRule="auto"/>
            </w:pPr>
            <w:r>
              <w:t>1.99-6.39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CC1EDD7" w14:textId="77777777" w:rsidR="00210ED2" w:rsidRDefault="00000000">
            <w:pPr>
              <w:spacing w:after="0" w:line="240" w:lineRule="auto"/>
            </w:pPr>
            <w:r>
              <w:t>&lt;0.001</w:t>
            </w:r>
          </w:p>
        </w:tc>
      </w:tr>
      <w:tr w:rsidR="00210ED2" w14:paraId="13BB8CED" w14:textId="77777777">
        <w:trPr>
          <w:jc w:val="center"/>
        </w:trPr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67911FD" w14:textId="77777777" w:rsidR="00210ED2" w:rsidRDefault="00000000">
            <w:pPr>
              <w:spacing w:after="0" w:line="240" w:lineRule="auto"/>
            </w:pPr>
            <w:r>
              <w:t>Hip-fracture diagnosis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B3CD50" w14:textId="77777777" w:rsidR="00210ED2" w:rsidRDefault="00000000">
            <w:pPr>
              <w:spacing w:after="0" w:line="240" w:lineRule="auto"/>
            </w:pPr>
            <w:r>
              <w:t>Atrial fibrillation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5D82498" w14:textId="77777777" w:rsidR="00210ED2" w:rsidRDefault="00000000">
            <w:pPr>
              <w:spacing w:after="0" w:line="240" w:lineRule="auto"/>
            </w:pPr>
            <w:r>
              <w:t>No atrial fibrillation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000AD58" w14:textId="77777777" w:rsidR="00210ED2" w:rsidRDefault="00000000">
            <w:pPr>
              <w:spacing w:after="0" w:line="240" w:lineRule="auto"/>
            </w:pPr>
            <w:r>
              <w:t>Strict MACCE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06BF72" w14:textId="77777777" w:rsidR="00210ED2" w:rsidRDefault="00000000">
            <w:pPr>
              <w:spacing w:after="0" w:line="240" w:lineRule="auto"/>
            </w:pPr>
            <w:r>
              <w:t>15/127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EB2DE9" w14:textId="77777777" w:rsidR="00210ED2" w:rsidRDefault="00000000">
            <w:pPr>
              <w:spacing w:after="0" w:line="240" w:lineRule="auto"/>
            </w:pPr>
            <w:r>
              <w:t>11.8%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F4D3802" w14:textId="77777777" w:rsidR="00210ED2" w:rsidRDefault="00000000">
            <w:pPr>
              <w:spacing w:after="0" w:line="240" w:lineRule="auto"/>
            </w:pPr>
            <w:r>
              <w:t>15/357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6A8203" w14:textId="77777777" w:rsidR="00210ED2" w:rsidRDefault="00000000">
            <w:pPr>
              <w:spacing w:after="0" w:line="240" w:lineRule="auto"/>
            </w:pPr>
            <w:r>
              <w:t>4.2%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0A8C65" w14:textId="77777777" w:rsidR="00210ED2" w:rsidRDefault="00000000">
            <w:pPr>
              <w:spacing w:after="0" w:line="240" w:lineRule="auto"/>
            </w:pPr>
            <w:r>
              <w:t>3.04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B900B1" w14:textId="77777777" w:rsidR="00210ED2" w:rsidRDefault="00000000">
            <w:pPr>
              <w:spacing w:after="0" w:line="240" w:lineRule="auto"/>
            </w:pPr>
            <w:r>
              <w:t>1.46-6.35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5C65D6" w14:textId="77777777" w:rsidR="00210ED2" w:rsidRDefault="00000000">
            <w:pPr>
              <w:spacing w:after="0" w:line="240" w:lineRule="auto"/>
            </w:pPr>
            <w:r>
              <w:t>0.004</w:t>
            </w:r>
          </w:p>
        </w:tc>
      </w:tr>
      <w:tr w:rsidR="00210ED2" w14:paraId="0ACB4A0C" w14:textId="77777777">
        <w:trPr>
          <w:jc w:val="center"/>
        </w:trPr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1A0CD5" w14:textId="77777777" w:rsidR="00210ED2" w:rsidRDefault="00000000">
            <w:pPr>
              <w:spacing w:after="0" w:line="240" w:lineRule="auto"/>
            </w:pPr>
            <w:r>
              <w:t>No hip-fracture diagnosis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6B0BB8" w14:textId="77777777" w:rsidR="00210ED2" w:rsidRDefault="00000000">
            <w:pPr>
              <w:spacing w:after="0" w:line="240" w:lineRule="auto"/>
            </w:pPr>
            <w:r>
              <w:t>BUN &gt;30 mg/dL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AD3822" w14:textId="77777777" w:rsidR="00210ED2" w:rsidRDefault="00000000">
            <w:pPr>
              <w:spacing w:after="0" w:line="240" w:lineRule="auto"/>
            </w:pPr>
            <w:r>
              <w:t>BUN &lt;=30 mg/dL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4F4339" w14:textId="77777777" w:rsidR="00210ED2" w:rsidRDefault="00000000">
            <w:pPr>
              <w:spacing w:after="0" w:line="240" w:lineRule="auto"/>
            </w:pPr>
            <w:r>
              <w:t>Broad MACCE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FD2B781" w14:textId="77777777" w:rsidR="00210ED2" w:rsidRDefault="00000000">
            <w:pPr>
              <w:spacing w:after="0" w:line="240" w:lineRule="auto"/>
            </w:pPr>
            <w:r>
              <w:t>10/33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1D68284" w14:textId="77777777" w:rsidR="00210ED2" w:rsidRDefault="00000000">
            <w:pPr>
              <w:spacing w:after="0" w:line="240" w:lineRule="auto"/>
            </w:pPr>
            <w:r>
              <w:t>30.3%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59D3B3" w14:textId="77777777" w:rsidR="00210ED2" w:rsidRDefault="00000000">
            <w:pPr>
              <w:spacing w:after="0" w:line="240" w:lineRule="auto"/>
            </w:pPr>
            <w:r>
              <w:t>12/268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A1B5A63" w14:textId="77777777" w:rsidR="00210ED2" w:rsidRDefault="00000000">
            <w:pPr>
              <w:spacing w:after="0" w:line="240" w:lineRule="auto"/>
            </w:pPr>
            <w:r>
              <w:t>4.5%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675212" w14:textId="77777777" w:rsidR="00210ED2" w:rsidRDefault="00000000">
            <w:pPr>
              <w:spacing w:after="0" w:line="240" w:lineRule="auto"/>
            </w:pPr>
            <w:r>
              <w:t>9.17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4C448AC" w14:textId="77777777" w:rsidR="00210ED2" w:rsidRDefault="00000000">
            <w:pPr>
              <w:spacing w:after="0" w:line="240" w:lineRule="auto"/>
            </w:pPr>
            <w:r>
              <w:t>3.64-23.07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9249093" w14:textId="77777777" w:rsidR="00210ED2" w:rsidRDefault="00000000">
            <w:pPr>
              <w:spacing w:after="0" w:line="240" w:lineRule="auto"/>
            </w:pPr>
            <w:r>
              <w:t>&lt;0.001</w:t>
            </w:r>
          </w:p>
        </w:tc>
      </w:tr>
      <w:tr w:rsidR="00210ED2" w14:paraId="7A3B4E67" w14:textId="77777777">
        <w:trPr>
          <w:jc w:val="center"/>
        </w:trPr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E45E8A" w14:textId="77777777" w:rsidR="00210ED2" w:rsidRDefault="00000000">
            <w:pPr>
              <w:spacing w:after="0" w:line="240" w:lineRule="auto"/>
            </w:pPr>
            <w:r>
              <w:t>No hip-fracture diagnosis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B0BA61A" w14:textId="77777777" w:rsidR="00210ED2" w:rsidRDefault="00000000">
            <w:pPr>
              <w:spacing w:after="0" w:line="240" w:lineRule="auto"/>
            </w:pPr>
            <w:r>
              <w:t>BUN &gt;30 mg/dL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8F028B5" w14:textId="77777777" w:rsidR="00210ED2" w:rsidRDefault="00000000">
            <w:pPr>
              <w:spacing w:after="0" w:line="240" w:lineRule="auto"/>
            </w:pPr>
            <w:r>
              <w:t>BUN &lt;=30 mg/dL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568BDB" w14:textId="77777777" w:rsidR="00210ED2" w:rsidRDefault="00000000">
            <w:pPr>
              <w:spacing w:after="0" w:line="240" w:lineRule="auto"/>
            </w:pPr>
            <w:r>
              <w:t>Strict MACCE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340442C" w14:textId="77777777" w:rsidR="00210ED2" w:rsidRDefault="00000000">
            <w:pPr>
              <w:spacing w:after="0" w:line="240" w:lineRule="auto"/>
            </w:pPr>
            <w:r>
              <w:t>3/33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84303E" w14:textId="77777777" w:rsidR="00210ED2" w:rsidRDefault="00000000">
            <w:pPr>
              <w:spacing w:after="0" w:line="240" w:lineRule="auto"/>
            </w:pPr>
            <w:r>
              <w:t>9.1%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13B6F80" w14:textId="77777777" w:rsidR="00210ED2" w:rsidRDefault="00000000">
            <w:pPr>
              <w:spacing w:after="0" w:line="240" w:lineRule="auto"/>
            </w:pPr>
            <w:r>
              <w:t>6/268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314515" w14:textId="77777777" w:rsidR="00210ED2" w:rsidRDefault="00000000">
            <w:pPr>
              <w:spacing w:after="0" w:line="240" w:lineRule="auto"/>
            </w:pPr>
            <w:r>
              <w:t>2.2%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3430B0" w14:textId="77777777" w:rsidR="00210ED2" w:rsidRDefault="00000000">
            <w:pPr>
              <w:spacing w:after="0" w:line="240" w:lineRule="auto"/>
            </w:pPr>
            <w:r>
              <w:t>4.63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63CB11F" w14:textId="77777777" w:rsidR="00210ED2" w:rsidRDefault="00000000">
            <w:pPr>
              <w:spacing w:after="0" w:line="240" w:lineRule="auto"/>
            </w:pPr>
            <w:r>
              <w:t>1.20-17.92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163BC4A" w14:textId="77777777" w:rsidR="00210ED2" w:rsidRDefault="00000000">
            <w:pPr>
              <w:spacing w:after="0" w:line="240" w:lineRule="auto"/>
            </w:pPr>
            <w:r>
              <w:t>0.064</w:t>
            </w:r>
          </w:p>
        </w:tc>
      </w:tr>
      <w:tr w:rsidR="00210ED2" w14:paraId="27327930" w14:textId="77777777">
        <w:trPr>
          <w:jc w:val="center"/>
        </w:trPr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3BB85B" w14:textId="77777777" w:rsidR="00210ED2" w:rsidRDefault="00000000">
            <w:pPr>
              <w:spacing w:after="0" w:line="240" w:lineRule="auto"/>
            </w:pPr>
            <w:r>
              <w:t>No hip-fracture diagnosis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1C6D7A" w14:textId="77777777" w:rsidR="00210ED2" w:rsidRDefault="00000000">
            <w:pPr>
              <w:spacing w:after="0" w:line="240" w:lineRule="auto"/>
            </w:pPr>
            <w:r>
              <w:t>Atrial fibrillation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A0A2CF" w14:textId="77777777" w:rsidR="00210ED2" w:rsidRDefault="00000000">
            <w:pPr>
              <w:spacing w:after="0" w:line="240" w:lineRule="auto"/>
            </w:pPr>
            <w:r>
              <w:t>No atrial fibrillation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492AF9A" w14:textId="77777777" w:rsidR="00210ED2" w:rsidRDefault="00000000">
            <w:pPr>
              <w:spacing w:after="0" w:line="240" w:lineRule="auto"/>
            </w:pPr>
            <w:r>
              <w:t>Broad MACCE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67569A" w14:textId="77777777" w:rsidR="00210ED2" w:rsidRDefault="00000000">
            <w:pPr>
              <w:spacing w:after="0" w:line="240" w:lineRule="auto"/>
            </w:pPr>
            <w:r>
              <w:t>14/131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721981" w14:textId="77777777" w:rsidR="00210ED2" w:rsidRDefault="00000000">
            <w:pPr>
              <w:spacing w:after="0" w:line="240" w:lineRule="auto"/>
            </w:pPr>
            <w:r>
              <w:t>10.7%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9492F3F" w14:textId="77777777" w:rsidR="00210ED2" w:rsidRDefault="00000000">
            <w:pPr>
              <w:spacing w:after="0" w:line="240" w:lineRule="auto"/>
            </w:pPr>
            <w:r>
              <w:t>15/638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7A6655F" w14:textId="77777777" w:rsidR="00210ED2" w:rsidRDefault="00000000">
            <w:pPr>
              <w:spacing w:after="0" w:line="240" w:lineRule="auto"/>
            </w:pPr>
            <w:r>
              <w:t>2.4%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8BAD0E" w14:textId="77777777" w:rsidR="00210ED2" w:rsidRDefault="00000000">
            <w:pPr>
              <w:spacing w:after="0" w:line="240" w:lineRule="auto"/>
            </w:pPr>
            <w:r>
              <w:t>4.96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A7AA6C2" w14:textId="77777777" w:rsidR="00210ED2" w:rsidRDefault="00000000">
            <w:pPr>
              <w:spacing w:after="0" w:line="240" w:lineRule="auto"/>
            </w:pPr>
            <w:r>
              <w:t>2.36-10.43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E5C54EB" w14:textId="77777777" w:rsidR="00210ED2" w:rsidRDefault="00000000">
            <w:pPr>
              <w:spacing w:after="0" w:line="240" w:lineRule="auto"/>
            </w:pPr>
            <w:r>
              <w:t>&lt;0.001</w:t>
            </w:r>
          </w:p>
        </w:tc>
      </w:tr>
      <w:tr w:rsidR="00210ED2" w14:paraId="61D01FD1" w14:textId="77777777">
        <w:trPr>
          <w:jc w:val="center"/>
        </w:trPr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65FFAA8" w14:textId="77777777" w:rsidR="00210ED2" w:rsidRDefault="00000000">
            <w:pPr>
              <w:spacing w:after="0" w:line="240" w:lineRule="auto"/>
            </w:pPr>
            <w:r>
              <w:t>No hip-fracture diagnosis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1FDF2A" w14:textId="77777777" w:rsidR="00210ED2" w:rsidRDefault="00000000">
            <w:pPr>
              <w:spacing w:after="0" w:line="240" w:lineRule="auto"/>
            </w:pPr>
            <w:r>
              <w:t>Atrial fibrillation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C129D2" w14:textId="77777777" w:rsidR="00210ED2" w:rsidRDefault="00000000">
            <w:pPr>
              <w:spacing w:after="0" w:line="240" w:lineRule="auto"/>
            </w:pPr>
            <w:r>
              <w:t>No atrial fibrillation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6E35C8" w14:textId="77777777" w:rsidR="00210ED2" w:rsidRDefault="00000000">
            <w:pPr>
              <w:spacing w:after="0" w:line="240" w:lineRule="auto"/>
            </w:pPr>
            <w:r>
              <w:t>Strict MACCE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1200FD" w14:textId="77777777" w:rsidR="00210ED2" w:rsidRDefault="00000000">
            <w:pPr>
              <w:spacing w:after="0" w:line="240" w:lineRule="auto"/>
            </w:pPr>
            <w:r>
              <w:t>6/131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5BCC0C0" w14:textId="77777777" w:rsidR="00210ED2" w:rsidRDefault="00000000">
            <w:pPr>
              <w:spacing w:after="0" w:line="240" w:lineRule="auto"/>
            </w:pPr>
            <w:r>
              <w:t>4.6%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53B7398" w14:textId="77777777" w:rsidR="00210ED2" w:rsidRDefault="00000000">
            <w:pPr>
              <w:spacing w:after="0" w:line="240" w:lineRule="auto"/>
            </w:pPr>
            <w:r>
              <w:t>8/638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4CE7300" w14:textId="77777777" w:rsidR="00210ED2" w:rsidRDefault="00000000">
            <w:pPr>
              <w:spacing w:after="0" w:line="240" w:lineRule="auto"/>
            </w:pPr>
            <w:r>
              <w:t>1.3%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F1E863D" w14:textId="77777777" w:rsidR="00210ED2" w:rsidRDefault="00000000">
            <w:pPr>
              <w:spacing w:after="0" w:line="240" w:lineRule="auto"/>
            </w:pPr>
            <w:r>
              <w:t>3.84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10B7B0" w14:textId="77777777" w:rsidR="00210ED2" w:rsidRDefault="00000000">
            <w:pPr>
              <w:spacing w:after="0" w:line="240" w:lineRule="auto"/>
            </w:pPr>
            <w:r>
              <w:t>1.36-10.86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963B97F" w14:textId="77777777" w:rsidR="00210ED2" w:rsidRDefault="00000000">
            <w:pPr>
              <w:spacing w:after="0" w:line="240" w:lineRule="auto"/>
            </w:pPr>
            <w:r>
              <w:t>0.020</w:t>
            </w:r>
          </w:p>
        </w:tc>
      </w:tr>
      <w:tr w:rsidR="00210ED2" w14:paraId="3F00F374" w14:textId="77777777">
        <w:trPr>
          <w:jc w:val="center"/>
        </w:trPr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61773C" w14:textId="77777777" w:rsidR="00210ED2" w:rsidRDefault="00000000">
            <w:pPr>
              <w:spacing w:after="0" w:line="240" w:lineRule="auto"/>
            </w:pPr>
            <w:r>
              <w:t>Urgent/emergency admission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27F843" w14:textId="77777777" w:rsidR="00210ED2" w:rsidRDefault="00000000">
            <w:pPr>
              <w:spacing w:after="0" w:line="240" w:lineRule="auto"/>
            </w:pPr>
            <w:r>
              <w:t>BUN &gt;30 mg/dL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E6BF668" w14:textId="77777777" w:rsidR="00210ED2" w:rsidRDefault="00000000">
            <w:pPr>
              <w:spacing w:after="0" w:line="240" w:lineRule="auto"/>
            </w:pPr>
            <w:r>
              <w:t>BUN &lt;=30 mg/dL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D8EC58" w14:textId="77777777" w:rsidR="00210ED2" w:rsidRDefault="00000000">
            <w:pPr>
              <w:spacing w:after="0" w:line="240" w:lineRule="auto"/>
            </w:pPr>
            <w:r>
              <w:t>Broad MACCE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EFA97C" w14:textId="77777777" w:rsidR="00210ED2" w:rsidRDefault="00000000">
            <w:pPr>
              <w:spacing w:after="0" w:line="240" w:lineRule="auto"/>
            </w:pPr>
            <w:r>
              <w:t>28/113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F45D8C2" w14:textId="77777777" w:rsidR="00210ED2" w:rsidRDefault="00000000">
            <w:pPr>
              <w:spacing w:after="0" w:line="240" w:lineRule="auto"/>
            </w:pPr>
            <w:r>
              <w:t>24.8%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59954BC" w14:textId="77777777" w:rsidR="00210ED2" w:rsidRDefault="00000000">
            <w:pPr>
              <w:spacing w:after="0" w:line="240" w:lineRule="auto"/>
            </w:pPr>
            <w:r>
              <w:t>29/362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546400" w14:textId="77777777" w:rsidR="00210ED2" w:rsidRDefault="00000000">
            <w:pPr>
              <w:spacing w:after="0" w:line="240" w:lineRule="auto"/>
            </w:pPr>
            <w:r>
              <w:t>8.0%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8D1436" w14:textId="77777777" w:rsidR="00210ED2" w:rsidRDefault="00000000">
            <w:pPr>
              <w:spacing w:after="0" w:line="240" w:lineRule="auto"/>
            </w:pPr>
            <w:r>
              <w:t>3.77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54D4F02" w14:textId="77777777" w:rsidR="00210ED2" w:rsidRDefault="00000000">
            <w:pPr>
              <w:spacing w:after="0" w:line="240" w:lineRule="auto"/>
            </w:pPr>
            <w:r>
              <w:t>2.14-6.64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DCCF13" w14:textId="77777777" w:rsidR="00210ED2" w:rsidRDefault="00000000">
            <w:pPr>
              <w:spacing w:after="0" w:line="240" w:lineRule="auto"/>
            </w:pPr>
            <w:r>
              <w:t>&lt;0.001</w:t>
            </w:r>
          </w:p>
        </w:tc>
      </w:tr>
      <w:tr w:rsidR="00210ED2" w14:paraId="791DC7B3" w14:textId="77777777">
        <w:trPr>
          <w:jc w:val="center"/>
        </w:trPr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288842E" w14:textId="77777777" w:rsidR="00210ED2" w:rsidRDefault="00000000">
            <w:pPr>
              <w:spacing w:after="0" w:line="240" w:lineRule="auto"/>
            </w:pPr>
            <w:r>
              <w:t>Urgent/emergency admission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43A6C9" w14:textId="77777777" w:rsidR="00210ED2" w:rsidRDefault="00000000">
            <w:pPr>
              <w:spacing w:after="0" w:line="240" w:lineRule="auto"/>
            </w:pPr>
            <w:r>
              <w:t>BUN &gt;30 mg/dL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625133" w14:textId="77777777" w:rsidR="00210ED2" w:rsidRDefault="00000000">
            <w:pPr>
              <w:spacing w:after="0" w:line="240" w:lineRule="auto"/>
            </w:pPr>
            <w:r>
              <w:t>BUN &lt;=30 mg/dL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D1E5C0" w14:textId="77777777" w:rsidR="00210ED2" w:rsidRDefault="00000000">
            <w:pPr>
              <w:spacing w:after="0" w:line="240" w:lineRule="auto"/>
            </w:pPr>
            <w:r>
              <w:t>Strict MACCE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67B086" w14:textId="77777777" w:rsidR="00210ED2" w:rsidRDefault="00000000">
            <w:pPr>
              <w:spacing w:after="0" w:line="240" w:lineRule="auto"/>
            </w:pPr>
            <w:r>
              <w:t>17/113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EBB9E1" w14:textId="77777777" w:rsidR="00210ED2" w:rsidRDefault="00000000">
            <w:pPr>
              <w:spacing w:after="0" w:line="240" w:lineRule="auto"/>
            </w:pPr>
            <w:r>
              <w:t>15.0%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746C53B" w14:textId="77777777" w:rsidR="00210ED2" w:rsidRDefault="00000000">
            <w:pPr>
              <w:spacing w:after="0" w:line="240" w:lineRule="auto"/>
            </w:pPr>
            <w:r>
              <w:t>13/362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1092FC4" w14:textId="77777777" w:rsidR="00210ED2" w:rsidRDefault="00000000">
            <w:pPr>
              <w:spacing w:after="0" w:line="240" w:lineRule="auto"/>
            </w:pPr>
            <w:r>
              <w:t>3.6%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7A490B" w14:textId="77777777" w:rsidR="00210ED2" w:rsidRDefault="00000000">
            <w:pPr>
              <w:spacing w:after="0" w:line="240" w:lineRule="auto"/>
            </w:pPr>
            <w:r>
              <w:t>4.69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5118D8" w14:textId="77777777" w:rsidR="00210ED2" w:rsidRDefault="00000000">
            <w:pPr>
              <w:spacing w:after="0" w:line="240" w:lineRule="auto"/>
            </w:pPr>
            <w:r>
              <w:t>2.23-9.89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32D4E2" w14:textId="77777777" w:rsidR="00210ED2" w:rsidRDefault="00000000">
            <w:pPr>
              <w:spacing w:after="0" w:line="240" w:lineRule="auto"/>
            </w:pPr>
            <w:r>
              <w:t>&lt;0.001</w:t>
            </w:r>
          </w:p>
        </w:tc>
      </w:tr>
      <w:tr w:rsidR="00210ED2" w14:paraId="6FC094F9" w14:textId="77777777">
        <w:trPr>
          <w:jc w:val="center"/>
        </w:trPr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8329EC" w14:textId="77777777" w:rsidR="00210ED2" w:rsidRDefault="00000000">
            <w:pPr>
              <w:spacing w:after="0" w:line="240" w:lineRule="auto"/>
            </w:pPr>
            <w:r>
              <w:t>Urgent/emergency admission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0EBFB01" w14:textId="77777777" w:rsidR="00210ED2" w:rsidRDefault="00000000">
            <w:pPr>
              <w:spacing w:after="0" w:line="240" w:lineRule="auto"/>
            </w:pPr>
            <w:r>
              <w:t>Atrial fibrillation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093F04" w14:textId="77777777" w:rsidR="00210ED2" w:rsidRDefault="00000000">
            <w:pPr>
              <w:spacing w:after="0" w:line="240" w:lineRule="auto"/>
            </w:pPr>
            <w:r>
              <w:t>No atrial fibrillation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C3346E" w14:textId="77777777" w:rsidR="00210ED2" w:rsidRDefault="00000000">
            <w:pPr>
              <w:spacing w:after="0" w:line="240" w:lineRule="auto"/>
            </w:pPr>
            <w:r>
              <w:t>Broad MACCE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CBF0760" w14:textId="77777777" w:rsidR="00210ED2" w:rsidRDefault="00000000">
            <w:pPr>
              <w:spacing w:after="0" w:line="240" w:lineRule="auto"/>
            </w:pPr>
            <w:r>
              <w:t>29/141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78AB62F" w14:textId="77777777" w:rsidR="00210ED2" w:rsidRDefault="00000000">
            <w:pPr>
              <w:spacing w:after="0" w:line="240" w:lineRule="auto"/>
            </w:pPr>
            <w:r>
              <w:t>20.6%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F7BE76A" w14:textId="77777777" w:rsidR="00210ED2" w:rsidRDefault="00000000">
            <w:pPr>
              <w:spacing w:after="0" w:line="240" w:lineRule="auto"/>
            </w:pPr>
            <w:r>
              <w:t>28/375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F69AC25" w14:textId="77777777" w:rsidR="00210ED2" w:rsidRDefault="00000000">
            <w:pPr>
              <w:spacing w:after="0" w:line="240" w:lineRule="auto"/>
            </w:pPr>
            <w:r>
              <w:t>7.5%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FDCABB" w14:textId="77777777" w:rsidR="00210ED2" w:rsidRDefault="00000000">
            <w:pPr>
              <w:spacing w:after="0" w:line="240" w:lineRule="auto"/>
            </w:pPr>
            <w:r>
              <w:t>3.20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A571FC1" w14:textId="77777777" w:rsidR="00210ED2" w:rsidRDefault="00000000">
            <w:pPr>
              <w:spacing w:after="0" w:line="240" w:lineRule="auto"/>
            </w:pPr>
            <w:r>
              <w:t>1.83-5.58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6A1551" w14:textId="77777777" w:rsidR="00210ED2" w:rsidRDefault="00000000">
            <w:pPr>
              <w:spacing w:after="0" w:line="240" w:lineRule="auto"/>
            </w:pPr>
            <w:r>
              <w:t>&lt;0.001</w:t>
            </w:r>
          </w:p>
        </w:tc>
      </w:tr>
      <w:tr w:rsidR="00210ED2" w14:paraId="633E0AC9" w14:textId="77777777">
        <w:trPr>
          <w:jc w:val="center"/>
        </w:trPr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A1FF869" w14:textId="77777777" w:rsidR="00210ED2" w:rsidRDefault="00000000">
            <w:pPr>
              <w:spacing w:after="0" w:line="240" w:lineRule="auto"/>
            </w:pPr>
            <w:r>
              <w:t>Urgent/emergency admission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89B9F9" w14:textId="77777777" w:rsidR="00210ED2" w:rsidRDefault="00000000">
            <w:pPr>
              <w:spacing w:after="0" w:line="240" w:lineRule="auto"/>
            </w:pPr>
            <w:r>
              <w:t>Atrial fibrillation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B05988" w14:textId="77777777" w:rsidR="00210ED2" w:rsidRDefault="00000000">
            <w:pPr>
              <w:spacing w:after="0" w:line="240" w:lineRule="auto"/>
            </w:pPr>
            <w:r>
              <w:t>No atrial fibrillation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67623D" w14:textId="77777777" w:rsidR="00210ED2" w:rsidRDefault="00000000">
            <w:pPr>
              <w:spacing w:after="0" w:line="240" w:lineRule="auto"/>
            </w:pPr>
            <w:r>
              <w:t>Strict MACCE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230A1F8" w14:textId="77777777" w:rsidR="00210ED2" w:rsidRDefault="00000000">
            <w:pPr>
              <w:spacing w:after="0" w:line="240" w:lineRule="auto"/>
            </w:pPr>
            <w:r>
              <w:t>15/141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C25878" w14:textId="77777777" w:rsidR="00210ED2" w:rsidRDefault="00000000">
            <w:pPr>
              <w:spacing w:after="0" w:line="240" w:lineRule="auto"/>
            </w:pPr>
            <w:r>
              <w:t>10.6%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0C8E855" w14:textId="77777777" w:rsidR="00210ED2" w:rsidRDefault="00000000">
            <w:pPr>
              <w:spacing w:after="0" w:line="240" w:lineRule="auto"/>
            </w:pPr>
            <w:r>
              <w:t>15/375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685DEB8" w14:textId="77777777" w:rsidR="00210ED2" w:rsidRDefault="00000000">
            <w:pPr>
              <w:spacing w:after="0" w:line="240" w:lineRule="auto"/>
            </w:pPr>
            <w:r>
              <w:t>4.0%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8BE0A83" w14:textId="77777777" w:rsidR="00210ED2" w:rsidRDefault="00000000">
            <w:pPr>
              <w:spacing w:after="0" w:line="240" w:lineRule="auto"/>
            </w:pPr>
            <w:r>
              <w:t>2.85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A64358" w14:textId="77777777" w:rsidR="00210ED2" w:rsidRDefault="00000000">
            <w:pPr>
              <w:spacing w:after="0" w:line="240" w:lineRule="auto"/>
            </w:pPr>
            <w:r>
              <w:t>1.37-5.93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725544" w14:textId="77777777" w:rsidR="00210ED2" w:rsidRDefault="00000000">
            <w:pPr>
              <w:spacing w:after="0" w:line="240" w:lineRule="auto"/>
            </w:pPr>
            <w:r>
              <w:t>0.010</w:t>
            </w:r>
          </w:p>
        </w:tc>
      </w:tr>
      <w:tr w:rsidR="00210ED2" w14:paraId="1CFA9956" w14:textId="77777777">
        <w:trPr>
          <w:jc w:val="center"/>
        </w:trPr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30AF3D" w14:textId="77777777" w:rsidR="00210ED2" w:rsidRDefault="00000000">
            <w:pPr>
              <w:spacing w:after="0" w:line="240" w:lineRule="auto"/>
            </w:pPr>
            <w:r>
              <w:t>Elective, same-day, or observation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CBF986C" w14:textId="77777777" w:rsidR="00210ED2" w:rsidRDefault="00000000">
            <w:pPr>
              <w:spacing w:after="0" w:line="240" w:lineRule="auto"/>
            </w:pPr>
            <w:r>
              <w:t>BUN &gt;30 mg/dL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4711DF" w14:textId="77777777" w:rsidR="00210ED2" w:rsidRDefault="00000000">
            <w:pPr>
              <w:spacing w:after="0" w:line="240" w:lineRule="auto"/>
            </w:pPr>
            <w:r>
              <w:t>BUN &lt;=30 mg/dL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85590D" w14:textId="77777777" w:rsidR="00210ED2" w:rsidRDefault="00000000">
            <w:pPr>
              <w:spacing w:after="0" w:line="240" w:lineRule="auto"/>
            </w:pPr>
            <w:r>
              <w:t>Broad MACCE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B614AD" w14:textId="77777777" w:rsidR="00210ED2" w:rsidRDefault="00000000">
            <w:pPr>
              <w:spacing w:after="0" w:line="240" w:lineRule="auto"/>
            </w:pPr>
            <w:r>
              <w:t>5/20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43F93A" w14:textId="77777777" w:rsidR="00210ED2" w:rsidRDefault="00000000">
            <w:pPr>
              <w:spacing w:after="0" w:line="240" w:lineRule="auto"/>
            </w:pPr>
            <w:r>
              <w:t>25.0%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BD11BD" w14:textId="77777777" w:rsidR="00210ED2" w:rsidRDefault="00000000">
            <w:pPr>
              <w:spacing w:after="0" w:line="240" w:lineRule="auto"/>
            </w:pPr>
            <w:r>
              <w:t>10/235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E5E8089" w14:textId="77777777" w:rsidR="00210ED2" w:rsidRDefault="00000000">
            <w:pPr>
              <w:spacing w:after="0" w:line="240" w:lineRule="auto"/>
            </w:pPr>
            <w:r>
              <w:t>4.3%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75F1CC" w14:textId="77777777" w:rsidR="00210ED2" w:rsidRDefault="00000000">
            <w:pPr>
              <w:spacing w:after="0" w:line="240" w:lineRule="auto"/>
            </w:pPr>
            <w:r>
              <w:t>7.62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9C9D37B" w14:textId="77777777" w:rsidR="00210ED2" w:rsidRDefault="00000000">
            <w:pPr>
              <w:spacing w:after="0" w:line="240" w:lineRule="auto"/>
            </w:pPr>
            <w:r>
              <w:t>2.41-24.14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EC3149C" w14:textId="77777777" w:rsidR="00210ED2" w:rsidRDefault="00000000">
            <w:pPr>
              <w:spacing w:after="0" w:line="240" w:lineRule="auto"/>
            </w:pPr>
            <w:r>
              <w:t>0.003</w:t>
            </w:r>
          </w:p>
        </w:tc>
      </w:tr>
      <w:tr w:rsidR="00210ED2" w14:paraId="26189391" w14:textId="77777777">
        <w:trPr>
          <w:jc w:val="center"/>
        </w:trPr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D94B09" w14:textId="77777777" w:rsidR="00210ED2" w:rsidRDefault="00000000">
            <w:pPr>
              <w:spacing w:after="0" w:line="240" w:lineRule="auto"/>
            </w:pPr>
            <w:r>
              <w:lastRenderedPageBreak/>
              <w:t>Elective, same-day, or observation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F208D75" w14:textId="77777777" w:rsidR="00210ED2" w:rsidRDefault="00000000">
            <w:pPr>
              <w:spacing w:after="0" w:line="240" w:lineRule="auto"/>
            </w:pPr>
            <w:r>
              <w:t>BUN &gt;30 mg/dL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DF9EA5" w14:textId="77777777" w:rsidR="00210ED2" w:rsidRDefault="00000000">
            <w:pPr>
              <w:spacing w:after="0" w:line="240" w:lineRule="auto"/>
            </w:pPr>
            <w:r>
              <w:t>BUN &lt;=30 mg/dL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D5CAF4" w14:textId="77777777" w:rsidR="00210ED2" w:rsidRDefault="00000000">
            <w:pPr>
              <w:spacing w:after="0" w:line="240" w:lineRule="auto"/>
            </w:pPr>
            <w:r>
              <w:t>Strict MACCE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BD7B029" w14:textId="77777777" w:rsidR="00210ED2" w:rsidRDefault="00000000">
            <w:pPr>
              <w:spacing w:after="0" w:line="240" w:lineRule="auto"/>
            </w:pPr>
            <w:r>
              <w:t>2/20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C8DCD3E" w14:textId="77777777" w:rsidR="00210ED2" w:rsidRDefault="00000000">
            <w:pPr>
              <w:spacing w:after="0" w:line="240" w:lineRule="auto"/>
            </w:pPr>
            <w:r>
              <w:t>10.0%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7078DC7" w14:textId="77777777" w:rsidR="00210ED2" w:rsidRDefault="00000000">
            <w:pPr>
              <w:spacing w:after="0" w:line="240" w:lineRule="auto"/>
            </w:pPr>
            <w:r>
              <w:t>7/235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7D6E55C" w14:textId="77777777" w:rsidR="00210ED2" w:rsidRDefault="00000000">
            <w:pPr>
              <w:spacing w:after="0" w:line="240" w:lineRule="auto"/>
            </w:pPr>
            <w:r>
              <w:t>3.0%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A29BAA3" w14:textId="77777777" w:rsidR="00210ED2" w:rsidRDefault="00000000">
            <w:pPr>
              <w:spacing w:after="0" w:line="240" w:lineRule="auto"/>
            </w:pPr>
            <w:r>
              <w:t>4.12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E9CC3E" w14:textId="77777777" w:rsidR="00210ED2" w:rsidRDefault="00000000">
            <w:pPr>
              <w:spacing w:after="0" w:line="240" w:lineRule="auto"/>
            </w:pPr>
            <w:r>
              <w:t>0.91-18.60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4D35DF" w14:textId="77777777" w:rsidR="00210ED2" w:rsidRDefault="00000000">
            <w:pPr>
              <w:spacing w:after="0" w:line="240" w:lineRule="auto"/>
            </w:pPr>
            <w:r>
              <w:t>0.151</w:t>
            </w:r>
          </w:p>
        </w:tc>
      </w:tr>
      <w:tr w:rsidR="00210ED2" w14:paraId="66EEC995" w14:textId="77777777">
        <w:trPr>
          <w:jc w:val="center"/>
        </w:trPr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E1D634" w14:textId="77777777" w:rsidR="00210ED2" w:rsidRDefault="00000000">
            <w:pPr>
              <w:spacing w:after="0" w:line="240" w:lineRule="auto"/>
            </w:pPr>
            <w:r>
              <w:t>Elective, same-day, or observation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E34907" w14:textId="77777777" w:rsidR="00210ED2" w:rsidRDefault="00000000">
            <w:pPr>
              <w:spacing w:after="0" w:line="240" w:lineRule="auto"/>
            </w:pPr>
            <w:r>
              <w:t>Atrial fibrillation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757DF7" w14:textId="77777777" w:rsidR="00210ED2" w:rsidRDefault="00000000">
            <w:pPr>
              <w:spacing w:after="0" w:line="240" w:lineRule="auto"/>
            </w:pPr>
            <w:r>
              <w:t>No atrial fibrillation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D6E4033" w14:textId="77777777" w:rsidR="00210ED2" w:rsidRDefault="00000000">
            <w:pPr>
              <w:spacing w:after="0" w:line="240" w:lineRule="auto"/>
            </w:pPr>
            <w:r>
              <w:t>Broad MACCE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A1CBB4" w14:textId="77777777" w:rsidR="00210ED2" w:rsidRDefault="00000000">
            <w:pPr>
              <w:spacing w:after="0" w:line="240" w:lineRule="auto"/>
            </w:pPr>
            <w:r>
              <w:t>12/117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F1096E1" w14:textId="77777777" w:rsidR="00210ED2" w:rsidRDefault="00000000">
            <w:pPr>
              <w:spacing w:after="0" w:line="240" w:lineRule="auto"/>
            </w:pPr>
            <w:r>
              <w:t>10.3%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78EB17" w14:textId="77777777" w:rsidR="00210ED2" w:rsidRDefault="00000000">
            <w:pPr>
              <w:spacing w:after="0" w:line="240" w:lineRule="auto"/>
            </w:pPr>
            <w:r>
              <w:t>12/620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BDF916B" w14:textId="77777777" w:rsidR="00210ED2" w:rsidRDefault="00000000">
            <w:pPr>
              <w:spacing w:after="0" w:line="240" w:lineRule="auto"/>
            </w:pPr>
            <w:r>
              <w:t>1.9%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DA9B53" w14:textId="77777777" w:rsidR="00210ED2" w:rsidRDefault="00000000">
            <w:pPr>
              <w:spacing w:after="0" w:line="240" w:lineRule="auto"/>
            </w:pPr>
            <w:r>
              <w:t>5.77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8596BF" w14:textId="77777777" w:rsidR="00210ED2" w:rsidRDefault="00000000">
            <w:pPr>
              <w:spacing w:after="0" w:line="240" w:lineRule="auto"/>
            </w:pPr>
            <w:r>
              <w:t>2.56-12.98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2F4DDD3" w14:textId="77777777" w:rsidR="00210ED2" w:rsidRDefault="00000000">
            <w:pPr>
              <w:spacing w:after="0" w:line="240" w:lineRule="auto"/>
            </w:pPr>
            <w:r>
              <w:t>&lt;0.001</w:t>
            </w:r>
          </w:p>
        </w:tc>
      </w:tr>
      <w:tr w:rsidR="00210ED2" w14:paraId="23F3EC29" w14:textId="77777777">
        <w:trPr>
          <w:jc w:val="center"/>
        </w:trPr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B8427A" w14:textId="77777777" w:rsidR="00210ED2" w:rsidRDefault="00000000">
            <w:pPr>
              <w:spacing w:after="0" w:line="240" w:lineRule="auto"/>
            </w:pPr>
            <w:r>
              <w:t>Elective, same-day, or observation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4DB2AFF" w14:textId="77777777" w:rsidR="00210ED2" w:rsidRDefault="00000000">
            <w:pPr>
              <w:spacing w:after="0" w:line="240" w:lineRule="auto"/>
            </w:pPr>
            <w:r>
              <w:t>Atrial fibrillation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70D4909" w14:textId="77777777" w:rsidR="00210ED2" w:rsidRDefault="00000000">
            <w:pPr>
              <w:spacing w:after="0" w:line="240" w:lineRule="auto"/>
            </w:pPr>
            <w:r>
              <w:t>No atrial fibrillation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B7B44A" w14:textId="77777777" w:rsidR="00210ED2" w:rsidRDefault="00000000">
            <w:pPr>
              <w:spacing w:after="0" w:line="240" w:lineRule="auto"/>
            </w:pPr>
            <w:r>
              <w:t>Strict MACCE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98C4270" w14:textId="77777777" w:rsidR="00210ED2" w:rsidRDefault="00000000">
            <w:pPr>
              <w:spacing w:after="0" w:line="240" w:lineRule="auto"/>
            </w:pPr>
            <w:r>
              <w:t>6/117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4DDAE70" w14:textId="77777777" w:rsidR="00210ED2" w:rsidRDefault="00000000">
            <w:pPr>
              <w:spacing w:after="0" w:line="240" w:lineRule="auto"/>
            </w:pPr>
            <w:r>
              <w:t>5.1%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79B9F5" w14:textId="77777777" w:rsidR="00210ED2" w:rsidRDefault="00000000">
            <w:pPr>
              <w:spacing w:after="0" w:line="240" w:lineRule="auto"/>
            </w:pPr>
            <w:r>
              <w:t>8/620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DFB97B" w14:textId="77777777" w:rsidR="00210ED2" w:rsidRDefault="00000000">
            <w:pPr>
              <w:spacing w:after="0" w:line="240" w:lineRule="auto"/>
            </w:pPr>
            <w:r>
              <w:t>1.3%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DB767B" w14:textId="77777777" w:rsidR="00210ED2" w:rsidRDefault="00000000">
            <w:pPr>
              <w:spacing w:after="0" w:line="240" w:lineRule="auto"/>
            </w:pPr>
            <w:r>
              <w:t>4.20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5D1B83" w14:textId="77777777" w:rsidR="00210ED2" w:rsidRDefault="00000000">
            <w:pPr>
              <w:spacing w:after="0" w:line="240" w:lineRule="auto"/>
            </w:pPr>
            <w:r>
              <w:t>1.48-11.90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F5275D" w14:textId="77777777" w:rsidR="00210ED2" w:rsidRDefault="00000000">
            <w:pPr>
              <w:spacing w:after="0" w:line="240" w:lineRule="auto"/>
            </w:pPr>
            <w:r>
              <w:t>0.014</w:t>
            </w:r>
          </w:p>
        </w:tc>
      </w:tr>
      <w:tr w:rsidR="00210ED2" w14:paraId="1BC872AC" w14:textId="77777777">
        <w:trPr>
          <w:jc w:val="center"/>
        </w:trPr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FB79E69" w14:textId="77777777" w:rsidR="00210ED2" w:rsidRDefault="00000000">
            <w:pPr>
              <w:spacing w:after="0" w:line="240" w:lineRule="auto"/>
            </w:pPr>
            <w:r>
              <w:t>Hip-fracture diagnosis with urgent/emergency admission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24500DB" w14:textId="77777777" w:rsidR="00210ED2" w:rsidRDefault="00000000">
            <w:pPr>
              <w:spacing w:after="0" w:line="240" w:lineRule="auto"/>
            </w:pPr>
            <w:r>
              <w:t>BUN &gt;30 mg/dL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3E9BD0" w14:textId="77777777" w:rsidR="00210ED2" w:rsidRDefault="00000000">
            <w:pPr>
              <w:spacing w:after="0" w:line="240" w:lineRule="auto"/>
            </w:pPr>
            <w:r>
              <w:t>BUN &lt;=30 mg/dL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8EC54A1" w14:textId="77777777" w:rsidR="00210ED2" w:rsidRDefault="00000000">
            <w:pPr>
              <w:spacing w:after="0" w:line="240" w:lineRule="auto"/>
            </w:pPr>
            <w:r>
              <w:t>Broad MACCE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7764B4" w14:textId="77777777" w:rsidR="00210ED2" w:rsidRDefault="00000000">
            <w:pPr>
              <w:spacing w:after="0" w:line="240" w:lineRule="auto"/>
            </w:pPr>
            <w:r>
              <w:t>23/98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5F1A6B" w14:textId="77777777" w:rsidR="00210ED2" w:rsidRDefault="00000000">
            <w:pPr>
              <w:spacing w:after="0" w:line="240" w:lineRule="auto"/>
            </w:pPr>
            <w:r>
              <w:t>23.5%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854A38" w14:textId="77777777" w:rsidR="00210ED2" w:rsidRDefault="00000000">
            <w:pPr>
              <w:spacing w:after="0" w:line="240" w:lineRule="auto"/>
            </w:pPr>
            <w:r>
              <w:t>26/312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7D2DE6" w14:textId="77777777" w:rsidR="00210ED2" w:rsidRDefault="00000000">
            <w:pPr>
              <w:spacing w:after="0" w:line="240" w:lineRule="auto"/>
            </w:pPr>
            <w:r>
              <w:t>8.3%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568514" w14:textId="77777777" w:rsidR="00210ED2" w:rsidRDefault="00000000">
            <w:pPr>
              <w:spacing w:after="0" w:line="240" w:lineRule="auto"/>
            </w:pPr>
            <w:r>
              <w:t>3.37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E3C36C4" w14:textId="77777777" w:rsidR="00210ED2" w:rsidRDefault="00000000">
            <w:pPr>
              <w:spacing w:after="0" w:line="240" w:lineRule="auto"/>
            </w:pPr>
            <w:r>
              <w:t>1.83-6.20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0DE99F" w14:textId="77777777" w:rsidR="00210ED2" w:rsidRDefault="00000000">
            <w:pPr>
              <w:spacing w:after="0" w:line="240" w:lineRule="auto"/>
            </w:pPr>
            <w:r>
              <w:t>&lt;0.001</w:t>
            </w:r>
          </w:p>
        </w:tc>
      </w:tr>
      <w:tr w:rsidR="00210ED2" w14:paraId="628B495C" w14:textId="77777777">
        <w:trPr>
          <w:jc w:val="center"/>
        </w:trPr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3E3F843" w14:textId="77777777" w:rsidR="00210ED2" w:rsidRDefault="00000000">
            <w:pPr>
              <w:spacing w:after="0" w:line="240" w:lineRule="auto"/>
            </w:pPr>
            <w:r>
              <w:t>Hip-fracture diagnosis with urgent/emergency admission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B822FF" w14:textId="77777777" w:rsidR="00210ED2" w:rsidRDefault="00000000">
            <w:pPr>
              <w:spacing w:after="0" w:line="240" w:lineRule="auto"/>
            </w:pPr>
            <w:r>
              <w:t>BUN &gt;30 mg/dL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233F78" w14:textId="77777777" w:rsidR="00210ED2" w:rsidRDefault="00000000">
            <w:pPr>
              <w:spacing w:after="0" w:line="240" w:lineRule="auto"/>
            </w:pPr>
            <w:r>
              <w:t>BUN &lt;=30 mg/dL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46A63B" w14:textId="77777777" w:rsidR="00210ED2" w:rsidRDefault="00000000">
            <w:pPr>
              <w:spacing w:after="0" w:line="240" w:lineRule="auto"/>
            </w:pPr>
            <w:r>
              <w:t>Strict MACCE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63CB6C" w14:textId="77777777" w:rsidR="00210ED2" w:rsidRDefault="00000000">
            <w:pPr>
              <w:spacing w:after="0" w:line="240" w:lineRule="auto"/>
            </w:pPr>
            <w:r>
              <w:t>16/98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17FCB99" w14:textId="77777777" w:rsidR="00210ED2" w:rsidRDefault="00000000">
            <w:pPr>
              <w:spacing w:after="0" w:line="240" w:lineRule="auto"/>
            </w:pPr>
            <w:r>
              <w:t>16.3%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B26C7E" w14:textId="77777777" w:rsidR="00210ED2" w:rsidRDefault="00000000">
            <w:pPr>
              <w:spacing w:after="0" w:line="240" w:lineRule="auto"/>
            </w:pPr>
            <w:r>
              <w:t>13/312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F91BA7" w14:textId="77777777" w:rsidR="00210ED2" w:rsidRDefault="00000000">
            <w:pPr>
              <w:spacing w:after="0" w:line="240" w:lineRule="auto"/>
            </w:pPr>
            <w:r>
              <w:t>4.2%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8A6B580" w14:textId="77777777" w:rsidR="00210ED2" w:rsidRDefault="00000000">
            <w:pPr>
              <w:spacing w:after="0" w:line="240" w:lineRule="auto"/>
            </w:pPr>
            <w:r>
              <w:t>4.44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8DD58D" w14:textId="77777777" w:rsidR="00210ED2" w:rsidRDefault="00000000">
            <w:pPr>
              <w:spacing w:after="0" w:line="240" w:lineRule="auto"/>
            </w:pPr>
            <w:r>
              <w:t>2.08-9.48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2466B34" w14:textId="77777777" w:rsidR="00210ED2" w:rsidRDefault="00000000">
            <w:pPr>
              <w:spacing w:after="0" w:line="240" w:lineRule="auto"/>
            </w:pPr>
            <w:r>
              <w:t>&lt;0.001</w:t>
            </w:r>
          </w:p>
        </w:tc>
      </w:tr>
      <w:tr w:rsidR="00210ED2" w14:paraId="792D2DDF" w14:textId="77777777">
        <w:trPr>
          <w:jc w:val="center"/>
        </w:trPr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48A335B" w14:textId="77777777" w:rsidR="00210ED2" w:rsidRDefault="00000000">
            <w:pPr>
              <w:spacing w:after="0" w:line="240" w:lineRule="auto"/>
            </w:pPr>
            <w:r>
              <w:t>Hip-fracture diagnosis with urgent/emergency admission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4E0E7E1" w14:textId="77777777" w:rsidR="00210ED2" w:rsidRDefault="00000000">
            <w:pPr>
              <w:spacing w:after="0" w:line="240" w:lineRule="auto"/>
            </w:pPr>
            <w:r>
              <w:t>Atrial fibrillation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32C5099" w14:textId="77777777" w:rsidR="00210ED2" w:rsidRDefault="00000000">
            <w:pPr>
              <w:spacing w:after="0" w:line="240" w:lineRule="auto"/>
            </w:pPr>
            <w:r>
              <w:t>No atrial fibrillation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61CB75B" w14:textId="77777777" w:rsidR="00210ED2" w:rsidRDefault="00000000">
            <w:pPr>
              <w:spacing w:after="0" w:line="240" w:lineRule="auto"/>
            </w:pPr>
            <w:r>
              <w:t>Broad MACCE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6B2D342" w14:textId="77777777" w:rsidR="00210ED2" w:rsidRDefault="00000000">
            <w:pPr>
              <w:spacing w:after="0" w:line="240" w:lineRule="auto"/>
            </w:pPr>
            <w:r>
              <w:t>25/119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5F6379" w14:textId="77777777" w:rsidR="00210ED2" w:rsidRDefault="00000000">
            <w:pPr>
              <w:spacing w:after="0" w:line="240" w:lineRule="auto"/>
            </w:pPr>
            <w:r>
              <w:t>21.0%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777B9ED" w14:textId="77777777" w:rsidR="00210ED2" w:rsidRDefault="00000000">
            <w:pPr>
              <w:spacing w:after="0" w:line="240" w:lineRule="auto"/>
            </w:pPr>
            <w:r>
              <w:t>24/329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7248FF1" w14:textId="77777777" w:rsidR="00210ED2" w:rsidRDefault="00000000">
            <w:pPr>
              <w:spacing w:after="0" w:line="240" w:lineRule="auto"/>
            </w:pPr>
            <w:r>
              <w:t>7.3%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B2D809" w14:textId="77777777" w:rsidR="00210ED2" w:rsidRDefault="00000000">
            <w:pPr>
              <w:spacing w:after="0" w:line="240" w:lineRule="auto"/>
            </w:pPr>
            <w:r>
              <w:t>3.36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168FB0" w14:textId="77777777" w:rsidR="00210ED2" w:rsidRDefault="00000000">
            <w:pPr>
              <w:spacing w:after="0" w:line="240" w:lineRule="auto"/>
            </w:pPr>
            <w:r>
              <w:t>1.85-6.13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93122D" w14:textId="77777777" w:rsidR="00210ED2" w:rsidRDefault="00000000">
            <w:pPr>
              <w:spacing w:after="0" w:line="240" w:lineRule="auto"/>
            </w:pPr>
            <w:r>
              <w:t>&lt;0.001</w:t>
            </w:r>
          </w:p>
        </w:tc>
      </w:tr>
      <w:tr w:rsidR="00210ED2" w14:paraId="4BEE7513" w14:textId="77777777">
        <w:trPr>
          <w:jc w:val="center"/>
        </w:trPr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545C8EF" w14:textId="77777777" w:rsidR="00210ED2" w:rsidRDefault="00000000">
            <w:pPr>
              <w:spacing w:after="0" w:line="240" w:lineRule="auto"/>
            </w:pPr>
            <w:r>
              <w:t>Hip-fracture diagnosis with urgent/emergency admission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3A5BA7" w14:textId="77777777" w:rsidR="00210ED2" w:rsidRDefault="00000000">
            <w:pPr>
              <w:spacing w:after="0" w:line="240" w:lineRule="auto"/>
            </w:pPr>
            <w:r>
              <w:t>Atrial fibrillation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DB05E9" w14:textId="77777777" w:rsidR="00210ED2" w:rsidRDefault="00000000">
            <w:pPr>
              <w:spacing w:after="0" w:line="240" w:lineRule="auto"/>
            </w:pPr>
            <w:r>
              <w:t>No atrial fibrillation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7E9960" w14:textId="77777777" w:rsidR="00210ED2" w:rsidRDefault="00000000">
            <w:pPr>
              <w:spacing w:after="0" w:line="240" w:lineRule="auto"/>
            </w:pPr>
            <w:r>
              <w:t>Strict MACCE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CF00FE" w14:textId="77777777" w:rsidR="00210ED2" w:rsidRDefault="00000000">
            <w:pPr>
              <w:spacing w:after="0" w:line="240" w:lineRule="auto"/>
            </w:pPr>
            <w:r>
              <w:t>14/119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65F9B3" w14:textId="77777777" w:rsidR="00210ED2" w:rsidRDefault="00000000">
            <w:pPr>
              <w:spacing w:after="0" w:line="240" w:lineRule="auto"/>
            </w:pPr>
            <w:r>
              <w:t>11.8%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529114E" w14:textId="77777777" w:rsidR="00210ED2" w:rsidRDefault="00000000">
            <w:pPr>
              <w:spacing w:after="0" w:line="240" w:lineRule="auto"/>
            </w:pPr>
            <w:r>
              <w:t>15/329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89CFE7" w14:textId="77777777" w:rsidR="00210ED2" w:rsidRDefault="00000000">
            <w:pPr>
              <w:spacing w:after="0" w:line="240" w:lineRule="auto"/>
            </w:pPr>
            <w:r>
              <w:t>4.6%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8F9A057" w14:textId="77777777" w:rsidR="00210ED2" w:rsidRDefault="00000000">
            <w:pPr>
              <w:spacing w:after="0" w:line="240" w:lineRule="auto"/>
            </w:pPr>
            <w:r>
              <w:t>2.79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B891821" w14:textId="77777777" w:rsidR="00210ED2" w:rsidRDefault="00000000">
            <w:pPr>
              <w:spacing w:after="0" w:line="240" w:lineRule="auto"/>
            </w:pPr>
            <w:r>
              <w:t>1.32-5.90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56F5A77" w14:textId="77777777" w:rsidR="00210ED2" w:rsidRDefault="00000000">
            <w:pPr>
              <w:spacing w:after="0" w:line="240" w:lineRule="auto"/>
            </w:pPr>
            <w:r>
              <w:t>0.009</w:t>
            </w:r>
          </w:p>
        </w:tc>
      </w:tr>
      <w:tr w:rsidR="00210ED2" w14:paraId="3EF86223" w14:textId="77777777">
        <w:trPr>
          <w:jc w:val="center"/>
        </w:trPr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0E3ED5" w14:textId="77777777" w:rsidR="00210ED2" w:rsidRDefault="00000000">
            <w:pPr>
              <w:spacing w:after="0" w:line="240" w:lineRule="auto"/>
            </w:pPr>
            <w:r>
              <w:t>No hip-fracture diagnosis with elective/same-day/observation admission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8D3E8E" w14:textId="77777777" w:rsidR="00210ED2" w:rsidRDefault="00000000">
            <w:pPr>
              <w:spacing w:after="0" w:line="240" w:lineRule="auto"/>
            </w:pPr>
            <w:r>
              <w:t>BUN &gt;30 mg/dL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4A5AADF" w14:textId="77777777" w:rsidR="00210ED2" w:rsidRDefault="00000000">
            <w:pPr>
              <w:spacing w:after="0" w:line="240" w:lineRule="auto"/>
            </w:pPr>
            <w:r>
              <w:t>BUN &lt;=30 mg/dL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990C52" w14:textId="77777777" w:rsidR="00210ED2" w:rsidRDefault="00000000">
            <w:pPr>
              <w:spacing w:after="0" w:line="240" w:lineRule="auto"/>
            </w:pPr>
            <w:r>
              <w:t>Broad MACCE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7A816D" w14:textId="77777777" w:rsidR="00210ED2" w:rsidRDefault="00000000">
            <w:pPr>
              <w:spacing w:after="0" w:line="240" w:lineRule="auto"/>
            </w:pPr>
            <w:r>
              <w:t>5/18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AC4120E" w14:textId="77777777" w:rsidR="00210ED2" w:rsidRDefault="00000000">
            <w:pPr>
              <w:spacing w:after="0" w:line="240" w:lineRule="auto"/>
            </w:pPr>
            <w:r>
              <w:t>27.8%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EF58CA9" w14:textId="77777777" w:rsidR="00210ED2" w:rsidRDefault="00000000">
            <w:pPr>
              <w:spacing w:after="0" w:line="240" w:lineRule="auto"/>
            </w:pPr>
            <w:r>
              <w:t>9/218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2206B0" w14:textId="77777777" w:rsidR="00210ED2" w:rsidRDefault="00000000">
            <w:pPr>
              <w:spacing w:after="0" w:line="240" w:lineRule="auto"/>
            </w:pPr>
            <w:r>
              <w:t>4.1%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6758DD" w14:textId="77777777" w:rsidR="00210ED2" w:rsidRDefault="00000000">
            <w:pPr>
              <w:spacing w:after="0" w:line="240" w:lineRule="auto"/>
            </w:pPr>
            <w:r>
              <w:t>8.98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C908B3" w14:textId="77777777" w:rsidR="00210ED2" w:rsidRDefault="00000000">
            <w:pPr>
              <w:spacing w:after="0" w:line="240" w:lineRule="auto"/>
            </w:pPr>
            <w:r>
              <w:t>2.75-29.40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B5FA2E1" w14:textId="77777777" w:rsidR="00210ED2" w:rsidRDefault="00000000">
            <w:pPr>
              <w:spacing w:after="0" w:line="240" w:lineRule="auto"/>
            </w:pPr>
            <w:r>
              <w:t>0.002</w:t>
            </w:r>
          </w:p>
        </w:tc>
      </w:tr>
      <w:tr w:rsidR="00210ED2" w14:paraId="43A158B2" w14:textId="77777777">
        <w:trPr>
          <w:jc w:val="center"/>
        </w:trPr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9D9AEBB" w14:textId="77777777" w:rsidR="00210ED2" w:rsidRDefault="00000000">
            <w:pPr>
              <w:spacing w:after="0" w:line="240" w:lineRule="auto"/>
            </w:pPr>
            <w:r>
              <w:lastRenderedPageBreak/>
              <w:t>No hip-fracture diagnosis with elective/same-day/observation admission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F1129DB" w14:textId="77777777" w:rsidR="00210ED2" w:rsidRDefault="00000000">
            <w:pPr>
              <w:spacing w:after="0" w:line="240" w:lineRule="auto"/>
            </w:pPr>
            <w:r>
              <w:t>BUN &gt;30 mg/dL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7F7BF2" w14:textId="77777777" w:rsidR="00210ED2" w:rsidRDefault="00000000">
            <w:pPr>
              <w:spacing w:after="0" w:line="240" w:lineRule="auto"/>
            </w:pPr>
            <w:r>
              <w:t>BUN &lt;=30 mg/dL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5C2AE08" w14:textId="77777777" w:rsidR="00210ED2" w:rsidRDefault="00000000">
            <w:pPr>
              <w:spacing w:after="0" w:line="240" w:lineRule="auto"/>
            </w:pPr>
            <w:r>
              <w:t>Strict MACCE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9B4ECF" w14:textId="77777777" w:rsidR="00210ED2" w:rsidRDefault="00000000">
            <w:pPr>
              <w:spacing w:after="0" w:line="240" w:lineRule="auto"/>
            </w:pPr>
            <w:r>
              <w:t>2/18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92B363C" w14:textId="77777777" w:rsidR="00210ED2" w:rsidRDefault="00000000">
            <w:pPr>
              <w:spacing w:after="0" w:line="240" w:lineRule="auto"/>
            </w:pPr>
            <w:r>
              <w:t>11.1%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CC903C" w14:textId="77777777" w:rsidR="00210ED2" w:rsidRDefault="00000000">
            <w:pPr>
              <w:spacing w:after="0" w:line="240" w:lineRule="auto"/>
            </w:pPr>
            <w:r>
              <w:t>6/218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7C631F9" w14:textId="77777777" w:rsidR="00210ED2" w:rsidRDefault="00000000">
            <w:pPr>
              <w:spacing w:after="0" w:line="240" w:lineRule="auto"/>
            </w:pPr>
            <w:r>
              <w:t>2.8%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78180B" w14:textId="77777777" w:rsidR="00210ED2" w:rsidRDefault="00000000">
            <w:pPr>
              <w:spacing w:after="0" w:line="240" w:lineRule="auto"/>
            </w:pPr>
            <w:r>
              <w:t>4.95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F3F17C4" w14:textId="77777777" w:rsidR="00210ED2" w:rsidRDefault="00000000">
            <w:pPr>
              <w:spacing w:after="0" w:line="240" w:lineRule="auto"/>
            </w:pPr>
            <w:r>
              <w:t>1.06-23.16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27F95C5" w14:textId="77777777" w:rsidR="00210ED2" w:rsidRDefault="00000000">
            <w:pPr>
              <w:spacing w:after="0" w:line="240" w:lineRule="auto"/>
            </w:pPr>
            <w:r>
              <w:t>0.117</w:t>
            </w:r>
          </w:p>
        </w:tc>
      </w:tr>
      <w:tr w:rsidR="00210ED2" w14:paraId="589769A1" w14:textId="77777777">
        <w:trPr>
          <w:jc w:val="center"/>
        </w:trPr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D46C00" w14:textId="77777777" w:rsidR="00210ED2" w:rsidRDefault="00000000">
            <w:pPr>
              <w:spacing w:after="0" w:line="240" w:lineRule="auto"/>
            </w:pPr>
            <w:r>
              <w:t>No hip-fracture diagnosis with elective/same-day/observation admission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3FEC7B" w14:textId="77777777" w:rsidR="00210ED2" w:rsidRDefault="00000000">
            <w:pPr>
              <w:spacing w:after="0" w:line="240" w:lineRule="auto"/>
            </w:pPr>
            <w:r>
              <w:t>Atrial fibrillation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65FF22B" w14:textId="77777777" w:rsidR="00210ED2" w:rsidRDefault="00000000">
            <w:pPr>
              <w:spacing w:after="0" w:line="240" w:lineRule="auto"/>
            </w:pPr>
            <w:r>
              <w:t>No atrial fibrillation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9DA1A0A" w14:textId="77777777" w:rsidR="00210ED2" w:rsidRDefault="00000000">
            <w:pPr>
              <w:spacing w:after="0" w:line="240" w:lineRule="auto"/>
            </w:pPr>
            <w:r>
              <w:t>Broad MACCE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F25B0DF" w14:textId="77777777" w:rsidR="00210ED2" w:rsidRDefault="00000000">
            <w:pPr>
              <w:spacing w:after="0" w:line="240" w:lineRule="auto"/>
            </w:pPr>
            <w:r>
              <w:t>10/109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FF408A" w14:textId="77777777" w:rsidR="00210ED2" w:rsidRDefault="00000000">
            <w:pPr>
              <w:spacing w:after="0" w:line="240" w:lineRule="auto"/>
            </w:pPr>
            <w:r>
              <w:t>9.2%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5BCCB2" w14:textId="77777777" w:rsidR="00210ED2" w:rsidRDefault="00000000">
            <w:pPr>
              <w:spacing w:after="0" w:line="240" w:lineRule="auto"/>
            </w:pPr>
            <w:r>
              <w:t>11/592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C884FC" w14:textId="77777777" w:rsidR="00210ED2" w:rsidRDefault="00000000">
            <w:pPr>
              <w:spacing w:after="0" w:line="240" w:lineRule="auto"/>
            </w:pPr>
            <w:r>
              <w:t>1.9%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5A2737D" w14:textId="77777777" w:rsidR="00210ED2" w:rsidRDefault="00000000">
            <w:pPr>
              <w:spacing w:after="0" w:line="240" w:lineRule="auto"/>
            </w:pPr>
            <w:r>
              <w:t>5.34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35683D" w14:textId="77777777" w:rsidR="00210ED2" w:rsidRDefault="00000000">
            <w:pPr>
              <w:spacing w:after="0" w:line="240" w:lineRule="auto"/>
            </w:pPr>
            <w:r>
              <w:t>2.25-12.65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ECC03B" w14:textId="77777777" w:rsidR="00210ED2" w:rsidRDefault="00000000">
            <w:pPr>
              <w:spacing w:after="0" w:line="240" w:lineRule="auto"/>
            </w:pPr>
            <w:r>
              <w:t>&lt;0.001</w:t>
            </w:r>
          </w:p>
        </w:tc>
      </w:tr>
      <w:tr w:rsidR="00210ED2" w14:paraId="0AD26460" w14:textId="77777777">
        <w:trPr>
          <w:jc w:val="center"/>
        </w:trPr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BC294B" w14:textId="77777777" w:rsidR="00210ED2" w:rsidRDefault="00000000">
            <w:pPr>
              <w:spacing w:after="0" w:line="240" w:lineRule="auto"/>
            </w:pPr>
            <w:r>
              <w:t>No hip-fracture diagnosis with elective/same-day/observation admission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88F9FD" w14:textId="77777777" w:rsidR="00210ED2" w:rsidRDefault="00000000">
            <w:pPr>
              <w:spacing w:after="0" w:line="240" w:lineRule="auto"/>
            </w:pPr>
            <w:r>
              <w:t>Atrial fibrillation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5EB2D49" w14:textId="77777777" w:rsidR="00210ED2" w:rsidRDefault="00000000">
            <w:pPr>
              <w:spacing w:after="0" w:line="240" w:lineRule="auto"/>
            </w:pPr>
            <w:r>
              <w:t>No atrial fibrillation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352336" w14:textId="77777777" w:rsidR="00210ED2" w:rsidRDefault="00000000">
            <w:pPr>
              <w:spacing w:after="0" w:line="240" w:lineRule="auto"/>
            </w:pPr>
            <w:r>
              <w:t>Strict MACCE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94925B" w14:textId="77777777" w:rsidR="00210ED2" w:rsidRDefault="00000000">
            <w:pPr>
              <w:spacing w:after="0" w:line="240" w:lineRule="auto"/>
            </w:pPr>
            <w:r>
              <w:t>5/109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5BF6853" w14:textId="77777777" w:rsidR="00210ED2" w:rsidRDefault="00000000">
            <w:pPr>
              <w:spacing w:after="0" w:line="240" w:lineRule="auto"/>
            </w:pPr>
            <w:r>
              <w:t>4.6%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B122BFE" w14:textId="77777777" w:rsidR="00210ED2" w:rsidRDefault="00000000">
            <w:pPr>
              <w:spacing w:after="0" w:line="240" w:lineRule="auto"/>
            </w:pPr>
            <w:r>
              <w:t>8/592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32E8239" w14:textId="77777777" w:rsidR="00210ED2" w:rsidRDefault="00000000">
            <w:pPr>
              <w:spacing w:after="0" w:line="240" w:lineRule="auto"/>
            </w:pPr>
            <w:r>
              <w:t>1.4%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A467B1A" w14:textId="77777777" w:rsidR="00210ED2" w:rsidRDefault="00000000">
            <w:pPr>
              <w:spacing w:after="0" w:line="240" w:lineRule="auto"/>
            </w:pPr>
            <w:r>
              <w:t>3.62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CED8FB3" w14:textId="77777777" w:rsidR="00210ED2" w:rsidRDefault="00000000">
            <w:pPr>
              <w:spacing w:after="0" w:line="240" w:lineRule="auto"/>
            </w:pPr>
            <w:r>
              <w:t>1.21-10.79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AEBE96" w14:textId="77777777" w:rsidR="00210ED2" w:rsidRDefault="00000000">
            <w:pPr>
              <w:spacing w:after="0" w:line="240" w:lineRule="auto"/>
            </w:pPr>
            <w:r>
              <w:t>0.038</w:t>
            </w:r>
          </w:p>
        </w:tc>
      </w:tr>
    </w:tbl>
    <w:p w14:paraId="44616F39" w14:textId="77777777" w:rsidR="00210ED2" w:rsidRDefault="00210ED2"/>
    <w:p w14:paraId="68F4A7F5" w14:textId="77777777" w:rsidR="00210ED2" w:rsidRDefault="00000000">
      <w:pPr>
        <w:spacing w:line="240" w:lineRule="auto"/>
      </w:pPr>
      <w:r>
        <w:t>BUN, blood urea nitrogen; AF, atrial fibrillation; MACCE, major adverse cardiovascular and cerebrovascular events.</w:t>
      </w:r>
    </w:p>
    <w:sectPr w:rsidR="00210ED2" w:rsidSect="00034616">
      <w:pgSz w:w="15840" w:h="12240" w:orient="landscape"/>
      <w:pgMar w:top="792" w:right="648" w:bottom="792" w:left="64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AB1684" w14:textId="77777777" w:rsidR="00494C0C" w:rsidRDefault="00494C0C" w:rsidP="00762BAB">
      <w:pPr>
        <w:spacing w:after="0" w:line="240" w:lineRule="auto"/>
      </w:pPr>
      <w:r>
        <w:separator/>
      </w:r>
    </w:p>
  </w:endnote>
  <w:endnote w:type="continuationSeparator" w:id="0">
    <w:p w14:paraId="19CBF3F3" w14:textId="77777777" w:rsidR="00494C0C" w:rsidRDefault="00494C0C" w:rsidP="00762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599865" w14:textId="77777777" w:rsidR="00494C0C" w:rsidRDefault="00494C0C" w:rsidP="00762BAB">
      <w:pPr>
        <w:spacing w:after="0" w:line="240" w:lineRule="auto"/>
      </w:pPr>
      <w:r>
        <w:separator/>
      </w:r>
    </w:p>
  </w:footnote>
  <w:footnote w:type="continuationSeparator" w:id="0">
    <w:p w14:paraId="0C80745E" w14:textId="77777777" w:rsidR="00494C0C" w:rsidRDefault="00494C0C" w:rsidP="00762B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75768438">
    <w:abstractNumId w:val="8"/>
  </w:num>
  <w:num w:numId="2" w16cid:durableId="55710566">
    <w:abstractNumId w:val="6"/>
  </w:num>
  <w:num w:numId="3" w16cid:durableId="845242907">
    <w:abstractNumId w:val="5"/>
  </w:num>
  <w:num w:numId="4" w16cid:durableId="667438088">
    <w:abstractNumId w:val="4"/>
  </w:num>
  <w:num w:numId="5" w16cid:durableId="1071922740">
    <w:abstractNumId w:val="7"/>
  </w:num>
  <w:num w:numId="6" w16cid:durableId="359817448">
    <w:abstractNumId w:val="3"/>
  </w:num>
  <w:num w:numId="7" w16cid:durableId="1429614320">
    <w:abstractNumId w:val="2"/>
  </w:num>
  <w:num w:numId="8" w16cid:durableId="1849441087">
    <w:abstractNumId w:val="1"/>
  </w:num>
  <w:num w:numId="9" w16cid:durableId="539896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7AE4"/>
    <w:rsid w:val="00034616"/>
    <w:rsid w:val="0006063C"/>
    <w:rsid w:val="000A32F9"/>
    <w:rsid w:val="0015074B"/>
    <w:rsid w:val="00210ED2"/>
    <w:rsid w:val="0029639D"/>
    <w:rsid w:val="002F7206"/>
    <w:rsid w:val="00326F90"/>
    <w:rsid w:val="004864F4"/>
    <w:rsid w:val="00494C0C"/>
    <w:rsid w:val="006F00F1"/>
    <w:rsid w:val="0073257A"/>
    <w:rsid w:val="00762BAB"/>
    <w:rsid w:val="0086755E"/>
    <w:rsid w:val="00AA1D8D"/>
    <w:rsid w:val="00B47730"/>
    <w:rsid w:val="00C0627D"/>
    <w:rsid w:val="00CB0664"/>
    <w:rsid w:val="00D47A5C"/>
    <w:rsid w:val="00DF1FF9"/>
    <w:rsid w:val="00EA495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AC87F3F"/>
  <w14:defaultImageDpi w14:val="300"/>
  <w15:docId w15:val="{2E6B3A79-4AF8-4993-AEB0-7CD2E360A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eastAsia="Arial" w:hAnsi="Arial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9">
    <w:name w:val="Hyperlink"/>
    <w:basedOn w:val="a2"/>
    <w:uiPriority w:val="99"/>
    <w:unhideWhenUsed/>
    <w:rsid w:val="00DF1FF9"/>
    <w:rPr>
      <w:color w:val="0000FF" w:themeColor="hyperlink"/>
      <w:u w:val="single"/>
    </w:rPr>
  </w:style>
  <w:style w:type="character" w:styleId="affa">
    <w:name w:val="Unresolved Mention"/>
    <w:basedOn w:val="a2"/>
    <w:uiPriority w:val="99"/>
    <w:semiHidden/>
    <w:unhideWhenUsed/>
    <w:rsid w:val="002F72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sya00158@btch.edu.c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gzfa0246@btch.edu.c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46</Pages>
  <Words>5686</Words>
  <Characters>32411</Characters>
  <Application>Microsoft Office Word</Application>
  <DocSecurity>0</DocSecurity>
  <Lines>270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38021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SY Y</cp:lastModifiedBy>
  <cp:revision>3</cp:revision>
  <dcterms:created xsi:type="dcterms:W3CDTF">2026-06-16T07:25:00Z</dcterms:created>
  <dcterms:modified xsi:type="dcterms:W3CDTF">2026-06-17T15:47:00Z</dcterms:modified>
  <cp:category/>
</cp:coreProperties>
</file>