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DB170" w14:textId="46387657" w:rsidR="00150289" w:rsidRDefault="00150289" w:rsidP="004D3ECC"/>
    <w:tbl>
      <w:tblPr>
        <w:tblStyle w:val="TableGrid"/>
        <w:tblW w:w="90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4"/>
        <w:gridCol w:w="4516"/>
      </w:tblGrid>
      <w:tr w:rsidR="000E4F1E" w:rsidRPr="000E4F1E" w14:paraId="72138019" w14:textId="77777777" w:rsidTr="00150289">
        <w:trPr>
          <w:trHeight w:val="257"/>
        </w:trPr>
        <w:tc>
          <w:tcPr>
            <w:tcW w:w="4514" w:type="dxa"/>
          </w:tcPr>
          <w:p w14:paraId="0D420991" w14:textId="41BBE3A0" w:rsidR="000E4F1E" w:rsidRPr="000E4F1E" w:rsidRDefault="000E4F1E" w:rsidP="004D3ECC">
            <w:pPr>
              <w:pStyle w:val="NoSpacing"/>
              <w:rPr>
                <w:b/>
                <w:bCs/>
              </w:rPr>
            </w:pPr>
            <w:r w:rsidRPr="000E4F1E">
              <w:rPr>
                <w:b/>
                <w:bCs/>
              </w:rPr>
              <w:t>Date:</w:t>
            </w:r>
            <w:r w:rsidRPr="003B749C">
              <w:t xml:space="preserve"> ___________</w:t>
            </w:r>
          </w:p>
        </w:tc>
        <w:tc>
          <w:tcPr>
            <w:tcW w:w="4516" w:type="dxa"/>
          </w:tcPr>
          <w:p w14:paraId="0DF5999A" w14:textId="77777777" w:rsidR="00150289" w:rsidRDefault="000E4F1E" w:rsidP="004D3ECC">
            <w:pPr>
              <w:pStyle w:val="NoSpacing"/>
              <w:rPr>
                <w:b/>
                <w:bCs/>
              </w:rPr>
            </w:pPr>
            <w:r w:rsidRPr="000E4F1E">
              <w:rPr>
                <w:b/>
                <w:bCs/>
              </w:rPr>
              <w:t>Time of Day:</w:t>
            </w:r>
            <w:r>
              <w:rPr>
                <w:b/>
                <w:bCs/>
              </w:rPr>
              <w:t xml:space="preserve"> </w:t>
            </w:r>
          </w:p>
          <w:p w14:paraId="3975AA50" w14:textId="14CCC02F" w:rsidR="000E4F1E" w:rsidRPr="000E4F1E" w:rsidRDefault="000E4F1E" w:rsidP="004D3ECC">
            <w:pPr>
              <w:pStyle w:val="NoSpacing"/>
              <w:rPr>
                <w:b/>
                <w:bCs/>
              </w:rPr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Morning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Afternoon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Night</w:t>
            </w:r>
          </w:p>
        </w:tc>
      </w:tr>
    </w:tbl>
    <w:p w14:paraId="0B43577C" w14:textId="77777777" w:rsidR="00150289" w:rsidRPr="00150289" w:rsidRDefault="00150289" w:rsidP="004D3ECC">
      <w:pPr>
        <w:pStyle w:val="NoSpacing"/>
        <w:rPr>
          <w:b/>
          <w:bCs/>
          <w:sz w:val="20"/>
          <w:szCs w:val="20"/>
        </w:rPr>
      </w:pPr>
    </w:p>
    <w:p w14:paraId="2E9571B2" w14:textId="1BFF718C" w:rsidR="00E27097" w:rsidRDefault="00892AE9" w:rsidP="004D3ECC">
      <w:pPr>
        <w:pStyle w:val="NoSpacing"/>
        <w:jc w:val="center"/>
        <w:rPr>
          <w:b/>
          <w:bCs/>
          <w:sz w:val="28"/>
          <w:szCs w:val="28"/>
        </w:rPr>
      </w:pPr>
      <w:r w:rsidRPr="00150289">
        <w:rPr>
          <w:b/>
          <w:bCs/>
          <w:sz w:val="28"/>
          <w:szCs w:val="28"/>
        </w:rPr>
        <w:t>SAFE CARE Healthcare Provider Observation Form</w:t>
      </w:r>
    </w:p>
    <w:p w14:paraId="118D85C3" w14:textId="77777777" w:rsidR="00150289" w:rsidRPr="00150289" w:rsidRDefault="00150289" w:rsidP="004D3ECC">
      <w:pPr>
        <w:pStyle w:val="NoSpacing"/>
        <w:jc w:val="center"/>
        <w:rPr>
          <w:b/>
          <w:bCs/>
          <w:sz w:val="28"/>
          <w:szCs w:val="28"/>
        </w:rPr>
      </w:pPr>
    </w:p>
    <w:p w14:paraId="36379527" w14:textId="77777777" w:rsidR="00E27097" w:rsidRDefault="00892AE9" w:rsidP="004D3ECC">
      <w:pPr>
        <w:pStyle w:val="NoSpacing"/>
      </w:pPr>
      <w:r w:rsidRPr="003B749C">
        <w:t>(To be used Pre- and Post-Intervention by Data Collectors)</w:t>
      </w:r>
    </w:p>
    <w:p w14:paraId="307F000A" w14:textId="77777777" w:rsidR="00150289" w:rsidRPr="003B749C" w:rsidRDefault="00150289" w:rsidP="004D3ECC">
      <w:pPr>
        <w:pStyle w:val="NoSpacing"/>
      </w:pPr>
    </w:p>
    <w:p w14:paraId="0D61CAB2" w14:textId="77777777" w:rsidR="00E27097" w:rsidRDefault="00892AE9" w:rsidP="004D3ECC">
      <w:pPr>
        <w:pStyle w:val="NoSpacing"/>
      </w:pPr>
      <w:r w:rsidRPr="003B749C">
        <w:t>SECTION 1: PROVIDER &amp; CONTEXT DETAILS</w:t>
      </w:r>
    </w:p>
    <w:p w14:paraId="296EA900" w14:textId="77777777" w:rsidR="009513A1" w:rsidRPr="003B749C" w:rsidRDefault="009513A1" w:rsidP="004D3ECC">
      <w:pPr>
        <w:pStyle w:val="NoSpacing"/>
      </w:pPr>
    </w:p>
    <w:p w14:paraId="7BA9B3C0" w14:textId="77777777" w:rsidR="00E27097" w:rsidRPr="004D3ECC" w:rsidRDefault="00892AE9" w:rsidP="004D3ECC">
      <w:pPr>
        <w:pStyle w:val="NoSpacing"/>
      </w:pPr>
      <w:r w:rsidRPr="004D3ECC">
        <w:t xml:space="preserve">Role: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Physician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Nurse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Allied Health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Other: _______</w:t>
      </w:r>
    </w:p>
    <w:p w14:paraId="3861C995" w14:textId="77777777" w:rsidR="00E27097" w:rsidRPr="004D3ECC" w:rsidRDefault="00892AE9" w:rsidP="004D3ECC">
      <w:pPr>
        <w:pStyle w:val="NoSpacing"/>
      </w:pPr>
      <w:r w:rsidRPr="004D3ECC">
        <w:t xml:space="preserve">Gender of Provider: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Male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Female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</w:t>
      </w:r>
    </w:p>
    <w:p w14:paraId="1A7F2449" w14:textId="77777777" w:rsidR="00E27097" w:rsidRPr="004D3ECC" w:rsidRDefault="00892AE9" w:rsidP="004D3ECC">
      <w:pPr>
        <w:pStyle w:val="NoSpacing"/>
      </w:pPr>
      <w:r w:rsidRPr="004D3ECC">
        <w:t xml:space="preserve">Years of Experience: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&lt;1 yr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</w:t>
      </w:r>
      <w:r w:rsidRPr="004D3ECC">
        <w:rPr>
          <w:rFonts w:ascii="Cambria" w:hAnsi="Cambria" w:cs="Cambria"/>
        </w:rPr>
        <w:t>–</w:t>
      </w:r>
      <w:r w:rsidRPr="004D3ECC">
        <w:t xml:space="preserve">3 yrs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</w:t>
      </w:r>
      <w:r w:rsidRPr="004D3ECC">
        <w:rPr>
          <w:rFonts w:ascii="Cambria" w:hAnsi="Cambria" w:cs="Cambria"/>
        </w:rPr>
        <w:t>–</w:t>
      </w:r>
      <w:r w:rsidRPr="004D3ECC">
        <w:t xml:space="preserve">5 yrs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&gt;5 yrs</w:t>
      </w:r>
    </w:p>
    <w:p w14:paraId="1A9FBF1E" w14:textId="77777777" w:rsidR="00E27097" w:rsidRPr="004D3ECC" w:rsidRDefault="00892AE9" w:rsidP="004D3ECC">
      <w:pPr>
        <w:pStyle w:val="NoSpacing"/>
      </w:pPr>
      <w:r w:rsidRPr="004D3ECC">
        <w:t xml:space="preserve">Level of Training: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Intern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Resident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Consultant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Other: _______</w:t>
      </w:r>
    </w:p>
    <w:p w14:paraId="7D739705" w14:textId="77777777" w:rsidR="00E27097" w:rsidRPr="004D3ECC" w:rsidRDefault="00892AE9" w:rsidP="004D3ECC">
      <w:pPr>
        <w:pStyle w:val="NoSpacing"/>
      </w:pPr>
      <w:r w:rsidRPr="004D3ECC">
        <w:t xml:space="preserve">Frequency of Performing Procedures: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Daily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Weekly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Monthly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Rarely</w:t>
      </w:r>
    </w:p>
    <w:p w14:paraId="567592B3" w14:textId="77777777" w:rsidR="00E27097" w:rsidRPr="004D3ECC" w:rsidRDefault="00892AE9" w:rsidP="004D3ECC">
      <w:pPr>
        <w:pStyle w:val="NoSpacing"/>
      </w:pPr>
      <w:r w:rsidRPr="004D3ECC">
        <w:t xml:space="preserve">Observed Procedure: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IV Cannulation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Blood Sampling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Suturing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LP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Catheterization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Other: _______</w:t>
      </w:r>
    </w:p>
    <w:p w14:paraId="764012EF" w14:textId="3508B31F" w:rsidR="00631354" w:rsidRPr="004D3ECC" w:rsidRDefault="00631354" w:rsidP="004D3ECC">
      <w:pPr>
        <w:pStyle w:val="NoSpacing"/>
      </w:pPr>
      <w:r w:rsidRPr="004D3ECC">
        <w:t xml:space="preserve">Age of the Patient: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</w:t>
      </w:r>
      <w:r w:rsidRPr="004D3ECC">
        <w:rPr>
          <w:rFonts w:ascii="Cambria" w:hAnsi="Cambria" w:cs="Cambria"/>
        </w:rPr>
        <w:t>–</w:t>
      </w:r>
      <w:r w:rsidRPr="004D3ECC">
        <w:t xml:space="preserve">4 yrs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  <w:r w:rsidRPr="004D3ECC">
        <w:rPr>
          <w:rFonts w:ascii="Cambria" w:hAnsi="Cambria" w:cs="Cambria"/>
        </w:rPr>
        <w:t>–</w:t>
      </w:r>
      <w:r w:rsidRPr="004D3ECC">
        <w:t xml:space="preserve">8 yrs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9</w:t>
      </w:r>
      <w:r w:rsidRPr="004D3ECC">
        <w:rPr>
          <w:rFonts w:ascii="Cambria" w:hAnsi="Cambria" w:cs="Cambria"/>
        </w:rPr>
        <w:t>–</w:t>
      </w:r>
      <w:r w:rsidRPr="004D3ECC">
        <w:t xml:space="preserve">12 yrs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13</w:t>
      </w:r>
      <w:r w:rsidRPr="004D3ECC">
        <w:rPr>
          <w:rFonts w:ascii="Cambria" w:hAnsi="Cambria" w:cs="Cambria"/>
        </w:rPr>
        <w:t>–</w:t>
      </w:r>
      <w:r w:rsidRPr="004D3ECC">
        <w:t xml:space="preserve">17 yrs </w:t>
      </w:r>
      <w:r w:rsidRPr="004D3ECC">
        <w:rPr>
          <w:rFonts w:ascii="Segoe UI Symbol" w:hAnsi="Segoe UI Symbol" w:cs="Segoe UI Symbol"/>
        </w:rPr>
        <w:t>☐</w:t>
      </w:r>
    </w:p>
    <w:p w14:paraId="7CD10AEF" w14:textId="77777777" w:rsidR="00E27097" w:rsidRPr="004D3ECC" w:rsidRDefault="00892AE9" w:rsidP="004D3ECC">
      <w:pPr>
        <w:pStyle w:val="NoSpacing"/>
      </w:pPr>
      <w:r w:rsidRPr="004D3ECC">
        <w:t xml:space="preserve">Gender of Patient: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Male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Female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</w:t>
      </w:r>
    </w:p>
    <w:p w14:paraId="7A9D6456" w14:textId="77777777" w:rsidR="00E27097" w:rsidRPr="004D3ECC" w:rsidRDefault="00892AE9" w:rsidP="004D3ECC">
      <w:pPr>
        <w:pStyle w:val="NoSpacing"/>
      </w:pPr>
      <w:r w:rsidRPr="004D3ECC">
        <w:t xml:space="preserve">Setting: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Simulation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Real Clinical</w:t>
      </w:r>
    </w:p>
    <w:p w14:paraId="031F3EA4" w14:textId="77777777" w:rsidR="00E27097" w:rsidRPr="004D3ECC" w:rsidRDefault="00892AE9" w:rsidP="004D3ECC">
      <w:pPr>
        <w:pStyle w:val="NoSpacing"/>
      </w:pPr>
      <w:r w:rsidRPr="004D3ECC">
        <w:t xml:space="preserve">Caregiver Present: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Yes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No</w:t>
      </w:r>
    </w:p>
    <w:p w14:paraId="60B2D5BE" w14:textId="77777777" w:rsidR="00E27097" w:rsidRPr="004D3ECC" w:rsidRDefault="00892AE9" w:rsidP="004D3ECC">
      <w:pPr>
        <w:pStyle w:val="NoSpacing"/>
      </w:pPr>
      <w:r w:rsidRPr="004D3ECC">
        <w:t xml:space="preserve">Language Used by Provider: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Urdu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English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Both</w:t>
      </w:r>
    </w:p>
    <w:p w14:paraId="42F89A91" w14:textId="77777777" w:rsidR="00570A8C" w:rsidRPr="004D3ECC" w:rsidRDefault="00570A8C" w:rsidP="004D3ECC">
      <w:pPr>
        <w:pStyle w:val="NoSpacing"/>
      </w:pPr>
    </w:p>
    <w:p w14:paraId="166EFCB2" w14:textId="77777777" w:rsidR="00E27097" w:rsidRPr="004D3ECC" w:rsidRDefault="00892AE9" w:rsidP="004D3ECC">
      <w:pPr>
        <w:pStyle w:val="NoSpacing"/>
      </w:pPr>
      <w:r w:rsidRPr="004D3ECC">
        <w:t>SECTION 2: COMMUNICATION SKILLS (Kalamazoo-Based, Rate 1–5)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9"/>
        <w:gridCol w:w="2875"/>
      </w:tblGrid>
      <w:tr w:rsidR="003B749C" w:rsidRPr="004D3ECC" w14:paraId="13EB391E" w14:textId="77777777">
        <w:tc>
          <w:tcPr>
            <w:tcW w:w="2880" w:type="dxa"/>
          </w:tcPr>
          <w:p w14:paraId="3AE0EC71" w14:textId="77777777" w:rsidR="00E27097" w:rsidRPr="004D3ECC" w:rsidRDefault="00892AE9" w:rsidP="004D3ECC">
            <w:pPr>
              <w:pStyle w:val="NoSpacing"/>
            </w:pPr>
            <w:r w:rsidRPr="004D3ECC">
              <w:t>Skill</w:t>
            </w:r>
          </w:p>
        </w:tc>
        <w:tc>
          <w:tcPr>
            <w:tcW w:w="2880" w:type="dxa"/>
          </w:tcPr>
          <w:p w14:paraId="61DB723B" w14:textId="77777777" w:rsidR="00E27097" w:rsidRPr="004D3ECC" w:rsidRDefault="00892AE9" w:rsidP="004D3ECC">
            <w:pPr>
              <w:pStyle w:val="NoSpacing"/>
            </w:pPr>
            <w:r w:rsidRPr="004D3ECC">
              <w:t>Description</w:t>
            </w:r>
          </w:p>
        </w:tc>
        <w:tc>
          <w:tcPr>
            <w:tcW w:w="2880" w:type="dxa"/>
          </w:tcPr>
          <w:p w14:paraId="3ABA30B4" w14:textId="77777777" w:rsidR="00E27097" w:rsidRPr="004D3ECC" w:rsidRDefault="00892AE9" w:rsidP="004D3ECC">
            <w:pPr>
              <w:pStyle w:val="NoSpacing"/>
            </w:pPr>
            <w:r w:rsidRPr="004D3ECC">
              <w:t>Rating</w:t>
            </w:r>
          </w:p>
        </w:tc>
      </w:tr>
      <w:tr w:rsidR="003B749C" w:rsidRPr="004D3ECC" w14:paraId="19815C0E" w14:textId="77777777">
        <w:tc>
          <w:tcPr>
            <w:tcW w:w="2880" w:type="dxa"/>
          </w:tcPr>
          <w:p w14:paraId="41FAF191" w14:textId="77777777" w:rsidR="00E27097" w:rsidRPr="004D3ECC" w:rsidRDefault="00892AE9" w:rsidP="004D3ECC">
            <w:pPr>
              <w:pStyle w:val="NoSpacing"/>
            </w:pPr>
            <w:r w:rsidRPr="004D3ECC">
              <w:t>Builds a Relationship</w:t>
            </w:r>
          </w:p>
        </w:tc>
        <w:tc>
          <w:tcPr>
            <w:tcW w:w="2880" w:type="dxa"/>
          </w:tcPr>
          <w:p w14:paraId="53120DF5" w14:textId="77777777" w:rsidR="00E27097" w:rsidRPr="004D3ECC" w:rsidRDefault="00892AE9" w:rsidP="004D3ECC">
            <w:pPr>
              <w:pStyle w:val="NoSpacing"/>
            </w:pPr>
            <w:r w:rsidRPr="004D3ECC">
              <w:t>Empathy, respect, rapport</w:t>
            </w:r>
          </w:p>
        </w:tc>
        <w:tc>
          <w:tcPr>
            <w:tcW w:w="2880" w:type="dxa"/>
          </w:tcPr>
          <w:p w14:paraId="76AE5860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4D3ECC" w14:paraId="213FA5D3" w14:textId="77777777">
        <w:tc>
          <w:tcPr>
            <w:tcW w:w="2880" w:type="dxa"/>
          </w:tcPr>
          <w:p w14:paraId="12B53E42" w14:textId="77777777" w:rsidR="00E27097" w:rsidRPr="004D3ECC" w:rsidRDefault="00892AE9" w:rsidP="004D3ECC">
            <w:pPr>
              <w:pStyle w:val="NoSpacing"/>
            </w:pPr>
            <w:r w:rsidRPr="004D3ECC">
              <w:t>Opens the Discussion</w:t>
            </w:r>
          </w:p>
        </w:tc>
        <w:tc>
          <w:tcPr>
            <w:tcW w:w="2880" w:type="dxa"/>
          </w:tcPr>
          <w:p w14:paraId="4E223428" w14:textId="77777777" w:rsidR="00E27097" w:rsidRPr="004D3ECC" w:rsidRDefault="00892AE9" w:rsidP="004D3ECC">
            <w:pPr>
              <w:pStyle w:val="NoSpacing"/>
            </w:pPr>
            <w:r w:rsidRPr="004D3ECC">
              <w:t>Introduces self, sets agenda</w:t>
            </w:r>
          </w:p>
        </w:tc>
        <w:tc>
          <w:tcPr>
            <w:tcW w:w="2880" w:type="dxa"/>
          </w:tcPr>
          <w:p w14:paraId="1137B5A1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4D3ECC" w14:paraId="6FE9975F" w14:textId="77777777">
        <w:tc>
          <w:tcPr>
            <w:tcW w:w="2880" w:type="dxa"/>
          </w:tcPr>
          <w:p w14:paraId="21C95C4E" w14:textId="77777777" w:rsidR="00E27097" w:rsidRPr="004D3ECC" w:rsidRDefault="00892AE9" w:rsidP="004D3ECC">
            <w:pPr>
              <w:pStyle w:val="NoSpacing"/>
            </w:pPr>
            <w:r w:rsidRPr="004D3ECC">
              <w:t>Gathers Information</w:t>
            </w:r>
          </w:p>
        </w:tc>
        <w:tc>
          <w:tcPr>
            <w:tcW w:w="2880" w:type="dxa"/>
          </w:tcPr>
          <w:p w14:paraId="44E6EF35" w14:textId="77777777" w:rsidR="00E27097" w:rsidRPr="004D3ECC" w:rsidRDefault="00892AE9" w:rsidP="004D3ECC">
            <w:pPr>
              <w:pStyle w:val="NoSpacing"/>
            </w:pPr>
            <w:r w:rsidRPr="004D3ECC">
              <w:t>Open-ended questions, listens</w:t>
            </w:r>
          </w:p>
        </w:tc>
        <w:tc>
          <w:tcPr>
            <w:tcW w:w="2880" w:type="dxa"/>
          </w:tcPr>
          <w:p w14:paraId="6A739A0B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4D3ECC" w14:paraId="07861E1E" w14:textId="77777777">
        <w:tc>
          <w:tcPr>
            <w:tcW w:w="2880" w:type="dxa"/>
          </w:tcPr>
          <w:p w14:paraId="6F610F9F" w14:textId="77777777" w:rsidR="00E27097" w:rsidRPr="004D3ECC" w:rsidRDefault="00892AE9" w:rsidP="004D3ECC">
            <w:pPr>
              <w:pStyle w:val="NoSpacing"/>
            </w:pPr>
            <w:r w:rsidRPr="004D3ECC">
              <w:t>Understands Perspective</w:t>
            </w:r>
          </w:p>
        </w:tc>
        <w:tc>
          <w:tcPr>
            <w:tcW w:w="2880" w:type="dxa"/>
          </w:tcPr>
          <w:p w14:paraId="79A12731" w14:textId="77777777" w:rsidR="00E27097" w:rsidRPr="004D3ECC" w:rsidRDefault="00892AE9" w:rsidP="004D3ECC">
            <w:pPr>
              <w:pStyle w:val="NoSpacing"/>
            </w:pPr>
            <w:r w:rsidRPr="004D3ECC">
              <w:t>Explores concerns/expectations</w:t>
            </w:r>
          </w:p>
        </w:tc>
        <w:tc>
          <w:tcPr>
            <w:tcW w:w="2880" w:type="dxa"/>
          </w:tcPr>
          <w:p w14:paraId="36697A50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4D3ECC" w14:paraId="3D377F27" w14:textId="77777777">
        <w:tc>
          <w:tcPr>
            <w:tcW w:w="2880" w:type="dxa"/>
          </w:tcPr>
          <w:p w14:paraId="3F3E0A37" w14:textId="77777777" w:rsidR="00E27097" w:rsidRPr="004D3ECC" w:rsidRDefault="00892AE9" w:rsidP="004D3ECC">
            <w:pPr>
              <w:pStyle w:val="NoSpacing"/>
            </w:pPr>
            <w:r w:rsidRPr="004D3ECC">
              <w:t>Shares Information</w:t>
            </w:r>
          </w:p>
        </w:tc>
        <w:tc>
          <w:tcPr>
            <w:tcW w:w="2880" w:type="dxa"/>
          </w:tcPr>
          <w:p w14:paraId="4A1AA4FD" w14:textId="77777777" w:rsidR="00E27097" w:rsidRPr="004D3ECC" w:rsidRDefault="00892AE9" w:rsidP="004D3ECC">
            <w:pPr>
              <w:pStyle w:val="NoSpacing"/>
            </w:pPr>
            <w:r w:rsidRPr="004D3ECC">
              <w:t>Explains clearly, checks understanding</w:t>
            </w:r>
          </w:p>
        </w:tc>
        <w:tc>
          <w:tcPr>
            <w:tcW w:w="2880" w:type="dxa"/>
          </w:tcPr>
          <w:p w14:paraId="7B3862E9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4D3ECC" w14:paraId="5C477304" w14:textId="77777777">
        <w:tc>
          <w:tcPr>
            <w:tcW w:w="2880" w:type="dxa"/>
          </w:tcPr>
          <w:p w14:paraId="1515D469" w14:textId="77777777" w:rsidR="00E27097" w:rsidRPr="004D3ECC" w:rsidRDefault="00892AE9" w:rsidP="004D3ECC">
            <w:pPr>
              <w:pStyle w:val="NoSpacing"/>
            </w:pPr>
            <w:r w:rsidRPr="004D3ECC">
              <w:t>Reaches Agreement</w:t>
            </w:r>
          </w:p>
        </w:tc>
        <w:tc>
          <w:tcPr>
            <w:tcW w:w="2880" w:type="dxa"/>
          </w:tcPr>
          <w:p w14:paraId="01828070" w14:textId="77777777" w:rsidR="00E27097" w:rsidRPr="004D3ECC" w:rsidRDefault="00892AE9" w:rsidP="004D3ECC">
            <w:pPr>
              <w:pStyle w:val="NoSpacing"/>
            </w:pPr>
            <w:r w:rsidRPr="004D3ECC">
              <w:t>Encourages shared decisions</w:t>
            </w:r>
          </w:p>
        </w:tc>
        <w:tc>
          <w:tcPr>
            <w:tcW w:w="2880" w:type="dxa"/>
          </w:tcPr>
          <w:p w14:paraId="0685F653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4D3ECC" w14:paraId="407C3077" w14:textId="77777777">
        <w:tc>
          <w:tcPr>
            <w:tcW w:w="2880" w:type="dxa"/>
          </w:tcPr>
          <w:p w14:paraId="3C1453E0" w14:textId="77777777" w:rsidR="00E27097" w:rsidRPr="004D3ECC" w:rsidRDefault="00892AE9" w:rsidP="004D3ECC">
            <w:pPr>
              <w:pStyle w:val="NoSpacing"/>
            </w:pPr>
            <w:r w:rsidRPr="004D3ECC">
              <w:t>Provides Closure</w:t>
            </w:r>
          </w:p>
        </w:tc>
        <w:tc>
          <w:tcPr>
            <w:tcW w:w="2880" w:type="dxa"/>
          </w:tcPr>
          <w:p w14:paraId="72E296C8" w14:textId="77777777" w:rsidR="00E27097" w:rsidRPr="004D3ECC" w:rsidRDefault="00892AE9" w:rsidP="004D3ECC">
            <w:pPr>
              <w:pStyle w:val="NoSpacing"/>
            </w:pPr>
            <w:r w:rsidRPr="004D3ECC">
              <w:t>Summarizes, reassures</w:t>
            </w:r>
          </w:p>
        </w:tc>
        <w:tc>
          <w:tcPr>
            <w:tcW w:w="2880" w:type="dxa"/>
          </w:tcPr>
          <w:p w14:paraId="79BF71C3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4D3ECC" w14:paraId="2337B05B" w14:textId="77777777">
        <w:tc>
          <w:tcPr>
            <w:tcW w:w="2880" w:type="dxa"/>
          </w:tcPr>
          <w:p w14:paraId="775C0AFC" w14:textId="77777777" w:rsidR="00E27097" w:rsidRPr="004D3ECC" w:rsidRDefault="00892AE9" w:rsidP="004D3ECC">
            <w:pPr>
              <w:pStyle w:val="NoSpacing"/>
            </w:pPr>
            <w:r w:rsidRPr="004D3ECC">
              <w:t>Used Child’s Name</w:t>
            </w:r>
          </w:p>
        </w:tc>
        <w:tc>
          <w:tcPr>
            <w:tcW w:w="2880" w:type="dxa"/>
          </w:tcPr>
          <w:p w14:paraId="211E69DF" w14:textId="77777777" w:rsidR="00E27097" w:rsidRPr="004D3ECC" w:rsidRDefault="00892AE9" w:rsidP="004D3ECC">
            <w:pPr>
              <w:pStyle w:val="NoSpacing"/>
            </w:pPr>
            <w:r w:rsidRPr="004D3ECC">
              <w:t>Personalized engagement</w:t>
            </w:r>
          </w:p>
        </w:tc>
        <w:tc>
          <w:tcPr>
            <w:tcW w:w="2880" w:type="dxa"/>
          </w:tcPr>
          <w:p w14:paraId="26D06176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  <w:tr w:rsidR="003B749C" w:rsidRPr="003B749C" w14:paraId="7978C660" w14:textId="77777777">
        <w:tc>
          <w:tcPr>
            <w:tcW w:w="2880" w:type="dxa"/>
          </w:tcPr>
          <w:p w14:paraId="2A754749" w14:textId="77777777" w:rsidR="00E27097" w:rsidRPr="004D3ECC" w:rsidRDefault="00892AE9" w:rsidP="004D3ECC">
            <w:pPr>
              <w:pStyle w:val="NoSpacing"/>
            </w:pPr>
            <w:r w:rsidRPr="004D3ECC">
              <w:t>Offered Choices to Child</w:t>
            </w:r>
          </w:p>
        </w:tc>
        <w:tc>
          <w:tcPr>
            <w:tcW w:w="2880" w:type="dxa"/>
          </w:tcPr>
          <w:p w14:paraId="703C8625" w14:textId="77777777" w:rsidR="00E27097" w:rsidRPr="004D3ECC" w:rsidRDefault="00892AE9" w:rsidP="004D3ECC">
            <w:pPr>
              <w:pStyle w:val="NoSpacing"/>
            </w:pPr>
            <w:r w:rsidRPr="004D3ECC">
              <w:t>Empowered child (e.g., positioning, distraction)</w:t>
            </w:r>
          </w:p>
        </w:tc>
        <w:tc>
          <w:tcPr>
            <w:tcW w:w="2880" w:type="dxa"/>
          </w:tcPr>
          <w:p w14:paraId="5CF33658" w14:textId="77777777" w:rsidR="00E27097" w:rsidRPr="004D3ECC" w:rsidRDefault="00892AE9" w:rsidP="004D3ECC">
            <w:pPr>
              <w:pStyle w:val="NoSpacing"/>
            </w:pP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1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2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3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4 </w:t>
            </w:r>
            <w:r w:rsidRPr="004D3ECC">
              <w:rPr>
                <w:rFonts w:ascii="Segoe UI Symbol" w:hAnsi="Segoe UI Symbol" w:cs="Segoe UI Symbol"/>
              </w:rPr>
              <w:t>☐</w:t>
            </w:r>
            <w:r w:rsidRPr="004D3ECC">
              <w:t xml:space="preserve"> 5</w:t>
            </w:r>
          </w:p>
        </w:tc>
      </w:tr>
    </w:tbl>
    <w:p w14:paraId="295F4D1C" w14:textId="77777777" w:rsidR="00E27097" w:rsidRPr="003B749C" w:rsidRDefault="00892AE9" w:rsidP="004D3ECC">
      <w:pPr>
        <w:pStyle w:val="NoSpacing"/>
      </w:pPr>
      <w:r w:rsidRPr="003B749C">
        <w:t>Total Communication Score (out of 45): ______</w:t>
      </w:r>
    </w:p>
    <w:p w14:paraId="481DE4F1" w14:textId="77777777" w:rsidR="00E27097" w:rsidRPr="003B749C" w:rsidRDefault="00892AE9" w:rsidP="004D3ECC">
      <w:pPr>
        <w:pStyle w:val="NoSpacing"/>
      </w:pPr>
      <w:r w:rsidRPr="003B749C">
        <w:t>SECTION 3: EMOTIONAL SAFETY PRACTICES (Rate 1–5)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3B749C" w:rsidRPr="003B749C" w14:paraId="749095DF" w14:textId="77777777">
        <w:tc>
          <w:tcPr>
            <w:tcW w:w="4320" w:type="dxa"/>
          </w:tcPr>
          <w:p w14:paraId="3DE4CD1D" w14:textId="77777777" w:rsidR="00E27097" w:rsidRPr="003B749C" w:rsidRDefault="00892AE9" w:rsidP="004D3ECC">
            <w:pPr>
              <w:pStyle w:val="NoSpacing"/>
            </w:pPr>
            <w:r w:rsidRPr="003B749C">
              <w:t>Skill</w:t>
            </w:r>
          </w:p>
        </w:tc>
        <w:tc>
          <w:tcPr>
            <w:tcW w:w="4320" w:type="dxa"/>
          </w:tcPr>
          <w:p w14:paraId="0D9DAA07" w14:textId="77777777" w:rsidR="00E27097" w:rsidRPr="003B749C" w:rsidRDefault="00892AE9" w:rsidP="004D3ECC">
            <w:pPr>
              <w:pStyle w:val="NoSpacing"/>
            </w:pPr>
            <w:r w:rsidRPr="003B749C">
              <w:t>Rating</w:t>
            </w:r>
          </w:p>
        </w:tc>
      </w:tr>
      <w:tr w:rsidR="003B749C" w:rsidRPr="003B749C" w14:paraId="52B4934D" w14:textId="77777777">
        <w:tc>
          <w:tcPr>
            <w:tcW w:w="4320" w:type="dxa"/>
          </w:tcPr>
          <w:p w14:paraId="69D28937" w14:textId="77777777" w:rsidR="00E27097" w:rsidRPr="003B749C" w:rsidRDefault="00892AE9" w:rsidP="004D3ECC">
            <w:pPr>
              <w:pStyle w:val="NoSpacing"/>
            </w:pPr>
            <w:r w:rsidRPr="003B749C">
              <w:t>Emotional Needs Assessment (Recognizes distress, trauma risk)</w:t>
            </w:r>
          </w:p>
        </w:tc>
        <w:tc>
          <w:tcPr>
            <w:tcW w:w="4320" w:type="dxa"/>
          </w:tcPr>
          <w:p w14:paraId="4CE6F0E6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3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4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5</w:t>
            </w:r>
          </w:p>
        </w:tc>
      </w:tr>
      <w:tr w:rsidR="003B749C" w:rsidRPr="003B749C" w14:paraId="6F488B08" w14:textId="77777777">
        <w:tc>
          <w:tcPr>
            <w:tcW w:w="4320" w:type="dxa"/>
          </w:tcPr>
          <w:p w14:paraId="7483D274" w14:textId="77777777" w:rsidR="00E27097" w:rsidRPr="003B749C" w:rsidRDefault="00892AE9" w:rsidP="004D3ECC">
            <w:pPr>
              <w:pStyle w:val="NoSpacing"/>
            </w:pPr>
            <w:r w:rsidRPr="003B749C">
              <w:lastRenderedPageBreak/>
              <w:t>Comfort Measures (Distraction, caregiver involvement)</w:t>
            </w:r>
          </w:p>
        </w:tc>
        <w:tc>
          <w:tcPr>
            <w:tcW w:w="4320" w:type="dxa"/>
          </w:tcPr>
          <w:p w14:paraId="002D920C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3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4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5</w:t>
            </w:r>
          </w:p>
        </w:tc>
      </w:tr>
      <w:tr w:rsidR="003B749C" w:rsidRPr="003B749C" w14:paraId="08960732" w14:textId="77777777">
        <w:tc>
          <w:tcPr>
            <w:tcW w:w="4320" w:type="dxa"/>
          </w:tcPr>
          <w:p w14:paraId="4D0AA659" w14:textId="77777777" w:rsidR="00E27097" w:rsidRPr="003B749C" w:rsidRDefault="00892AE9" w:rsidP="004D3ECC">
            <w:pPr>
              <w:pStyle w:val="NoSpacing"/>
            </w:pPr>
            <w:r w:rsidRPr="003B749C">
              <w:t>Supportive Environment (Physical &amp; emotional safety)</w:t>
            </w:r>
          </w:p>
        </w:tc>
        <w:tc>
          <w:tcPr>
            <w:tcW w:w="4320" w:type="dxa"/>
          </w:tcPr>
          <w:p w14:paraId="2C9C7089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3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4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5</w:t>
            </w:r>
          </w:p>
        </w:tc>
      </w:tr>
      <w:tr w:rsidR="003B749C" w:rsidRPr="003B749C" w14:paraId="4801E79D" w14:textId="77777777">
        <w:tc>
          <w:tcPr>
            <w:tcW w:w="4320" w:type="dxa"/>
          </w:tcPr>
          <w:p w14:paraId="7E9ED151" w14:textId="77777777" w:rsidR="00E27097" w:rsidRPr="003B749C" w:rsidRDefault="00892AE9" w:rsidP="004D3ECC">
            <w:pPr>
              <w:pStyle w:val="NoSpacing"/>
            </w:pPr>
            <w:r w:rsidRPr="003B749C">
              <w:t>Post-Procedure Communication (Reassurance, reflection)</w:t>
            </w:r>
          </w:p>
        </w:tc>
        <w:tc>
          <w:tcPr>
            <w:tcW w:w="4320" w:type="dxa"/>
          </w:tcPr>
          <w:p w14:paraId="2DD10D8F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3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4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5</w:t>
            </w:r>
          </w:p>
        </w:tc>
      </w:tr>
    </w:tbl>
    <w:p w14:paraId="0C1F4283" w14:textId="77777777" w:rsidR="00E27097" w:rsidRPr="003B749C" w:rsidRDefault="00892AE9" w:rsidP="004D3ECC">
      <w:pPr>
        <w:pStyle w:val="NoSpacing"/>
      </w:pPr>
      <w:r w:rsidRPr="003B749C">
        <w:t>Total Emotional Safety Score (out of 20): ______</w:t>
      </w:r>
    </w:p>
    <w:p w14:paraId="26475237" w14:textId="77777777" w:rsidR="00E27097" w:rsidRPr="003B749C" w:rsidRDefault="00892AE9" w:rsidP="004D3ECC">
      <w:pPr>
        <w:pStyle w:val="NoSpacing"/>
      </w:pPr>
      <w:r w:rsidRPr="003B749C">
        <w:t>SECTION 4: PROCEDURAL ANXIETY ASSESSMENT (FLACC Score)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58"/>
        <w:gridCol w:w="2157"/>
        <w:gridCol w:w="2158"/>
        <w:gridCol w:w="2157"/>
      </w:tblGrid>
      <w:tr w:rsidR="003B749C" w:rsidRPr="003B749C" w14:paraId="1ACB5D8F" w14:textId="77777777">
        <w:tc>
          <w:tcPr>
            <w:tcW w:w="2160" w:type="dxa"/>
          </w:tcPr>
          <w:p w14:paraId="1929CB6B" w14:textId="77777777" w:rsidR="00E27097" w:rsidRPr="003B749C" w:rsidRDefault="00892AE9" w:rsidP="004D3ECC">
            <w:pPr>
              <w:pStyle w:val="NoSpacing"/>
            </w:pPr>
            <w:r w:rsidRPr="003B749C">
              <w:t>Category</w:t>
            </w:r>
          </w:p>
        </w:tc>
        <w:tc>
          <w:tcPr>
            <w:tcW w:w="2160" w:type="dxa"/>
          </w:tcPr>
          <w:p w14:paraId="736D8DA0" w14:textId="77777777" w:rsidR="00E27097" w:rsidRPr="003B749C" w:rsidRDefault="00892AE9" w:rsidP="004D3ECC">
            <w:pPr>
              <w:pStyle w:val="NoSpacing"/>
            </w:pPr>
            <w:r w:rsidRPr="003B749C">
              <w:t>0 = Relaxed</w:t>
            </w:r>
          </w:p>
        </w:tc>
        <w:tc>
          <w:tcPr>
            <w:tcW w:w="2160" w:type="dxa"/>
          </w:tcPr>
          <w:p w14:paraId="4CDF3773" w14:textId="77777777" w:rsidR="00E27097" w:rsidRPr="003B749C" w:rsidRDefault="00892AE9" w:rsidP="004D3ECC">
            <w:pPr>
              <w:pStyle w:val="NoSpacing"/>
            </w:pPr>
            <w:r w:rsidRPr="003B749C">
              <w:t>1 = Mild Discomfort</w:t>
            </w:r>
          </w:p>
        </w:tc>
        <w:tc>
          <w:tcPr>
            <w:tcW w:w="2160" w:type="dxa"/>
          </w:tcPr>
          <w:p w14:paraId="2A5F083A" w14:textId="77777777" w:rsidR="00E27097" w:rsidRPr="003B749C" w:rsidRDefault="00892AE9" w:rsidP="004D3ECC">
            <w:pPr>
              <w:pStyle w:val="NoSpacing"/>
            </w:pPr>
            <w:r w:rsidRPr="003B749C">
              <w:t>2 = Severe Anxiety</w:t>
            </w:r>
          </w:p>
        </w:tc>
      </w:tr>
      <w:tr w:rsidR="003B749C" w:rsidRPr="003B749C" w14:paraId="3D9DF660" w14:textId="77777777">
        <w:tc>
          <w:tcPr>
            <w:tcW w:w="2160" w:type="dxa"/>
          </w:tcPr>
          <w:p w14:paraId="06D0EB2E" w14:textId="77777777" w:rsidR="00E27097" w:rsidRPr="003B749C" w:rsidRDefault="00892AE9" w:rsidP="004D3ECC">
            <w:pPr>
              <w:pStyle w:val="NoSpacing"/>
            </w:pPr>
            <w:r w:rsidRPr="003B749C">
              <w:t>Face (Expression)</w:t>
            </w:r>
          </w:p>
        </w:tc>
        <w:tc>
          <w:tcPr>
            <w:tcW w:w="2160" w:type="dxa"/>
          </w:tcPr>
          <w:p w14:paraId="17DAE7FB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0</w:t>
            </w:r>
          </w:p>
        </w:tc>
        <w:tc>
          <w:tcPr>
            <w:tcW w:w="2160" w:type="dxa"/>
          </w:tcPr>
          <w:p w14:paraId="4402385D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</w:t>
            </w:r>
          </w:p>
        </w:tc>
        <w:tc>
          <w:tcPr>
            <w:tcW w:w="2160" w:type="dxa"/>
          </w:tcPr>
          <w:p w14:paraId="243919C2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</w:t>
            </w:r>
          </w:p>
        </w:tc>
      </w:tr>
      <w:tr w:rsidR="003B749C" w:rsidRPr="003B749C" w14:paraId="0B9CEAB2" w14:textId="77777777">
        <w:tc>
          <w:tcPr>
            <w:tcW w:w="2160" w:type="dxa"/>
          </w:tcPr>
          <w:p w14:paraId="7001A4FA" w14:textId="77777777" w:rsidR="00E27097" w:rsidRPr="003B749C" w:rsidRDefault="00892AE9" w:rsidP="004D3ECC">
            <w:pPr>
              <w:pStyle w:val="NoSpacing"/>
            </w:pPr>
            <w:r w:rsidRPr="003B749C">
              <w:t>Legs (Movement)</w:t>
            </w:r>
          </w:p>
        </w:tc>
        <w:tc>
          <w:tcPr>
            <w:tcW w:w="2160" w:type="dxa"/>
          </w:tcPr>
          <w:p w14:paraId="0A22FE70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0</w:t>
            </w:r>
          </w:p>
        </w:tc>
        <w:tc>
          <w:tcPr>
            <w:tcW w:w="2160" w:type="dxa"/>
          </w:tcPr>
          <w:p w14:paraId="7B87CCA6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</w:t>
            </w:r>
          </w:p>
        </w:tc>
        <w:tc>
          <w:tcPr>
            <w:tcW w:w="2160" w:type="dxa"/>
          </w:tcPr>
          <w:p w14:paraId="23C304D3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</w:t>
            </w:r>
          </w:p>
        </w:tc>
      </w:tr>
      <w:tr w:rsidR="003B749C" w:rsidRPr="003B749C" w14:paraId="4D5D27E6" w14:textId="77777777">
        <w:tc>
          <w:tcPr>
            <w:tcW w:w="2160" w:type="dxa"/>
          </w:tcPr>
          <w:p w14:paraId="1DE4728D" w14:textId="77777777" w:rsidR="00E27097" w:rsidRPr="003B749C" w:rsidRDefault="00892AE9" w:rsidP="004D3ECC">
            <w:pPr>
              <w:pStyle w:val="NoSpacing"/>
            </w:pPr>
            <w:r w:rsidRPr="003B749C">
              <w:t>Activity (Body)</w:t>
            </w:r>
          </w:p>
        </w:tc>
        <w:tc>
          <w:tcPr>
            <w:tcW w:w="2160" w:type="dxa"/>
          </w:tcPr>
          <w:p w14:paraId="600B546D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0</w:t>
            </w:r>
          </w:p>
        </w:tc>
        <w:tc>
          <w:tcPr>
            <w:tcW w:w="2160" w:type="dxa"/>
          </w:tcPr>
          <w:p w14:paraId="2DB2C532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</w:t>
            </w:r>
          </w:p>
        </w:tc>
        <w:tc>
          <w:tcPr>
            <w:tcW w:w="2160" w:type="dxa"/>
          </w:tcPr>
          <w:p w14:paraId="3E43E2B6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</w:t>
            </w:r>
          </w:p>
        </w:tc>
      </w:tr>
      <w:tr w:rsidR="003B749C" w:rsidRPr="003B749C" w14:paraId="647B8C5E" w14:textId="77777777">
        <w:tc>
          <w:tcPr>
            <w:tcW w:w="2160" w:type="dxa"/>
          </w:tcPr>
          <w:p w14:paraId="09D07CD9" w14:textId="77777777" w:rsidR="00E27097" w:rsidRPr="003B749C" w:rsidRDefault="00892AE9" w:rsidP="004D3ECC">
            <w:pPr>
              <w:pStyle w:val="NoSpacing"/>
            </w:pPr>
            <w:r w:rsidRPr="003B749C">
              <w:t>Cry (Vocal Response)</w:t>
            </w:r>
          </w:p>
        </w:tc>
        <w:tc>
          <w:tcPr>
            <w:tcW w:w="2160" w:type="dxa"/>
          </w:tcPr>
          <w:p w14:paraId="1E523F97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0</w:t>
            </w:r>
          </w:p>
        </w:tc>
        <w:tc>
          <w:tcPr>
            <w:tcW w:w="2160" w:type="dxa"/>
          </w:tcPr>
          <w:p w14:paraId="545E4485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</w:t>
            </w:r>
          </w:p>
        </w:tc>
        <w:tc>
          <w:tcPr>
            <w:tcW w:w="2160" w:type="dxa"/>
          </w:tcPr>
          <w:p w14:paraId="3F7772CA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</w:t>
            </w:r>
          </w:p>
        </w:tc>
      </w:tr>
      <w:tr w:rsidR="003B749C" w:rsidRPr="003B749C" w14:paraId="294B3EBD" w14:textId="77777777">
        <w:tc>
          <w:tcPr>
            <w:tcW w:w="2160" w:type="dxa"/>
          </w:tcPr>
          <w:p w14:paraId="72C4DBF2" w14:textId="77777777" w:rsidR="00E27097" w:rsidRPr="003B749C" w:rsidRDefault="00892AE9" w:rsidP="004D3ECC">
            <w:pPr>
              <w:pStyle w:val="NoSpacing"/>
            </w:pPr>
            <w:r w:rsidRPr="003B749C">
              <w:t>Consolability</w:t>
            </w:r>
          </w:p>
        </w:tc>
        <w:tc>
          <w:tcPr>
            <w:tcW w:w="2160" w:type="dxa"/>
          </w:tcPr>
          <w:p w14:paraId="0536BF0A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0</w:t>
            </w:r>
          </w:p>
        </w:tc>
        <w:tc>
          <w:tcPr>
            <w:tcW w:w="2160" w:type="dxa"/>
          </w:tcPr>
          <w:p w14:paraId="204B9A4F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1</w:t>
            </w:r>
          </w:p>
        </w:tc>
        <w:tc>
          <w:tcPr>
            <w:tcW w:w="2160" w:type="dxa"/>
          </w:tcPr>
          <w:p w14:paraId="0F6B7A9B" w14:textId="77777777" w:rsidR="00E27097" w:rsidRPr="003B749C" w:rsidRDefault="00892AE9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2</w:t>
            </w:r>
          </w:p>
        </w:tc>
      </w:tr>
    </w:tbl>
    <w:p w14:paraId="6F49CD05" w14:textId="77777777" w:rsidR="00570A8C" w:rsidRDefault="00570A8C" w:rsidP="004D3ECC">
      <w:pPr>
        <w:pStyle w:val="NoSpacing"/>
      </w:pPr>
    </w:p>
    <w:p w14:paraId="46B29580" w14:textId="1F5732EF" w:rsidR="00E27097" w:rsidRDefault="00892AE9" w:rsidP="004D3ECC">
      <w:pPr>
        <w:pStyle w:val="NoSpacing"/>
      </w:pPr>
      <w:r w:rsidRPr="003B749C">
        <w:t>FLACC Total Score (0–10): ______</w:t>
      </w:r>
    </w:p>
    <w:p w14:paraId="4595D781" w14:textId="77777777" w:rsidR="00570A8C" w:rsidRPr="003B749C" w:rsidRDefault="00570A8C" w:rsidP="004D3ECC">
      <w:pPr>
        <w:pStyle w:val="NoSpacing"/>
      </w:pPr>
    </w:p>
    <w:p w14:paraId="4C1E3C38" w14:textId="77777777" w:rsidR="00E27097" w:rsidRDefault="00892AE9" w:rsidP="004D3ECC">
      <w:pPr>
        <w:pStyle w:val="NoSpacing"/>
      </w:pPr>
      <w:r w:rsidRPr="003B749C">
        <w:rPr>
          <w:rFonts w:ascii="Segoe UI Emoji" w:hAnsi="Segoe UI Emoji" w:cs="Segoe UI Emoji"/>
        </w:rPr>
        <w:t>🔵</w:t>
      </w:r>
      <w:r w:rsidRPr="003B749C">
        <w:t xml:space="preserve"> Minimal Anxiety (0–2) </w:t>
      </w:r>
      <w:r w:rsidRPr="003B749C">
        <w:rPr>
          <w:rFonts w:ascii="Segoe UI Emoji" w:hAnsi="Segoe UI Emoji" w:cs="Segoe UI Emoji"/>
        </w:rPr>
        <w:t>🟡</w:t>
      </w:r>
      <w:r w:rsidRPr="003B749C">
        <w:t xml:space="preserve"> Moderate Anxiety (3–6) </w:t>
      </w:r>
      <w:r w:rsidRPr="003B749C">
        <w:rPr>
          <w:rFonts w:ascii="Segoe UI Emoji" w:hAnsi="Segoe UI Emoji" w:cs="Segoe UI Emoji"/>
        </w:rPr>
        <w:t>🔴</w:t>
      </w:r>
      <w:r w:rsidRPr="003B749C">
        <w:t xml:space="preserve"> Severe Anxiety (7–10)</w:t>
      </w:r>
    </w:p>
    <w:p w14:paraId="46C582E1" w14:textId="77777777" w:rsidR="00570A8C" w:rsidRPr="003B749C" w:rsidRDefault="00570A8C" w:rsidP="004D3ECC">
      <w:pPr>
        <w:pStyle w:val="NoSpacing"/>
      </w:pPr>
    </w:p>
    <w:p w14:paraId="3EF91FB0" w14:textId="77777777" w:rsidR="00E27097" w:rsidRPr="003B749C" w:rsidRDefault="00892AE9" w:rsidP="004D3ECC">
      <w:pPr>
        <w:pStyle w:val="NoSpacing"/>
      </w:pPr>
      <w:r w:rsidRPr="003B749C">
        <w:t>SECTION 5: FINAL SCORES</w:t>
      </w:r>
    </w:p>
    <w:p w14:paraId="764179A0" w14:textId="77777777" w:rsidR="00E27097" w:rsidRPr="003B749C" w:rsidRDefault="00892AE9" w:rsidP="004D3ECC">
      <w:pPr>
        <w:pStyle w:val="NoSpacing"/>
      </w:pPr>
      <w:r w:rsidRPr="003B749C">
        <w:t>Communication Score (Section 2): ______ /45</w:t>
      </w:r>
    </w:p>
    <w:p w14:paraId="48E3F565" w14:textId="77777777" w:rsidR="00E27097" w:rsidRPr="003B749C" w:rsidRDefault="00892AE9" w:rsidP="004D3ECC">
      <w:pPr>
        <w:pStyle w:val="NoSpacing"/>
      </w:pPr>
      <w:r w:rsidRPr="003B749C">
        <w:t>Emotional Safety Score (Section 3): ______ /20</w:t>
      </w:r>
    </w:p>
    <w:p w14:paraId="6C4A10B6" w14:textId="4C3AA091" w:rsidR="00E27097" w:rsidRDefault="00892AE9" w:rsidP="004D3ECC">
      <w:pPr>
        <w:pStyle w:val="NoSpacing"/>
      </w:pPr>
      <w:r w:rsidRPr="003B749C">
        <w:t>Overall Provider Performance Score (Total out of 65): ______</w:t>
      </w:r>
    </w:p>
    <w:p w14:paraId="42285AE4" w14:textId="77777777" w:rsidR="00570A8C" w:rsidRPr="003B749C" w:rsidRDefault="00570A8C" w:rsidP="004D3ECC">
      <w:pPr>
        <w:pStyle w:val="NoSpacing"/>
      </w:pPr>
    </w:p>
    <w:p w14:paraId="706FFAF8" w14:textId="77777777" w:rsidR="00E27097" w:rsidRPr="00AB1C30" w:rsidRDefault="00892AE9" w:rsidP="004D3ECC">
      <w:pPr>
        <w:pStyle w:val="NoSpacing"/>
        <w:rPr>
          <w:b/>
          <w:bCs/>
        </w:rPr>
      </w:pPr>
      <w:r w:rsidRPr="00AB1C30">
        <w:rPr>
          <w:b/>
          <w:bCs/>
        </w:rPr>
        <w:t>Performance Rating:</w:t>
      </w:r>
    </w:p>
    <w:p w14:paraId="12FBE8D1" w14:textId="71DCCABA" w:rsidR="00E27097" w:rsidRPr="003B749C" w:rsidRDefault="00892AE9" w:rsidP="004D3ECC">
      <w:pPr>
        <w:pStyle w:val="NoSpacing"/>
      </w:pPr>
      <w:r w:rsidRPr="003B749C">
        <w:rPr>
          <w:rFonts w:ascii="Segoe UI Symbol" w:hAnsi="Segoe UI Symbol" w:cs="Segoe UI Symbol"/>
        </w:rPr>
        <w:t>☐</w:t>
      </w:r>
      <w:r w:rsidRPr="003B749C">
        <w:t xml:space="preserve"> Needs Improvement (</w:t>
      </w:r>
      <w:r w:rsidR="000E4F1E" w:rsidRPr="003B749C">
        <w:t>&lt;</w:t>
      </w:r>
      <w:r w:rsidRPr="003B749C">
        <w:t>30)</w:t>
      </w:r>
    </w:p>
    <w:p w14:paraId="651F62FB" w14:textId="77777777" w:rsidR="00E27097" w:rsidRPr="003B749C" w:rsidRDefault="00892AE9" w:rsidP="004D3ECC">
      <w:pPr>
        <w:pStyle w:val="NoSpacing"/>
      </w:pPr>
      <w:r w:rsidRPr="003B749C">
        <w:rPr>
          <w:rFonts w:ascii="Segoe UI Symbol" w:hAnsi="Segoe UI Symbol" w:cs="Segoe UI Symbol"/>
        </w:rPr>
        <w:t>☐</w:t>
      </w:r>
      <w:r w:rsidRPr="003B749C">
        <w:t xml:space="preserve"> Adequate (31–45)</w:t>
      </w:r>
    </w:p>
    <w:p w14:paraId="002514D9" w14:textId="77777777" w:rsidR="00E27097" w:rsidRPr="003B749C" w:rsidRDefault="00892AE9" w:rsidP="004D3ECC">
      <w:pPr>
        <w:pStyle w:val="NoSpacing"/>
      </w:pPr>
      <w:r w:rsidRPr="003B749C">
        <w:rPr>
          <w:rFonts w:ascii="Segoe UI Symbol" w:hAnsi="Segoe UI Symbol" w:cs="Segoe UI Symbol"/>
        </w:rPr>
        <w:t>☐</w:t>
      </w:r>
      <w:r w:rsidRPr="003B749C">
        <w:t xml:space="preserve"> Good (46–59)</w:t>
      </w:r>
    </w:p>
    <w:p w14:paraId="299D7E42" w14:textId="77777777" w:rsidR="00E27097" w:rsidRPr="003B749C" w:rsidRDefault="00892AE9" w:rsidP="004D3ECC">
      <w:pPr>
        <w:pStyle w:val="NoSpacing"/>
      </w:pPr>
      <w:r w:rsidRPr="003B749C">
        <w:rPr>
          <w:rFonts w:ascii="Segoe UI Symbol" w:hAnsi="Segoe UI Symbol" w:cs="Segoe UI Symbol"/>
        </w:rPr>
        <w:t>☐</w:t>
      </w:r>
      <w:r w:rsidRPr="003B749C">
        <w:t xml:space="preserve"> Excellent (60–65)</w:t>
      </w:r>
    </w:p>
    <w:p w14:paraId="6C39ACB5" w14:textId="77777777" w:rsidR="00D630C2" w:rsidRDefault="00D630C2" w:rsidP="004D3ECC">
      <w:pPr>
        <w:pStyle w:val="NoSpacing"/>
      </w:pPr>
    </w:p>
    <w:p w14:paraId="1A017103" w14:textId="78478EAE" w:rsidR="00E27097" w:rsidRPr="004D3ECC" w:rsidRDefault="00892AE9" w:rsidP="004D3ECC">
      <w:pPr>
        <w:pStyle w:val="NoSpacing"/>
      </w:pPr>
      <w:r w:rsidRPr="004D3ECC">
        <w:t>SECTION 6: OBSERVER COMMENTS (Optional)</w:t>
      </w:r>
    </w:p>
    <w:p w14:paraId="44594972" w14:textId="77777777" w:rsidR="00E27097" w:rsidRPr="004D3ECC" w:rsidRDefault="00892AE9" w:rsidP="004D3ECC">
      <w:pPr>
        <w:pStyle w:val="NoSpacing"/>
      </w:pPr>
      <w:r w:rsidRPr="004D3ECC">
        <w:t>What worked well in the provider’s approach?</w:t>
      </w:r>
    </w:p>
    <w:p w14:paraId="30636D96" w14:textId="3276871D" w:rsidR="00E27097" w:rsidRPr="004D3ECC" w:rsidRDefault="00892AE9" w:rsidP="004D3ECC">
      <w:pPr>
        <w:pStyle w:val="NoSpacing"/>
      </w:pPr>
      <w:r w:rsidRPr="004D3ECC">
        <w:t>______________________________________________________________________________</w:t>
      </w:r>
    </w:p>
    <w:p w14:paraId="716FDECB" w14:textId="77777777" w:rsidR="00E27097" w:rsidRPr="004D3ECC" w:rsidRDefault="00892AE9" w:rsidP="004D3ECC">
      <w:pPr>
        <w:pStyle w:val="NoSpacing"/>
      </w:pPr>
      <w:r w:rsidRPr="004D3ECC">
        <w:t>What caused distress or disconnection (if any)?</w:t>
      </w:r>
    </w:p>
    <w:p w14:paraId="6BC300A3" w14:textId="2632AA01" w:rsidR="00E27097" w:rsidRPr="004D3ECC" w:rsidRDefault="00892AE9" w:rsidP="004D3ECC">
      <w:pPr>
        <w:pStyle w:val="NoSpacing"/>
      </w:pPr>
      <w:r w:rsidRPr="004D3ECC">
        <w:t>______________________________________________________________________________</w:t>
      </w:r>
    </w:p>
    <w:p w14:paraId="32FC66D3" w14:textId="77777777" w:rsidR="00E27097" w:rsidRPr="004D3ECC" w:rsidRDefault="00892AE9" w:rsidP="004D3ECC">
      <w:pPr>
        <w:pStyle w:val="NoSpacing"/>
      </w:pPr>
      <w:r w:rsidRPr="004D3ECC">
        <w:t>Were there any missed opportunities for emotional safety?</w:t>
      </w:r>
    </w:p>
    <w:p w14:paraId="18017F00" w14:textId="6D27781E" w:rsidR="00E27097" w:rsidRPr="004D3ECC" w:rsidRDefault="00892AE9" w:rsidP="004D3ECC">
      <w:pPr>
        <w:pStyle w:val="NoSpacing"/>
      </w:pPr>
      <w:r w:rsidRPr="004D3ECC">
        <w:t>______________________________________________________________________________</w:t>
      </w:r>
    </w:p>
    <w:p w14:paraId="0C71EE62" w14:textId="77777777" w:rsidR="00E27097" w:rsidRPr="004D3ECC" w:rsidRDefault="00892AE9" w:rsidP="004D3ECC">
      <w:pPr>
        <w:pStyle w:val="NoSpacing"/>
      </w:pPr>
      <w:r w:rsidRPr="004D3ECC">
        <w:t xml:space="preserve">Language Tone Used: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Calm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Warm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Rushed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Dismissive</w:t>
      </w:r>
    </w:p>
    <w:p w14:paraId="09D2CEBE" w14:textId="083690DF" w:rsidR="00E27097" w:rsidRPr="004D3ECC" w:rsidRDefault="00892AE9" w:rsidP="004D3ECC">
      <w:pPr>
        <w:pStyle w:val="NoSpacing"/>
      </w:pPr>
      <w:r w:rsidRPr="004D3ECC">
        <w:t>______________________________________________________________________________</w:t>
      </w:r>
    </w:p>
    <w:p w14:paraId="7751F7C8" w14:textId="655BE128" w:rsidR="00E27097" w:rsidRPr="004D3ECC" w:rsidRDefault="000E4F1E" w:rsidP="004D3ECC">
      <w:pPr>
        <w:pStyle w:val="NoSpacing"/>
      </w:pPr>
      <w:r w:rsidRPr="004D3ECC">
        <w:t xml:space="preserve">Provider Appearance: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Calm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Engaged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Anxious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Distrustful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Not Present</w:t>
      </w:r>
    </w:p>
    <w:p w14:paraId="04CB4BF7" w14:textId="062E056C" w:rsidR="00280161" w:rsidRDefault="00892AE9" w:rsidP="004D3ECC">
      <w:pPr>
        <w:pStyle w:val="NoSpacing"/>
      </w:pPr>
      <w:r w:rsidRPr="004D3ECC">
        <w:t>______________________________________________________________________________</w:t>
      </w:r>
      <w:r w:rsidR="00280161">
        <w:br/>
      </w:r>
      <w:r w:rsidR="00280161">
        <w:br/>
      </w:r>
      <w:r w:rsidR="00280161">
        <w:br/>
      </w:r>
      <w:r w:rsidR="00280161">
        <w:br/>
      </w:r>
      <w:r w:rsidR="00280161">
        <w:br/>
      </w:r>
      <w:r w:rsidR="00280161">
        <w:br/>
      </w:r>
    </w:p>
    <w:tbl>
      <w:tblPr>
        <w:tblStyle w:val="TableGrid"/>
        <w:tblW w:w="8370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5"/>
        <w:gridCol w:w="3875"/>
      </w:tblGrid>
      <w:tr w:rsidR="005F4EB6" w14:paraId="645F6663" w14:textId="77777777" w:rsidTr="005F4EB6">
        <w:trPr>
          <w:trHeight w:val="140"/>
        </w:trPr>
        <w:tc>
          <w:tcPr>
            <w:tcW w:w="4495" w:type="dxa"/>
          </w:tcPr>
          <w:p w14:paraId="763D923B" w14:textId="53EC3007" w:rsidR="005F4EB6" w:rsidRPr="00D568FD" w:rsidRDefault="005F4EB6" w:rsidP="004D3ECC">
            <w:pPr>
              <w:pStyle w:val="NoSpacing"/>
            </w:pPr>
            <w:r w:rsidRPr="000E4F1E">
              <w:rPr>
                <w:b/>
                <w:bCs/>
              </w:rPr>
              <w:lastRenderedPageBreak/>
              <w:t>Date:</w:t>
            </w:r>
            <w:r w:rsidRPr="003B749C">
              <w:t xml:space="preserve"> ___________</w:t>
            </w:r>
          </w:p>
        </w:tc>
        <w:tc>
          <w:tcPr>
            <w:tcW w:w="3875" w:type="dxa"/>
          </w:tcPr>
          <w:p w14:paraId="2C6CEB18" w14:textId="77777777" w:rsidR="005F4EB6" w:rsidRDefault="005F4EB6" w:rsidP="004D3ECC">
            <w:pPr>
              <w:pStyle w:val="NoSpacing"/>
              <w:rPr>
                <w:b/>
                <w:bCs/>
              </w:rPr>
            </w:pPr>
            <w:r w:rsidRPr="000E4F1E">
              <w:rPr>
                <w:b/>
                <w:bCs/>
              </w:rPr>
              <w:t>Time of Day:</w:t>
            </w:r>
            <w:r>
              <w:rPr>
                <w:b/>
                <w:bCs/>
              </w:rPr>
              <w:t xml:space="preserve"> </w:t>
            </w:r>
          </w:p>
          <w:p w14:paraId="6883B9A2" w14:textId="6983CE09" w:rsidR="005F4EB6" w:rsidRPr="00D568FD" w:rsidRDefault="005F4EB6" w:rsidP="004D3ECC">
            <w:pPr>
              <w:pStyle w:val="NoSpacing"/>
            </w:pP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Morning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Afternoon </w:t>
            </w:r>
            <w:r w:rsidRPr="003B749C">
              <w:rPr>
                <w:rFonts w:ascii="Segoe UI Symbol" w:hAnsi="Segoe UI Symbol" w:cs="Segoe UI Symbol"/>
              </w:rPr>
              <w:t>☐</w:t>
            </w:r>
            <w:r w:rsidRPr="003B749C">
              <w:t xml:space="preserve"> Night</w:t>
            </w:r>
          </w:p>
        </w:tc>
      </w:tr>
    </w:tbl>
    <w:p w14:paraId="3AE7D602" w14:textId="1A346F39" w:rsidR="005F4EB6" w:rsidRPr="003E4370" w:rsidRDefault="005F4EB6" w:rsidP="004D3ECC">
      <w:pPr>
        <w:pStyle w:val="NoSpacing"/>
        <w:rPr>
          <w:b/>
          <w:bCs/>
        </w:rPr>
      </w:pPr>
      <w:r>
        <w:rPr>
          <w:b/>
          <w:bCs/>
        </w:rPr>
        <w:br/>
      </w:r>
      <w:r w:rsidRPr="003E4370">
        <w:rPr>
          <w:b/>
          <w:bCs/>
        </w:rPr>
        <w:t>SAFE CARE Family &amp; Patient Feedback Form (Kalamazoo-Aligned)</w:t>
      </w:r>
    </w:p>
    <w:p w14:paraId="6B09CFBC" w14:textId="77777777" w:rsidR="005F4EB6" w:rsidRDefault="005F4EB6" w:rsidP="004D3ECC">
      <w:pPr>
        <w:pStyle w:val="NoSpacing"/>
        <w:rPr>
          <w:b/>
          <w:bCs/>
        </w:rPr>
      </w:pPr>
      <w:r w:rsidRPr="003E4370">
        <w:rPr>
          <w:b/>
          <w:bCs/>
        </w:rPr>
        <w:t>Purpose: To evaluate the family’s perception of emotionally safe care, communication quality, and their child’s anxiety during invasive procedures in the emergency department, aligned with Kalamazoo communication elements.</w:t>
      </w:r>
    </w:p>
    <w:p w14:paraId="7273444C" w14:textId="77777777" w:rsidR="005F4EB6" w:rsidRPr="003E4370" w:rsidRDefault="005F4EB6" w:rsidP="004D3ECC">
      <w:pPr>
        <w:pStyle w:val="NoSpacing"/>
        <w:rPr>
          <w:b/>
          <w:bCs/>
        </w:rPr>
      </w:pPr>
    </w:p>
    <w:p w14:paraId="4B10121E" w14:textId="77777777" w:rsidR="005F4EB6" w:rsidRPr="004D3ECC" w:rsidRDefault="005F4EB6" w:rsidP="004D3ECC">
      <w:pPr>
        <w:pStyle w:val="NoSpacing"/>
      </w:pPr>
      <w:r w:rsidRPr="004D3ECC">
        <w:t>SECTION 1: DEMOGRAPHIC &amp; CONTEXTUAL INFORMATION</w:t>
      </w:r>
    </w:p>
    <w:p w14:paraId="4293E223" w14:textId="77777777" w:rsidR="005F4EB6" w:rsidRPr="004D3ECC" w:rsidRDefault="005F4EB6" w:rsidP="004D3ECC">
      <w:pPr>
        <w:pStyle w:val="NoSpacing"/>
      </w:pPr>
    </w:p>
    <w:p w14:paraId="3E573F5E" w14:textId="77777777" w:rsidR="005F4EB6" w:rsidRPr="004D3ECC" w:rsidRDefault="005F4EB6" w:rsidP="004D3ECC">
      <w:pPr>
        <w:pStyle w:val="NoSpacing"/>
      </w:pPr>
      <w:r w:rsidRPr="004D3ECC">
        <w:t xml:space="preserve">Your Relationship to the Patient: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Parent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Guardian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Sibling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Other: ________</w:t>
      </w:r>
    </w:p>
    <w:p w14:paraId="3426CD25" w14:textId="77777777" w:rsidR="005F4EB6" w:rsidRPr="004D3ECC" w:rsidRDefault="005F4EB6" w:rsidP="004D3ECC">
      <w:pPr>
        <w:pStyle w:val="NoSpacing"/>
      </w:pPr>
      <w:r w:rsidRPr="004D3ECC">
        <w:t xml:space="preserve">Gender of the Patient: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Male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Female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</w:t>
      </w:r>
    </w:p>
    <w:p w14:paraId="4F98CFAB" w14:textId="24E2B4E6" w:rsidR="005F4EB6" w:rsidRPr="004D3ECC" w:rsidRDefault="005F4EB6" w:rsidP="004D3ECC">
      <w:pPr>
        <w:pStyle w:val="NoSpacing"/>
      </w:pPr>
      <w:r w:rsidRPr="004D3ECC">
        <w:t xml:space="preserve">Age of the Patient: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</w:t>
      </w:r>
      <w:r w:rsidR="000D1D28" w:rsidRPr="004D3ECC">
        <w:t>2</w:t>
      </w:r>
      <w:r w:rsidRPr="004D3ECC">
        <w:rPr>
          <w:rFonts w:ascii="Cambria" w:hAnsi="Cambria" w:cs="Cambria"/>
        </w:rPr>
        <w:t>–</w:t>
      </w:r>
      <w:r w:rsidR="000D1D28" w:rsidRPr="004D3ECC">
        <w:t>4</w:t>
      </w:r>
      <w:r w:rsidRPr="004D3ECC">
        <w:t xml:space="preserve"> yrs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</w:t>
      </w:r>
      <w:r w:rsidR="000D1D28" w:rsidRPr="004D3ECC">
        <w:t>5</w:t>
      </w:r>
      <w:r w:rsidRPr="004D3ECC">
        <w:rPr>
          <w:rFonts w:ascii="Cambria" w:hAnsi="Cambria" w:cs="Cambria"/>
        </w:rPr>
        <w:t>–</w:t>
      </w:r>
      <w:r w:rsidR="000D1D28" w:rsidRPr="004D3ECC">
        <w:t>8</w:t>
      </w:r>
      <w:r w:rsidRPr="004D3ECC">
        <w:t xml:space="preserve"> yrs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</w:t>
      </w:r>
      <w:r w:rsidR="000D1D28" w:rsidRPr="004D3ECC">
        <w:t>9</w:t>
      </w:r>
      <w:r w:rsidR="000D1D28" w:rsidRPr="004D3ECC">
        <w:rPr>
          <w:rFonts w:ascii="Cambria" w:hAnsi="Cambria" w:cs="Cambria"/>
        </w:rPr>
        <w:t>–</w:t>
      </w:r>
      <w:r w:rsidR="000D1D28" w:rsidRPr="004D3ECC">
        <w:t xml:space="preserve">12 yrs </w:t>
      </w:r>
      <w:r w:rsidR="000D1D28" w:rsidRPr="004D3ECC">
        <w:rPr>
          <w:rFonts w:ascii="Segoe UI Symbol" w:hAnsi="Segoe UI Symbol" w:cs="Segoe UI Symbol"/>
        </w:rPr>
        <w:t>☐</w:t>
      </w:r>
      <w:r w:rsidR="000D1D28" w:rsidRPr="004D3ECC">
        <w:t xml:space="preserve"> </w:t>
      </w:r>
      <w:r w:rsidRPr="004D3ECC">
        <w:t>13</w:t>
      </w:r>
      <w:r w:rsidRPr="004D3ECC">
        <w:rPr>
          <w:rFonts w:ascii="Cambria" w:hAnsi="Cambria" w:cs="Cambria"/>
        </w:rPr>
        <w:t>–</w:t>
      </w:r>
      <w:r w:rsidRPr="004D3ECC">
        <w:t>1</w:t>
      </w:r>
      <w:r w:rsidR="000D1D28" w:rsidRPr="004D3ECC">
        <w:t>7</w:t>
      </w:r>
      <w:r w:rsidRPr="004D3ECC">
        <w:t xml:space="preserve"> yrs</w:t>
      </w:r>
      <w:r w:rsidR="00631354" w:rsidRPr="004D3ECC">
        <w:t xml:space="preserve"> </w:t>
      </w:r>
      <w:r w:rsidR="00631354" w:rsidRPr="004D3ECC">
        <w:rPr>
          <w:rFonts w:ascii="Segoe UI Symbol" w:hAnsi="Segoe UI Symbol" w:cs="Segoe UI Symbol"/>
        </w:rPr>
        <w:t>☐</w:t>
      </w:r>
    </w:p>
    <w:p w14:paraId="3463BB0C" w14:textId="77777777" w:rsidR="005F4EB6" w:rsidRPr="004D3ECC" w:rsidRDefault="005F4EB6" w:rsidP="004D3ECC">
      <w:pPr>
        <w:pStyle w:val="NoSpacing"/>
      </w:pPr>
      <w:r w:rsidRPr="004D3ECC">
        <w:t xml:space="preserve">Is your child verbal?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Yes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No</w:t>
      </w:r>
    </w:p>
    <w:p w14:paraId="710B92B9" w14:textId="77777777" w:rsidR="005F4EB6" w:rsidRPr="004D3ECC" w:rsidRDefault="005F4EB6" w:rsidP="004D3ECC">
      <w:pPr>
        <w:pStyle w:val="NoSpacing"/>
      </w:pPr>
      <w:r w:rsidRPr="004D3ECC">
        <w:t>Language Spoken at Home: __________________________</w:t>
      </w:r>
    </w:p>
    <w:p w14:paraId="6408BB77" w14:textId="77777777" w:rsidR="005F4EB6" w:rsidRPr="004D3ECC" w:rsidRDefault="005F4EB6" w:rsidP="004D3ECC">
      <w:pPr>
        <w:pStyle w:val="NoSpacing"/>
      </w:pPr>
      <w:r w:rsidRPr="004D3ECC">
        <w:t xml:space="preserve">Language Used by Provider: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Urdu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English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Both</w:t>
      </w:r>
    </w:p>
    <w:p w14:paraId="3E0CB29A" w14:textId="77777777" w:rsidR="005F4EB6" w:rsidRPr="004D3ECC" w:rsidRDefault="005F4EB6" w:rsidP="004D3ECC">
      <w:pPr>
        <w:pStyle w:val="NoSpacing"/>
      </w:pPr>
      <w:r w:rsidRPr="004D3ECC">
        <w:t xml:space="preserve">Caregiver present?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Yes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No</w:t>
      </w:r>
    </w:p>
    <w:p w14:paraId="082C86C8" w14:textId="77777777" w:rsidR="005F4EB6" w:rsidRPr="004D3ECC" w:rsidRDefault="005F4EB6" w:rsidP="004D3ECC">
      <w:pPr>
        <w:pStyle w:val="NoSpacing"/>
      </w:pPr>
      <w:r w:rsidRPr="004D3ECC">
        <w:t xml:space="preserve">Number of ED visits in past year: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First Visit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</w:t>
      </w:r>
      <w:r w:rsidRPr="004D3ECC">
        <w:rPr>
          <w:rFonts w:ascii="Cambria" w:hAnsi="Cambria" w:cs="Cambria"/>
        </w:rPr>
        <w:t>–</w:t>
      </w:r>
      <w:r w:rsidRPr="004D3ECC">
        <w:t xml:space="preserve">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</w:t>
      </w:r>
      <w:r w:rsidRPr="004D3ECC">
        <w:rPr>
          <w:rFonts w:ascii="Cambria" w:hAnsi="Cambria" w:cs="Cambria"/>
        </w:rPr>
        <w:t>–</w:t>
      </w:r>
      <w:r w:rsidRPr="004D3ECC">
        <w:t xml:space="preserve">6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&gt;6</w:t>
      </w:r>
    </w:p>
    <w:p w14:paraId="2F3B490D" w14:textId="77777777" w:rsidR="005F4EB6" w:rsidRPr="004D3ECC" w:rsidRDefault="005F4EB6" w:rsidP="004D3ECC">
      <w:pPr>
        <w:pStyle w:val="NoSpacing"/>
      </w:pPr>
      <w:r w:rsidRPr="004D3ECC">
        <w:t xml:space="preserve">Previous History of Medical Anxiety/Trauma: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Yes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No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Not Sure</w:t>
      </w:r>
    </w:p>
    <w:p w14:paraId="106E3983" w14:textId="77777777" w:rsidR="005F4EB6" w:rsidRPr="004D3ECC" w:rsidRDefault="005F4EB6" w:rsidP="004D3ECC">
      <w:pPr>
        <w:pStyle w:val="NoSpacing"/>
      </w:pPr>
      <w:r w:rsidRPr="004D3ECC">
        <w:t xml:space="preserve">Procedure(s) Experienced: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IV Cannulation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Blood Sampling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LP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Catheterization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Suturing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Other: ________</w:t>
      </w:r>
    </w:p>
    <w:p w14:paraId="6FA11C7F" w14:textId="77777777" w:rsidR="005F4EB6" w:rsidRPr="004D3ECC" w:rsidRDefault="005F4EB6" w:rsidP="004D3ECC">
      <w:pPr>
        <w:pStyle w:val="NoSpacing"/>
      </w:pPr>
    </w:p>
    <w:p w14:paraId="12CF2009" w14:textId="77777777" w:rsidR="005F4EB6" w:rsidRPr="004D3ECC" w:rsidRDefault="005F4EB6" w:rsidP="004D3ECC">
      <w:pPr>
        <w:pStyle w:val="NoSpacing"/>
      </w:pPr>
      <w:r w:rsidRPr="004D3ECC">
        <w:t>SECTION 2: COMMUNICATION &amp; UNDERSTANDING (Rate 1–5)</w:t>
      </w:r>
    </w:p>
    <w:p w14:paraId="2F0CC253" w14:textId="77777777" w:rsidR="005F4EB6" w:rsidRPr="004D3ECC" w:rsidRDefault="005F4EB6" w:rsidP="004D3ECC">
      <w:pPr>
        <w:pStyle w:val="NoSpacing"/>
      </w:pPr>
    </w:p>
    <w:p w14:paraId="1787C7D1" w14:textId="77777777" w:rsidR="005F4EB6" w:rsidRPr="004D3ECC" w:rsidRDefault="005F4EB6" w:rsidP="004D3ECC">
      <w:pPr>
        <w:pStyle w:val="NoSpacing"/>
      </w:pPr>
      <w:r w:rsidRPr="004D3ECC">
        <w:t>Did the provider introduce themselves and explain what would happen before the procedure?</w:t>
      </w:r>
      <w:r w:rsidRPr="004D3ECC">
        <w:br/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</w:p>
    <w:p w14:paraId="4F095259" w14:textId="77777777" w:rsidR="005F4EB6" w:rsidRPr="004D3ECC" w:rsidRDefault="005F4EB6" w:rsidP="004D3ECC">
      <w:pPr>
        <w:pStyle w:val="NoSpacing"/>
      </w:pPr>
      <w:r w:rsidRPr="004D3ECC">
        <w:t>How well was the procedure explained to you and your child?</w:t>
      </w:r>
      <w:r w:rsidRPr="004D3ECC">
        <w:br/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</w:p>
    <w:p w14:paraId="33A90DBA" w14:textId="77777777" w:rsidR="005F4EB6" w:rsidRPr="004D3ECC" w:rsidRDefault="005F4EB6" w:rsidP="004D3ECC">
      <w:pPr>
        <w:pStyle w:val="NoSpacing"/>
      </w:pPr>
      <w:r w:rsidRPr="004D3ECC">
        <w:t>Did the provider use language that was easy to understand?</w:t>
      </w:r>
      <w:r w:rsidRPr="004D3ECC">
        <w:br/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</w:p>
    <w:p w14:paraId="778079E6" w14:textId="77777777" w:rsidR="005F4EB6" w:rsidRPr="004D3ECC" w:rsidRDefault="005F4EB6" w:rsidP="004D3ECC">
      <w:pPr>
        <w:pStyle w:val="NoSpacing"/>
      </w:pPr>
      <w:r w:rsidRPr="004D3ECC">
        <w:t>How comfortable did you feel asking questions?</w:t>
      </w:r>
      <w:r w:rsidRPr="004D3ECC">
        <w:br/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</w:p>
    <w:p w14:paraId="16D16AE3" w14:textId="77777777" w:rsidR="005F4EB6" w:rsidRPr="004D3ECC" w:rsidRDefault="005F4EB6" w:rsidP="004D3ECC">
      <w:pPr>
        <w:pStyle w:val="NoSpacing"/>
      </w:pPr>
      <w:r w:rsidRPr="004D3ECC">
        <w:t>Was your child appropriately involved in the discussion?</w:t>
      </w:r>
      <w:r w:rsidRPr="004D3ECC">
        <w:br/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</w:p>
    <w:p w14:paraId="7AFE4387" w14:textId="77777777" w:rsidR="005F4EB6" w:rsidRPr="004D3ECC" w:rsidRDefault="005F4EB6" w:rsidP="004D3ECC">
      <w:pPr>
        <w:pStyle w:val="NoSpacing"/>
      </w:pPr>
      <w:r w:rsidRPr="004D3ECC">
        <w:t>Did the provider ask about your or your child’s preferences or concerns before starting?</w:t>
      </w:r>
      <w:r w:rsidRPr="004D3ECC">
        <w:br/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</w:p>
    <w:p w14:paraId="077193AC" w14:textId="77777777" w:rsidR="005F4EB6" w:rsidRDefault="005F4EB6" w:rsidP="004D3ECC">
      <w:pPr>
        <w:pStyle w:val="NoSpacing"/>
      </w:pPr>
      <w:r w:rsidRPr="004D3ECC">
        <w:t>At the end, did the provider explain what was done and offer any reassurance?</w:t>
      </w:r>
      <w:r w:rsidRPr="004D3ECC">
        <w:br/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1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2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3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4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5</w:t>
      </w:r>
    </w:p>
    <w:p w14:paraId="2B3AEA41" w14:textId="77777777" w:rsidR="005F4EB6" w:rsidRPr="00585623" w:rsidRDefault="005F4EB6" w:rsidP="004D3ECC">
      <w:pPr>
        <w:pStyle w:val="NoSpacing"/>
      </w:pPr>
    </w:p>
    <w:p w14:paraId="0E397F02" w14:textId="77777777" w:rsidR="005F4EB6" w:rsidRDefault="005F4EB6" w:rsidP="004D3ECC">
      <w:pPr>
        <w:pStyle w:val="NoSpacing"/>
      </w:pPr>
      <w:r w:rsidRPr="00585623">
        <w:t>SECTION 3: EMOTIONAL SAFETY &amp; COMFORT (Rate 1–5)</w:t>
      </w:r>
    </w:p>
    <w:p w14:paraId="4ECA1677" w14:textId="77777777" w:rsidR="005F4EB6" w:rsidRPr="00585623" w:rsidRDefault="005F4EB6" w:rsidP="004D3ECC">
      <w:pPr>
        <w:pStyle w:val="NoSpacing"/>
      </w:pPr>
    </w:p>
    <w:p w14:paraId="39CCA98C" w14:textId="77777777" w:rsidR="005F4EB6" w:rsidRPr="00585623" w:rsidRDefault="005F4EB6" w:rsidP="004D3ECC">
      <w:pPr>
        <w:pStyle w:val="NoSpacing"/>
      </w:pPr>
      <w:r w:rsidRPr="00585623">
        <w:t>How well did the healthcare team address your child’s emotional needs?</w:t>
      </w:r>
      <w:r w:rsidRPr="00585623">
        <w:br/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3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4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5</w:t>
      </w:r>
    </w:p>
    <w:p w14:paraId="7B914349" w14:textId="77777777" w:rsidR="005F4EB6" w:rsidRPr="00585623" w:rsidRDefault="005F4EB6" w:rsidP="004D3ECC">
      <w:pPr>
        <w:pStyle w:val="NoSpacing"/>
      </w:pPr>
      <w:r w:rsidRPr="00585623">
        <w:t>Did you feel your child's emotional well-being was prioritized?</w:t>
      </w:r>
      <w:r w:rsidRPr="00585623">
        <w:br/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3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4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5</w:t>
      </w:r>
    </w:p>
    <w:p w14:paraId="0ECF4926" w14:textId="77777777" w:rsidR="005F4EB6" w:rsidRPr="00585623" w:rsidRDefault="005F4EB6" w:rsidP="004D3ECC">
      <w:pPr>
        <w:pStyle w:val="NoSpacing"/>
      </w:pPr>
      <w:r w:rsidRPr="00585623">
        <w:lastRenderedPageBreak/>
        <w:t>How satisfied are you with overall communication and emotional support?</w:t>
      </w:r>
      <w:r w:rsidRPr="00585623">
        <w:br/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3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4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5</w:t>
      </w:r>
    </w:p>
    <w:p w14:paraId="4135F392" w14:textId="77777777" w:rsidR="005F4EB6" w:rsidRPr="00585623" w:rsidRDefault="005F4EB6" w:rsidP="004D3ECC">
      <w:pPr>
        <w:pStyle w:val="NoSpacing"/>
      </w:pPr>
      <w:r w:rsidRPr="00585623">
        <w:t>What comfort measures were used? (Check all that apply):</w:t>
      </w:r>
    </w:p>
    <w:p w14:paraId="4DCE0DCB" w14:textId="77777777" w:rsidR="005F4EB6" w:rsidRPr="00585623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Verbal Reassurance</w:t>
      </w:r>
    </w:p>
    <w:p w14:paraId="74F3F1D8" w14:textId="77777777" w:rsidR="005F4EB6" w:rsidRPr="00585623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Distraction</w:t>
      </w:r>
    </w:p>
    <w:p w14:paraId="4D91E826" w14:textId="77777777" w:rsidR="005F4EB6" w:rsidRPr="00585623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Physical Comfort (e.g., touch, holding)</w:t>
      </w:r>
    </w:p>
    <w:p w14:paraId="7183DD3B" w14:textId="77777777" w:rsidR="005F4EB6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Not Provided</w:t>
      </w:r>
    </w:p>
    <w:p w14:paraId="6ACB220F" w14:textId="77777777" w:rsidR="005F4EB6" w:rsidRPr="00585623" w:rsidRDefault="005F4EB6" w:rsidP="004D3ECC">
      <w:pPr>
        <w:pStyle w:val="NoSpacing"/>
      </w:pPr>
    </w:p>
    <w:p w14:paraId="0DE67C95" w14:textId="77777777" w:rsidR="005F4EB6" w:rsidRDefault="005F4EB6" w:rsidP="004D3ECC">
      <w:pPr>
        <w:pStyle w:val="NoSpacing"/>
      </w:pPr>
      <w:r w:rsidRPr="00585623">
        <w:t>SECTION 4: PROCEDURAL ANXIETY ASSESSMENT (FLACC Score)</w:t>
      </w:r>
    </w:p>
    <w:p w14:paraId="5E461F97" w14:textId="77777777" w:rsidR="005F4EB6" w:rsidRPr="00585623" w:rsidRDefault="005F4EB6" w:rsidP="004D3ECC">
      <w:pPr>
        <w:pStyle w:val="NoSpacing"/>
      </w:pPr>
    </w:p>
    <w:p w14:paraId="4336DE4A" w14:textId="77777777" w:rsidR="005F4EB6" w:rsidRPr="00585623" w:rsidRDefault="005F4EB6" w:rsidP="004D3ECC">
      <w:pPr>
        <w:pStyle w:val="NoSpacing"/>
      </w:pPr>
      <w:r w:rsidRPr="00585623">
        <w:t xml:space="preserve">Face: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0 (Relaxed)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(Mild Discomfort)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(Severe Anxiety)</w:t>
      </w:r>
    </w:p>
    <w:p w14:paraId="2AFA8F15" w14:textId="77777777" w:rsidR="005F4EB6" w:rsidRPr="00585623" w:rsidRDefault="005F4EB6" w:rsidP="004D3ECC">
      <w:pPr>
        <w:pStyle w:val="NoSpacing"/>
      </w:pPr>
      <w:r w:rsidRPr="00585623">
        <w:t xml:space="preserve">Legs: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0 (Relaxed)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(Mild Discomfort)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(Severe Anxiety)</w:t>
      </w:r>
    </w:p>
    <w:p w14:paraId="694FD611" w14:textId="77777777" w:rsidR="005F4EB6" w:rsidRPr="00585623" w:rsidRDefault="005F4EB6" w:rsidP="004D3ECC">
      <w:pPr>
        <w:pStyle w:val="NoSpacing"/>
      </w:pPr>
      <w:r w:rsidRPr="00585623">
        <w:t xml:space="preserve">Activity: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0 (Relaxed)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(Mild Discomfort)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(Severe Anxiety)</w:t>
      </w:r>
    </w:p>
    <w:p w14:paraId="36D44848" w14:textId="77777777" w:rsidR="005F4EB6" w:rsidRPr="00585623" w:rsidRDefault="005F4EB6" w:rsidP="004D3ECC">
      <w:pPr>
        <w:pStyle w:val="NoSpacing"/>
      </w:pPr>
      <w:r w:rsidRPr="00585623">
        <w:t xml:space="preserve">Cry: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0 (Relaxed)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(Mild Discomfort)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(Severe Anxiety)</w:t>
      </w:r>
    </w:p>
    <w:p w14:paraId="08E5C089" w14:textId="77777777" w:rsidR="005F4EB6" w:rsidRPr="00585623" w:rsidRDefault="005F4EB6" w:rsidP="004D3ECC">
      <w:pPr>
        <w:pStyle w:val="NoSpacing"/>
      </w:pPr>
      <w:r w:rsidRPr="00585623">
        <w:t xml:space="preserve">Consolability: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0 (Relaxed)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1 (Mild Discomfort) </w:t>
      </w:r>
      <w:r w:rsidRPr="00585623">
        <w:rPr>
          <w:rFonts w:ascii="Segoe UI Symbol" w:hAnsi="Segoe UI Symbol" w:cs="Segoe UI Symbol"/>
        </w:rPr>
        <w:t>☐</w:t>
      </w:r>
      <w:r w:rsidRPr="00585623">
        <w:t xml:space="preserve"> 2 (Severe Anxiety)</w:t>
      </w:r>
    </w:p>
    <w:p w14:paraId="7117FB18" w14:textId="77777777" w:rsidR="005F4EB6" w:rsidRPr="00585623" w:rsidRDefault="005F4EB6" w:rsidP="004D3ECC">
      <w:pPr>
        <w:pStyle w:val="NoSpacing"/>
      </w:pPr>
      <w:r w:rsidRPr="00585623">
        <w:t>FLACC Total Score (0–10): ______</w:t>
      </w:r>
    </w:p>
    <w:p w14:paraId="4008B1D1" w14:textId="77777777" w:rsidR="005F4EB6" w:rsidRPr="00585623" w:rsidRDefault="005F4EB6" w:rsidP="004D3ECC">
      <w:pPr>
        <w:pStyle w:val="NoSpacing"/>
      </w:pPr>
      <w:r w:rsidRPr="00585623">
        <w:rPr>
          <w:rFonts w:ascii="Segoe UI Emoji" w:hAnsi="Segoe UI Emoji" w:cs="Segoe UI Emoji"/>
        </w:rPr>
        <w:t>🔵</w:t>
      </w:r>
      <w:r w:rsidRPr="00585623">
        <w:t xml:space="preserve"> Minimal (0–2) </w:t>
      </w:r>
      <w:r w:rsidRPr="00585623">
        <w:rPr>
          <w:rFonts w:ascii="Segoe UI Emoji" w:hAnsi="Segoe UI Emoji" w:cs="Segoe UI Emoji"/>
        </w:rPr>
        <w:t>🟡</w:t>
      </w:r>
      <w:r w:rsidRPr="00585623">
        <w:t xml:space="preserve"> Moderate (3–6) </w:t>
      </w:r>
      <w:r w:rsidRPr="00585623">
        <w:rPr>
          <w:rFonts w:ascii="Segoe UI Emoji" w:hAnsi="Segoe UI Emoji" w:cs="Segoe UI Emoji"/>
        </w:rPr>
        <w:t>🔴</w:t>
      </w:r>
      <w:r w:rsidRPr="00585623">
        <w:t xml:space="preserve"> Severe (7–10)</w:t>
      </w:r>
    </w:p>
    <w:p w14:paraId="289A808F" w14:textId="77777777" w:rsidR="005F4EB6" w:rsidRPr="00585623" w:rsidRDefault="005F4EB6" w:rsidP="004D3ECC">
      <w:pPr>
        <w:pStyle w:val="NoSpacing"/>
      </w:pPr>
      <w:r w:rsidRPr="00585623">
        <w:t>SECTION 5: FINAL EXPERIENCE SCORE</w:t>
      </w:r>
    </w:p>
    <w:p w14:paraId="4A42BB6D" w14:textId="77777777" w:rsidR="005F4EB6" w:rsidRDefault="005F4EB6" w:rsidP="004D3ECC">
      <w:pPr>
        <w:pStyle w:val="NoSpacing"/>
      </w:pPr>
      <w:r w:rsidRPr="00585623">
        <w:t>Overall Communication &amp; Emotional Safety Score (Sum of Sections 2 &amp; 3): _______ (Range: 10–</w:t>
      </w:r>
      <w:r>
        <w:t>5</w:t>
      </w:r>
      <w:r w:rsidRPr="00585623">
        <w:t>0)</w:t>
      </w:r>
    </w:p>
    <w:p w14:paraId="7D1D1764" w14:textId="77777777" w:rsidR="005F4EB6" w:rsidRPr="00585623" w:rsidRDefault="005F4EB6" w:rsidP="004D3ECC">
      <w:pPr>
        <w:pStyle w:val="NoSpacing"/>
      </w:pPr>
      <w:r w:rsidRPr="00585623">
        <w:t>Overall Experience Rating (Check one):</w:t>
      </w:r>
    </w:p>
    <w:p w14:paraId="60174C84" w14:textId="77777777" w:rsidR="005F4EB6" w:rsidRPr="00585623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Needs Improvement (10–2</w:t>
      </w:r>
      <w:r>
        <w:t>0</w:t>
      </w:r>
      <w:r w:rsidRPr="00585623">
        <w:t>)</w:t>
      </w:r>
    </w:p>
    <w:p w14:paraId="78DF4116" w14:textId="77777777" w:rsidR="005F4EB6" w:rsidRPr="00585623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Adequate (2</w:t>
      </w:r>
      <w:r>
        <w:t>0</w:t>
      </w:r>
      <w:r w:rsidRPr="00585623">
        <w:t>–3</w:t>
      </w:r>
      <w:r>
        <w:t>0</w:t>
      </w:r>
      <w:r w:rsidRPr="00585623">
        <w:t>)</w:t>
      </w:r>
    </w:p>
    <w:p w14:paraId="27D0E0BB" w14:textId="77777777" w:rsidR="005F4EB6" w:rsidRPr="00585623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Good (</w:t>
      </w:r>
      <w:r>
        <w:t>30</w:t>
      </w:r>
      <w:r w:rsidRPr="00585623">
        <w:t>–</w:t>
      </w:r>
      <w:r>
        <w:t>4</w:t>
      </w:r>
      <w:r w:rsidRPr="00585623">
        <w:t>0)</w:t>
      </w:r>
    </w:p>
    <w:p w14:paraId="134A239A" w14:textId="77777777" w:rsidR="005F4EB6" w:rsidRPr="00585623" w:rsidRDefault="005F4EB6" w:rsidP="004D3ECC">
      <w:pPr>
        <w:pStyle w:val="NoSpacing"/>
      </w:pPr>
      <w:r w:rsidRPr="00585623">
        <w:rPr>
          <w:rFonts w:ascii="Segoe UI Symbol" w:hAnsi="Segoe UI Symbol" w:cs="Segoe UI Symbol"/>
        </w:rPr>
        <w:t>☐</w:t>
      </w:r>
      <w:r w:rsidRPr="00585623">
        <w:t xml:space="preserve"> Excellent (</w:t>
      </w:r>
      <w:r>
        <w:t>40</w:t>
      </w:r>
      <w:r w:rsidRPr="00585623">
        <w:t>–</w:t>
      </w:r>
      <w:r>
        <w:t>5</w:t>
      </w:r>
      <w:r w:rsidRPr="00585623">
        <w:t>0)</w:t>
      </w:r>
    </w:p>
    <w:p w14:paraId="1E44913B" w14:textId="77777777" w:rsidR="005F4EB6" w:rsidRPr="00585623" w:rsidRDefault="005F4EB6" w:rsidP="004D3ECC">
      <w:pPr>
        <w:pStyle w:val="NoSpacing"/>
      </w:pPr>
      <w:r w:rsidRPr="00585623">
        <w:t>Overall, how emotionally safe did you feel your child was during the procedure?</w:t>
      </w:r>
    </w:p>
    <w:p w14:paraId="47844672" w14:textId="77777777" w:rsidR="005F4EB6" w:rsidRPr="00585623" w:rsidRDefault="005F4EB6" w:rsidP="004D3ECC">
      <w:pPr>
        <w:pStyle w:val="NoSpacing"/>
      </w:pPr>
      <w:r w:rsidRPr="000E6312">
        <w:rPr>
          <w:rFonts w:ascii="Segoe UI Emoji" w:hAnsi="Segoe UI Emoji" w:cs="Segoe UI Emoji"/>
          <w:noProof/>
          <w:sz w:val="96"/>
          <w:szCs w:val="96"/>
        </w:rPr>
        <w:drawing>
          <wp:inline distT="0" distB="0" distL="0" distR="0" wp14:anchorId="2207597A" wp14:editId="0F00737E">
            <wp:extent cx="5341716" cy="1930400"/>
            <wp:effectExtent l="0" t="0" r="0" b="0"/>
            <wp:docPr id="2133752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75242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0734" cy="1933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F5E3A" w14:textId="77777777" w:rsidR="005F4EB6" w:rsidRPr="00585623" w:rsidRDefault="005F4EB6" w:rsidP="004D3ECC">
      <w:pPr>
        <w:pStyle w:val="NoSpacing"/>
      </w:pPr>
      <w:r w:rsidRPr="00585623">
        <w:t>SECTION 6: COMMENTS &amp; CONSENT</w:t>
      </w:r>
    </w:p>
    <w:p w14:paraId="6F1EB69A" w14:textId="77777777" w:rsidR="005F4EB6" w:rsidRPr="004D3ECC" w:rsidRDefault="005F4EB6" w:rsidP="004D3ECC">
      <w:pPr>
        <w:pStyle w:val="NoSpacing"/>
      </w:pPr>
      <w:r w:rsidRPr="004D3ECC">
        <w:t>Is there anything you would like to share about how your child was treated emotionally or how you felt as a caregiver during this experience?</w:t>
      </w:r>
    </w:p>
    <w:p w14:paraId="0850227E" w14:textId="77777777" w:rsidR="005F4EB6" w:rsidRPr="004D3ECC" w:rsidRDefault="005F4EB6" w:rsidP="004D3ECC">
      <w:pPr>
        <w:pStyle w:val="NoSpacing"/>
      </w:pPr>
      <w:r w:rsidRPr="004D3ECC">
        <w:t>______________________________________________________________________________</w:t>
      </w:r>
    </w:p>
    <w:p w14:paraId="0547E8A9" w14:textId="77777777" w:rsidR="005F4EB6" w:rsidRPr="004D3ECC" w:rsidRDefault="005F4EB6" w:rsidP="004D3ECC">
      <w:pPr>
        <w:pStyle w:val="NoSpacing"/>
      </w:pPr>
      <w:r w:rsidRPr="004D3ECC">
        <w:t>______________________________________________________________________________</w:t>
      </w:r>
    </w:p>
    <w:p w14:paraId="32B5474E" w14:textId="77777777" w:rsidR="005F4EB6" w:rsidRPr="004D3ECC" w:rsidRDefault="005F4EB6" w:rsidP="004D3ECC">
      <w:pPr>
        <w:pStyle w:val="NoSpacing"/>
      </w:pPr>
      <w:r w:rsidRPr="004D3ECC">
        <w:t>May we anonymously use your comments to improve pediatric care or training (e.g., research, publications, teaching)?</w:t>
      </w:r>
    </w:p>
    <w:p w14:paraId="6F7D3FBE" w14:textId="77777777" w:rsidR="005F4EB6" w:rsidRDefault="005F4EB6" w:rsidP="004D3ECC">
      <w:pPr>
        <w:pStyle w:val="NoSpacing"/>
      </w:pPr>
      <w:r w:rsidRPr="004D3ECC">
        <w:rPr>
          <w:rFonts w:ascii="Segoe UI Symbol" w:hAnsi="Segoe UI Symbol" w:cs="Segoe UI Symbol"/>
        </w:rPr>
        <w:t>☐</w:t>
      </w:r>
      <w:r w:rsidRPr="004D3ECC">
        <w:t xml:space="preserve"> Yes </w:t>
      </w:r>
      <w:r w:rsidRPr="004D3ECC">
        <w:rPr>
          <w:rFonts w:ascii="Segoe UI Symbol" w:hAnsi="Segoe UI Symbol" w:cs="Segoe UI Symbol"/>
        </w:rPr>
        <w:t>☐</w:t>
      </w:r>
      <w:r w:rsidRPr="004D3ECC">
        <w:t xml:space="preserve"> No</w:t>
      </w:r>
    </w:p>
    <w:p w14:paraId="33035602" w14:textId="77777777" w:rsidR="005F4EB6" w:rsidRDefault="005F4EB6" w:rsidP="004D3ECC">
      <w:pPr>
        <w:pStyle w:val="NoSpacing"/>
      </w:pPr>
    </w:p>
    <w:p w14:paraId="4B10F54B" w14:textId="77777777" w:rsidR="00280161" w:rsidRPr="003B749C" w:rsidRDefault="00280161" w:rsidP="004D3ECC">
      <w:pPr>
        <w:pStyle w:val="NoSpacing"/>
      </w:pPr>
    </w:p>
    <w:sectPr w:rsidR="00280161" w:rsidRPr="003B749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CC0D1" w14:textId="77777777" w:rsidR="00892AE9" w:rsidRDefault="00892AE9" w:rsidP="00150289">
      <w:pPr>
        <w:spacing w:after="0" w:line="240" w:lineRule="auto"/>
      </w:pPr>
      <w:r>
        <w:separator/>
      </w:r>
    </w:p>
  </w:endnote>
  <w:endnote w:type="continuationSeparator" w:id="0">
    <w:p w14:paraId="75E03F0F" w14:textId="77777777" w:rsidR="00892AE9" w:rsidRDefault="00892AE9" w:rsidP="00150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25E88" w14:textId="77777777" w:rsidR="00892AE9" w:rsidRDefault="00892AE9" w:rsidP="00150289">
      <w:pPr>
        <w:spacing w:after="0" w:line="240" w:lineRule="auto"/>
      </w:pPr>
      <w:r>
        <w:separator/>
      </w:r>
    </w:p>
  </w:footnote>
  <w:footnote w:type="continuationSeparator" w:id="0">
    <w:p w14:paraId="3B6DA814" w14:textId="77777777" w:rsidR="00892AE9" w:rsidRDefault="00892AE9" w:rsidP="00150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72B8B" w14:textId="62F31EB3" w:rsidR="00150289" w:rsidRDefault="00150289" w:rsidP="00150289">
    <w:pPr>
      <w:pStyle w:val="NoSpacing"/>
      <w:tabs>
        <w:tab w:val="left" w:pos="5990"/>
      </w:tabs>
      <w:rPr>
        <w:b/>
        <w:bCs/>
        <w:sz w:val="20"/>
        <w:szCs w:val="20"/>
      </w:rPr>
    </w:pPr>
    <w:r w:rsidRPr="00150289">
      <w:rPr>
        <w:b/>
        <w:bCs/>
        <w:sz w:val="20"/>
        <w:szCs w:val="20"/>
      </w:rPr>
      <w:t>Observation ID: __________</w:t>
    </w:r>
    <w:r>
      <w:rPr>
        <w:b/>
        <w:bCs/>
        <w:sz w:val="20"/>
        <w:szCs w:val="20"/>
      </w:rPr>
      <w:t xml:space="preserve"> </w:t>
    </w:r>
    <w:r>
      <w:rPr>
        <w:b/>
        <w:bCs/>
        <w:sz w:val="20"/>
        <w:szCs w:val="20"/>
      </w:rPr>
      <w:tab/>
      <w:t xml:space="preserve">            MR number---------------</w:t>
    </w:r>
  </w:p>
  <w:p w14:paraId="330328AF" w14:textId="631C6800" w:rsidR="00150289" w:rsidRDefault="00D97287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94926410">
    <w:abstractNumId w:val="8"/>
  </w:num>
  <w:num w:numId="2" w16cid:durableId="670303874">
    <w:abstractNumId w:val="6"/>
  </w:num>
  <w:num w:numId="3" w16cid:durableId="1123815488">
    <w:abstractNumId w:val="5"/>
  </w:num>
  <w:num w:numId="4" w16cid:durableId="749811740">
    <w:abstractNumId w:val="4"/>
  </w:num>
  <w:num w:numId="5" w16cid:durableId="1420903800">
    <w:abstractNumId w:val="7"/>
  </w:num>
  <w:num w:numId="6" w16cid:durableId="659623605">
    <w:abstractNumId w:val="3"/>
  </w:num>
  <w:num w:numId="7" w16cid:durableId="2044359145">
    <w:abstractNumId w:val="2"/>
  </w:num>
  <w:num w:numId="8" w16cid:durableId="750658951">
    <w:abstractNumId w:val="1"/>
  </w:num>
  <w:num w:numId="9" w16cid:durableId="1830825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7349D"/>
    <w:rsid w:val="000822C5"/>
    <w:rsid w:val="000B60E4"/>
    <w:rsid w:val="000D1D28"/>
    <w:rsid w:val="000E4F1E"/>
    <w:rsid w:val="00134D0A"/>
    <w:rsid w:val="00150289"/>
    <w:rsid w:val="0015074B"/>
    <w:rsid w:val="00280161"/>
    <w:rsid w:val="0029639D"/>
    <w:rsid w:val="00326F90"/>
    <w:rsid w:val="003B749C"/>
    <w:rsid w:val="004D3ECC"/>
    <w:rsid w:val="005357F7"/>
    <w:rsid w:val="00570A8C"/>
    <w:rsid w:val="005F4EB6"/>
    <w:rsid w:val="00631354"/>
    <w:rsid w:val="006A2936"/>
    <w:rsid w:val="007A5E11"/>
    <w:rsid w:val="007D2CB1"/>
    <w:rsid w:val="00807E8A"/>
    <w:rsid w:val="00892AE9"/>
    <w:rsid w:val="009513A1"/>
    <w:rsid w:val="009B078C"/>
    <w:rsid w:val="00AA1D8D"/>
    <w:rsid w:val="00AB1C30"/>
    <w:rsid w:val="00B47730"/>
    <w:rsid w:val="00B676B6"/>
    <w:rsid w:val="00B81EAD"/>
    <w:rsid w:val="00BB1826"/>
    <w:rsid w:val="00CB0664"/>
    <w:rsid w:val="00CE322E"/>
    <w:rsid w:val="00D630C2"/>
    <w:rsid w:val="00D97287"/>
    <w:rsid w:val="00E27097"/>
    <w:rsid w:val="00E85581"/>
    <w:rsid w:val="00F347BC"/>
    <w:rsid w:val="00F741C1"/>
    <w:rsid w:val="00F815C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F469DB97-AC7C-4381-9932-3D0B067F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1019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6820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Faiza Lakhdhir</cp:lastModifiedBy>
  <cp:revision>2</cp:revision>
  <cp:lastPrinted>2025-07-17T04:35:00Z</cp:lastPrinted>
  <dcterms:created xsi:type="dcterms:W3CDTF">2026-07-01T07:24:00Z</dcterms:created>
  <dcterms:modified xsi:type="dcterms:W3CDTF">2026-07-01T07:24:00Z</dcterms:modified>
  <cp:category/>
</cp:coreProperties>
</file>