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1601A" w14:textId="59D247A9" w:rsidR="002C4892" w:rsidRPr="00BB0F50" w:rsidRDefault="00000000">
      <w:pPr>
        <w:jc w:val="center"/>
        <w:rPr>
          <w:sz w:val="32"/>
          <w:szCs w:val="32"/>
        </w:rPr>
      </w:pPr>
      <w:r w:rsidRPr="00BB0F50">
        <w:rPr>
          <w:b/>
          <w:sz w:val="32"/>
          <w:szCs w:val="32"/>
        </w:rPr>
        <w:t xml:space="preserve">Supplementary </w:t>
      </w:r>
      <w:r w:rsidR="002A7592">
        <w:rPr>
          <w:b/>
          <w:sz w:val="32"/>
          <w:szCs w:val="32"/>
        </w:rPr>
        <w:t>Tables</w:t>
      </w:r>
    </w:p>
    <w:p w14:paraId="47603B9F" w14:textId="32C96594" w:rsidR="002C4892" w:rsidRPr="00DA6091" w:rsidRDefault="00000000" w:rsidP="00DA6091">
      <w:pPr>
        <w:jc w:val="center"/>
        <w:rPr>
          <w:sz w:val="24"/>
          <w:szCs w:val="24"/>
        </w:rPr>
      </w:pPr>
      <w:r w:rsidRPr="00DA6091">
        <w:rPr>
          <w:i/>
          <w:sz w:val="24"/>
          <w:szCs w:val="24"/>
        </w:rPr>
        <w:t>Recovering Incomplete Clustered Binary Data in Longitudinal Electronic Health Records Using Multiple Imputation</w:t>
      </w:r>
    </w:p>
    <w:p w14:paraId="51DC1E19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t>Table S1. ODR cohort description</w:t>
      </w:r>
    </w:p>
    <w:tbl>
      <w:tblPr>
        <w:tblW w:w="8781" w:type="dxa"/>
        <w:tblInd w:w="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3119"/>
      </w:tblGrid>
      <w:tr w:rsidR="00943035" w:rsidRPr="00943035" w14:paraId="2198B870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1DF2A9" w14:textId="77777777" w:rsidR="00943035" w:rsidRPr="00943035" w:rsidRDefault="00943035" w:rsidP="00943035">
            <w:pPr>
              <w:spacing w:line="240" w:lineRule="auto"/>
              <w:jc w:val="center"/>
              <w:rPr>
                <w:rFonts w:eastAsia="宋体" w:cs="Times New Roman"/>
                <w:b/>
                <w:bCs/>
                <w:sz w:val="24"/>
              </w:rPr>
            </w:pPr>
            <w:r w:rsidRPr="00943035">
              <w:rPr>
                <w:rFonts w:eastAsia="宋体" w:cs="Times New Roman"/>
                <w:b/>
                <w:bCs/>
                <w:sz w:val="24"/>
              </w:rPr>
              <w:t>Metric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F30F24" w14:textId="77777777" w:rsidR="00943035" w:rsidRPr="00943035" w:rsidRDefault="00943035" w:rsidP="00943035">
            <w:pPr>
              <w:spacing w:line="240" w:lineRule="auto"/>
              <w:jc w:val="center"/>
              <w:rPr>
                <w:rFonts w:eastAsia="宋体" w:cs="Times New Roman"/>
                <w:b/>
                <w:bCs/>
                <w:sz w:val="24"/>
              </w:rPr>
            </w:pPr>
            <w:r w:rsidRPr="00943035">
              <w:rPr>
                <w:rFonts w:eastAsia="宋体" w:cs="Times New Roman"/>
                <w:b/>
                <w:bCs/>
                <w:sz w:val="24"/>
              </w:rPr>
              <w:t>Value</w:t>
            </w:r>
          </w:p>
        </w:tc>
      </w:tr>
      <w:tr w:rsidR="00943035" w:rsidRPr="00943035" w14:paraId="10C88ED5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E86ACA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Patients (unique)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55B9E0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721</w:t>
            </w:r>
          </w:p>
        </w:tc>
      </w:tr>
      <w:tr w:rsidR="00943035" w:rsidRPr="00943035" w14:paraId="0B6FA5B6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1C4DA7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Visits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DBFC6C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1596</w:t>
            </w:r>
          </w:p>
        </w:tc>
      </w:tr>
      <w:tr w:rsidR="00943035" w:rsidRPr="00943035" w14:paraId="5AA889FC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34EEDD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Visits per patient (median [</w:t>
            </w:r>
            <w:proofErr w:type="spellStart"/>
            <w:r w:rsidRPr="00943035">
              <w:rPr>
                <w:rFonts w:eastAsia="宋体" w:cs="Times New Roman"/>
                <w:sz w:val="24"/>
              </w:rPr>
              <w:t>min,max</w:t>
            </w:r>
            <w:proofErr w:type="spellEnd"/>
            <w:r w:rsidRPr="00943035">
              <w:rPr>
                <w:rFonts w:eastAsia="宋体" w:cs="Times New Roman"/>
                <w:sz w:val="24"/>
              </w:rPr>
              <w:t>])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BC7384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2.0 [2,6]</w:t>
            </w:r>
          </w:p>
        </w:tc>
      </w:tr>
      <w:tr w:rsidR="00943035" w:rsidRPr="00943035" w14:paraId="45B5A964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C26C21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Available sites per visit (mean)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BAF0D3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147.09</w:t>
            </w:r>
          </w:p>
        </w:tc>
      </w:tr>
      <w:tr w:rsidR="00943035" w:rsidRPr="00943035" w14:paraId="0DC9B87F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3039E4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29D47F" w14:textId="77777777" w:rsidR="00943035" w:rsidRPr="00943035" w:rsidRDefault="00943035" w:rsidP="00943035">
            <w:pPr>
              <w:spacing w:line="240" w:lineRule="auto"/>
              <w:rPr>
                <w:rFonts w:eastAsia="Times New Roman" w:cs="Times New Roman"/>
                <w:sz w:val="24"/>
              </w:rPr>
            </w:pPr>
          </w:p>
        </w:tc>
      </w:tr>
      <w:tr w:rsidR="00943035" w:rsidRPr="00943035" w14:paraId="49E5DE67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B7A7FF" w14:textId="77777777" w:rsidR="00943035" w:rsidRPr="00943035" w:rsidRDefault="00943035" w:rsidP="00943035">
            <w:pPr>
              <w:spacing w:line="240" w:lineRule="auto"/>
              <w:jc w:val="center"/>
              <w:rPr>
                <w:rFonts w:eastAsia="宋体" w:cs="Times New Roman"/>
                <w:b/>
                <w:bCs/>
                <w:sz w:val="24"/>
              </w:rPr>
            </w:pPr>
            <w:r w:rsidRPr="00943035">
              <w:rPr>
                <w:rFonts w:eastAsia="宋体" w:cs="Times New Roman"/>
                <w:b/>
                <w:bCs/>
                <w:sz w:val="24"/>
              </w:rPr>
              <w:t>Endpoint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B49C88" w14:textId="77777777" w:rsidR="00943035" w:rsidRPr="00943035" w:rsidRDefault="00943035" w:rsidP="00943035">
            <w:pPr>
              <w:spacing w:line="240" w:lineRule="auto"/>
              <w:jc w:val="center"/>
              <w:rPr>
                <w:rFonts w:eastAsia="宋体" w:cs="Times New Roman"/>
                <w:b/>
                <w:bCs/>
                <w:sz w:val="24"/>
              </w:rPr>
            </w:pPr>
            <w:r w:rsidRPr="00943035">
              <w:rPr>
                <w:rFonts w:eastAsia="宋体" w:cs="Times New Roman"/>
                <w:b/>
                <w:bCs/>
                <w:sz w:val="24"/>
              </w:rPr>
              <w:t>Observed prevalence</w:t>
            </w:r>
          </w:p>
        </w:tc>
      </w:tr>
      <w:tr w:rsidR="00943035" w:rsidRPr="00943035" w14:paraId="6C13FFE7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91FCD2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cal3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9CD13F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0.70</w:t>
            </w:r>
          </w:p>
        </w:tc>
      </w:tr>
      <w:tr w:rsidR="00943035" w:rsidRPr="00943035" w14:paraId="4B571B0B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4D2C97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cal4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B47771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0.41</w:t>
            </w:r>
          </w:p>
        </w:tc>
      </w:tr>
      <w:tr w:rsidR="00943035" w:rsidRPr="00943035" w14:paraId="29F33DB6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B54B89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cal5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1FBF1B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0.27</w:t>
            </w:r>
          </w:p>
        </w:tc>
      </w:tr>
      <w:tr w:rsidR="00943035" w:rsidRPr="00943035" w14:paraId="7FFB994F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932CDB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ppd5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2CC12C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0.18</w:t>
            </w:r>
          </w:p>
        </w:tc>
      </w:tr>
      <w:tr w:rsidR="00943035" w:rsidRPr="00943035" w14:paraId="359A03F2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35744A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ppd6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BB402F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0.09</w:t>
            </w:r>
          </w:p>
        </w:tc>
      </w:tr>
      <w:tr w:rsidR="00943035" w:rsidRPr="00943035" w14:paraId="08BAEB08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962F95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AC4AB5" w14:textId="77777777" w:rsidR="00943035" w:rsidRPr="00943035" w:rsidRDefault="00943035" w:rsidP="00943035">
            <w:pPr>
              <w:spacing w:line="240" w:lineRule="auto"/>
              <w:rPr>
                <w:rFonts w:eastAsia="Times New Roman" w:cs="Times New Roman"/>
                <w:sz w:val="24"/>
              </w:rPr>
            </w:pPr>
          </w:p>
        </w:tc>
      </w:tr>
      <w:tr w:rsidR="00943035" w:rsidRPr="00943035" w14:paraId="4312CF57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D74D41" w14:textId="77777777" w:rsidR="00943035" w:rsidRPr="00943035" w:rsidRDefault="00943035" w:rsidP="00943035">
            <w:pPr>
              <w:spacing w:line="240" w:lineRule="auto"/>
              <w:jc w:val="center"/>
              <w:rPr>
                <w:rFonts w:eastAsia="宋体" w:cs="Times New Roman"/>
                <w:b/>
                <w:bCs/>
                <w:sz w:val="24"/>
              </w:rPr>
            </w:pPr>
            <w:r w:rsidRPr="00943035">
              <w:rPr>
                <w:rFonts w:eastAsia="宋体" w:cs="Times New Roman"/>
                <w:b/>
                <w:bCs/>
                <w:sz w:val="24"/>
              </w:rPr>
              <w:t>Diagnosis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BB64B2" w14:textId="77777777" w:rsidR="00943035" w:rsidRPr="00943035" w:rsidRDefault="00943035" w:rsidP="00943035">
            <w:pPr>
              <w:spacing w:line="240" w:lineRule="auto"/>
              <w:jc w:val="center"/>
              <w:rPr>
                <w:rFonts w:eastAsia="宋体" w:cs="Times New Roman"/>
                <w:b/>
                <w:bCs/>
                <w:sz w:val="24"/>
              </w:rPr>
            </w:pPr>
            <w:r w:rsidRPr="00943035">
              <w:rPr>
                <w:rFonts w:eastAsia="宋体" w:cs="Times New Roman"/>
                <w:b/>
                <w:bCs/>
                <w:sz w:val="24"/>
              </w:rPr>
              <w:t>Visit count (percent)</w:t>
            </w:r>
          </w:p>
        </w:tc>
      </w:tr>
      <w:tr w:rsidR="00943035" w:rsidRPr="00943035" w14:paraId="192899E9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A90BCE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Generalised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Stage III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36B773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461 (28.9%)</w:t>
            </w:r>
          </w:p>
        </w:tc>
      </w:tr>
      <w:tr w:rsidR="00943035" w:rsidRPr="00943035" w14:paraId="382457D4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A53F09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Generalised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severe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70095E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234 (14.7%)</w:t>
            </w:r>
          </w:p>
        </w:tc>
      </w:tr>
      <w:tr w:rsidR="00943035" w:rsidRPr="00943035" w14:paraId="3E6C9AD4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4A4372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Localised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>/</w:t>
            </w:r>
            <w:proofErr w:type="spellStart"/>
            <w:r w:rsidRPr="00943035">
              <w:rPr>
                <w:rFonts w:eastAsia="宋体" w:cs="Times New Roman"/>
                <w:sz w:val="24"/>
              </w:rPr>
              <w:t>Generalised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Stage IV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0A47AD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174 (10.9%)</w:t>
            </w:r>
          </w:p>
        </w:tc>
      </w:tr>
      <w:tr w:rsidR="00943035" w:rsidRPr="00943035" w14:paraId="34D236AB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7C8EE8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Localised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Stage III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833698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169 (10.6%)</w:t>
            </w:r>
          </w:p>
        </w:tc>
      </w:tr>
      <w:tr w:rsidR="00943035" w:rsidRPr="00943035" w14:paraId="5B861842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88029A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Localised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severe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D8CEE6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102 (6.4%)</w:t>
            </w:r>
          </w:p>
        </w:tc>
      </w:tr>
      <w:tr w:rsidR="00943035" w:rsidRPr="00943035" w14:paraId="089A9F9E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5D797D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Generalised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mild–moderate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0A7E43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87 (5.5%)</w:t>
            </w:r>
          </w:p>
        </w:tc>
      </w:tr>
      <w:tr w:rsidR="00943035" w:rsidRPr="00943035" w14:paraId="710851E8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EA2A9E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Localised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mild–moderate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71CE68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44 (2.8%)</w:t>
            </w:r>
          </w:p>
        </w:tc>
      </w:tr>
      <w:tr w:rsidR="00943035" w:rsidRPr="00943035" w14:paraId="74AB30F5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3B2139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Localised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>/</w:t>
            </w:r>
            <w:proofErr w:type="spellStart"/>
            <w:r w:rsidRPr="00943035">
              <w:rPr>
                <w:rFonts w:eastAsia="宋体" w:cs="Times New Roman"/>
                <w:sz w:val="24"/>
              </w:rPr>
              <w:t>Generalised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Stage I–II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766FC8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42 (2.6%)</w:t>
            </w:r>
          </w:p>
        </w:tc>
      </w:tr>
      <w:tr w:rsidR="00943035" w:rsidRPr="00943035" w14:paraId="271BFDFA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821705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Generalised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Aggressive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BA09F0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10 (0.6%)</w:t>
            </w:r>
          </w:p>
        </w:tc>
      </w:tr>
      <w:tr w:rsidR="00943035" w:rsidRPr="00943035" w14:paraId="640390A6" w14:textId="77777777" w:rsidTr="00867FAF">
        <w:tc>
          <w:tcPr>
            <w:tcW w:w="566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EB25BA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proofErr w:type="spellStart"/>
            <w:r w:rsidRPr="00943035">
              <w:rPr>
                <w:rFonts w:eastAsia="宋体" w:cs="Times New Roman"/>
                <w:sz w:val="24"/>
              </w:rPr>
              <w:t>Localised</w:t>
            </w:r>
            <w:proofErr w:type="spellEnd"/>
            <w:r w:rsidRPr="00943035">
              <w:rPr>
                <w:rFonts w:eastAsia="宋体" w:cs="Times New Roman"/>
                <w:sz w:val="24"/>
              </w:rPr>
              <w:t xml:space="preserve"> Aggressive periodontitis</w:t>
            </w:r>
          </w:p>
        </w:tc>
        <w:tc>
          <w:tcPr>
            <w:tcW w:w="31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133C78" w14:textId="77777777" w:rsidR="00943035" w:rsidRPr="00943035" w:rsidRDefault="00943035" w:rsidP="00943035">
            <w:pPr>
              <w:spacing w:line="240" w:lineRule="auto"/>
              <w:rPr>
                <w:rFonts w:eastAsia="宋体" w:cs="Times New Roman"/>
                <w:sz w:val="24"/>
              </w:rPr>
            </w:pPr>
            <w:r w:rsidRPr="00943035">
              <w:rPr>
                <w:rFonts w:eastAsia="宋体" w:cs="Times New Roman"/>
                <w:sz w:val="24"/>
              </w:rPr>
              <w:t>6 (0.4%)</w:t>
            </w:r>
          </w:p>
        </w:tc>
      </w:tr>
    </w:tbl>
    <w:p w14:paraId="1DD88C21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lastRenderedPageBreak/>
        <w:t>Table S2. Site-level imputation metrics across all methods, scenarios, and endpoints</w:t>
      </w:r>
    </w:p>
    <w:p w14:paraId="1784831E" w14:textId="77777777" w:rsidR="002C4892" w:rsidRPr="00BB0F50" w:rsidRDefault="00000000">
      <w:pPr>
        <w:rPr>
          <w:sz w:val="24"/>
          <w:szCs w:val="24"/>
        </w:rPr>
      </w:pPr>
      <w:r w:rsidRPr="00BB0F50">
        <w:rPr>
          <w:i/>
          <w:sz w:val="24"/>
          <w:szCs w:val="24"/>
        </w:rPr>
        <w:t>Fast methods (CLF, CLF+RE, MICE-logreg, KNN) at n = 200; MICE-2l.bin at n = 100 (infeasible at n ≥ 200). Values are means across 5 replicates (3 for MICE-2l.bin).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164"/>
        <w:gridCol w:w="1177"/>
        <w:gridCol w:w="1099"/>
        <w:gridCol w:w="1045"/>
        <w:gridCol w:w="1058"/>
        <w:gridCol w:w="1189"/>
        <w:gridCol w:w="1056"/>
        <w:gridCol w:w="1068"/>
      </w:tblGrid>
      <w:tr w:rsidR="002C4892" w:rsidRPr="00BB0F50" w14:paraId="13F0C63E" w14:textId="77777777">
        <w:tc>
          <w:tcPr>
            <w:tcW w:w="1080" w:type="dxa"/>
          </w:tcPr>
          <w:p w14:paraId="51A6C1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Scenario</w:t>
            </w:r>
          </w:p>
        </w:tc>
        <w:tc>
          <w:tcPr>
            <w:tcW w:w="1080" w:type="dxa"/>
          </w:tcPr>
          <w:p w14:paraId="054927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Endpoint</w:t>
            </w:r>
          </w:p>
        </w:tc>
        <w:tc>
          <w:tcPr>
            <w:tcW w:w="1080" w:type="dxa"/>
          </w:tcPr>
          <w:p w14:paraId="628C9F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Method</w:t>
            </w:r>
          </w:p>
        </w:tc>
        <w:tc>
          <w:tcPr>
            <w:tcW w:w="1080" w:type="dxa"/>
          </w:tcPr>
          <w:p w14:paraId="47CB63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080" w:type="dxa"/>
          </w:tcPr>
          <w:p w14:paraId="60C6F4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Brier</w:t>
            </w:r>
          </w:p>
        </w:tc>
        <w:tc>
          <w:tcPr>
            <w:tcW w:w="1080" w:type="dxa"/>
          </w:tcPr>
          <w:p w14:paraId="4B8FE0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Accuracy</w:t>
            </w:r>
          </w:p>
        </w:tc>
        <w:tc>
          <w:tcPr>
            <w:tcW w:w="1080" w:type="dxa"/>
          </w:tcPr>
          <w:p w14:paraId="699B61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AUC</w:t>
            </w:r>
          </w:p>
        </w:tc>
        <w:tc>
          <w:tcPr>
            <w:tcW w:w="1080" w:type="dxa"/>
          </w:tcPr>
          <w:p w14:paraId="08F757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Prev RMSE</w:t>
            </w:r>
          </w:p>
        </w:tc>
      </w:tr>
      <w:tr w:rsidR="002C4892" w:rsidRPr="00BB0F50" w14:paraId="271D2B0E" w14:textId="77777777">
        <w:tc>
          <w:tcPr>
            <w:tcW w:w="1080" w:type="dxa"/>
          </w:tcPr>
          <w:p w14:paraId="16F1FF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5CEE6B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41A00C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33F98D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7A814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080" w:type="dxa"/>
          </w:tcPr>
          <w:p w14:paraId="561870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080" w:type="dxa"/>
          </w:tcPr>
          <w:p w14:paraId="02993D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0.76</w:t>
            </w:r>
          </w:p>
        </w:tc>
        <w:tc>
          <w:tcPr>
            <w:tcW w:w="1080" w:type="dxa"/>
          </w:tcPr>
          <w:p w14:paraId="4BC6DD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0.030</w:t>
            </w:r>
          </w:p>
        </w:tc>
      </w:tr>
      <w:tr w:rsidR="002C4892" w:rsidRPr="00BB0F50" w14:paraId="554A2BC0" w14:textId="77777777">
        <w:tc>
          <w:tcPr>
            <w:tcW w:w="1080" w:type="dxa"/>
          </w:tcPr>
          <w:p w14:paraId="250985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794758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4124C7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3B07FA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C2EA7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080" w:type="dxa"/>
          </w:tcPr>
          <w:p w14:paraId="64D615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080" w:type="dxa"/>
          </w:tcPr>
          <w:p w14:paraId="03F88E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0.76</w:t>
            </w:r>
          </w:p>
        </w:tc>
        <w:tc>
          <w:tcPr>
            <w:tcW w:w="1080" w:type="dxa"/>
          </w:tcPr>
          <w:p w14:paraId="71794B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0.029</w:t>
            </w:r>
          </w:p>
        </w:tc>
      </w:tr>
      <w:tr w:rsidR="002C4892" w:rsidRPr="00BB0F50" w14:paraId="444567B8" w14:textId="77777777">
        <w:tc>
          <w:tcPr>
            <w:tcW w:w="1080" w:type="dxa"/>
          </w:tcPr>
          <w:p w14:paraId="197D44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75C2AD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489717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76C1D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9AB05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70EFA3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080" w:type="dxa"/>
          </w:tcPr>
          <w:p w14:paraId="344DB1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080" w:type="dxa"/>
          </w:tcPr>
          <w:p w14:paraId="23AD23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0.066</w:t>
            </w:r>
          </w:p>
        </w:tc>
      </w:tr>
      <w:tr w:rsidR="002C4892" w:rsidRPr="00BB0F50" w14:paraId="6543A63C" w14:textId="77777777">
        <w:tc>
          <w:tcPr>
            <w:tcW w:w="1080" w:type="dxa"/>
          </w:tcPr>
          <w:p w14:paraId="35A8CB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27957B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2CA415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2DEC69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618B83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404BCF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3757AF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0.70</w:t>
            </w:r>
          </w:p>
        </w:tc>
        <w:tc>
          <w:tcPr>
            <w:tcW w:w="1080" w:type="dxa"/>
          </w:tcPr>
          <w:p w14:paraId="39ED72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0.031</w:t>
            </w:r>
          </w:p>
        </w:tc>
      </w:tr>
      <w:tr w:rsidR="002C4892" w:rsidRPr="00BB0F50" w14:paraId="3F709A53" w14:textId="77777777">
        <w:tc>
          <w:tcPr>
            <w:tcW w:w="1080" w:type="dxa"/>
          </w:tcPr>
          <w:p w14:paraId="6F4D28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7E088B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28E117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E4886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F59AA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080" w:type="dxa"/>
          </w:tcPr>
          <w:p w14:paraId="4DF6DA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080" w:type="dxa"/>
          </w:tcPr>
          <w:p w14:paraId="123911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0.76</w:t>
            </w:r>
          </w:p>
        </w:tc>
        <w:tc>
          <w:tcPr>
            <w:tcW w:w="1080" w:type="dxa"/>
          </w:tcPr>
          <w:p w14:paraId="326DF5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0.030</w:t>
            </w:r>
          </w:p>
        </w:tc>
      </w:tr>
      <w:tr w:rsidR="002C4892" w:rsidRPr="00BB0F50" w14:paraId="7EBA1812" w14:textId="77777777">
        <w:tc>
          <w:tcPr>
            <w:tcW w:w="1080" w:type="dxa"/>
          </w:tcPr>
          <w:p w14:paraId="5DDD46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0CD47F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4F309A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16A9D2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C0636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65660C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16FED8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49CDFE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</w:t>
            </w:r>
          </w:p>
        </w:tc>
      </w:tr>
      <w:tr w:rsidR="002C4892" w:rsidRPr="00BB0F50" w14:paraId="5439E9C0" w14:textId="77777777">
        <w:tc>
          <w:tcPr>
            <w:tcW w:w="1080" w:type="dxa"/>
          </w:tcPr>
          <w:p w14:paraId="443A77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120396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2EBE89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5EB0B3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BE613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047A7A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69AAAE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080" w:type="dxa"/>
          </w:tcPr>
          <w:p w14:paraId="5404B8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0.025</w:t>
            </w:r>
          </w:p>
        </w:tc>
      </w:tr>
      <w:tr w:rsidR="002C4892" w:rsidRPr="00BB0F50" w14:paraId="14C3DC55" w14:textId="77777777">
        <w:tc>
          <w:tcPr>
            <w:tcW w:w="1080" w:type="dxa"/>
          </w:tcPr>
          <w:p w14:paraId="4CC93F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5FA12E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458D69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5D127D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96837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080" w:type="dxa"/>
          </w:tcPr>
          <w:p w14:paraId="1E209E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080" w:type="dxa"/>
          </w:tcPr>
          <w:p w14:paraId="647861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0.63</w:t>
            </w:r>
          </w:p>
        </w:tc>
        <w:tc>
          <w:tcPr>
            <w:tcW w:w="1080" w:type="dxa"/>
          </w:tcPr>
          <w:p w14:paraId="79322B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0.070</w:t>
            </w:r>
          </w:p>
        </w:tc>
      </w:tr>
      <w:tr w:rsidR="002C4892" w:rsidRPr="00BB0F50" w14:paraId="054BEA57" w14:textId="77777777">
        <w:tc>
          <w:tcPr>
            <w:tcW w:w="1080" w:type="dxa"/>
          </w:tcPr>
          <w:p w14:paraId="38E85C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452061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063F97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50ADE0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398CF4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080" w:type="dxa"/>
          </w:tcPr>
          <w:p w14:paraId="6F8D3D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1881FC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4DC122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0.027</w:t>
            </w:r>
          </w:p>
        </w:tc>
      </w:tr>
      <w:tr w:rsidR="002C4892" w:rsidRPr="00BB0F50" w14:paraId="57FB3927" w14:textId="77777777">
        <w:tc>
          <w:tcPr>
            <w:tcW w:w="1080" w:type="dxa"/>
          </w:tcPr>
          <w:p w14:paraId="4C69AD1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0D2279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7E95CF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44A2E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CE0D9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18FC8D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2BDC9C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496237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</w:t>
            </w:r>
          </w:p>
        </w:tc>
      </w:tr>
      <w:tr w:rsidR="002C4892" w:rsidRPr="00BB0F50" w14:paraId="441E4408" w14:textId="77777777">
        <w:tc>
          <w:tcPr>
            <w:tcW w:w="1080" w:type="dxa"/>
          </w:tcPr>
          <w:p w14:paraId="5BCC67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4BB827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72E274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749240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9CF76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170089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0AB242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73BD66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0.024</w:t>
            </w:r>
          </w:p>
        </w:tc>
      </w:tr>
      <w:tr w:rsidR="002C4892" w:rsidRPr="00BB0F50" w14:paraId="0985A6B7" w14:textId="77777777">
        <w:tc>
          <w:tcPr>
            <w:tcW w:w="1080" w:type="dxa"/>
          </w:tcPr>
          <w:p w14:paraId="5824B4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132046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584868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6CD295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5B52D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72A4C1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35A4D0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0EEBDC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0.022</w:t>
            </w:r>
          </w:p>
        </w:tc>
      </w:tr>
      <w:tr w:rsidR="002C4892" w:rsidRPr="00BB0F50" w14:paraId="4DFC49D9" w14:textId="77777777">
        <w:tc>
          <w:tcPr>
            <w:tcW w:w="1080" w:type="dxa"/>
          </w:tcPr>
          <w:p w14:paraId="675981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NMAR CAL-driven</w:t>
            </w:r>
          </w:p>
        </w:tc>
        <w:tc>
          <w:tcPr>
            <w:tcW w:w="1080" w:type="dxa"/>
          </w:tcPr>
          <w:p w14:paraId="6FC780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53884E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2F443E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81242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080" w:type="dxa"/>
          </w:tcPr>
          <w:p w14:paraId="1F8F0A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0.73</w:t>
            </w:r>
          </w:p>
        </w:tc>
        <w:tc>
          <w:tcPr>
            <w:tcW w:w="1080" w:type="dxa"/>
          </w:tcPr>
          <w:p w14:paraId="4D8E4D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0.70</w:t>
            </w:r>
          </w:p>
        </w:tc>
        <w:tc>
          <w:tcPr>
            <w:tcW w:w="1080" w:type="dxa"/>
          </w:tcPr>
          <w:p w14:paraId="674144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0.067</w:t>
            </w:r>
          </w:p>
        </w:tc>
      </w:tr>
      <w:tr w:rsidR="002C4892" w:rsidRPr="00BB0F50" w14:paraId="27E8B50B" w14:textId="77777777">
        <w:tc>
          <w:tcPr>
            <w:tcW w:w="1080" w:type="dxa"/>
          </w:tcPr>
          <w:p w14:paraId="62A9E9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2B5F05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777013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21979C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505DF4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080" w:type="dxa"/>
          </w:tcPr>
          <w:p w14:paraId="3F80DC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0.73</w:t>
            </w:r>
          </w:p>
        </w:tc>
        <w:tc>
          <w:tcPr>
            <w:tcW w:w="1080" w:type="dxa"/>
          </w:tcPr>
          <w:p w14:paraId="4D980F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080" w:type="dxa"/>
          </w:tcPr>
          <w:p w14:paraId="5D8A90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0.025</w:t>
            </w:r>
          </w:p>
        </w:tc>
      </w:tr>
      <w:tr w:rsidR="002C4892" w:rsidRPr="00BB0F50" w14:paraId="6AA56081" w14:textId="77777777">
        <w:tc>
          <w:tcPr>
            <w:tcW w:w="1080" w:type="dxa"/>
          </w:tcPr>
          <w:p w14:paraId="257621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3FFEF8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339C9E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1A684C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E39E4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7DED32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0FC13D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035B8F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0.024</w:t>
            </w:r>
          </w:p>
        </w:tc>
      </w:tr>
      <w:tr w:rsidR="002C4892" w:rsidRPr="00BB0F50" w14:paraId="52E4BE5B" w14:textId="77777777">
        <w:tc>
          <w:tcPr>
            <w:tcW w:w="1080" w:type="dxa"/>
          </w:tcPr>
          <w:p w14:paraId="65742C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34E86D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53AD44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392016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F10ED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080" w:type="dxa"/>
          </w:tcPr>
          <w:p w14:paraId="6786D2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3A3475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099C79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0.018</w:t>
            </w:r>
          </w:p>
        </w:tc>
      </w:tr>
      <w:tr w:rsidR="002C4892" w:rsidRPr="00BB0F50" w14:paraId="58E9BDF0" w14:textId="77777777">
        <w:tc>
          <w:tcPr>
            <w:tcW w:w="1080" w:type="dxa"/>
          </w:tcPr>
          <w:p w14:paraId="2C6779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18B3F3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4A8340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285DF1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6F93C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080" w:type="dxa"/>
          </w:tcPr>
          <w:p w14:paraId="1282E6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42CF5D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284ACE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0.017</w:t>
            </w:r>
          </w:p>
        </w:tc>
      </w:tr>
      <w:tr w:rsidR="002C4892" w:rsidRPr="00BB0F50" w14:paraId="5AC1B62D" w14:textId="77777777">
        <w:tc>
          <w:tcPr>
            <w:tcW w:w="1080" w:type="dxa"/>
          </w:tcPr>
          <w:p w14:paraId="1A2890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213C89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2A709E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3D8012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55522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080" w:type="dxa"/>
          </w:tcPr>
          <w:p w14:paraId="5E0A79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52E0D1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080" w:type="dxa"/>
          </w:tcPr>
          <w:p w14:paraId="15C8FD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0.049</w:t>
            </w:r>
          </w:p>
        </w:tc>
      </w:tr>
      <w:tr w:rsidR="002C4892" w:rsidRPr="00BB0F50" w14:paraId="6A9E515E" w14:textId="77777777">
        <w:tc>
          <w:tcPr>
            <w:tcW w:w="1080" w:type="dxa"/>
          </w:tcPr>
          <w:p w14:paraId="5476B0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68664A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3746D6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33A16B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52AEF1F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080" w:type="dxa"/>
          </w:tcPr>
          <w:p w14:paraId="1C84CB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2D7707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080" w:type="dxa"/>
          </w:tcPr>
          <w:p w14:paraId="4A6D9F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0.017</w:t>
            </w:r>
          </w:p>
        </w:tc>
      </w:tr>
      <w:tr w:rsidR="002C4892" w:rsidRPr="00BB0F50" w14:paraId="0332239B" w14:textId="77777777">
        <w:tc>
          <w:tcPr>
            <w:tcW w:w="1080" w:type="dxa"/>
          </w:tcPr>
          <w:p w14:paraId="56A47B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7F1F33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AF748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2B96E6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72674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080" w:type="dxa"/>
          </w:tcPr>
          <w:p w14:paraId="793D3D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3D5A25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466747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0.017</w:t>
            </w:r>
          </w:p>
        </w:tc>
      </w:tr>
      <w:tr w:rsidR="002C4892" w:rsidRPr="00BB0F50" w14:paraId="5B6C0FB2" w14:textId="77777777">
        <w:tc>
          <w:tcPr>
            <w:tcW w:w="1080" w:type="dxa"/>
          </w:tcPr>
          <w:p w14:paraId="358CAA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70697B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19AF32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713D82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FC144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14791E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0597C1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29DE97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53E29509" w14:textId="77777777">
        <w:tc>
          <w:tcPr>
            <w:tcW w:w="1080" w:type="dxa"/>
          </w:tcPr>
          <w:p w14:paraId="5BA304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17EE48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2B6614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621A0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31FBB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0377D5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2750CC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61BE12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69D392E6" w14:textId="77777777">
        <w:tc>
          <w:tcPr>
            <w:tcW w:w="1080" w:type="dxa"/>
          </w:tcPr>
          <w:p w14:paraId="367C5E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5C31D6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7F0446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20A6B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4BC21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080" w:type="dxa"/>
          </w:tcPr>
          <w:p w14:paraId="006605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64E83D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  <w:tc>
          <w:tcPr>
            <w:tcW w:w="1080" w:type="dxa"/>
          </w:tcPr>
          <w:p w14:paraId="3C88DE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0.031</w:t>
            </w:r>
          </w:p>
        </w:tc>
      </w:tr>
      <w:tr w:rsidR="002C4892" w:rsidRPr="00BB0F50" w14:paraId="2D69013B" w14:textId="77777777">
        <w:tc>
          <w:tcPr>
            <w:tcW w:w="1080" w:type="dxa"/>
          </w:tcPr>
          <w:p w14:paraId="74B76B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3BA9C7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7B4FA2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391AC8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538888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37DAC4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5EADBD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4A5EAE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0.013</w:t>
            </w:r>
          </w:p>
        </w:tc>
      </w:tr>
      <w:tr w:rsidR="002C4892" w:rsidRPr="00BB0F50" w14:paraId="06B42617" w14:textId="77777777">
        <w:tc>
          <w:tcPr>
            <w:tcW w:w="1080" w:type="dxa"/>
          </w:tcPr>
          <w:p w14:paraId="3060ED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1173FE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29F332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71DC69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FBA6F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1E4FCC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765BC8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3A2DB6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678FFA44" w14:textId="77777777">
        <w:tc>
          <w:tcPr>
            <w:tcW w:w="1080" w:type="dxa"/>
          </w:tcPr>
          <w:p w14:paraId="4825E6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0F9FB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413A8E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7E6B11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C911E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163B49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080" w:type="dxa"/>
          </w:tcPr>
          <w:p w14:paraId="7B788B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5A9A2B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0.018</w:t>
            </w:r>
          </w:p>
        </w:tc>
      </w:tr>
      <w:tr w:rsidR="002C4892" w:rsidRPr="00BB0F50" w14:paraId="5B7D1BCA" w14:textId="77777777">
        <w:tc>
          <w:tcPr>
            <w:tcW w:w="1080" w:type="dxa"/>
          </w:tcPr>
          <w:p w14:paraId="198100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NMAR PPD-driven</w:t>
            </w:r>
          </w:p>
        </w:tc>
        <w:tc>
          <w:tcPr>
            <w:tcW w:w="1080" w:type="dxa"/>
          </w:tcPr>
          <w:p w14:paraId="050BB3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2CEFF1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C2314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8DC4F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76D4F7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080" w:type="dxa"/>
          </w:tcPr>
          <w:p w14:paraId="63208C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72C3C5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0.016</w:t>
            </w:r>
          </w:p>
        </w:tc>
      </w:tr>
      <w:tr w:rsidR="002C4892" w:rsidRPr="00BB0F50" w14:paraId="29CB73D9" w14:textId="77777777">
        <w:tc>
          <w:tcPr>
            <w:tcW w:w="1080" w:type="dxa"/>
          </w:tcPr>
          <w:p w14:paraId="699FEF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37A550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5C1AA3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04F82D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FE8D2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080" w:type="dxa"/>
          </w:tcPr>
          <w:p w14:paraId="61E67E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080" w:type="dxa"/>
          </w:tcPr>
          <w:p w14:paraId="62959D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080" w:type="dxa"/>
          </w:tcPr>
          <w:p w14:paraId="20CE6A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0.055</w:t>
            </w:r>
          </w:p>
        </w:tc>
      </w:tr>
      <w:tr w:rsidR="002C4892" w:rsidRPr="00BB0F50" w14:paraId="3F672EDB" w14:textId="77777777">
        <w:tc>
          <w:tcPr>
            <w:tcW w:w="1080" w:type="dxa"/>
          </w:tcPr>
          <w:p w14:paraId="7D2814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059C47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5767BC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41B638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6A5A9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080" w:type="dxa"/>
          </w:tcPr>
          <w:p w14:paraId="1C5290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080" w:type="dxa"/>
          </w:tcPr>
          <w:p w14:paraId="267469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0.71</w:t>
            </w:r>
          </w:p>
        </w:tc>
        <w:tc>
          <w:tcPr>
            <w:tcW w:w="1080" w:type="dxa"/>
          </w:tcPr>
          <w:p w14:paraId="5AFD38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0.020</w:t>
            </w:r>
          </w:p>
        </w:tc>
      </w:tr>
      <w:tr w:rsidR="002C4892" w:rsidRPr="00BB0F50" w14:paraId="670E9BA0" w14:textId="77777777">
        <w:tc>
          <w:tcPr>
            <w:tcW w:w="1080" w:type="dxa"/>
          </w:tcPr>
          <w:p w14:paraId="747D6B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0A9DE5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6683D2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6A3C3E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43C37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351CAC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080" w:type="dxa"/>
          </w:tcPr>
          <w:p w14:paraId="281798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2C30CB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0.019</w:t>
            </w:r>
          </w:p>
        </w:tc>
      </w:tr>
      <w:tr w:rsidR="002C4892" w:rsidRPr="00BB0F50" w14:paraId="7B69C426" w14:textId="77777777">
        <w:tc>
          <w:tcPr>
            <w:tcW w:w="1080" w:type="dxa"/>
          </w:tcPr>
          <w:p w14:paraId="367526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475249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3AD3CC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6A5F9B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0EEC5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132300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080" w:type="dxa"/>
          </w:tcPr>
          <w:p w14:paraId="40CE69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080" w:type="dxa"/>
          </w:tcPr>
          <w:p w14:paraId="49B9E3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0.022</w:t>
            </w:r>
          </w:p>
        </w:tc>
      </w:tr>
      <w:tr w:rsidR="002C4892" w:rsidRPr="00BB0F50" w14:paraId="3136E35F" w14:textId="77777777">
        <w:tc>
          <w:tcPr>
            <w:tcW w:w="1080" w:type="dxa"/>
          </w:tcPr>
          <w:p w14:paraId="2396E9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6F9545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4CA3B6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3FAB43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85BCC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64B3B1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080" w:type="dxa"/>
          </w:tcPr>
          <w:p w14:paraId="5C9D66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1D6B1C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0.020</w:t>
            </w:r>
          </w:p>
        </w:tc>
      </w:tr>
      <w:tr w:rsidR="002C4892" w:rsidRPr="00BB0F50" w14:paraId="54C6A600" w14:textId="77777777">
        <w:tc>
          <w:tcPr>
            <w:tcW w:w="1080" w:type="dxa"/>
          </w:tcPr>
          <w:p w14:paraId="21BD8F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004642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22840A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3E9FF5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99094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080" w:type="dxa"/>
          </w:tcPr>
          <w:p w14:paraId="5A8EB3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080" w:type="dxa"/>
          </w:tcPr>
          <w:p w14:paraId="2F81E6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  <w:tc>
          <w:tcPr>
            <w:tcW w:w="1080" w:type="dxa"/>
          </w:tcPr>
          <w:p w14:paraId="256CAA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0.070</w:t>
            </w:r>
          </w:p>
        </w:tc>
      </w:tr>
      <w:tr w:rsidR="002C4892" w:rsidRPr="00BB0F50" w14:paraId="58672E45" w14:textId="77777777">
        <w:tc>
          <w:tcPr>
            <w:tcW w:w="1080" w:type="dxa"/>
          </w:tcPr>
          <w:p w14:paraId="63DB1F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6860A2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5E4B4D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09E475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1C6D51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080" w:type="dxa"/>
          </w:tcPr>
          <w:p w14:paraId="28E5C4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119F4B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0.74</w:t>
            </w:r>
          </w:p>
        </w:tc>
        <w:tc>
          <w:tcPr>
            <w:tcW w:w="1080" w:type="dxa"/>
          </w:tcPr>
          <w:p w14:paraId="272884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0.023</w:t>
            </w:r>
          </w:p>
        </w:tc>
      </w:tr>
      <w:tr w:rsidR="002C4892" w:rsidRPr="00BB0F50" w14:paraId="04AFF163" w14:textId="77777777">
        <w:tc>
          <w:tcPr>
            <w:tcW w:w="1080" w:type="dxa"/>
          </w:tcPr>
          <w:p w14:paraId="0966F9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4E8983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0C815D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9EBF1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B922B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418BF6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080" w:type="dxa"/>
          </w:tcPr>
          <w:p w14:paraId="31713B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080" w:type="dxa"/>
          </w:tcPr>
          <w:p w14:paraId="6010EF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0.023</w:t>
            </w:r>
          </w:p>
        </w:tc>
      </w:tr>
      <w:tr w:rsidR="002C4892" w:rsidRPr="00BB0F50" w14:paraId="157FAF84" w14:textId="77777777">
        <w:tc>
          <w:tcPr>
            <w:tcW w:w="1080" w:type="dxa"/>
          </w:tcPr>
          <w:p w14:paraId="6CCC1B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6D51D5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7779F6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1D0212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37F1C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080" w:type="dxa"/>
          </w:tcPr>
          <w:p w14:paraId="6E87DF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0.74</w:t>
            </w:r>
          </w:p>
        </w:tc>
        <w:tc>
          <w:tcPr>
            <w:tcW w:w="1080" w:type="dxa"/>
          </w:tcPr>
          <w:p w14:paraId="6DA6E5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080" w:type="dxa"/>
          </w:tcPr>
          <w:p w14:paraId="36C743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0.025</w:t>
            </w:r>
          </w:p>
        </w:tc>
      </w:tr>
      <w:tr w:rsidR="002C4892" w:rsidRPr="00BB0F50" w14:paraId="598BF37B" w14:textId="77777777">
        <w:tc>
          <w:tcPr>
            <w:tcW w:w="1080" w:type="dxa"/>
          </w:tcPr>
          <w:p w14:paraId="5E7D11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F0F7E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107838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6F2EAB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C7C27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080" w:type="dxa"/>
          </w:tcPr>
          <w:p w14:paraId="72134A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0.74</w:t>
            </w:r>
          </w:p>
        </w:tc>
        <w:tc>
          <w:tcPr>
            <w:tcW w:w="1080" w:type="dxa"/>
          </w:tcPr>
          <w:p w14:paraId="691217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080" w:type="dxa"/>
          </w:tcPr>
          <w:p w14:paraId="760C86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0.023</w:t>
            </w:r>
          </w:p>
        </w:tc>
      </w:tr>
      <w:tr w:rsidR="002C4892" w:rsidRPr="00BB0F50" w14:paraId="3C5E0BA8" w14:textId="77777777">
        <w:tc>
          <w:tcPr>
            <w:tcW w:w="1080" w:type="dxa"/>
          </w:tcPr>
          <w:p w14:paraId="690891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08B056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6FFD70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8E0FD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A6138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0.28</w:t>
            </w:r>
          </w:p>
        </w:tc>
        <w:tc>
          <w:tcPr>
            <w:tcW w:w="1080" w:type="dxa"/>
          </w:tcPr>
          <w:p w14:paraId="1EC076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080" w:type="dxa"/>
          </w:tcPr>
          <w:p w14:paraId="5882EF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0.69</w:t>
            </w:r>
          </w:p>
        </w:tc>
        <w:tc>
          <w:tcPr>
            <w:tcW w:w="1080" w:type="dxa"/>
          </w:tcPr>
          <w:p w14:paraId="3227CF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0.077</w:t>
            </w:r>
          </w:p>
        </w:tc>
      </w:tr>
      <w:tr w:rsidR="002C4892" w:rsidRPr="00BB0F50" w14:paraId="0A8DABC9" w14:textId="77777777">
        <w:tc>
          <w:tcPr>
            <w:tcW w:w="1080" w:type="dxa"/>
          </w:tcPr>
          <w:p w14:paraId="7EF1F2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22F54E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37E17E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60B0EC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7E7606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080" w:type="dxa"/>
          </w:tcPr>
          <w:p w14:paraId="10F04D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080" w:type="dxa"/>
          </w:tcPr>
          <w:p w14:paraId="6DE1BA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07C423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</w:t>
            </w:r>
          </w:p>
        </w:tc>
      </w:tr>
      <w:tr w:rsidR="002C4892" w:rsidRPr="00BB0F50" w14:paraId="13AB8EC2" w14:textId="77777777">
        <w:tc>
          <w:tcPr>
            <w:tcW w:w="1080" w:type="dxa"/>
          </w:tcPr>
          <w:p w14:paraId="780401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4CB2EB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070233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7A8225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DEE7D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080" w:type="dxa"/>
          </w:tcPr>
          <w:p w14:paraId="714341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0.74</w:t>
            </w:r>
          </w:p>
        </w:tc>
        <w:tc>
          <w:tcPr>
            <w:tcW w:w="1080" w:type="dxa"/>
          </w:tcPr>
          <w:p w14:paraId="3C25E5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080" w:type="dxa"/>
          </w:tcPr>
          <w:p w14:paraId="14E441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</w:t>
            </w:r>
          </w:p>
        </w:tc>
      </w:tr>
      <w:tr w:rsidR="002C4892" w:rsidRPr="00BB0F50" w14:paraId="1A834B25" w14:textId="77777777">
        <w:tc>
          <w:tcPr>
            <w:tcW w:w="1080" w:type="dxa"/>
          </w:tcPr>
          <w:p w14:paraId="37906E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NMAR PPD-driven</w:t>
            </w:r>
          </w:p>
        </w:tc>
        <w:tc>
          <w:tcPr>
            <w:tcW w:w="1080" w:type="dxa"/>
          </w:tcPr>
          <w:p w14:paraId="3AE791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0C5A4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1946B9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93D81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080" w:type="dxa"/>
          </w:tcPr>
          <w:p w14:paraId="57A490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5F56E9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24382F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0.037</w:t>
            </w:r>
          </w:p>
        </w:tc>
      </w:tr>
      <w:tr w:rsidR="002C4892" w:rsidRPr="00BB0F50" w14:paraId="6322ED77" w14:textId="77777777">
        <w:tc>
          <w:tcPr>
            <w:tcW w:w="1080" w:type="dxa"/>
          </w:tcPr>
          <w:p w14:paraId="39E697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5E5925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1CFD9D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48965F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BCCE6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080" w:type="dxa"/>
          </w:tcPr>
          <w:p w14:paraId="0EC146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27B239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7B5411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0.036</w:t>
            </w:r>
          </w:p>
        </w:tc>
      </w:tr>
      <w:tr w:rsidR="002C4892" w:rsidRPr="00BB0F50" w14:paraId="52863D34" w14:textId="77777777">
        <w:tc>
          <w:tcPr>
            <w:tcW w:w="1080" w:type="dxa"/>
          </w:tcPr>
          <w:p w14:paraId="4DFCE8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A6DF4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7439D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28088B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AE132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080" w:type="dxa"/>
          </w:tcPr>
          <w:p w14:paraId="5C61B7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2BBBC5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0.74</w:t>
            </w:r>
          </w:p>
        </w:tc>
        <w:tc>
          <w:tcPr>
            <w:tcW w:w="1080" w:type="dxa"/>
          </w:tcPr>
          <w:p w14:paraId="5D81AA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0.057</w:t>
            </w:r>
          </w:p>
        </w:tc>
      </w:tr>
      <w:tr w:rsidR="002C4892" w:rsidRPr="00BB0F50" w14:paraId="26846FB8" w14:textId="77777777">
        <w:tc>
          <w:tcPr>
            <w:tcW w:w="1080" w:type="dxa"/>
          </w:tcPr>
          <w:p w14:paraId="02E6D3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6C4127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1A8855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7B4D4D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5FB583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080" w:type="dxa"/>
          </w:tcPr>
          <w:p w14:paraId="518B65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6BCEB8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080" w:type="dxa"/>
          </w:tcPr>
          <w:p w14:paraId="749581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0.033</w:t>
            </w:r>
          </w:p>
        </w:tc>
      </w:tr>
      <w:tr w:rsidR="002C4892" w:rsidRPr="00BB0F50" w14:paraId="2DDDA0DD" w14:textId="77777777">
        <w:tc>
          <w:tcPr>
            <w:tcW w:w="1080" w:type="dxa"/>
          </w:tcPr>
          <w:p w14:paraId="41BEAE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4B488B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391198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731E84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4D1C2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080" w:type="dxa"/>
          </w:tcPr>
          <w:p w14:paraId="2E2F63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6AF7AD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3ACEE2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0.037</w:t>
            </w:r>
          </w:p>
        </w:tc>
      </w:tr>
      <w:tr w:rsidR="002C4892" w:rsidRPr="00BB0F50" w14:paraId="49FB0685" w14:textId="77777777">
        <w:tc>
          <w:tcPr>
            <w:tcW w:w="1080" w:type="dxa"/>
          </w:tcPr>
          <w:p w14:paraId="2A7112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4ED43F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3F9570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630EF4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FBB6A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080" w:type="dxa"/>
          </w:tcPr>
          <w:p w14:paraId="63F825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41B117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41D2AB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0.014</w:t>
            </w:r>
          </w:p>
        </w:tc>
      </w:tr>
      <w:tr w:rsidR="002C4892" w:rsidRPr="00BB0F50" w14:paraId="7E8B219D" w14:textId="77777777">
        <w:tc>
          <w:tcPr>
            <w:tcW w:w="1080" w:type="dxa"/>
          </w:tcPr>
          <w:p w14:paraId="3E3602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391418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52FBD7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2296EC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2F9B3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080" w:type="dxa"/>
          </w:tcPr>
          <w:p w14:paraId="106220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1F7EAC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080" w:type="dxa"/>
          </w:tcPr>
          <w:p w14:paraId="599D31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0.014</w:t>
            </w:r>
          </w:p>
        </w:tc>
      </w:tr>
      <w:tr w:rsidR="002C4892" w:rsidRPr="00BB0F50" w14:paraId="4D45BEFF" w14:textId="77777777">
        <w:tc>
          <w:tcPr>
            <w:tcW w:w="1080" w:type="dxa"/>
          </w:tcPr>
          <w:p w14:paraId="3A9576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12DFA2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28613C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355842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5FACE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080" w:type="dxa"/>
          </w:tcPr>
          <w:p w14:paraId="51DAC8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513DA5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080" w:type="dxa"/>
          </w:tcPr>
          <w:p w14:paraId="44F02E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0.029</w:t>
            </w:r>
          </w:p>
        </w:tc>
      </w:tr>
      <w:tr w:rsidR="002C4892" w:rsidRPr="00BB0F50" w14:paraId="3D8E5522" w14:textId="77777777">
        <w:tc>
          <w:tcPr>
            <w:tcW w:w="1080" w:type="dxa"/>
          </w:tcPr>
          <w:p w14:paraId="07BD28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ECBB8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68795E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131FCD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460D35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080" w:type="dxa"/>
          </w:tcPr>
          <w:p w14:paraId="03C905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0.95</w:t>
            </w:r>
          </w:p>
        </w:tc>
        <w:tc>
          <w:tcPr>
            <w:tcW w:w="1080" w:type="dxa"/>
          </w:tcPr>
          <w:p w14:paraId="51D94F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080" w:type="dxa"/>
          </w:tcPr>
          <w:p w14:paraId="18D4FA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0.014</w:t>
            </w:r>
          </w:p>
        </w:tc>
      </w:tr>
      <w:tr w:rsidR="002C4892" w:rsidRPr="00BB0F50" w14:paraId="228856CD" w14:textId="77777777">
        <w:tc>
          <w:tcPr>
            <w:tcW w:w="1080" w:type="dxa"/>
          </w:tcPr>
          <w:p w14:paraId="1864C9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6D9121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73B6C5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45C5E9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492F2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080" w:type="dxa"/>
          </w:tcPr>
          <w:p w14:paraId="2474C5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2EC19E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080" w:type="dxa"/>
          </w:tcPr>
          <w:p w14:paraId="54D8F6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0.014</w:t>
            </w:r>
          </w:p>
        </w:tc>
      </w:tr>
      <w:tr w:rsidR="002C4892" w:rsidRPr="00BB0F50" w14:paraId="0DC25005" w14:textId="77777777">
        <w:tc>
          <w:tcPr>
            <w:tcW w:w="1080" w:type="dxa"/>
          </w:tcPr>
          <w:p w14:paraId="6376B8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5C9EA7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4D81B3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03DFBD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97D3D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14ADC1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080" w:type="dxa"/>
          </w:tcPr>
          <w:p w14:paraId="68DF6F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5ECD87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</w:t>
            </w:r>
          </w:p>
        </w:tc>
      </w:tr>
      <w:tr w:rsidR="002C4892" w:rsidRPr="00BB0F50" w14:paraId="313F2DF9" w14:textId="77777777">
        <w:tc>
          <w:tcPr>
            <w:tcW w:w="1080" w:type="dxa"/>
          </w:tcPr>
          <w:p w14:paraId="72848A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61D2D8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70D132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248F58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A4C7B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532D3D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080" w:type="dxa"/>
          </w:tcPr>
          <w:p w14:paraId="09AC5A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3411FD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0.010</w:t>
            </w:r>
          </w:p>
        </w:tc>
      </w:tr>
      <w:tr w:rsidR="002C4892" w:rsidRPr="00BB0F50" w14:paraId="00A2BF29" w14:textId="77777777">
        <w:tc>
          <w:tcPr>
            <w:tcW w:w="1080" w:type="dxa"/>
          </w:tcPr>
          <w:p w14:paraId="5FD370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4D9ACC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469994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0CE4CA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02647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1795C4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080" w:type="dxa"/>
          </w:tcPr>
          <w:p w14:paraId="679F34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080" w:type="dxa"/>
          </w:tcPr>
          <w:p w14:paraId="61AE8E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</w:t>
            </w:r>
          </w:p>
        </w:tc>
      </w:tr>
      <w:tr w:rsidR="002C4892" w:rsidRPr="00BB0F50" w14:paraId="3FE67A9C" w14:textId="77777777">
        <w:tc>
          <w:tcPr>
            <w:tcW w:w="1080" w:type="dxa"/>
          </w:tcPr>
          <w:p w14:paraId="7E8C47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669A68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4CA787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520668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5AF64E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080" w:type="dxa"/>
          </w:tcPr>
          <w:p w14:paraId="362CC0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080" w:type="dxa"/>
          </w:tcPr>
          <w:p w14:paraId="6DD6AC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080" w:type="dxa"/>
          </w:tcPr>
          <w:p w14:paraId="5F93B0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0.013</w:t>
            </w:r>
          </w:p>
        </w:tc>
      </w:tr>
      <w:tr w:rsidR="002C4892" w:rsidRPr="00BB0F50" w14:paraId="34E6634F" w14:textId="77777777">
        <w:tc>
          <w:tcPr>
            <w:tcW w:w="1080" w:type="dxa"/>
          </w:tcPr>
          <w:p w14:paraId="07FA8C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31E4AF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2D3359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25EC61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86734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2A5775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080" w:type="dxa"/>
          </w:tcPr>
          <w:p w14:paraId="7845F0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2E2DFA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</w:t>
            </w:r>
          </w:p>
        </w:tc>
      </w:tr>
      <w:tr w:rsidR="002C4892" w:rsidRPr="00BB0F50" w14:paraId="36179D39" w14:textId="77777777">
        <w:tc>
          <w:tcPr>
            <w:tcW w:w="1080" w:type="dxa"/>
          </w:tcPr>
          <w:p w14:paraId="057CA3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MCAR </w:t>
            </w:r>
            <w:r w:rsidRPr="00BB0F50">
              <w:rPr>
                <w:sz w:val="24"/>
                <w:szCs w:val="24"/>
              </w:rPr>
              <w:lastRenderedPageBreak/>
              <w:t>20%/2%</w:t>
            </w:r>
          </w:p>
        </w:tc>
        <w:tc>
          <w:tcPr>
            <w:tcW w:w="1080" w:type="dxa"/>
          </w:tcPr>
          <w:p w14:paraId="199611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cal4</w:t>
            </w:r>
          </w:p>
        </w:tc>
        <w:tc>
          <w:tcPr>
            <w:tcW w:w="1080" w:type="dxa"/>
          </w:tcPr>
          <w:p w14:paraId="2D3A3A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2DD916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C3357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58A007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0E5C3C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03823A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0.014</w:t>
            </w:r>
          </w:p>
        </w:tc>
      </w:tr>
      <w:tr w:rsidR="002C4892" w:rsidRPr="00BB0F50" w14:paraId="7667730D" w14:textId="77777777">
        <w:tc>
          <w:tcPr>
            <w:tcW w:w="1080" w:type="dxa"/>
          </w:tcPr>
          <w:p w14:paraId="42F775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2A54B8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0F35B2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1A1763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E5D0A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225F95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47EA4A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080" w:type="dxa"/>
          </w:tcPr>
          <w:p w14:paraId="023997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0.013</w:t>
            </w:r>
          </w:p>
        </w:tc>
      </w:tr>
      <w:tr w:rsidR="002C4892" w:rsidRPr="00BB0F50" w14:paraId="3FC92D6F" w14:textId="77777777">
        <w:tc>
          <w:tcPr>
            <w:tcW w:w="1080" w:type="dxa"/>
          </w:tcPr>
          <w:p w14:paraId="79B59E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477D51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2DBB1A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7DE156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8B117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  <w:tc>
          <w:tcPr>
            <w:tcW w:w="1080" w:type="dxa"/>
          </w:tcPr>
          <w:p w14:paraId="4CCE7E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28E27A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  <w:tc>
          <w:tcPr>
            <w:tcW w:w="1080" w:type="dxa"/>
          </w:tcPr>
          <w:p w14:paraId="138065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0.034</w:t>
            </w:r>
          </w:p>
        </w:tc>
      </w:tr>
      <w:tr w:rsidR="002C4892" w:rsidRPr="00BB0F50" w14:paraId="2E2400D7" w14:textId="77777777">
        <w:tc>
          <w:tcPr>
            <w:tcW w:w="1080" w:type="dxa"/>
          </w:tcPr>
          <w:p w14:paraId="23E0CC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21C8C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1C43991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68551E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248819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080" w:type="dxa"/>
          </w:tcPr>
          <w:p w14:paraId="144D57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7628E4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0.76</w:t>
            </w:r>
          </w:p>
        </w:tc>
        <w:tc>
          <w:tcPr>
            <w:tcW w:w="1080" w:type="dxa"/>
          </w:tcPr>
          <w:p w14:paraId="19D226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0.015</w:t>
            </w:r>
          </w:p>
        </w:tc>
      </w:tr>
      <w:tr w:rsidR="002C4892" w:rsidRPr="00BB0F50" w14:paraId="1597451C" w14:textId="77777777">
        <w:tc>
          <w:tcPr>
            <w:tcW w:w="1080" w:type="dxa"/>
          </w:tcPr>
          <w:p w14:paraId="364101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6D37F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2AD63C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77DB27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D8F09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63627C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543F86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240958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0.014</w:t>
            </w:r>
          </w:p>
        </w:tc>
      </w:tr>
      <w:tr w:rsidR="002C4892" w:rsidRPr="00BB0F50" w14:paraId="07FC2011" w14:textId="77777777">
        <w:tc>
          <w:tcPr>
            <w:tcW w:w="1080" w:type="dxa"/>
          </w:tcPr>
          <w:p w14:paraId="674310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12EB22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619F88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405563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6E2E9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6A1FAD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5C60B4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04FA0E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0.014</w:t>
            </w:r>
          </w:p>
        </w:tc>
      </w:tr>
      <w:tr w:rsidR="002C4892" w:rsidRPr="00BB0F50" w14:paraId="0AF5F6D8" w14:textId="77777777">
        <w:tc>
          <w:tcPr>
            <w:tcW w:w="1080" w:type="dxa"/>
          </w:tcPr>
          <w:p w14:paraId="6E66E2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BFDB7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4F6518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746848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FB223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501B00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36F37C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35F173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0.014</w:t>
            </w:r>
          </w:p>
        </w:tc>
      </w:tr>
      <w:tr w:rsidR="002C4892" w:rsidRPr="00BB0F50" w14:paraId="4E72A487" w14:textId="77777777">
        <w:tc>
          <w:tcPr>
            <w:tcW w:w="1080" w:type="dxa"/>
          </w:tcPr>
          <w:p w14:paraId="190B79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685397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69DE89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194376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C25CC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080" w:type="dxa"/>
          </w:tcPr>
          <w:p w14:paraId="612B55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0.74</w:t>
            </w:r>
          </w:p>
        </w:tc>
        <w:tc>
          <w:tcPr>
            <w:tcW w:w="1080" w:type="dxa"/>
          </w:tcPr>
          <w:p w14:paraId="567C2B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0.70</w:t>
            </w:r>
          </w:p>
        </w:tc>
        <w:tc>
          <w:tcPr>
            <w:tcW w:w="1080" w:type="dxa"/>
          </w:tcPr>
          <w:p w14:paraId="74A08DF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0.037</w:t>
            </w:r>
          </w:p>
        </w:tc>
      </w:tr>
      <w:tr w:rsidR="002C4892" w:rsidRPr="00BB0F50" w14:paraId="6CECFF64" w14:textId="77777777">
        <w:tc>
          <w:tcPr>
            <w:tcW w:w="1080" w:type="dxa"/>
          </w:tcPr>
          <w:p w14:paraId="1F1EB5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82A61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0CF651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60AA5A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26101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080" w:type="dxa"/>
          </w:tcPr>
          <w:p w14:paraId="5E8F1E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0.73</w:t>
            </w:r>
          </w:p>
        </w:tc>
        <w:tc>
          <w:tcPr>
            <w:tcW w:w="1080" w:type="dxa"/>
          </w:tcPr>
          <w:p w14:paraId="338710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080" w:type="dxa"/>
          </w:tcPr>
          <w:p w14:paraId="5F9B89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0.016</w:t>
            </w:r>
          </w:p>
        </w:tc>
      </w:tr>
      <w:tr w:rsidR="002C4892" w:rsidRPr="00BB0F50" w14:paraId="788752DA" w14:textId="77777777">
        <w:tc>
          <w:tcPr>
            <w:tcW w:w="1080" w:type="dxa"/>
          </w:tcPr>
          <w:p w14:paraId="5B0E80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56620B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0A698E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0E7A95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FB722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7FB70F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2CE39C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32F4E8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0.015</w:t>
            </w:r>
          </w:p>
        </w:tc>
      </w:tr>
      <w:tr w:rsidR="002C4892" w:rsidRPr="00BB0F50" w14:paraId="2B9434B8" w14:textId="77777777">
        <w:tc>
          <w:tcPr>
            <w:tcW w:w="1080" w:type="dxa"/>
          </w:tcPr>
          <w:p w14:paraId="7A8280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B9388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5DAC7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151C1F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2E7AB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3C98D7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4E96E1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0D4BAF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7A31DA09" w14:textId="77777777">
        <w:tc>
          <w:tcPr>
            <w:tcW w:w="1080" w:type="dxa"/>
          </w:tcPr>
          <w:p w14:paraId="6FB742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648B53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500293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DE471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FDE5D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60AA21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79D514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7E7218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5B03A941" w14:textId="77777777">
        <w:tc>
          <w:tcPr>
            <w:tcW w:w="1080" w:type="dxa"/>
          </w:tcPr>
          <w:p w14:paraId="65868B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595F3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14A09C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7094A6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1B2CE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139DBB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080" w:type="dxa"/>
          </w:tcPr>
          <w:p w14:paraId="253939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080" w:type="dxa"/>
          </w:tcPr>
          <w:p w14:paraId="1F5A01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0.029</w:t>
            </w:r>
          </w:p>
        </w:tc>
      </w:tr>
      <w:tr w:rsidR="002C4892" w:rsidRPr="00BB0F50" w14:paraId="11C9DE3C" w14:textId="77777777">
        <w:tc>
          <w:tcPr>
            <w:tcW w:w="1080" w:type="dxa"/>
          </w:tcPr>
          <w:p w14:paraId="3680FA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D1CC2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236E7A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606144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EA0E4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4D6C96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59DBEB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080" w:type="dxa"/>
          </w:tcPr>
          <w:p w14:paraId="64F478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163E5A17" w14:textId="77777777">
        <w:tc>
          <w:tcPr>
            <w:tcW w:w="1080" w:type="dxa"/>
          </w:tcPr>
          <w:p w14:paraId="085F4D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4B3C9A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EF70C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16A776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17E8F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5F5F5D6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688E04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2B55D0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58ADDC6B" w14:textId="77777777">
        <w:tc>
          <w:tcPr>
            <w:tcW w:w="1080" w:type="dxa"/>
          </w:tcPr>
          <w:p w14:paraId="7112ED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E27D2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58D3FA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5749A4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F47F3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464BED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69E0BF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6E3094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0.008</w:t>
            </w:r>
          </w:p>
        </w:tc>
      </w:tr>
      <w:tr w:rsidR="002C4892" w:rsidRPr="00BB0F50" w14:paraId="076350CA" w14:textId="77777777">
        <w:tc>
          <w:tcPr>
            <w:tcW w:w="1080" w:type="dxa"/>
          </w:tcPr>
          <w:p w14:paraId="20EDD9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5FB25B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587420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7A0E51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25B12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4AF292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56EA0D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6C1547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0.008</w:t>
            </w:r>
          </w:p>
        </w:tc>
      </w:tr>
      <w:tr w:rsidR="002C4892" w:rsidRPr="00BB0F50" w14:paraId="7A5C8583" w14:textId="77777777">
        <w:tc>
          <w:tcPr>
            <w:tcW w:w="1080" w:type="dxa"/>
          </w:tcPr>
          <w:p w14:paraId="081EFD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27EEC5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0E120E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5B8A9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83B2E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080" w:type="dxa"/>
          </w:tcPr>
          <w:p w14:paraId="1168FE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04078E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  <w:tc>
          <w:tcPr>
            <w:tcW w:w="1080" w:type="dxa"/>
          </w:tcPr>
          <w:p w14:paraId="30E91F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0.018</w:t>
            </w:r>
          </w:p>
        </w:tc>
      </w:tr>
      <w:tr w:rsidR="002C4892" w:rsidRPr="00BB0F50" w14:paraId="6BFCA33D" w14:textId="77777777">
        <w:tc>
          <w:tcPr>
            <w:tcW w:w="1080" w:type="dxa"/>
          </w:tcPr>
          <w:p w14:paraId="4A7ADF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66E9E8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367B66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37284E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204F5B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1F65AF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1B0EC6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20F4D7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0.009</w:t>
            </w:r>
          </w:p>
        </w:tc>
      </w:tr>
      <w:tr w:rsidR="002C4892" w:rsidRPr="00BB0F50" w14:paraId="67E05A9A" w14:textId="77777777">
        <w:tc>
          <w:tcPr>
            <w:tcW w:w="1080" w:type="dxa"/>
          </w:tcPr>
          <w:p w14:paraId="560F55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25509A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20488E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1A87A6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10B02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7E5A4A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68F33B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56326F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0.008</w:t>
            </w:r>
          </w:p>
        </w:tc>
      </w:tr>
      <w:tr w:rsidR="002C4892" w:rsidRPr="00BB0F50" w14:paraId="52E1620C" w14:textId="77777777">
        <w:tc>
          <w:tcPr>
            <w:tcW w:w="1080" w:type="dxa"/>
          </w:tcPr>
          <w:p w14:paraId="2500C1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MCAR </w:t>
            </w:r>
            <w:r w:rsidRPr="00BB0F50">
              <w:rPr>
                <w:sz w:val="24"/>
                <w:szCs w:val="24"/>
              </w:rPr>
              <w:lastRenderedPageBreak/>
              <w:t>40%/8%</w:t>
            </w:r>
          </w:p>
        </w:tc>
        <w:tc>
          <w:tcPr>
            <w:tcW w:w="1080" w:type="dxa"/>
          </w:tcPr>
          <w:p w14:paraId="2917B8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cal3</w:t>
            </w:r>
          </w:p>
        </w:tc>
        <w:tc>
          <w:tcPr>
            <w:tcW w:w="1080" w:type="dxa"/>
          </w:tcPr>
          <w:p w14:paraId="0E2031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04069E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CFE92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1D4025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080" w:type="dxa"/>
          </w:tcPr>
          <w:p w14:paraId="40EFB9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4798FA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0.017</w:t>
            </w:r>
          </w:p>
        </w:tc>
      </w:tr>
      <w:tr w:rsidR="002C4892" w:rsidRPr="00BB0F50" w14:paraId="70015364" w14:textId="77777777">
        <w:tc>
          <w:tcPr>
            <w:tcW w:w="1080" w:type="dxa"/>
          </w:tcPr>
          <w:p w14:paraId="2B7B51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34F878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3B22FC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483B53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70C42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1C58BD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080" w:type="dxa"/>
          </w:tcPr>
          <w:p w14:paraId="1367A1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09A091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0.015</w:t>
            </w:r>
          </w:p>
        </w:tc>
      </w:tr>
      <w:tr w:rsidR="002C4892" w:rsidRPr="00BB0F50" w14:paraId="45D82A96" w14:textId="77777777">
        <w:tc>
          <w:tcPr>
            <w:tcW w:w="1080" w:type="dxa"/>
          </w:tcPr>
          <w:p w14:paraId="7DE910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71250B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352DD6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3A8E43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EB444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64AA63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080" w:type="dxa"/>
          </w:tcPr>
          <w:p w14:paraId="77B143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080" w:type="dxa"/>
          </w:tcPr>
          <w:p w14:paraId="6678DD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0.050</w:t>
            </w:r>
          </w:p>
        </w:tc>
      </w:tr>
      <w:tr w:rsidR="002C4892" w:rsidRPr="00BB0F50" w14:paraId="19E57EDA" w14:textId="77777777">
        <w:tc>
          <w:tcPr>
            <w:tcW w:w="1080" w:type="dxa"/>
          </w:tcPr>
          <w:p w14:paraId="10E697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794D2A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20688A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65A846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39DDB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080" w:type="dxa"/>
          </w:tcPr>
          <w:p w14:paraId="59FF79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080" w:type="dxa"/>
          </w:tcPr>
          <w:p w14:paraId="38DD08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080" w:type="dxa"/>
          </w:tcPr>
          <w:p w14:paraId="12A9DF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0.018</w:t>
            </w:r>
          </w:p>
        </w:tc>
      </w:tr>
      <w:tr w:rsidR="002C4892" w:rsidRPr="00BB0F50" w14:paraId="32F9D65E" w14:textId="77777777">
        <w:tc>
          <w:tcPr>
            <w:tcW w:w="1080" w:type="dxa"/>
          </w:tcPr>
          <w:p w14:paraId="14402F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7D63D9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7AA710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762CCF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02DC9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67969E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080" w:type="dxa"/>
          </w:tcPr>
          <w:p w14:paraId="18568C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4B69C0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0.017</w:t>
            </w:r>
          </w:p>
        </w:tc>
      </w:tr>
      <w:tr w:rsidR="002C4892" w:rsidRPr="00BB0F50" w14:paraId="12AEEA6F" w14:textId="77777777">
        <w:tc>
          <w:tcPr>
            <w:tcW w:w="1080" w:type="dxa"/>
          </w:tcPr>
          <w:p w14:paraId="35A1A2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14E7A8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162E12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007AAA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CF445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420E1A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32198A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18D085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0.020</w:t>
            </w:r>
          </w:p>
        </w:tc>
      </w:tr>
      <w:tr w:rsidR="002C4892" w:rsidRPr="00BB0F50" w14:paraId="65507157" w14:textId="77777777">
        <w:tc>
          <w:tcPr>
            <w:tcW w:w="1080" w:type="dxa"/>
          </w:tcPr>
          <w:p w14:paraId="5B6458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339784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56C2E7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E2FAB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5D7AC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4E1118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00DEEC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031204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0.018</w:t>
            </w:r>
          </w:p>
        </w:tc>
      </w:tr>
      <w:tr w:rsidR="002C4892" w:rsidRPr="00BB0F50" w14:paraId="07300624" w14:textId="77777777">
        <w:tc>
          <w:tcPr>
            <w:tcW w:w="1080" w:type="dxa"/>
          </w:tcPr>
          <w:p w14:paraId="5A18F5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0A94C7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08A837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3862FC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87AEB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  <w:tc>
          <w:tcPr>
            <w:tcW w:w="1080" w:type="dxa"/>
          </w:tcPr>
          <w:p w14:paraId="2EB395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3A8C33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  <w:tc>
          <w:tcPr>
            <w:tcW w:w="1080" w:type="dxa"/>
          </w:tcPr>
          <w:p w14:paraId="2F9877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0.064</w:t>
            </w:r>
          </w:p>
        </w:tc>
      </w:tr>
      <w:tr w:rsidR="002C4892" w:rsidRPr="00BB0F50" w14:paraId="22424EB5" w14:textId="77777777">
        <w:tc>
          <w:tcPr>
            <w:tcW w:w="1080" w:type="dxa"/>
          </w:tcPr>
          <w:p w14:paraId="58684E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349279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7257CC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2D6021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5BF089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080" w:type="dxa"/>
          </w:tcPr>
          <w:p w14:paraId="35C4BC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080" w:type="dxa"/>
          </w:tcPr>
          <w:p w14:paraId="57895C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4BA209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0.022</w:t>
            </w:r>
          </w:p>
        </w:tc>
      </w:tr>
      <w:tr w:rsidR="002C4892" w:rsidRPr="00BB0F50" w14:paraId="6C9A2BEC" w14:textId="77777777">
        <w:tc>
          <w:tcPr>
            <w:tcW w:w="1080" w:type="dxa"/>
          </w:tcPr>
          <w:p w14:paraId="64D229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6D8D2D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5C1FB8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480412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F413A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64803D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26BE3F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6B95CB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0.021</w:t>
            </w:r>
          </w:p>
        </w:tc>
      </w:tr>
      <w:tr w:rsidR="002C4892" w:rsidRPr="00BB0F50" w14:paraId="35E7F3F7" w14:textId="77777777">
        <w:tc>
          <w:tcPr>
            <w:tcW w:w="1080" w:type="dxa"/>
          </w:tcPr>
          <w:p w14:paraId="7193E3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519B40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4BF80D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063552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6A41B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20BF3C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636E22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132963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0.022</w:t>
            </w:r>
          </w:p>
        </w:tc>
      </w:tr>
      <w:tr w:rsidR="002C4892" w:rsidRPr="00BB0F50" w14:paraId="0AAB3607" w14:textId="77777777">
        <w:tc>
          <w:tcPr>
            <w:tcW w:w="1080" w:type="dxa"/>
          </w:tcPr>
          <w:p w14:paraId="1E8721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41286B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46B0BF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5B16A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260C7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55C85C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029674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610B54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0.020</w:t>
            </w:r>
          </w:p>
        </w:tc>
      </w:tr>
      <w:tr w:rsidR="002C4892" w:rsidRPr="00BB0F50" w14:paraId="7DD8788A" w14:textId="77777777">
        <w:tc>
          <w:tcPr>
            <w:tcW w:w="1080" w:type="dxa"/>
          </w:tcPr>
          <w:p w14:paraId="654465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0C02AA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5D4214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4B168E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B7092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080" w:type="dxa"/>
          </w:tcPr>
          <w:p w14:paraId="68A3D9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0.74</w:t>
            </w:r>
          </w:p>
        </w:tc>
        <w:tc>
          <w:tcPr>
            <w:tcW w:w="1080" w:type="dxa"/>
          </w:tcPr>
          <w:p w14:paraId="70EB56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0.70</w:t>
            </w:r>
          </w:p>
        </w:tc>
        <w:tc>
          <w:tcPr>
            <w:tcW w:w="1080" w:type="dxa"/>
          </w:tcPr>
          <w:p w14:paraId="0F6DAE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0.069</w:t>
            </w:r>
          </w:p>
        </w:tc>
      </w:tr>
      <w:tr w:rsidR="002C4892" w:rsidRPr="00BB0F50" w14:paraId="5558E1EE" w14:textId="77777777">
        <w:tc>
          <w:tcPr>
            <w:tcW w:w="1080" w:type="dxa"/>
          </w:tcPr>
          <w:p w14:paraId="749546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1DC0C2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06F382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46D49B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656844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080" w:type="dxa"/>
          </w:tcPr>
          <w:p w14:paraId="6C2853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0.73</w:t>
            </w:r>
          </w:p>
        </w:tc>
        <w:tc>
          <w:tcPr>
            <w:tcW w:w="1080" w:type="dxa"/>
          </w:tcPr>
          <w:p w14:paraId="6219DE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1578C6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0.023</w:t>
            </w:r>
          </w:p>
        </w:tc>
      </w:tr>
      <w:tr w:rsidR="002C4892" w:rsidRPr="00BB0F50" w14:paraId="7D4D447D" w14:textId="77777777">
        <w:tc>
          <w:tcPr>
            <w:tcW w:w="1080" w:type="dxa"/>
          </w:tcPr>
          <w:p w14:paraId="4DE038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2DF407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05C257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0BA693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07160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6885AF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6BB4E7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1620A4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0.022</w:t>
            </w:r>
          </w:p>
        </w:tc>
      </w:tr>
      <w:tr w:rsidR="002C4892" w:rsidRPr="00BB0F50" w14:paraId="356C3410" w14:textId="77777777">
        <w:tc>
          <w:tcPr>
            <w:tcW w:w="1080" w:type="dxa"/>
          </w:tcPr>
          <w:p w14:paraId="18497A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55DB39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564296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53A59D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3A589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508BE9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2283D4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366AAC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0.018</w:t>
            </w:r>
          </w:p>
        </w:tc>
      </w:tr>
      <w:tr w:rsidR="002C4892" w:rsidRPr="00BB0F50" w14:paraId="57A4A2F3" w14:textId="77777777">
        <w:tc>
          <w:tcPr>
            <w:tcW w:w="1080" w:type="dxa"/>
          </w:tcPr>
          <w:p w14:paraId="131612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50CD6D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73DEB3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418B57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99E1C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61AB7E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0B1290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622C46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0.018</w:t>
            </w:r>
          </w:p>
        </w:tc>
      </w:tr>
      <w:tr w:rsidR="002C4892" w:rsidRPr="00BB0F50" w14:paraId="2E512E63" w14:textId="77777777">
        <w:tc>
          <w:tcPr>
            <w:tcW w:w="1080" w:type="dxa"/>
          </w:tcPr>
          <w:p w14:paraId="620C2F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089577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92660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005182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1FE59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25C1CF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080" w:type="dxa"/>
          </w:tcPr>
          <w:p w14:paraId="17464C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080" w:type="dxa"/>
          </w:tcPr>
          <w:p w14:paraId="7EE4E5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0.053</w:t>
            </w:r>
          </w:p>
        </w:tc>
      </w:tr>
      <w:tr w:rsidR="002C4892" w:rsidRPr="00BB0F50" w14:paraId="01F6DF60" w14:textId="77777777">
        <w:tc>
          <w:tcPr>
            <w:tcW w:w="1080" w:type="dxa"/>
          </w:tcPr>
          <w:p w14:paraId="7B6D4C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2B2D0C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7A433D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00AB25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40C2FF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13CBB7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095631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080" w:type="dxa"/>
          </w:tcPr>
          <w:p w14:paraId="4AB7A3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0.017</w:t>
            </w:r>
          </w:p>
        </w:tc>
      </w:tr>
      <w:tr w:rsidR="002C4892" w:rsidRPr="00BB0F50" w14:paraId="282377A1" w14:textId="77777777">
        <w:tc>
          <w:tcPr>
            <w:tcW w:w="1080" w:type="dxa"/>
          </w:tcPr>
          <w:p w14:paraId="76E41B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27FDDF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517D92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96668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8C258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62B8B4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62FB15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556BEB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0.018</w:t>
            </w:r>
          </w:p>
        </w:tc>
      </w:tr>
      <w:tr w:rsidR="002C4892" w:rsidRPr="00BB0F50" w14:paraId="4788171C" w14:textId="77777777">
        <w:tc>
          <w:tcPr>
            <w:tcW w:w="1080" w:type="dxa"/>
          </w:tcPr>
          <w:p w14:paraId="73B135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MCAR </w:t>
            </w:r>
            <w:r w:rsidRPr="00BB0F50">
              <w:rPr>
                <w:sz w:val="24"/>
                <w:szCs w:val="24"/>
              </w:rPr>
              <w:lastRenderedPageBreak/>
              <w:t>40%/8%</w:t>
            </w:r>
          </w:p>
        </w:tc>
        <w:tc>
          <w:tcPr>
            <w:tcW w:w="1080" w:type="dxa"/>
          </w:tcPr>
          <w:p w14:paraId="705A89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ppd6</w:t>
            </w:r>
          </w:p>
        </w:tc>
        <w:tc>
          <w:tcPr>
            <w:tcW w:w="1080" w:type="dxa"/>
          </w:tcPr>
          <w:p w14:paraId="5C48D9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71D816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9DFC5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68A500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1D1B65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3F0540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3B856AAF" w14:textId="77777777">
        <w:tc>
          <w:tcPr>
            <w:tcW w:w="1080" w:type="dxa"/>
          </w:tcPr>
          <w:p w14:paraId="4AEB78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4670D2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7135C8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3749A5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F571C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6BDAA3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3DB62B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109EEA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55C9FB44" w14:textId="77777777">
        <w:tc>
          <w:tcPr>
            <w:tcW w:w="1080" w:type="dxa"/>
          </w:tcPr>
          <w:p w14:paraId="085A88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142EAB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5D7D26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252C73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5538E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080" w:type="dxa"/>
          </w:tcPr>
          <w:p w14:paraId="617CA6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060924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  <w:tc>
          <w:tcPr>
            <w:tcW w:w="1080" w:type="dxa"/>
          </w:tcPr>
          <w:p w14:paraId="27D29C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0.032</w:t>
            </w:r>
          </w:p>
        </w:tc>
      </w:tr>
      <w:tr w:rsidR="002C4892" w:rsidRPr="00BB0F50" w14:paraId="52722CE4" w14:textId="77777777">
        <w:tc>
          <w:tcPr>
            <w:tcW w:w="1080" w:type="dxa"/>
          </w:tcPr>
          <w:p w14:paraId="40B93E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1DA7B2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456DE4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23E291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45ED42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3A2257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527961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159D66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3845042E" w14:textId="77777777">
        <w:tc>
          <w:tcPr>
            <w:tcW w:w="1080" w:type="dxa"/>
          </w:tcPr>
          <w:p w14:paraId="013112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5299D3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724AF0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3FF2D2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178FE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79CEFE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150186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768A72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</w:t>
            </w:r>
          </w:p>
        </w:tc>
      </w:tr>
      <w:tr w:rsidR="002C4892" w:rsidRPr="00BB0F50" w14:paraId="339DB7F1" w14:textId="77777777">
        <w:tc>
          <w:tcPr>
            <w:tcW w:w="1080" w:type="dxa"/>
          </w:tcPr>
          <w:p w14:paraId="4ABE34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7DFC59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54EFBF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0C8AC6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2EE6B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4FA88E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080" w:type="dxa"/>
          </w:tcPr>
          <w:p w14:paraId="10745C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5B1AF1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0.022</w:t>
            </w:r>
          </w:p>
        </w:tc>
      </w:tr>
      <w:tr w:rsidR="002C4892" w:rsidRPr="00BB0F50" w14:paraId="59D3B287" w14:textId="77777777">
        <w:tc>
          <w:tcPr>
            <w:tcW w:w="1080" w:type="dxa"/>
          </w:tcPr>
          <w:p w14:paraId="44A671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406DF8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55EDB6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1B6DB6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AF8E2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1907BA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080" w:type="dxa"/>
          </w:tcPr>
          <w:p w14:paraId="587CF3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4C865E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0.019</w:t>
            </w:r>
          </w:p>
        </w:tc>
      </w:tr>
      <w:tr w:rsidR="002C4892" w:rsidRPr="00BB0F50" w14:paraId="7E4F08E1" w14:textId="77777777">
        <w:tc>
          <w:tcPr>
            <w:tcW w:w="1080" w:type="dxa"/>
          </w:tcPr>
          <w:p w14:paraId="2974C4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7FA90B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13371F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44CFA5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D11DA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60FCC4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080" w:type="dxa"/>
          </w:tcPr>
          <w:p w14:paraId="5BF918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080" w:type="dxa"/>
          </w:tcPr>
          <w:p w14:paraId="7E2576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0.071</w:t>
            </w:r>
          </w:p>
        </w:tc>
      </w:tr>
      <w:tr w:rsidR="002C4892" w:rsidRPr="00BB0F50" w14:paraId="4365E13E" w14:textId="77777777">
        <w:tc>
          <w:tcPr>
            <w:tcW w:w="1080" w:type="dxa"/>
          </w:tcPr>
          <w:p w14:paraId="391489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63FB98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460F52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4CDF1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BB9D3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080" w:type="dxa"/>
          </w:tcPr>
          <w:p w14:paraId="22E703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080" w:type="dxa"/>
          </w:tcPr>
          <w:p w14:paraId="13910C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080" w:type="dxa"/>
          </w:tcPr>
          <w:p w14:paraId="3E93B3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0.021</w:t>
            </w:r>
          </w:p>
        </w:tc>
      </w:tr>
      <w:tr w:rsidR="002C4892" w:rsidRPr="00BB0F50" w14:paraId="38F4A762" w14:textId="77777777">
        <w:tc>
          <w:tcPr>
            <w:tcW w:w="1080" w:type="dxa"/>
          </w:tcPr>
          <w:p w14:paraId="367EE7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3D8713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020C7C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341D4B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2DC8A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41B0AC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31D05F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21EA6A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</w:t>
            </w:r>
          </w:p>
        </w:tc>
      </w:tr>
      <w:tr w:rsidR="002C4892" w:rsidRPr="00BB0F50" w14:paraId="6CFAF4D3" w14:textId="77777777">
        <w:tc>
          <w:tcPr>
            <w:tcW w:w="1080" w:type="dxa"/>
          </w:tcPr>
          <w:p w14:paraId="1CC628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791918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52D809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44F2FA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87C2F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0F40FB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4AEE9F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3F63A6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0.024</w:t>
            </w:r>
          </w:p>
        </w:tc>
      </w:tr>
      <w:tr w:rsidR="002C4892" w:rsidRPr="00BB0F50" w14:paraId="22222798" w14:textId="77777777">
        <w:tc>
          <w:tcPr>
            <w:tcW w:w="1080" w:type="dxa"/>
          </w:tcPr>
          <w:p w14:paraId="728F3A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7BB72C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3D2B9E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4D6A94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CC403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  <w:tc>
          <w:tcPr>
            <w:tcW w:w="1080" w:type="dxa"/>
          </w:tcPr>
          <w:p w14:paraId="56CCEE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0ED5D8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  <w:tc>
          <w:tcPr>
            <w:tcW w:w="1080" w:type="dxa"/>
          </w:tcPr>
          <w:p w14:paraId="3CD3BD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0.091</w:t>
            </w:r>
          </w:p>
        </w:tc>
      </w:tr>
      <w:tr w:rsidR="002C4892" w:rsidRPr="00BB0F50" w14:paraId="389BB8C0" w14:textId="77777777">
        <w:tc>
          <w:tcPr>
            <w:tcW w:w="1080" w:type="dxa"/>
          </w:tcPr>
          <w:p w14:paraId="1355AD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58E7A2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494440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A6A7C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24102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530FBB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1D8F66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215799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0.027</w:t>
            </w:r>
          </w:p>
        </w:tc>
      </w:tr>
      <w:tr w:rsidR="002C4892" w:rsidRPr="00BB0F50" w14:paraId="6CA681B1" w14:textId="77777777">
        <w:tc>
          <w:tcPr>
            <w:tcW w:w="1080" w:type="dxa"/>
          </w:tcPr>
          <w:p w14:paraId="490B65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5531AD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6DD8C2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2FA827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0FEE5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2DC6E1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41D069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73750D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0.028</w:t>
            </w:r>
          </w:p>
        </w:tc>
      </w:tr>
      <w:tr w:rsidR="002C4892" w:rsidRPr="00BB0F50" w14:paraId="5218F26A" w14:textId="77777777">
        <w:tc>
          <w:tcPr>
            <w:tcW w:w="1080" w:type="dxa"/>
          </w:tcPr>
          <w:p w14:paraId="4ACA5A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50106C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2119A2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6F7BA7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5E4DA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6791DB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619D41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68DBC4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</w:t>
            </w:r>
          </w:p>
        </w:tc>
      </w:tr>
      <w:tr w:rsidR="002C4892" w:rsidRPr="00BB0F50" w14:paraId="03CCD948" w14:textId="77777777">
        <w:tc>
          <w:tcPr>
            <w:tcW w:w="1080" w:type="dxa"/>
          </w:tcPr>
          <w:p w14:paraId="2218AA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27508E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58869D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3F5E3E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D9031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080" w:type="dxa"/>
          </w:tcPr>
          <w:p w14:paraId="3FCDB1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0.74</w:t>
            </w:r>
          </w:p>
        </w:tc>
        <w:tc>
          <w:tcPr>
            <w:tcW w:w="1080" w:type="dxa"/>
          </w:tcPr>
          <w:p w14:paraId="5115DF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0.70</w:t>
            </w:r>
          </w:p>
        </w:tc>
        <w:tc>
          <w:tcPr>
            <w:tcW w:w="1080" w:type="dxa"/>
          </w:tcPr>
          <w:p w14:paraId="4F2970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0.098</w:t>
            </w:r>
          </w:p>
        </w:tc>
      </w:tr>
      <w:tr w:rsidR="002C4892" w:rsidRPr="00BB0F50" w14:paraId="3C000BBB" w14:textId="77777777">
        <w:tc>
          <w:tcPr>
            <w:tcW w:w="1080" w:type="dxa"/>
          </w:tcPr>
          <w:p w14:paraId="64B854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0E861F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4A7A21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4A6A4D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B2175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7D952C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0.75</w:t>
            </w:r>
          </w:p>
        </w:tc>
        <w:tc>
          <w:tcPr>
            <w:tcW w:w="1080" w:type="dxa"/>
          </w:tcPr>
          <w:p w14:paraId="5EE93D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080" w:type="dxa"/>
          </w:tcPr>
          <w:p w14:paraId="34E7CF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0.028</w:t>
            </w:r>
          </w:p>
        </w:tc>
      </w:tr>
      <w:tr w:rsidR="002C4892" w:rsidRPr="00BB0F50" w14:paraId="6A75275A" w14:textId="77777777">
        <w:tc>
          <w:tcPr>
            <w:tcW w:w="1080" w:type="dxa"/>
          </w:tcPr>
          <w:p w14:paraId="68CEDA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6292EB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3965FF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18F8D8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DA5AF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784966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32DF20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34DBAC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0.023</w:t>
            </w:r>
          </w:p>
        </w:tc>
      </w:tr>
      <w:tr w:rsidR="002C4892" w:rsidRPr="00BB0F50" w14:paraId="6B91410A" w14:textId="77777777">
        <w:tc>
          <w:tcPr>
            <w:tcW w:w="1080" w:type="dxa"/>
          </w:tcPr>
          <w:p w14:paraId="2B738F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0B5F5D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4A0FD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F3051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BBF06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7A6F25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14ED9B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7A856C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0.023</w:t>
            </w:r>
          </w:p>
        </w:tc>
      </w:tr>
      <w:tr w:rsidR="002C4892" w:rsidRPr="00BB0F50" w14:paraId="0067AADB" w14:textId="77777777">
        <w:tc>
          <w:tcPr>
            <w:tcW w:w="1080" w:type="dxa"/>
          </w:tcPr>
          <w:p w14:paraId="3E7918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46B8D6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3C08B8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35A17A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EEDD5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080" w:type="dxa"/>
          </w:tcPr>
          <w:p w14:paraId="552B89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080" w:type="dxa"/>
          </w:tcPr>
          <w:p w14:paraId="024873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080" w:type="dxa"/>
          </w:tcPr>
          <w:p w14:paraId="308BDB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0.076</w:t>
            </w:r>
          </w:p>
        </w:tc>
      </w:tr>
      <w:tr w:rsidR="002C4892" w:rsidRPr="00BB0F50" w14:paraId="68AB72D8" w14:textId="77777777">
        <w:tc>
          <w:tcPr>
            <w:tcW w:w="1080" w:type="dxa"/>
          </w:tcPr>
          <w:p w14:paraId="241254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MCAR </w:t>
            </w:r>
            <w:r w:rsidRPr="00BB0F50">
              <w:rPr>
                <w:sz w:val="24"/>
                <w:szCs w:val="24"/>
              </w:rPr>
              <w:lastRenderedPageBreak/>
              <w:t>60%/20%</w:t>
            </w:r>
          </w:p>
        </w:tc>
        <w:tc>
          <w:tcPr>
            <w:tcW w:w="1080" w:type="dxa"/>
          </w:tcPr>
          <w:p w14:paraId="6E38BF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ppd5</w:t>
            </w:r>
          </w:p>
        </w:tc>
        <w:tc>
          <w:tcPr>
            <w:tcW w:w="1080" w:type="dxa"/>
          </w:tcPr>
          <w:p w14:paraId="12063C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</w:t>
            </w:r>
            <w:r w:rsidRPr="00BB0F50">
              <w:rPr>
                <w:sz w:val="24"/>
                <w:szCs w:val="24"/>
              </w:rPr>
              <w:lastRenderedPageBreak/>
              <w:t>logreg</w:t>
            </w:r>
          </w:p>
        </w:tc>
        <w:tc>
          <w:tcPr>
            <w:tcW w:w="1080" w:type="dxa"/>
          </w:tcPr>
          <w:p w14:paraId="145E01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080" w:type="dxa"/>
          </w:tcPr>
          <w:p w14:paraId="75793F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080" w:type="dxa"/>
          </w:tcPr>
          <w:p w14:paraId="4780BD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30FAAA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1B6765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0.023</w:t>
            </w:r>
          </w:p>
        </w:tc>
      </w:tr>
      <w:tr w:rsidR="002C4892" w:rsidRPr="00BB0F50" w14:paraId="5B4F2450" w14:textId="77777777">
        <w:tc>
          <w:tcPr>
            <w:tcW w:w="1080" w:type="dxa"/>
          </w:tcPr>
          <w:p w14:paraId="1461BD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04B5B3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49A749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31CE79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90AAB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0970A0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40DD0A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7AE26B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0.016</w:t>
            </w:r>
          </w:p>
        </w:tc>
      </w:tr>
      <w:tr w:rsidR="002C4892" w:rsidRPr="00BB0F50" w14:paraId="234E547F" w14:textId="77777777">
        <w:tc>
          <w:tcPr>
            <w:tcW w:w="1080" w:type="dxa"/>
          </w:tcPr>
          <w:p w14:paraId="063106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21DDC1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535466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67EFD5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6DFFB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09C24A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7D9FE2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79B802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0.016</w:t>
            </w:r>
          </w:p>
        </w:tc>
      </w:tr>
      <w:tr w:rsidR="002C4892" w:rsidRPr="00BB0F50" w14:paraId="2C4950E1" w14:textId="77777777">
        <w:tc>
          <w:tcPr>
            <w:tcW w:w="1080" w:type="dxa"/>
          </w:tcPr>
          <w:p w14:paraId="0F0C50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66751E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36290F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04A4F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DC8DB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080" w:type="dxa"/>
          </w:tcPr>
          <w:p w14:paraId="3D9AB0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726DF1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0.63</w:t>
            </w:r>
          </w:p>
        </w:tc>
        <w:tc>
          <w:tcPr>
            <w:tcW w:w="1080" w:type="dxa"/>
          </w:tcPr>
          <w:p w14:paraId="7ECA27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0.048</w:t>
            </w:r>
          </w:p>
        </w:tc>
      </w:tr>
      <w:tr w:rsidR="002C4892" w:rsidRPr="00BB0F50" w14:paraId="581FF561" w14:textId="77777777">
        <w:tc>
          <w:tcPr>
            <w:tcW w:w="1080" w:type="dxa"/>
          </w:tcPr>
          <w:p w14:paraId="13B086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76342A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4A4E6D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3DB87B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96225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080" w:type="dxa"/>
          </w:tcPr>
          <w:p w14:paraId="75339A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0.93</w:t>
            </w:r>
          </w:p>
        </w:tc>
        <w:tc>
          <w:tcPr>
            <w:tcW w:w="1080" w:type="dxa"/>
          </w:tcPr>
          <w:p w14:paraId="57B028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1C1E79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0.016</w:t>
            </w:r>
          </w:p>
        </w:tc>
      </w:tr>
    </w:tbl>
    <w:p w14:paraId="5D1580D9" w14:textId="77777777" w:rsidR="002C4892" w:rsidRPr="00BB0F50" w:rsidRDefault="00000000">
      <w:pPr>
        <w:rPr>
          <w:sz w:val="24"/>
          <w:szCs w:val="24"/>
        </w:rPr>
      </w:pPr>
      <w:r w:rsidRPr="00BB0F50">
        <w:rPr>
          <w:sz w:val="24"/>
          <w:szCs w:val="24"/>
        </w:rPr>
        <w:br w:type="page"/>
      </w:r>
    </w:p>
    <w:p w14:paraId="1CFCF347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lastRenderedPageBreak/>
        <w:t>Table S3. Patient-level disease count bias and RMSE across all methods, scenarios, and endpoints</w:t>
      </w:r>
    </w:p>
    <w:p w14:paraId="2F0DBA98" w14:textId="77777777" w:rsidR="002C4892" w:rsidRPr="00BB0F50" w:rsidRDefault="00000000">
      <w:pPr>
        <w:rPr>
          <w:sz w:val="24"/>
          <w:szCs w:val="24"/>
        </w:rPr>
      </w:pPr>
      <w:r w:rsidRPr="00BB0F50">
        <w:rPr>
          <w:i/>
          <w:sz w:val="24"/>
          <w:szCs w:val="24"/>
        </w:rPr>
        <w:t>Obs Bias/RMSE: incomplete observed data vs. truth. Imp Bias/RMSE: imputed data vs. truth.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163"/>
        <w:gridCol w:w="1177"/>
        <w:gridCol w:w="1099"/>
        <w:gridCol w:w="1080"/>
        <w:gridCol w:w="1080"/>
        <w:gridCol w:w="1080"/>
        <w:gridCol w:w="1080"/>
        <w:gridCol w:w="1080"/>
      </w:tblGrid>
      <w:tr w:rsidR="002C4892" w:rsidRPr="00BB0F50" w14:paraId="14A15772" w14:textId="77777777">
        <w:tc>
          <w:tcPr>
            <w:tcW w:w="1080" w:type="dxa"/>
          </w:tcPr>
          <w:p w14:paraId="3CBC1D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Scenario</w:t>
            </w:r>
          </w:p>
        </w:tc>
        <w:tc>
          <w:tcPr>
            <w:tcW w:w="1080" w:type="dxa"/>
          </w:tcPr>
          <w:p w14:paraId="17D21C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Endpoint</w:t>
            </w:r>
          </w:p>
        </w:tc>
        <w:tc>
          <w:tcPr>
            <w:tcW w:w="1080" w:type="dxa"/>
          </w:tcPr>
          <w:p w14:paraId="72A4A7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Method</w:t>
            </w:r>
          </w:p>
        </w:tc>
        <w:tc>
          <w:tcPr>
            <w:tcW w:w="1080" w:type="dxa"/>
          </w:tcPr>
          <w:p w14:paraId="31BE49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080" w:type="dxa"/>
          </w:tcPr>
          <w:p w14:paraId="6C16F1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Obs Bias</w:t>
            </w:r>
          </w:p>
        </w:tc>
        <w:tc>
          <w:tcPr>
            <w:tcW w:w="1080" w:type="dxa"/>
          </w:tcPr>
          <w:p w14:paraId="473F27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Obs RMSE</w:t>
            </w:r>
          </w:p>
        </w:tc>
        <w:tc>
          <w:tcPr>
            <w:tcW w:w="1080" w:type="dxa"/>
          </w:tcPr>
          <w:p w14:paraId="5CD132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Imp Bias</w:t>
            </w:r>
          </w:p>
        </w:tc>
        <w:tc>
          <w:tcPr>
            <w:tcW w:w="1080" w:type="dxa"/>
          </w:tcPr>
          <w:p w14:paraId="609A25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Imp RMSE</w:t>
            </w:r>
          </w:p>
        </w:tc>
      </w:tr>
      <w:tr w:rsidR="002C4892" w:rsidRPr="00BB0F50" w14:paraId="416FAE3B" w14:textId="77777777">
        <w:tc>
          <w:tcPr>
            <w:tcW w:w="1080" w:type="dxa"/>
          </w:tcPr>
          <w:p w14:paraId="0CA463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1984D4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17D569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71431D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6D4B4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-70.82</w:t>
            </w:r>
          </w:p>
        </w:tc>
        <w:tc>
          <w:tcPr>
            <w:tcW w:w="1080" w:type="dxa"/>
          </w:tcPr>
          <w:p w14:paraId="19140A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72.72</w:t>
            </w:r>
          </w:p>
        </w:tc>
        <w:tc>
          <w:tcPr>
            <w:tcW w:w="1080" w:type="dxa"/>
          </w:tcPr>
          <w:p w14:paraId="30ECC8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9.39</w:t>
            </w:r>
          </w:p>
        </w:tc>
        <w:tc>
          <w:tcPr>
            <w:tcW w:w="1080" w:type="dxa"/>
          </w:tcPr>
          <w:p w14:paraId="06D200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13.25</w:t>
            </w:r>
          </w:p>
        </w:tc>
      </w:tr>
      <w:tr w:rsidR="002C4892" w:rsidRPr="00BB0F50" w14:paraId="6DCFC94A" w14:textId="77777777">
        <w:tc>
          <w:tcPr>
            <w:tcW w:w="1080" w:type="dxa"/>
          </w:tcPr>
          <w:p w14:paraId="747BE3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4FDA40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02E1F6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31AA66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120E7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-70.82</w:t>
            </w:r>
          </w:p>
        </w:tc>
        <w:tc>
          <w:tcPr>
            <w:tcW w:w="1080" w:type="dxa"/>
          </w:tcPr>
          <w:p w14:paraId="165004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72.72</w:t>
            </w:r>
          </w:p>
        </w:tc>
        <w:tc>
          <w:tcPr>
            <w:tcW w:w="1080" w:type="dxa"/>
          </w:tcPr>
          <w:p w14:paraId="16C1EF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9.59</w:t>
            </w:r>
          </w:p>
        </w:tc>
        <w:tc>
          <w:tcPr>
            <w:tcW w:w="1080" w:type="dxa"/>
          </w:tcPr>
          <w:p w14:paraId="28FC30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13.52</w:t>
            </w:r>
          </w:p>
        </w:tc>
      </w:tr>
      <w:tr w:rsidR="002C4892" w:rsidRPr="00BB0F50" w14:paraId="78954422" w14:textId="77777777">
        <w:tc>
          <w:tcPr>
            <w:tcW w:w="1080" w:type="dxa"/>
          </w:tcPr>
          <w:p w14:paraId="576A11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1B2EFB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748285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4E4ACB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66B77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-70.82</w:t>
            </w:r>
          </w:p>
        </w:tc>
        <w:tc>
          <w:tcPr>
            <w:tcW w:w="1080" w:type="dxa"/>
          </w:tcPr>
          <w:p w14:paraId="03DC23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72.72</w:t>
            </w:r>
          </w:p>
        </w:tc>
        <w:tc>
          <w:tcPr>
            <w:tcW w:w="1080" w:type="dxa"/>
          </w:tcPr>
          <w:p w14:paraId="2F483A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8.23</w:t>
            </w:r>
          </w:p>
        </w:tc>
        <w:tc>
          <w:tcPr>
            <w:tcW w:w="1080" w:type="dxa"/>
          </w:tcPr>
          <w:p w14:paraId="00F957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12.64</w:t>
            </w:r>
          </w:p>
        </w:tc>
      </w:tr>
      <w:tr w:rsidR="002C4892" w:rsidRPr="00BB0F50" w14:paraId="30F75DAC" w14:textId="77777777">
        <w:tc>
          <w:tcPr>
            <w:tcW w:w="1080" w:type="dxa"/>
          </w:tcPr>
          <w:p w14:paraId="1163BF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3AAE77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523273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749169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98EC7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-70.39</w:t>
            </w:r>
          </w:p>
        </w:tc>
        <w:tc>
          <w:tcPr>
            <w:tcW w:w="1080" w:type="dxa"/>
          </w:tcPr>
          <w:p w14:paraId="4589E8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72.31</w:t>
            </w:r>
          </w:p>
        </w:tc>
        <w:tc>
          <w:tcPr>
            <w:tcW w:w="1080" w:type="dxa"/>
          </w:tcPr>
          <w:p w14:paraId="56B6C6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8.47</w:t>
            </w:r>
          </w:p>
        </w:tc>
        <w:tc>
          <w:tcPr>
            <w:tcW w:w="1080" w:type="dxa"/>
          </w:tcPr>
          <w:p w14:paraId="3CE4CF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11.37</w:t>
            </w:r>
          </w:p>
        </w:tc>
      </w:tr>
      <w:tr w:rsidR="002C4892" w:rsidRPr="00BB0F50" w14:paraId="09880B6B" w14:textId="77777777">
        <w:tc>
          <w:tcPr>
            <w:tcW w:w="1080" w:type="dxa"/>
          </w:tcPr>
          <w:p w14:paraId="1CD162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27C572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5CBB1F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11BA90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D41A7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-70.82</w:t>
            </w:r>
          </w:p>
        </w:tc>
        <w:tc>
          <w:tcPr>
            <w:tcW w:w="1080" w:type="dxa"/>
          </w:tcPr>
          <w:p w14:paraId="1AD66B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72.72</w:t>
            </w:r>
          </w:p>
        </w:tc>
        <w:tc>
          <w:tcPr>
            <w:tcW w:w="1080" w:type="dxa"/>
          </w:tcPr>
          <w:p w14:paraId="2ED6B3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9.46</w:t>
            </w:r>
          </w:p>
        </w:tc>
        <w:tc>
          <w:tcPr>
            <w:tcW w:w="1080" w:type="dxa"/>
          </w:tcPr>
          <w:p w14:paraId="7DBAFC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13.38</w:t>
            </w:r>
          </w:p>
        </w:tc>
      </w:tr>
      <w:tr w:rsidR="002C4892" w:rsidRPr="00BB0F50" w14:paraId="1EE809DB" w14:textId="77777777">
        <w:tc>
          <w:tcPr>
            <w:tcW w:w="1080" w:type="dxa"/>
          </w:tcPr>
          <w:p w14:paraId="432AC0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5A258E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6DCD7B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7F00BA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9F146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-62.59</w:t>
            </w:r>
          </w:p>
        </w:tc>
        <w:tc>
          <w:tcPr>
            <w:tcW w:w="1080" w:type="dxa"/>
          </w:tcPr>
          <w:p w14:paraId="182888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65.48</w:t>
            </w:r>
          </w:p>
        </w:tc>
        <w:tc>
          <w:tcPr>
            <w:tcW w:w="1080" w:type="dxa"/>
          </w:tcPr>
          <w:p w14:paraId="65FA8E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10.72</w:t>
            </w:r>
          </w:p>
        </w:tc>
        <w:tc>
          <w:tcPr>
            <w:tcW w:w="1080" w:type="dxa"/>
          </w:tcPr>
          <w:p w14:paraId="58325B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14.28</w:t>
            </w:r>
          </w:p>
        </w:tc>
      </w:tr>
      <w:tr w:rsidR="002C4892" w:rsidRPr="00BB0F50" w14:paraId="5BECBF04" w14:textId="77777777">
        <w:tc>
          <w:tcPr>
            <w:tcW w:w="1080" w:type="dxa"/>
          </w:tcPr>
          <w:p w14:paraId="46CECE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06E184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14AB4B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A8D42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846B6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-62.59</w:t>
            </w:r>
          </w:p>
        </w:tc>
        <w:tc>
          <w:tcPr>
            <w:tcW w:w="1080" w:type="dxa"/>
          </w:tcPr>
          <w:p w14:paraId="7BDA55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65.48</w:t>
            </w:r>
          </w:p>
        </w:tc>
        <w:tc>
          <w:tcPr>
            <w:tcW w:w="1080" w:type="dxa"/>
          </w:tcPr>
          <w:p w14:paraId="02091D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10.64</w:t>
            </w:r>
          </w:p>
        </w:tc>
        <w:tc>
          <w:tcPr>
            <w:tcW w:w="1080" w:type="dxa"/>
          </w:tcPr>
          <w:p w14:paraId="32AAC2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13.87</w:t>
            </w:r>
          </w:p>
        </w:tc>
      </w:tr>
      <w:tr w:rsidR="002C4892" w:rsidRPr="00BB0F50" w14:paraId="0DF06FC8" w14:textId="77777777">
        <w:tc>
          <w:tcPr>
            <w:tcW w:w="1080" w:type="dxa"/>
          </w:tcPr>
          <w:p w14:paraId="2468F2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6927BC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347449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C3E7F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49EEA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-62.59</w:t>
            </w:r>
          </w:p>
        </w:tc>
        <w:tc>
          <w:tcPr>
            <w:tcW w:w="1080" w:type="dxa"/>
          </w:tcPr>
          <w:p w14:paraId="4F8F6E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65.48</w:t>
            </w:r>
          </w:p>
        </w:tc>
        <w:tc>
          <w:tcPr>
            <w:tcW w:w="1080" w:type="dxa"/>
          </w:tcPr>
          <w:p w14:paraId="4C895F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7.66</w:t>
            </w:r>
          </w:p>
        </w:tc>
        <w:tc>
          <w:tcPr>
            <w:tcW w:w="1080" w:type="dxa"/>
          </w:tcPr>
          <w:p w14:paraId="4D2134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13.41</w:t>
            </w:r>
          </w:p>
        </w:tc>
      </w:tr>
      <w:tr w:rsidR="002C4892" w:rsidRPr="00BB0F50" w14:paraId="3F731B6C" w14:textId="77777777">
        <w:tc>
          <w:tcPr>
            <w:tcW w:w="1080" w:type="dxa"/>
          </w:tcPr>
          <w:p w14:paraId="5BFD05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14CBC1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67DA8B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4619B8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63CFA1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-61.86</w:t>
            </w:r>
          </w:p>
        </w:tc>
        <w:tc>
          <w:tcPr>
            <w:tcW w:w="1080" w:type="dxa"/>
          </w:tcPr>
          <w:p w14:paraId="2F6799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64.80</w:t>
            </w:r>
          </w:p>
        </w:tc>
        <w:tc>
          <w:tcPr>
            <w:tcW w:w="1080" w:type="dxa"/>
          </w:tcPr>
          <w:p w14:paraId="34761F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7.47</w:t>
            </w:r>
          </w:p>
        </w:tc>
        <w:tc>
          <w:tcPr>
            <w:tcW w:w="1080" w:type="dxa"/>
          </w:tcPr>
          <w:p w14:paraId="32B0B0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10.53</w:t>
            </w:r>
          </w:p>
        </w:tc>
      </w:tr>
      <w:tr w:rsidR="002C4892" w:rsidRPr="00BB0F50" w14:paraId="3B960E9B" w14:textId="77777777">
        <w:tc>
          <w:tcPr>
            <w:tcW w:w="1080" w:type="dxa"/>
          </w:tcPr>
          <w:p w14:paraId="3DEFC9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33051C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661BEA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801F3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DEBF0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-62.59</w:t>
            </w:r>
          </w:p>
        </w:tc>
        <w:tc>
          <w:tcPr>
            <w:tcW w:w="1080" w:type="dxa"/>
          </w:tcPr>
          <w:p w14:paraId="3F80F0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65.48</w:t>
            </w:r>
          </w:p>
        </w:tc>
        <w:tc>
          <w:tcPr>
            <w:tcW w:w="1080" w:type="dxa"/>
          </w:tcPr>
          <w:p w14:paraId="508C33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10.57</w:t>
            </w:r>
          </w:p>
        </w:tc>
        <w:tc>
          <w:tcPr>
            <w:tcW w:w="1080" w:type="dxa"/>
          </w:tcPr>
          <w:p w14:paraId="2D9B58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14.19</w:t>
            </w:r>
          </w:p>
        </w:tc>
      </w:tr>
      <w:tr w:rsidR="002C4892" w:rsidRPr="00BB0F50" w14:paraId="5FA1034A" w14:textId="77777777">
        <w:tc>
          <w:tcPr>
            <w:tcW w:w="1080" w:type="dxa"/>
          </w:tcPr>
          <w:p w14:paraId="06BB2B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557AC3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61A750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6AD9C1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EE477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-51.95</w:t>
            </w:r>
          </w:p>
        </w:tc>
        <w:tc>
          <w:tcPr>
            <w:tcW w:w="1080" w:type="dxa"/>
          </w:tcPr>
          <w:p w14:paraId="5DCE10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56.49</w:t>
            </w:r>
          </w:p>
        </w:tc>
        <w:tc>
          <w:tcPr>
            <w:tcW w:w="1080" w:type="dxa"/>
          </w:tcPr>
          <w:p w14:paraId="4565E8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8.06</w:t>
            </w:r>
          </w:p>
        </w:tc>
        <w:tc>
          <w:tcPr>
            <w:tcW w:w="1080" w:type="dxa"/>
          </w:tcPr>
          <w:p w14:paraId="718D95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12.59</w:t>
            </w:r>
          </w:p>
        </w:tc>
      </w:tr>
      <w:tr w:rsidR="002C4892" w:rsidRPr="00BB0F50" w14:paraId="5EC2334B" w14:textId="77777777">
        <w:tc>
          <w:tcPr>
            <w:tcW w:w="1080" w:type="dxa"/>
          </w:tcPr>
          <w:p w14:paraId="3F0818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</w:t>
            </w:r>
            <w:r w:rsidRPr="00BB0F50">
              <w:rPr>
                <w:sz w:val="24"/>
                <w:szCs w:val="24"/>
              </w:rPr>
              <w:lastRenderedPageBreak/>
              <w:t>driven</w:t>
            </w:r>
          </w:p>
        </w:tc>
        <w:tc>
          <w:tcPr>
            <w:tcW w:w="1080" w:type="dxa"/>
          </w:tcPr>
          <w:p w14:paraId="349579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cal5</w:t>
            </w:r>
          </w:p>
        </w:tc>
        <w:tc>
          <w:tcPr>
            <w:tcW w:w="1080" w:type="dxa"/>
          </w:tcPr>
          <w:p w14:paraId="656032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366DD6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ED720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-51.95</w:t>
            </w:r>
          </w:p>
        </w:tc>
        <w:tc>
          <w:tcPr>
            <w:tcW w:w="1080" w:type="dxa"/>
          </w:tcPr>
          <w:p w14:paraId="0E1676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56.49</w:t>
            </w:r>
          </w:p>
        </w:tc>
        <w:tc>
          <w:tcPr>
            <w:tcW w:w="1080" w:type="dxa"/>
          </w:tcPr>
          <w:p w14:paraId="0ED43B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7.85</w:t>
            </w:r>
          </w:p>
        </w:tc>
        <w:tc>
          <w:tcPr>
            <w:tcW w:w="1080" w:type="dxa"/>
          </w:tcPr>
          <w:p w14:paraId="7EF381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12.18</w:t>
            </w:r>
          </w:p>
        </w:tc>
      </w:tr>
      <w:tr w:rsidR="002C4892" w:rsidRPr="00BB0F50" w14:paraId="7D666E2A" w14:textId="77777777">
        <w:tc>
          <w:tcPr>
            <w:tcW w:w="1080" w:type="dxa"/>
          </w:tcPr>
          <w:p w14:paraId="5B36AA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5B3E6D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050C67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47F624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8D38E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-51.95</w:t>
            </w:r>
          </w:p>
        </w:tc>
        <w:tc>
          <w:tcPr>
            <w:tcW w:w="1080" w:type="dxa"/>
          </w:tcPr>
          <w:p w14:paraId="77145F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56.49</w:t>
            </w:r>
          </w:p>
        </w:tc>
        <w:tc>
          <w:tcPr>
            <w:tcW w:w="1080" w:type="dxa"/>
          </w:tcPr>
          <w:p w14:paraId="63A672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3.90</w:t>
            </w:r>
          </w:p>
        </w:tc>
        <w:tc>
          <w:tcPr>
            <w:tcW w:w="1080" w:type="dxa"/>
          </w:tcPr>
          <w:p w14:paraId="037D6A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12.94</w:t>
            </w:r>
          </w:p>
        </w:tc>
      </w:tr>
      <w:tr w:rsidR="002C4892" w:rsidRPr="00BB0F50" w14:paraId="225ADD21" w14:textId="77777777">
        <w:tc>
          <w:tcPr>
            <w:tcW w:w="1080" w:type="dxa"/>
          </w:tcPr>
          <w:p w14:paraId="5D9D2F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7227BD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799103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4B2FAB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7ECC44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-50.95</w:t>
            </w:r>
          </w:p>
        </w:tc>
        <w:tc>
          <w:tcPr>
            <w:tcW w:w="1080" w:type="dxa"/>
          </w:tcPr>
          <w:p w14:paraId="7D6429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55.48</w:t>
            </w:r>
          </w:p>
        </w:tc>
        <w:tc>
          <w:tcPr>
            <w:tcW w:w="1080" w:type="dxa"/>
          </w:tcPr>
          <w:p w14:paraId="0691D3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4.04</w:t>
            </w:r>
          </w:p>
        </w:tc>
        <w:tc>
          <w:tcPr>
            <w:tcW w:w="1080" w:type="dxa"/>
          </w:tcPr>
          <w:p w14:paraId="237A35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9.16</w:t>
            </w:r>
          </w:p>
        </w:tc>
      </w:tr>
      <w:tr w:rsidR="002C4892" w:rsidRPr="00BB0F50" w14:paraId="1485AF46" w14:textId="77777777">
        <w:tc>
          <w:tcPr>
            <w:tcW w:w="1080" w:type="dxa"/>
          </w:tcPr>
          <w:p w14:paraId="12E209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04A22D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5CBB07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0E1386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E0DC7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-51.95</w:t>
            </w:r>
          </w:p>
        </w:tc>
        <w:tc>
          <w:tcPr>
            <w:tcW w:w="1080" w:type="dxa"/>
          </w:tcPr>
          <w:p w14:paraId="11BAC4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56.49</w:t>
            </w:r>
          </w:p>
        </w:tc>
        <w:tc>
          <w:tcPr>
            <w:tcW w:w="1080" w:type="dxa"/>
          </w:tcPr>
          <w:p w14:paraId="4521BA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8.10</w:t>
            </w:r>
          </w:p>
        </w:tc>
        <w:tc>
          <w:tcPr>
            <w:tcW w:w="1080" w:type="dxa"/>
          </w:tcPr>
          <w:p w14:paraId="39F8B0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12.73</w:t>
            </w:r>
          </w:p>
        </w:tc>
      </w:tr>
      <w:tr w:rsidR="002C4892" w:rsidRPr="00BB0F50" w14:paraId="5E49425D" w14:textId="77777777">
        <w:tc>
          <w:tcPr>
            <w:tcW w:w="1080" w:type="dxa"/>
          </w:tcPr>
          <w:p w14:paraId="67A1C2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43BA4E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5D7171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64229C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ECAF8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-17.12</w:t>
            </w:r>
          </w:p>
        </w:tc>
        <w:tc>
          <w:tcPr>
            <w:tcW w:w="1080" w:type="dxa"/>
          </w:tcPr>
          <w:p w14:paraId="6BAEC7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25.66</w:t>
            </w:r>
          </w:p>
        </w:tc>
        <w:tc>
          <w:tcPr>
            <w:tcW w:w="1080" w:type="dxa"/>
          </w:tcPr>
          <w:p w14:paraId="2B1C67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-1.76</w:t>
            </w:r>
          </w:p>
        </w:tc>
        <w:tc>
          <w:tcPr>
            <w:tcW w:w="1080" w:type="dxa"/>
          </w:tcPr>
          <w:p w14:paraId="7BBEB5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7.55</w:t>
            </w:r>
          </w:p>
        </w:tc>
      </w:tr>
      <w:tr w:rsidR="002C4892" w:rsidRPr="00BB0F50" w14:paraId="22E240E7" w14:textId="77777777">
        <w:tc>
          <w:tcPr>
            <w:tcW w:w="1080" w:type="dxa"/>
          </w:tcPr>
          <w:p w14:paraId="3B83C1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48AFA5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157C58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5E4D88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F8833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-17.12</w:t>
            </w:r>
          </w:p>
        </w:tc>
        <w:tc>
          <w:tcPr>
            <w:tcW w:w="1080" w:type="dxa"/>
          </w:tcPr>
          <w:p w14:paraId="072B4A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25.66</w:t>
            </w:r>
          </w:p>
        </w:tc>
        <w:tc>
          <w:tcPr>
            <w:tcW w:w="1080" w:type="dxa"/>
          </w:tcPr>
          <w:p w14:paraId="22D11F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-1.82</w:t>
            </w:r>
          </w:p>
        </w:tc>
        <w:tc>
          <w:tcPr>
            <w:tcW w:w="1080" w:type="dxa"/>
          </w:tcPr>
          <w:p w14:paraId="4BA5636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7.61</w:t>
            </w:r>
          </w:p>
        </w:tc>
      </w:tr>
      <w:tr w:rsidR="002C4892" w:rsidRPr="00BB0F50" w14:paraId="6D7FD0B3" w14:textId="77777777">
        <w:tc>
          <w:tcPr>
            <w:tcW w:w="1080" w:type="dxa"/>
          </w:tcPr>
          <w:p w14:paraId="5CE0AE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328F0F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354B59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26C339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A7038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-17.12</w:t>
            </w:r>
          </w:p>
        </w:tc>
        <w:tc>
          <w:tcPr>
            <w:tcW w:w="1080" w:type="dxa"/>
          </w:tcPr>
          <w:p w14:paraId="2E45E0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25.66</w:t>
            </w:r>
          </w:p>
        </w:tc>
        <w:tc>
          <w:tcPr>
            <w:tcW w:w="1080" w:type="dxa"/>
          </w:tcPr>
          <w:p w14:paraId="49BAC6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-3.02</w:t>
            </w:r>
          </w:p>
        </w:tc>
        <w:tc>
          <w:tcPr>
            <w:tcW w:w="1080" w:type="dxa"/>
          </w:tcPr>
          <w:p w14:paraId="1D6CAE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9.34</w:t>
            </w:r>
          </w:p>
        </w:tc>
      </w:tr>
      <w:tr w:rsidR="002C4892" w:rsidRPr="00BB0F50" w14:paraId="08F08359" w14:textId="77777777">
        <w:tc>
          <w:tcPr>
            <w:tcW w:w="1080" w:type="dxa"/>
          </w:tcPr>
          <w:p w14:paraId="5B7666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685959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46D393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3DD257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497E6F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-15.97</w:t>
            </w:r>
          </w:p>
        </w:tc>
        <w:tc>
          <w:tcPr>
            <w:tcW w:w="1080" w:type="dxa"/>
          </w:tcPr>
          <w:p w14:paraId="12890F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24.67</w:t>
            </w:r>
          </w:p>
        </w:tc>
        <w:tc>
          <w:tcPr>
            <w:tcW w:w="1080" w:type="dxa"/>
          </w:tcPr>
          <w:p w14:paraId="2F1D73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-2.99</w:t>
            </w:r>
          </w:p>
        </w:tc>
        <w:tc>
          <w:tcPr>
            <w:tcW w:w="1080" w:type="dxa"/>
          </w:tcPr>
          <w:p w14:paraId="17EA0C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6.45</w:t>
            </w:r>
          </w:p>
        </w:tc>
      </w:tr>
      <w:tr w:rsidR="002C4892" w:rsidRPr="00BB0F50" w14:paraId="214A4454" w14:textId="77777777">
        <w:tc>
          <w:tcPr>
            <w:tcW w:w="1080" w:type="dxa"/>
          </w:tcPr>
          <w:p w14:paraId="0DEBA6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244E2D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64096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6E405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4C0C4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-17.12</w:t>
            </w:r>
          </w:p>
        </w:tc>
        <w:tc>
          <w:tcPr>
            <w:tcW w:w="1080" w:type="dxa"/>
          </w:tcPr>
          <w:p w14:paraId="724024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25.66</w:t>
            </w:r>
          </w:p>
        </w:tc>
        <w:tc>
          <w:tcPr>
            <w:tcW w:w="1080" w:type="dxa"/>
          </w:tcPr>
          <w:p w14:paraId="21B577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-1.82</w:t>
            </w:r>
          </w:p>
        </w:tc>
        <w:tc>
          <w:tcPr>
            <w:tcW w:w="1080" w:type="dxa"/>
          </w:tcPr>
          <w:p w14:paraId="49AD88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7.51</w:t>
            </w:r>
          </w:p>
        </w:tc>
      </w:tr>
      <w:tr w:rsidR="002C4892" w:rsidRPr="00BB0F50" w14:paraId="7E639993" w14:textId="77777777">
        <w:tc>
          <w:tcPr>
            <w:tcW w:w="1080" w:type="dxa"/>
          </w:tcPr>
          <w:p w14:paraId="392C14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6B2B63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7A9011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04097F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B742B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-5.57</w:t>
            </w:r>
          </w:p>
        </w:tc>
        <w:tc>
          <w:tcPr>
            <w:tcW w:w="1080" w:type="dxa"/>
          </w:tcPr>
          <w:p w14:paraId="32C5E4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11.75</w:t>
            </w:r>
          </w:p>
        </w:tc>
        <w:tc>
          <w:tcPr>
            <w:tcW w:w="1080" w:type="dxa"/>
          </w:tcPr>
          <w:p w14:paraId="6CD39F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-1.90</w:t>
            </w:r>
          </w:p>
        </w:tc>
        <w:tc>
          <w:tcPr>
            <w:tcW w:w="1080" w:type="dxa"/>
          </w:tcPr>
          <w:p w14:paraId="0D973F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4.78</w:t>
            </w:r>
          </w:p>
        </w:tc>
      </w:tr>
      <w:tr w:rsidR="002C4892" w:rsidRPr="00BB0F50" w14:paraId="13A57455" w14:textId="77777777">
        <w:tc>
          <w:tcPr>
            <w:tcW w:w="1080" w:type="dxa"/>
          </w:tcPr>
          <w:p w14:paraId="4E0796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141B62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79B0C8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E16C1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A0603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-5.57</w:t>
            </w:r>
          </w:p>
        </w:tc>
        <w:tc>
          <w:tcPr>
            <w:tcW w:w="1080" w:type="dxa"/>
          </w:tcPr>
          <w:p w14:paraId="73D26D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11.75</w:t>
            </w:r>
          </w:p>
        </w:tc>
        <w:tc>
          <w:tcPr>
            <w:tcW w:w="1080" w:type="dxa"/>
          </w:tcPr>
          <w:p w14:paraId="6AB8E0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-1.92</w:t>
            </w:r>
          </w:p>
        </w:tc>
        <w:tc>
          <w:tcPr>
            <w:tcW w:w="1080" w:type="dxa"/>
          </w:tcPr>
          <w:p w14:paraId="517BC0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4.78</w:t>
            </w:r>
          </w:p>
        </w:tc>
      </w:tr>
      <w:tr w:rsidR="002C4892" w:rsidRPr="00BB0F50" w14:paraId="7DC86302" w14:textId="77777777">
        <w:tc>
          <w:tcPr>
            <w:tcW w:w="1080" w:type="dxa"/>
          </w:tcPr>
          <w:p w14:paraId="4D6C9C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5AC62A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7F4F8B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299750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CE843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-5.57</w:t>
            </w:r>
          </w:p>
        </w:tc>
        <w:tc>
          <w:tcPr>
            <w:tcW w:w="1080" w:type="dxa"/>
          </w:tcPr>
          <w:p w14:paraId="656B66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11.75</w:t>
            </w:r>
          </w:p>
        </w:tc>
        <w:tc>
          <w:tcPr>
            <w:tcW w:w="1080" w:type="dxa"/>
          </w:tcPr>
          <w:p w14:paraId="645286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-2.17</w:t>
            </w:r>
          </w:p>
        </w:tc>
        <w:tc>
          <w:tcPr>
            <w:tcW w:w="1080" w:type="dxa"/>
          </w:tcPr>
          <w:p w14:paraId="4CFC15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5.92</w:t>
            </w:r>
          </w:p>
        </w:tc>
      </w:tr>
      <w:tr w:rsidR="002C4892" w:rsidRPr="00BB0F50" w14:paraId="1B4C9A49" w14:textId="77777777">
        <w:tc>
          <w:tcPr>
            <w:tcW w:w="1080" w:type="dxa"/>
          </w:tcPr>
          <w:p w14:paraId="0B8B42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787D75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001EE9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3CDEEA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4EE9DB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-5.24</w:t>
            </w:r>
          </w:p>
        </w:tc>
        <w:tc>
          <w:tcPr>
            <w:tcW w:w="1080" w:type="dxa"/>
          </w:tcPr>
          <w:p w14:paraId="7C8D31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11.26</w:t>
            </w:r>
          </w:p>
        </w:tc>
        <w:tc>
          <w:tcPr>
            <w:tcW w:w="1080" w:type="dxa"/>
          </w:tcPr>
          <w:p w14:paraId="4FB82E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-2.01</w:t>
            </w:r>
          </w:p>
        </w:tc>
        <w:tc>
          <w:tcPr>
            <w:tcW w:w="1080" w:type="dxa"/>
          </w:tcPr>
          <w:p w14:paraId="67D96D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4.61</w:t>
            </w:r>
          </w:p>
        </w:tc>
      </w:tr>
      <w:tr w:rsidR="002C4892" w:rsidRPr="00BB0F50" w14:paraId="135F6BF3" w14:textId="77777777">
        <w:tc>
          <w:tcPr>
            <w:tcW w:w="1080" w:type="dxa"/>
          </w:tcPr>
          <w:p w14:paraId="64C790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CAL-driven</w:t>
            </w:r>
          </w:p>
        </w:tc>
        <w:tc>
          <w:tcPr>
            <w:tcW w:w="1080" w:type="dxa"/>
          </w:tcPr>
          <w:p w14:paraId="5708F2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0D46A0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699173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C0479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-5.57</w:t>
            </w:r>
          </w:p>
        </w:tc>
        <w:tc>
          <w:tcPr>
            <w:tcW w:w="1080" w:type="dxa"/>
          </w:tcPr>
          <w:p w14:paraId="22A4CA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11.75</w:t>
            </w:r>
          </w:p>
        </w:tc>
        <w:tc>
          <w:tcPr>
            <w:tcW w:w="1080" w:type="dxa"/>
          </w:tcPr>
          <w:p w14:paraId="26FE53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-1.95</w:t>
            </w:r>
          </w:p>
        </w:tc>
        <w:tc>
          <w:tcPr>
            <w:tcW w:w="1080" w:type="dxa"/>
          </w:tcPr>
          <w:p w14:paraId="05CFE3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4.86</w:t>
            </w:r>
          </w:p>
        </w:tc>
      </w:tr>
      <w:tr w:rsidR="002C4892" w:rsidRPr="00BB0F50" w14:paraId="2E28532F" w14:textId="77777777">
        <w:tc>
          <w:tcPr>
            <w:tcW w:w="1080" w:type="dxa"/>
          </w:tcPr>
          <w:p w14:paraId="4EBD10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</w:t>
            </w:r>
            <w:r w:rsidRPr="00BB0F50">
              <w:rPr>
                <w:sz w:val="24"/>
                <w:szCs w:val="24"/>
              </w:rPr>
              <w:lastRenderedPageBreak/>
              <w:t>driven</w:t>
            </w:r>
          </w:p>
        </w:tc>
        <w:tc>
          <w:tcPr>
            <w:tcW w:w="1080" w:type="dxa"/>
          </w:tcPr>
          <w:p w14:paraId="463E86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cal3</w:t>
            </w:r>
          </w:p>
        </w:tc>
        <w:tc>
          <w:tcPr>
            <w:tcW w:w="1080" w:type="dxa"/>
          </w:tcPr>
          <w:p w14:paraId="67CDC1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5B9839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9F29D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-82.17</w:t>
            </w:r>
          </w:p>
        </w:tc>
        <w:tc>
          <w:tcPr>
            <w:tcW w:w="1080" w:type="dxa"/>
          </w:tcPr>
          <w:p w14:paraId="6B91FD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83.61</w:t>
            </w:r>
          </w:p>
        </w:tc>
        <w:tc>
          <w:tcPr>
            <w:tcW w:w="1080" w:type="dxa"/>
          </w:tcPr>
          <w:p w14:paraId="5AB770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7.53</w:t>
            </w:r>
          </w:p>
        </w:tc>
        <w:tc>
          <w:tcPr>
            <w:tcW w:w="1080" w:type="dxa"/>
          </w:tcPr>
          <w:p w14:paraId="4A6C0C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10.82</w:t>
            </w:r>
          </w:p>
        </w:tc>
      </w:tr>
      <w:tr w:rsidR="002C4892" w:rsidRPr="00BB0F50" w14:paraId="44997D4B" w14:textId="77777777">
        <w:tc>
          <w:tcPr>
            <w:tcW w:w="1080" w:type="dxa"/>
          </w:tcPr>
          <w:p w14:paraId="5C0BEC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508BD7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1FCC6A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02C93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918E3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-82.17</w:t>
            </w:r>
          </w:p>
        </w:tc>
        <w:tc>
          <w:tcPr>
            <w:tcW w:w="1080" w:type="dxa"/>
          </w:tcPr>
          <w:p w14:paraId="5AEEA1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83.61</w:t>
            </w:r>
          </w:p>
        </w:tc>
        <w:tc>
          <w:tcPr>
            <w:tcW w:w="1080" w:type="dxa"/>
          </w:tcPr>
          <w:p w14:paraId="0FB1A0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7.56</w:t>
            </w:r>
          </w:p>
        </w:tc>
        <w:tc>
          <w:tcPr>
            <w:tcW w:w="1080" w:type="dxa"/>
          </w:tcPr>
          <w:p w14:paraId="2C689E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10.64</w:t>
            </w:r>
          </w:p>
        </w:tc>
      </w:tr>
      <w:tr w:rsidR="002C4892" w:rsidRPr="00BB0F50" w14:paraId="01C720AA" w14:textId="77777777">
        <w:tc>
          <w:tcPr>
            <w:tcW w:w="1080" w:type="dxa"/>
          </w:tcPr>
          <w:p w14:paraId="4F6890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96AE2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147176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5FE9A7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1C0EC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-82.17</w:t>
            </w:r>
          </w:p>
        </w:tc>
        <w:tc>
          <w:tcPr>
            <w:tcW w:w="1080" w:type="dxa"/>
          </w:tcPr>
          <w:p w14:paraId="01345C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83.61</w:t>
            </w:r>
          </w:p>
        </w:tc>
        <w:tc>
          <w:tcPr>
            <w:tcW w:w="1080" w:type="dxa"/>
          </w:tcPr>
          <w:p w14:paraId="50CB4B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5.59</w:t>
            </w:r>
          </w:p>
        </w:tc>
        <w:tc>
          <w:tcPr>
            <w:tcW w:w="1080" w:type="dxa"/>
          </w:tcPr>
          <w:p w14:paraId="221459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10.56</w:t>
            </w:r>
          </w:p>
        </w:tc>
      </w:tr>
      <w:tr w:rsidR="002C4892" w:rsidRPr="00BB0F50" w14:paraId="746EC53A" w14:textId="77777777">
        <w:tc>
          <w:tcPr>
            <w:tcW w:w="1080" w:type="dxa"/>
          </w:tcPr>
          <w:p w14:paraId="4F3CDC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6CF30D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435787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0FE810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54CEB1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-82.83</w:t>
            </w:r>
          </w:p>
        </w:tc>
        <w:tc>
          <w:tcPr>
            <w:tcW w:w="1080" w:type="dxa"/>
          </w:tcPr>
          <w:p w14:paraId="186D3D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84.31</w:t>
            </w:r>
          </w:p>
        </w:tc>
        <w:tc>
          <w:tcPr>
            <w:tcW w:w="1080" w:type="dxa"/>
          </w:tcPr>
          <w:p w14:paraId="31CF49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5.74</w:t>
            </w:r>
          </w:p>
        </w:tc>
        <w:tc>
          <w:tcPr>
            <w:tcW w:w="1080" w:type="dxa"/>
          </w:tcPr>
          <w:p w14:paraId="7851C7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8.75</w:t>
            </w:r>
          </w:p>
        </w:tc>
      </w:tr>
      <w:tr w:rsidR="002C4892" w:rsidRPr="00BB0F50" w14:paraId="46580FE8" w14:textId="77777777">
        <w:tc>
          <w:tcPr>
            <w:tcW w:w="1080" w:type="dxa"/>
          </w:tcPr>
          <w:p w14:paraId="589139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566657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2F3DCF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715F8A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943AA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-82.17</w:t>
            </w:r>
          </w:p>
        </w:tc>
        <w:tc>
          <w:tcPr>
            <w:tcW w:w="1080" w:type="dxa"/>
          </w:tcPr>
          <w:p w14:paraId="33F949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83.61</w:t>
            </w:r>
          </w:p>
        </w:tc>
        <w:tc>
          <w:tcPr>
            <w:tcW w:w="1080" w:type="dxa"/>
          </w:tcPr>
          <w:p w14:paraId="7D8B92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7.44</w:t>
            </w:r>
          </w:p>
        </w:tc>
        <w:tc>
          <w:tcPr>
            <w:tcW w:w="1080" w:type="dxa"/>
          </w:tcPr>
          <w:p w14:paraId="6E8A2F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10.81</w:t>
            </w:r>
          </w:p>
        </w:tc>
      </w:tr>
      <w:tr w:rsidR="002C4892" w:rsidRPr="00BB0F50" w14:paraId="22BB097A" w14:textId="77777777">
        <w:tc>
          <w:tcPr>
            <w:tcW w:w="1080" w:type="dxa"/>
          </w:tcPr>
          <w:p w14:paraId="3B6701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9B87E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35DCAB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6DB53F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D5253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-72.01</w:t>
            </w:r>
          </w:p>
        </w:tc>
        <w:tc>
          <w:tcPr>
            <w:tcW w:w="1080" w:type="dxa"/>
          </w:tcPr>
          <w:p w14:paraId="3A6825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74.32</w:t>
            </w:r>
          </w:p>
        </w:tc>
        <w:tc>
          <w:tcPr>
            <w:tcW w:w="1080" w:type="dxa"/>
          </w:tcPr>
          <w:p w14:paraId="488194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9.54</w:t>
            </w:r>
          </w:p>
        </w:tc>
        <w:tc>
          <w:tcPr>
            <w:tcW w:w="1080" w:type="dxa"/>
          </w:tcPr>
          <w:p w14:paraId="2E30D7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13.75</w:t>
            </w:r>
          </w:p>
        </w:tc>
      </w:tr>
      <w:tr w:rsidR="002C4892" w:rsidRPr="00BB0F50" w14:paraId="1988122F" w14:textId="77777777">
        <w:tc>
          <w:tcPr>
            <w:tcW w:w="1080" w:type="dxa"/>
          </w:tcPr>
          <w:p w14:paraId="7C674F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224FCB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6A33A0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599866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69221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-72.01</w:t>
            </w:r>
          </w:p>
        </w:tc>
        <w:tc>
          <w:tcPr>
            <w:tcW w:w="1080" w:type="dxa"/>
          </w:tcPr>
          <w:p w14:paraId="6F166A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74.32</w:t>
            </w:r>
          </w:p>
        </w:tc>
        <w:tc>
          <w:tcPr>
            <w:tcW w:w="1080" w:type="dxa"/>
          </w:tcPr>
          <w:p w14:paraId="49F0B9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9.33</w:t>
            </w:r>
          </w:p>
        </w:tc>
        <w:tc>
          <w:tcPr>
            <w:tcW w:w="1080" w:type="dxa"/>
          </w:tcPr>
          <w:p w14:paraId="3309C9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13.18</w:t>
            </w:r>
          </w:p>
        </w:tc>
      </w:tr>
      <w:tr w:rsidR="002C4892" w:rsidRPr="00BB0F50" w14:paraId="54C9E404" w14:textId="77777777">
        <w:tc>
          <w:tcPr>
            <w:tcW w:w="1080" w:type="dxa"/>
          </w:tcPr>
          <w:p w14:paraId="142E44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4E06E1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791446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19E0E3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380D6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-72.01</w:t>
            </w:r>
          </w:p>
        </w:tc>
        <w:tc>
          <w:tcPr>
            <w:tcW w:w="1080" w:type="dxa"/>
          </w:tcPr>
          <w:p w14:paraId="60C08E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74.32</w:t>
            </w:r>
          </w:p>
        </w:tc>
        <w:tc>
          <w:tcPr>
            <w:tcW w:w="1080" w:type="dxa"/>
          </w:tcPr>
          <w:p w14:paraId="562B25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5.51</w:t>
            </w:r>
          </w:p>
        </w:tc>
        <w:tc>
          <w:tcPr>
            <w:tcW w:w="1080" w:type="dxa"/>
          </w:tcPr>
          <w:p w14:paraId="50512A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13.47</w:t>
            </w:r>
          </w:p>
        </w:tc>
      </w:tr>
      <w:tr w:rsidR="002C4892" w:rsidRPr="00BB0F50" w14:paraId="15A4FB28" w14:textId="77777777">
        <w:tc>
          <w:tcPr>
            <w:tcW w:w="1080" w:type="dxa"/>
          </w:tcPr>
          <w:p w14:paraId="603D57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2C601D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7E524F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36C474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29C49C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-72.13</w:t>
            </w:r>
          </w:p>
        </w:tc>
        <w:tc>
          <w:tcPr>
            <w:tcW w:w="1080" w:type="dxa"/>
          </w:tcPr>
          <w:p w14:paraId="76B6AB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74.60</w:t>
            </w:r>
          </w:p>
        </w:tc>
        <w:tc>
          <w:tcPr>
            <w:tcW w:w="1080" w:type="dxa"/>
          </w:tcPr>
          <w:p w14:paraId="58E33A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5.61</w:t>
            </w:r>
          </w:p>
        </w:tc>
        <w:tc>
          <w:tcPr>
            <w:tcW w:w="1080" w:type="dxa"/>
          </w:tcPr>
          <w:p w14:paraId="204BC3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10.36</w:t>
            </w:r>
          </w:p>
        </w:tc>
      </w:tr>
      <w:tr w:rsidR="002C4892" w:rsidRPr="00BB0F50" w14:paraId="4F34A6A7" w14:textId="77777777">
        <w:tc>
          <w:tcPr>
            <w:tcW w:w="1080" w:type="dxa"/>
          </w:tcPr>
          <w:p w14:paraId="7543DE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47AEA0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1148F9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379C48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1A6D7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-72.01</w:t>
            </w:r>
          </w:p>
        </w:tc>
        <w:tc>
          <w:tcPr>
            <w:tcW w:w="1080" w:type="dxa"/>
          </w:tcPr>
          <w:p w14:paraId="789ECD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74.32</w:t>
            </w:r>
          </w:p>
        </w:tc>
        <w:tc>
          <w:tcPr>
            <w:tcW w:w="1080" w:type="dxa"/>
          </w:tcPr>
          <w:p w14:paraId="7F3B1B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9.43</w:t>
            </w:r>
          </w:p>
        </w:tc>
        <w:tc>
          <w:tcPr>
            <w:tcW w:w="1080" w:type="dxa"/>
          </w:tcPr>
          <w:p w14:paraId="199DA0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13.93</w:t>
            </w:r>
          </w:p>
        </w:tc>
      </w:tr>
      <w:tr w:rsidR="002C4892" w:rsidRPr="00BB0F50" w14:paraId="13BA02A0" w14:textId="77777777">
        <w:tc>
          <w:tcPr>
            <w:tcW w:w="1080" w:type="dxa"/>
          </w:tcPr>
          <w:p w14:paraId="31EA31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00829D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2DDAD4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3F0D2C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77ECD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-58.85</w:t>
            </w:r>
          </w:p>
        </w:tc>
        <w:tc>
          <w:tcPr>
            <w:tcW w:w="1080" w:type="dxa"/>
          </w:tcPr>
          <w:p w14:paraId="5692F4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62.80</w:t>
            </w:r>
          </w:p>
        </w:tc>
        <w:tc>
          <w:tcPr>
            <w:tcW w:w="1080" w:type="dxa"/>
          </w:tcPr>
          <w:p w14:paraId="5EBB67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8.21</w:t>
            </w:r>
          </w:p>
        </w:tc>
        <w:tc>
          <w:tcPr>
            <w:tcW w:w="1080" w:type="dxa"/>
          </w:tcPr>
          <w:p w14:paraId="568A53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14.05</w:t>
            </w:r>
          </w:p>
        </w:tc>
      </w:tr>
      <w:tr w:rsidR="002C4892" w:rsidRPr="00BB0F50" w14:paraId="0313D81A" w14:textId="77777777">
        <w:tc>
          <w:tcPr>
            <w:tcW w:w="1080" w:type="dxa"/>
          </w:tcPr>
          <w:p w14:paraId="62036C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386AE7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78514D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62158F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02337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-58.85</w:t>
            </w:r>
          </w:p>
        </w:tc>
        <w:tc>
          <w:tcPr>
            <w:tcW w:w="1080" w:type="dxa"/>
          </w:tcPr>
          <w:p w14:paraId="120A59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62.80</w:t>
            </w:r>
          </w:p>
        </w:tc>
        <w:tc>
          <w:tcPr>
            <w:tcW w:w="1080" w:type="dxa"/>
          </w:tcPr>
          <w:p w14:paraId="320BFA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7.79</w:t>
            </w:r>
          </w:p>
        </w:tc>
        <w:tc>
          <w:tcPr>
            <w:tcW w:w="1080" w:type="dxa"/>
          </w:tcPr>
          <w:p w14:paraId="1096C5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13.44</w:t>
            </w:r>
          </w:p>
        </w:tc>
      </w:tr>
      <w:tr w:rsidR="002C4892" w:rsidRPr="00BB0F50" w14:paraId="164D252F" w14:textId="77777777">
        <w:tc>
          <w:tcPr>
            <w:tcW w:w="1080" w:type="dxa"/>
          </w:tcPr>
          <w:p w14:paraId="2B5621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225502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325066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518445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A73AB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-58.85</w:t>
            </w:r>
          </w:p>
        </w:tc>
        <w:tc>
          <w:tcPr>
            <w:tcW w:w="1080" w:type="dxa"/>
          </w:tcPr>
          <w:p w14:paraId="227765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62.80</w:t>
            </w:r>
          </w:p>
        </w:tc>
        <w:tc>
          <w:tcPr>
            <w:tcW w:w="1080" w:type="dxa"/>
          </w:tcPr>
          <w:p w14:paraId="598C18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3.02</w:t>
            </w:r>
          </w:p>
        </w:tc>
        <w:tc>
          <w:tcPr>
            <w:tcW w:w="1080" w:type="dxa"/>
          </w:tcPr>
          <w:p w14:paraId="6E8242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14.74</w:t>
            </w:r>
          </w:p>
        </w:tc>
      </w:tr>
      <w:tr w:rsidR="002C4892" w:rsidRPr="00BB0F50" w14:paraId="1BDF5521" w14:textId="77777777">
        <w:tc>
          <w:tcPr>
            <w:tcW w:w="1080" w:type="dxa"/>
          </w:tcPr>
          <w:p w14:paraId="289835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2453B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65143F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54C3C1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74D95A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-58.42</w:t>
            </w:r>
          </w:p>
        </w:tc>
        <w:tc>
          <w:tcPr>
            <w:tcW w:w="1080" w:type="dxa"/>
          </w:tcPr>
          <w:p w14:paraId="517053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62.59</w:t>
            </w:r>
          </w:p>
        </w:tc>
        <w:tc>
          <w:tcPr>
            <w:tcW w:w="1080" w:type="dxa"/>
          </w:tcPr>
          <w:p w14:paraId="5D3219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3.46</w:t>
            </w:r>
          </w:p>
        </w:tc>
        <w:tc>
          <w:tcPr>
            <w:tcW w:w="1080" w:type="dxa"/>
          </w:tcPr>
          <w:p w14:paraId="6602FE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10.52</w:t>
            </w:r>
          </w:p>
        </w:tc>
      </w:tr>
      <w:tr w:rsidR="002C4892" w:rsidRPr="00BB0F50" w14:paraId="401796F5" w14:textId="77777777">
        <w:tc>
          <w:tcPr>
            <w:tcW w:w="1080" w:type="dxa"/>
          </w:tcPr>
          <w:p w14:paraId="61D1A1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</w:t>
            </w:r>
            <w:r w:rsidRPr="00BB0F50">
              <w:rPr>
                <w:sz w:val="24"/>
                <w:szCs w:val="24"/>
              </w:rPr>
              <w:lastRenderedPageBreak/>
              <w:t>driven</w:t>
            </w:r>
          </w:p>
        </w:tc>
        <w:tc>
          <w:tcPr>
            <w:tcW w:w="1080" w:type="dxa"/>
          </w:tcPr>
          <w:p w14:paraId="423F45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cal5</w:t>
            </w:r>
          </w:p>
        </w:tc>
        <w:tc>
          <w:tcPr>
            <w:tcW w:w="1080" w:type="dxa"/>
          </w:tcPr>
          <w:p w14:paraId="1057C9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12CDCE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C71B7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-58.85</w:t>
            </w:r>
          </w:p>
        </w:tc>
        <w:tc>
          <w:tcPr>
            <w:tcW w:w="1080" w:type="dxa"/>
          </w:tcPr>
          <w:p w14:paraId="3190BF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62.80</w:t>
            </w:r>
          </w:p>
        </w:tc>
        <w:tc>
          <w:tcPr>
            <w:tcW w:w="1080" w:type="dxa"/>
          </w:tcPr>
          <w:p w14:paraId="191C52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8.21</w:t>
            </w:r>
          </w:p>
        </w:tc>
        <w:tc>
          <w:tcPr>
            <w:tcW w:w="1080" w:type="dxa"/>
          </w:tcPr>
          <w:p w14:paraId="6E9AB4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14.31</w:t>
            </w:r>
          </w:p>
        </w:tc>
      </w:tr>
      <w:tr w:rsidR="002C4892" w:rsidRPr="00BB0F50" w14:paraId="6E97BDB8" w14:textId="77777777">
        <w:tc>
          <w:tcPr>
            <w:tcW w:w="1080" w:type="dxa"/>
          </w:tcPr>
          <w:p w14:paraId="640717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F1EB7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5864A7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28859D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8F4CB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-15.78</w:t>
            </w:r>
          </w:p>
        </w:tc>
        <w:tc>
          <w:tcPr>
            <w:tcW w:w="1080" w:type="dxa"/>
          </w:tcPr>
          <w:p w14:paraId="52380E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23.80</w:t>
            </w:r>
          </w:p>
        </w:tc>
        <w:tc>
          <w:tcPr>
            <w:tcW w:w="1080" w:type="dxa"/>
          </w:tcPr>
          <w:p w14:paraId="4B7E5D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2.70</w:t>
            </w:r>
          </w:p>
        </w:tc>
        <w:tc>
          <w:tcPr>
            <w:tcW w:w="1080" w:type="dxa"/>
          </w:tcPr>
          <w:p w14:paraId="49D43F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10.18</w:t>
            </w:r>
          </w:p>
        </w:tc>
      </w:tr>
      <w:tr w:rsidR="002C4892" w:rsidRPr="00BB0F50" w14:paraId="51452683" w14:textId="77777777">
        <w:tc>
          <w:tcPr>
            <w:tcW w:w="1080" w:type="dxa"/>
          </w:tcPr>
          <w:p w14:paraId="4E563B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5D336B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18A21F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1E8DB0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CA9BD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-15.78</w:t>
            </w:r>
          </w:p>
        </w:tc>
        <w:tc>
          <w:tcPr>
            <w:tcW w:w="1080" w:type="dxa"/>
          </w:tcPr>
          <w:p w14:paraId="56E11C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23.80</w:t>
            </w:r>
          </w:p>
        </w:tc>
        <w:tc>
          <w:tcPr>
            <w:tcW w:w="1080" w:type="dxa"/>
          </w:tcPr>
          <w:p w14:paraId="1504E7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2.57</w:t>
            </w:r>
          </w:p>
        </w:tc>
        <w:tc>
          <w:tcPr>
            <w:tcW w:w="1080" w:type="dxa"/>
          </w:tcPr>
          <w:p w14:paraId="782227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10.09</w:t>
            </w:r>
          </w:p>
        </w:tc>
      </w:tr>
      <w:tr w:rsidR="002C4892" w:rsidRPr="00BB0F50" w14:paraId="243A3FF0" w14:textId="77777777">
        <w:tc>
          <w:tcPr>
            <w:tcW w:w="1080" w:type="dxa"/>
          </w:tcPr>
          <w:p w14:paraId="64E348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E6254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1D4473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611D8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5A74A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-15.78</w:t>
            </w:r>
          </w:p>
        </w:tc>
        <w:tc>
          <w:tcPr>
            <w:tcW w:w="1080" w:type="dxa"/>
          </w:tcPr>
          <w:p w14:paraId="0DF2FE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23.80</w:t>
            </w:r>
          </w:p>
        </w:tc>
        <w:tc>
          <w:tcPr>
            <w:tcW w:w="1080" w:type="dxa"/>
          </w:tcPr>
          <w:p w14:paraId="3E27E2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1.48</w:t>
            </w:r>
          </w:p>
        </w:tc>
        <w:tc>
          <w:tcPr>
            <w:tcW w:w="1080" w:type="dxa"/>
          </w:tcPr>
          <w:p w14:paraId="1B22E1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10.98</w:t>
            </w:r>
          </w:p>
        </w:tc>
      </w:tr>
      <w:tr w:rsidR="002C4892" w:rsidRPr="00BB0F50" w14:paraId="0609D053" w14:textId="77777777">
        <w:tc>
          <w:tcPr>
            <w:tcW w:w="1080" w:type="dxa"/>
          </w:tcPr>
          <w:p w14:paraId="69B3A9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2C8753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5EA6D0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408F9C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6066AF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-15.17</w:t>
            </w:r>
          </w:p>
        </w:tc>
        <w:tc>
          <w:tcPr>
            <w:tcW w:w="1080" w:type="dxa"/>
          </w:tcPr>
          <w:p w14:paraId="5E5D38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23.60</w:t>
            </w:r>
          </w:p>
        </w:tc>
        <w:tc>
          <w:tcPr>
            <w:tcW w:w="1080" w:type="dxa"/>
          </w:tcPr>
          <w:p w14:paraId="394237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0.59</w:t>
            </w:r>
          </w:p>
        </w:tc>
        <w:tc>
          <w:tcPr>
            <w:tcW w:w="1080" w:type="dxa"/>
          </w:tcPr>
          <w:p w14:paraId="3C683D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7.06</w:t>
            </w:r>
          </w:p>
        </w:tc>
      </w:tr>
      <w:tr w:rsidR="002C4892" w:rsidRPr="00BB0F50" w14:paraId="53613167" w14:textId="77777777">
        <w:tc>
          <w:tcPr>
            <w:tcW w:w="1080" w:type="dxa"/>
          </w:tcPr>
          <w:p w14:paraId="4189C3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5D1B7D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02B8BA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03CCA0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C373F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-15.78</w:t>
            </w:r>
          </w:p>
        </w:tc>
        <w:tc>
          <w:tcPr>
            <w:tcW w:w="1080" w:type="dxa"/>
          </w:tcPr>
          <w:p w14:paraId="4E78B9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23.80</w:t>
            </w:r>
          </w:p>
        </w:tc>
        <w:tc>
          <w:tcPr>
            <w:tcW w:w="1080" w:type="dxa"/>
          </w:tcPr>
          <w:p w14:paraId="086A0D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2.64</w:t>
            </w:r>
          </w:p>
        </w:tc>
        <w:tc>
          <w:tcPr>
            <w:tcW w:w="1080" w:type="dxa"/>
          </w:tcPr>
          <w:p w14:paraId="67A22B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10.24</w:t>
            </w:r>
          </w:p>
        </w:tc>
      </w:tr>
      <w:tr w:rsidR="002C4892" w:rsidRPr="00BB0F50" w14:paraId="341102FD" w14:textId="77777777">
        <w:tc>
          <w:tcPr>
            <w:tcW w:w="1080" w:type="dxa"/>
          </w:tcPr>
          <w:p w14:paraId="52B114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6E67D6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20AB69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6AF865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66700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-5.13</w:t>
            </w:r>
          </w:p>
        </w:tc>
        <w:tc>
          <w:tcPr>
            <w:tcW w:w="1080" w:type="dxa"/>
          </w:tcPr>
          <w:p w14:paraId="48857F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10.93</w:t>
            </w:r>
          </w:p>
        </w:tc>
        <w:tc>
          <w:tcPr>
            <w:tcW w:w="1080" w:type="dxa"/>
          </w:tcPr>
          <w:p w14:paraId="447710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-1.40</w:t>
            </w:r>
          </w:p>
        </w:tc>
        <w:tc>
          <w:tcPr>
            <w:tcW w:w="1080" w:type="dxa"/>
          </w:tcPr>
          <w:p w14:paraId="26CD7B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4.43</w:t>
            </w:r>
          </w:p>
        </w:tc>
      </w:tr>
      <w:tr w:rsidR="002C4892" w:rsidRPr="00BB0F50" w14:paraId="450DB3A0" w14:textId="77777777">
        <w:tc>
          <w:tcPr>
            <w:tcW w:w="1080" w:type="dxa"/>
          </w:tcPr>
          <w:p w14:paraId="0BAC6B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709260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3A969F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3F835D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DAFC6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-5.13</w:t>
            </w:r>
          </w:p>
        </w:tc>
        <w:tc>
          <w:tcPr>
            <w:tcW w:w="1080" w:type="dxa"/>
          </w:tcPr>
          <w:p w14:paraId="4B4E73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10.93</w:t>
            </w:r>
          </w:p>
        </w:tc>
        <w:tc>
          <w:tcPr>
            <w:tcW w:w="1080" w:type="dxa"/>
          </w:tcPr>
          <w:p w14:paraId="1B9FF9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-1.33</w:t>
            </w:r>
          </w:p>
        </w:tc>
        <w:tc>
          <w:tcPr>
            <w:tcW w:w="1080" w:type="dxa"/>
          </w:tcPr>
          <w:p w14:paraId="6336B6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4.41</w:t>
            </w:r>
          </w:p>
        </w:tc>
      </w:tr>
      <w:tr w:rsidR="002C4892" w:rsidRPr="00BB0F50" w14:paraId="62F4340C" w14:textId="77777777">
        <w:tc>
          <w:tcPr>
            <w:tcW w:w="1080" w:type="dxa"/>
          </w:tcPr>
          <w:p w14:paraId="39B0CC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4EAADF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0C5F3C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3CA3F3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8D09B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-5.13</w:t>
            </w:r>
          </w:p>
        </w:tc>
        <w:tc>
          <w:tcPr>
            <w:tcW w:w="1080" w:type="dxa"/>
          </w:tcPr>
          <w:p w14:paraId="75E067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10.93</w:t>
            </w:r>
          </w:p>
        </w:tc>
        <w:tc>
          <w:tcPr>
            <w:tcW w:w="1080" w:type="dxa"/>
          </w:tcPr>
          <w:p w14:paraId="3CED7D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-1.52</w:t>
            </w:r>
          </w:p>
        </w:tc>
        <w:tc>
          <w:tcPr>
            <w:tcW w:w="1080" w:type="dxa"/>
          </w:tcPr>
          <w:p w14:paraId="7DE205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5.65</w:t>
            </w:r>
          </w:p>
        </w:tc>
      </w:tr>
      <w:tr w:rsidR="002C4892" w:rsidRPr="00BB0F50" w14:paraId="35D45DF7" w14:textId="77777777">
        <w:tc>
          <w:tcPr>
            <w:tcW w:w="1080" w:type="dxa"/>
          </w:tcPr>
          <w:p w14:paraId="4D7D8E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64DDD0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2C885B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061D33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2940D0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-4.88</w:t>
            </w:r>
          </w:p>
        </w:tc>
        <w:tc>
          <w:tcPr>
            <w:tcW w:w="1080" w:type="dxa"/>
          </w:tcPr>
          <w:p w14:paraId="36808E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10.60</w:t>
            </w:r>
          </w:p>
        </w:tc>
        <w:tc>
          <w:tcPr>
            <w:tcW w:w="1080" w:type="dxa"/>
          </w:tcPr>
          <w:p w14:paraId="7CE480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-1.40</w:t>
            </w:r>
          </w:p>
        </w:tc>
        <w:tc>
          <w:tcPr>
            <w:tcW w:w="1080" w:type="dxa"/>
          </w:tcPr>
          <w:p w14:paraId="652E21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3.95</w:t>
            </w:r>
          </w:p>
        </w:tc>
      </w:tr>
      <w:tr w:rsidR="002C4892" w:rsidRPr="00BB0F50" w14:paraId="59EFB5EB" w14:textId="77777777">
        <w:tc>
          <w:tcPr>
            <w:tcW w:w="1080" w:type="dxa"/>
          </w:tcPr>
          <w:p w14:paraId="2F259D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PPD-driven</w:t>
            </w:r>
          </w:p>
        </w:tc>
        <w:tc>
          <w:tcPr>
            <w:tcW w:w="1080" w:type="dxa"/>
          </w:tcPr>
          <w:p w14:paraId="5106F1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125D97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2B85C2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58B32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-5.13</w:t>
            </w:r>
          </w:p>
        </w:tc>
        <w:tc>
          <w:tcPr>
            <w:tcW w:w="1080" w:type="dxa"/>
          </w:tcPr>
          <w:p w14:paraId="080B31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10.93</w:t>
            </w:r>
          </w:p>
        </w:tc>
        <w:tc>
          <w:tcPr>
            <w:tcW w:w="1080" w:type="dxa"/>
          </w:tcPr>
          <w:p w14:paraId="306598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-1.33</w:t>
            </w:r>
          </w:p>
        </w:tc>
        <w:tc>
          <w:tcPr>
            <w:tcW w:w="1080" w:type="dxa"/>
          </w:tcPr>
          <w:p w14:paraId="44A71C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4.55</w:t>
            </w:r>
          </w:p>
        </w:tc>
      </w:tr>
      <w:tr w:rsidR="002C4892" w:rsidRPr="00BB0F50" w14:paraId="114C9950" w14:textId="77777777">
        <w:tc>
          <w:tcPr>
            <w:tcW w:w="1080" w:type="dxa"/>
          </w:tcPr>
          <w:p w14:paraId="5C22E9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42680A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2C7885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269945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11C21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-37.16</w:t>
            </w:r>
          </w:p>
        </w:tc>
        <w:tc>
          <w:tcPr>
            <w:tcW w:w="1080" w:type="dxa"/>
          </w:tcPr>
          <w:p w14:paraId="0F4DC3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39.40</w:t>
            </w:r>
          </w:p>
        </w:tc>
        <w:tc>
          <w:tcPr>
            <w:tcW w:w="1080" w:type="dxa"/>
          </w:tcPr>
          <w:p w14:paraId="355D9F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3.21</w:t>
            </w:r>
          </w:p>
        </w:tc>
        <w:tc>
          <w:tcPr>
            <w:tcW w:w="1080" w:type="dxa"/>
          </w:tcPr>
          <w:p w14:paraId="63C4D5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5.04</w:t>
            </w:r>
          </w:p>
        </w:tc>
      </w:tr>
      <w:tr w:rsidR="002C4892" w:rsidRPr="00BB0F50" w14:paraId="44311840" w14:textId="77777777">
        <w:tc>
          <w:tcPr>
            <w:tcW w:w="1080" w:type="dxa"/>
          </w:tcPr>
          <w:p w14:paraId="42A23D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65193E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148EF2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4AEC41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48DE7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-37.16</w:t>
            </w:r>
          </w:p>
        </w:tc>
        <w:tc>
          <w:tcPr>
            <w:tcW w:w="1080" w:type="dxa"/>
          </w:tcPr>
          <w:p w14:paraId="32E930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39.40</w:t>
            </w:r>
          </w:p>
        </w:tc>
        <w:tc>
          <w:tcPr>
            <w:tcW w:w="1080" w:type="dxa"/>
          </w:tcPr>
          <w:p w14:paraId="370821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3.20</w:t>
            </w:r>
          </w:p>
        </w:tc>
        <w:tc>
          <w:tcPr>
            <w:tcW w:w="1080" w:type="dxa"/>
          </w:tcPr>
          <w:p w14:paraId="4E08D7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4.95</w:t>
            </w:r>
          </w:p>
        </w:tc>
      </w:tr>
      <w:tr w:rsidR="002C4892" w:rsidRPr="00BB0F50" w14:paraId="73EB1263" w14:textId="77777777">
        <w:tc>
          <w:tcPr>
            <w:tcW w:w="1080" w:type="dxa"/>
          </w:tcPr>
          <w:p w14:paraId="2A7C29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846E8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535C9E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2341A1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7DEAA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-37.16</w:t>
            </w:r>
          </w:p>
        </w:tc>
        <w:tc>
          <w:tcPr>
            <w:tcW w:w="1080" w:type="dxa"/>
          </w:tcPr>
          <w:p w14:paraId="242FD3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39.40</w:t>
            </w:r>
          </w:p>
        </w:tc>
        <w:tc>
          <w:tcPr>
            <w:tcW w:w="1080" w:type="dxa"/>
          </w:tcPr>
          <w:p w14:paraId="59BE8C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2.35</w:t>
            </w:r>
          </w:p>
        </w:tc>
        <w:tc>
          <w:tcPr>
            <w:tcW w:w="1080" w:type="dxa"/>
          </w:tcPr>
          <w:p w14:paraId="7E0DD6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5.07</w:t>
            </w:r>
          </w:p>
        </w:tc>
      </w:tr>
      <w:tr w:rsidR="002C4892" w:rsidRPr="00BB0F50" w14:paraId="4B09389F" w14:textId="77777777">
        <w:tc>
          <w:tcPr>
            <w:tcW w:w="1080" w:type="dxa"/>
          </w:tcPr>
          <w:p w14:paraId="1C2D66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14AF59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2600F0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0D298E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E3F0D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-36.94</w:t>
            </w:r>
          </w:p>
        </w:tc>
        <w:tc>
          <w:tcPr>
            <w:tcW w:w="1080" w:type="dxa"/>
          </w:tcPr>
          <w:p w14:paraId="2400CA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39.20</w:t>
            </w:r>
          </w:p>
        </w:tc>
        <w:tc>
          <w:tcPr>
            <w:tcW w:w="1080" w:type="dxa"/>
          </w:tcPr>
          <w:p w14:paraId="4D742B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2.23</w:t>
            </w:r>
          </w:p>
        </w:tc>
        <w:tc>
          <w:tcPr>
            <w:tcW w:w="1080" w:type="dxa"/>
          </w:tcPr>
          <w:p w14:paraId="7CB1C6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4.16</w:t>
            </w:r>
          </w:p>
        </w:tc>
      </w:tr>
      <w:tr w:rsidR="002C4892" w:rsidRPr="00BB0F50" w14:paraId="22CE88FB" w14:textId="77777777">
        <w:tc>
          <w:tcPr>
            <w:tcW w:w="1080" w:type="dxa"/>
          </w:tcPr>
          <w:p w14:paraId="3BCE04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699178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0CC5DA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1D5544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B3C10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-37.16</w:t>
            </w:r>
          </w:p>
        </w:tc>
        <w:tc>
          <w:tcPr>
            <w:tcW w:w="1080" w:type="dxa"/>
          </w:tcPr>
          <w:p w14:paraId="7A4893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39.40</w:t>
            </w:r>
          </w:p>
        </w:tc>
        <w:tc>
          <w:tcPr>
            <w:tcW w:w="1080" w:type="dxa"/>
          </w:tcPr>
          <w:p w14:paraId="4D5E32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3.18</w:t>
            </w:r>
          </w:p>
        </w:tc>
        <w:tc>
          <w:tcPr>
            <w:tcW w:w="1080" w:type="dxa"/>
          </w:tcPr>
          <w:p w14:paraId="31B5B4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5.04</w:t>
            </w:r>
          </w:p>
        </w:tc>
      </w:tr>
      <w:tr w:rsidR="002C4892" w:rsidRPr="00BB0F50" w14:paraId="56C8C969" w14:textId="77777777">
        <w:tc>
          <w:tcPr>
            <w:tcW w:w="1080" w:type="dxa"/>
          </w:tcPr>
          <w:p w14:paraId="6869BC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MCAR 20%/2%</w:t>
            </w:r>
          </w:p>
        </w:tc>
        <w:tc>
          <w:tcPr>
            <w:tcW w:w="1080" w:type="dxa"/>
          </w:tcPr>
          <w:p w14:paraId="3B6237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41E955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2F8348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A76C2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-32.86</w:t>
            </w:r>
          </w:p>
        </w:tc>
        <w:tc>
          <w:tcPr>
            <w:tcW w:w="1080" w:type="dxa"/>
          </w:tcPr>
          <w:p w14:paraId="19160B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35.52</w:t>
            </w:r>
          </w:p>
        </w:tc>
        <w:tc>
          <w:tcPr>
            <w:tcW w:w="1080" w:type="dxa"/>
          </w:tcPr>
          <w:p w14:paraId="7DB6E7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4.04</w:t>
            </w:r>
          </w:p>
        </w:tc>
        <w:tc>
          <w:tcPr>
            <w:tcW w:w="1080" w:type="dxa"/>
          </w:tcPr>
          <w:p w14:paraId="6CE98C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6.47</w:t>
            </w:r>
          </w:p>
        </w:tc>
      </w:tr>
      <w:tr w:rsidR="002C4892" w:rsidRPr="00BB0F50" w14:paraId="5041D8AD" w14:textId="77777777">
        <w:tc>
          <w:tcPr>
            <w:tcW w:w="1080" w:type="dxa"/>
          </w:tcPr>
          <w:p w14:paraId="6FE395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8DD51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2D8505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6327B2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4FF9B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-32.86</w:t>
            </w:r>
          </w:p>
        </w:tc>
        <w:tc>
          <w:tcPr>
            <w:tcW w:w="1080" w:type="dxa"/>
          </w:tcPr>
          <w:p w14:paraId="5D031D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35.52</w:t>
            </w:r>
          </w:p>
        </w:tc>
        <w:tc>
          <w:tcPr>
            <w:tcW w:w="1080" w:type="dxa"/>
          </w:tcPr>
          <w:p w14:paraId="5B935E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3.84</w:t>
            </w:r>
          </w:p>
        </w:tc>
        <w:tc>
          <w:tcPr>
            <w:tcW w:w="1080" w:type="dxa"/>
          </w:tcPr>
          <w:p w14:paraId="3FA8F8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6.11</w:t>
            </w:r>
          </w:p>
        </w:tc>
      </w:tr>
      <w:tr w:rsidR="002C4892" w:rsidRPr="00BB0F50" w14:paraId="0EFBB3E1" w14:textId="77777777">
        <w:tc>
          <w:tcPr>
            <w:tcW w:w="1080" w:type="dxa"/>
          </w:tcPr>
          <w:p w14:paraId="092254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515F1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35E6E7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7639C0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098CB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-32.86</w:t>
            </w:r>
          </w:p>
        </w:tc>
        <w:tc>
          <w:tcPr>
            <w:tcW w:w="1080" w:type="dxa"/>
          </w:tcPr>
          <w:p w14:paraId="20C3D1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35.52</w:t>
            </w:r>
          </w:p>
        </w:tc>
        <w:tc>
          <w:tcPr>
            <w:tcW w:w="1080" w:type="dxa"/>
          </w:tcPr>
          <w:p w14:paraId="134A14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2.34</w:t>
            </w:r>
          </w:p>
        </w:tc>
        <w:tc>
          <w:tcPr>
            <w:tcW w:w="1080" w:type="dxa"/>
          </w:tcPr>
          <w:p w14:paraId="1C088C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6.56</w:t>
            </w:r>
          </w:p>
        </w:tc>
      </w:tr>
      <w:tr w:rsidR="002C4892" w:rsidRPr="00BB0F50" w14:paraId="14985612" w14:textId="77777777">
        <w:tc>
          <w:tcPr>
            <w:tcW w:w="1080" w:type="dxa"/>
          </w:tcPr>
          <w:p w14:paraId="693077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374EF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382144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6F573E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0F59E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-32.34</w:t>
            </w:r>
          </w:p>
        </w:tc>
        <w:tc>
          <w:tcPr>
            <w:tcW w:w="1080" w:type="dxa"/>
          </w:tcPr>
          <w:p w14:paraId="69D3F2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35.00</w:t>
            </w:r>
          </w:p>
        </w:tc>
        <w:tc>
          <w:tcPr>
            <w:tcW w:w="1080" w:type="dxa"/>
          </w:tcPr>
          <w:p w14:paraId="0319CB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2.34</w:t>
            </w:r>
          </w:p>
        </w:tc>
        <w:tc>
          <w:tcPr>
            <w:tcW w:w="1080" w:type="dxa"/>
          </w:tcPr>
          <w:p w14:paraId="0F9650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5.04</w:t>
            </w:r>
          </w:p>
        </w:tc>
      </w:tr>
      <w:tr w:rsidR="002C4892" w:rsidRPr="00BB0F50" w14:paraId="64A299DE" w14:textId="77777777">
        <w:tc>
          <w:tcPr>
            <w:tcW w:w="1080" w:type="dxa"/>
          </w:tcPr>
          <w:p w14:paraId="332AAD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7476F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5A7D92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1E6868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68A23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-32.86</w:t>
            </w:r>
          </w:p>
        </w:tc>
        <w:tc>
          <w:tcPr>
            <w:tcW w:w="1080" w:type="dxa"/>
          </w:tcPr>
          <w:p w14:paraId="1C8925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35.52</w:t>
            </w:r>
          </w:p>
        </w:tc>
        <w:tc>
          <w:tcPr>
            <w:tcW w:w="1080" w:type="dxa"/>
          </w:tcPr>
          <w:p w14:paraId="54615F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3.99</w:t>
            </w:r>
          </w:p>
        </w:tc>
        <w:tc>
          <w:tcPr>
            <w:tcW w:w="1080" w:type="dxa"/>
          </w:tcPr>
          <w:p w14:paraId="36A4A0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6.55</w:t>
            </w:r>
          </w:p>
        </w:tc>
      </w:tr>
      <w:tr w:rsidR="002C4892" w:rsidRPr="00BB0F50" w14:paraId="5A14B3EE" w14:textId="77777777">
        <w:tc>
          <w:tcPr>
            <w:tcW w:w="1080" w:type="dxa"/>
          </w:tcPr>
          <w:p w14:paraId="4CF5D5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E0F79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02AAF7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73DCF1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E21EB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-27.29</w:t>
            </w:r>
          </w:p>
        </w:tc>
        <w:tc>
          <w:tcPr>
            <w:tcW w:w="1080" w:type="dxa"/>
          </w:tcPr>
          <w:p w14:paraId="7659ED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30.69</w:t>
            </w:r>
          </w:p>
        </w:tc>
        <w:tc>
          <w:tcPr>
            <w:tcW w:w="1080" w:type="dxa"/>
          </w:tcPr>
          <w:p w14:paraId="72E93E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3.25</w:t>
            </w:r>
          </w:p>
        </w:tc>
        <w:tc>
          <w:tcPr>
            <w:tcW w:w="1080" w:type="dxa"/>
          </w:tcPr>
          <w:p w14:paraId="790544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6.57</w:t>
            </w:r>
          </w:p>
        </w:tc>
      </w:tr>
      <w:tr w:rsidR="002C4892" w:rsidRPr="00BB0F50" w14:paraId="6189C7BF" w14:textId="77777777">
        <w:tc>
          <w:tcPr>
            <w:tcW w:w="1080" w:type="dxa"/>
          </w:tcPr>
          <w:p w14:paraId="6747A5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42B72C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083706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41FDA4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A9482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-27.29</w:t>
            </w:r>
          </w:p>
        </w:tc>
        <w:tc>
          <w:tcPr>
            <w:tcW w:w="1080" w:type="dxa"/>
          </w:tcPr>
          <w:p w14:paraId="6E6F81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30.69</w:t>
            </w:r>
          </w:p>
        </w:tc>
        <w:tc>
          <w:tcPr>
            <w:tcW w:w="1080" w:type="dxa"/>
          </w:tcPr>
          <w:p w14:paraId="46DA69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3.08</w:t>
            </w:r>
          </w:p>
        </w:tc>
        <w:tc>
          <w:tcPr>
            <w:tcW w:w="1080" w:type="dxa"/>
          </w:tcPr>
          <w:p w14:paraId="4417D6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6.36</w:t>
            </w:r>
          </w:p>
        </w:tc>
      </w:tr>
      <w:tr w:rsidR="002C4892" w:rsidRPr="00BB0F50" w14:paraId="7663013B" w14:textId="77777777">
        <w:tc>
          <w:tcPr>
            <w:tcW w:w="1080" w:type="dxa"/>
          </w:tcPr>
          <w:p w14:paraId="7DC0D4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69A19A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77BCC8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20700C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59D8F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-27.29</w:t>
            </w:r>
          </w:p>
        </w:tc>
        <w:tc>
          <w:tcPr>
            <w:tcW w:w="1080" w:type="dxa"/>
          </w:tcPr>
          <w:p w14:paraId="08A0AA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30.69</w:t>
            </w:r>
          </w:p>
        </w:tc>
        <w:tc>
          <w:tcPr>
            <w:tcW w:w="1080" w:type="dxa"/>
          </w:tcPr>
          <w:p w14:paraId="16B973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1.21</w:t>
            </w:r>
          </w:p>
        </w:tc>
        <w:tc>
          <w:tcPr>
            <w:tcW w:w="1080" w:type="dxa"/>
          </w:tcPr>
          <w:p w14:paraId="638813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7.07</w:t>
            </w:r>
          </w:p>
        </w:tc>
      </w:tr>
      <w:tr w:rsidR="002C4892" w:rsidRPr="00BB0F50" w14:paraId="38C2E627" w14:textId="77777777">
        <w:tc>
          <w:tcPr>
            <w:tcW w:w="1080" w:type="dxa"/>
          </w:tcPr>
          <w:p w14:paraId="4F331B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6B9EDF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55EA7A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1F6147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71F7B6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-26.59</w:t>
            </w:r>
          </w:p>
        </w:tc>
        <w:tc>
          <w:tcPr>
            <w:tcW w:w="1080" w:type="dxa"/>
          </w:tcPr>
          <w:p w14:paraId="47305C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29.95</w:t>
            </w:r>
          </w:p>
        </w:tc>
        <w:tc>
          <w:tcPr>
            <w:tcW w:w="1080" w:type="dxa"/>
          </w:tcPr>
          <w:p w14:paraId="2548A8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1.11</w:t>
            </w:r>
          </w:p>
        </w:tc>
        <w:tc>
          <w:tcPr>
            <w:tcW w:w="1080" w:type="dxa"/>
          </w:tcPr>
          <w:p w14:paraId="6F80BC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5.21</w:t>
            </w:r>
          </w:p>
        </w:tc>
      </w:tr>
      <w:tr w:rsidR="002C4892" w:rsidRPr="00BB0F50" w14:paraId="6931DA53" w14:textId="77777777">
        <w:tc>
          <w:tcPr>
            <w:tcW w:w="1080" w:type="dxa"/>
          </w:tcPr>
          <w:p w14:paraId="280426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423B8A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014BFE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B5E45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AABF7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-27.29</w:t>
            </w:r>
          </w:p>
        </w:tc>
        <w:tc>
          <w:tcPr>
            <w:tcW w:w="1080" w:type="dxa"/>
          </w:tcPr>
          <w:p w14:paraId="423ED2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30.69</w:t>
            </w:r>
          </w:p>
        </w:tc>
        <w:tc>
          <w:tcPr>
            <w:tcW w:w="1080" w:type="dxa"/>
          </w:tcPr>
          <w:p w14:paraId="7F1E7F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3.25</w:t>
            </w:r>
          </w:p>
        </w:tc>
        <w:tc>
          <w:tcPr>
            <w:tcW w:w="1080" w:type="dxa"/>
          </w:tcPr>
          <w:p w14:paraId="500EF7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6.68</w:t>
            </w:r>
          </w:p>
        </w:tc>
      </w:tr>
      <w:tr w:rsidR="002C4892" w:rsidRPr="00BB0F50" w14:paraId="0CB68CF5" w14:textId="77777777">
        <w:tc>
          <w:tcPr>
            <w:tcW w:w="1080" w:type="dxa"/>
          </w:tcPr>
          <w:p w14:paraId="389199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44B83E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B33FC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446437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3A85B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-9.02</w:t>
            </w:r>
          </w:p>
        </w:tc>
        <w:tc>
          <w:tcPr>
            <w:tcW w:w="1080" w:type="dxa"/>
          </w:tcPr>
          <w:p w14:paraId="7CBDDD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13.93</w:t>
            </w:r>
          </w:p>
        </w:tc>
        <w:tc>
          <w:tcPr>
            <w:tcW w:w="1080" w:type="dxa"/>
          </w:tcPr>
          <w:p w14:paraId="1ADDEA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-0.99</w:t>
            </w:r>
          </w:p>
        </w:tc>
        <w:tc>
          <w:tcPr>
            <w:tcW w:w="1080" w:type="dxa"/>
          </w:tcPr>
          <w:p w14:paraId="4E7F82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4.46</w:t>
            </w:r>
          </w:p>
        </w:tc>
      </w:tr>
      <w:tr w:rsidR="002C4892" w:rsidRPr="00BB0F50" w14:paraId="40BE2C45" w14:textId="77777777">
        <w:tc>
          <w:tcPr>
            <w:tcW w:w="1080" w:type="dxa"/>
          </w:tcPr>
          <w:p w14:paraId="524A43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605F3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2D6653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498C8B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FD000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-9.02</w:t>
            </w:r>
          </w:p>
        </w:tc>
        <w:tc>
          <w:tcPr>
            <w:tcW w:w="1080" w:type="dxa"/>
          </w:tcPr>
          <w:p w14:paraId="59B48E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13.93</w:t>
            </w:r>
          </w:p>
        </w:tc>
        <w:tc>
          <w:tcPr>
            <w:tcW w:w="1080" w:type="dxa"/>
          </w:tcPr>
          <w:p w14:paraId="7ED753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-0.99</w:t>
            </w:r>
          </w:p>
        </w:tc>
        <w:tc>
          <w:tcPr>
            <w:tcW w:w="1080" w:type="dxa"/>
          </w:tcPr>
          <w:p w14:paraId="25B58B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4.43</w:t>
            </w:r>
          </w:p>
        </w:tc>
      </w:tr>
      <w:tr w:rsidR="002C4892" w:rsidRPr="00BB0F50" w14:paraId="27A9D2EE" w14:textId="77777777">
        <w:tc>
          <w:tcPr>
            <w:tcW w:w="1080" w:type="dxa"/>
          </w:tcPr>
          <w:p w14:paraId="5AB53A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59C5A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0A369C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C2A51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E8AF3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-9.02</w:t>
            </w:r>
          </w:p>
        </w:tc>
        <w:tc>
          <w:tcPr>
            <w:tcW w:w="1080" w:type="dxa"/>
          </w:tcPr>
          <w:p w14:paraId="23A741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13.93</w:t>
            </w:r>
          </w:p>
        </w:tc>
        <w:tc>
          <w:tcPr>
            <w:tcW w:w="1080" w:type="dxa"/>
          </w:tcPr>
          <w:p w14:paraId="6287C7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-1.66</w:t>
            </w:r>
          </w:p>
        </w:tc>
        <w:tc>
          <w:tcPr>
            <w:tcW w:w="1080" w:type="dxa"/>
          </w:tcPr>
          <w:p w14:paraId="0DFC6B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5.50</w:t>
            </w:r>
          </w:p>
        </w:tc>
      </w:tr>
      <w:tr w:rsidR="002C4892" w:rsidRPr="00BB0F50" w14:paraId="5186E084" w14:textId="77777777">
        <w:tc>
          <w:tcPr>
            <w:tcW w:w="1080" w:type="dxa"/>
          </w:tcPr>
          <w:p w14:paraId="390DC5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606E40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009F0C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70B254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45C7D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-8.36</w:t>
            </w:r>
          </w:p>
        </w:tc>
        <w:tc>
          <w:tcPr>
            <w:tcW w:w="1080" w:type="dxa"/>
          </w:tcPr>
          <w:p w14:paraId="6B3D44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13.62</w:t>
            </w:r>
          </w:p>
        </w:tc>
        <w:tc>
          <w:tcPr>
            <w:tcW w:w="1080" w:type="dxa"/>
          </w:tcPr>
          <w:p w14:paraId="286F78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-1.72</w:t>
            </w:r>
          </w:p>
        </w:tc>
        <w:tc>
          <w:tcPr>
            <w:tcW w:w="1080" w:type="dxa"/>
          </w:tcPr>
          <w:p w14:paraId="57757E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4.10</w:t>
            </w:r>
          </w:p>
        </w:tc>
      </w:tr>
      <w:tr w:rsidR="002C4892" w:rsidRPr="00BB0F50" w14:paraId="689A4DA3" w14:textId="77777777">
        <w:tc>
          <w:tcPr>
            <w:tcW w:w="1080" w:type="dxa"/>
          </w:tcPr>
          <w:p w14:paraId="3E600A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57F0B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75E5CF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0C5934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53009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-9.02</w:t>
            </w:r>
          </w:p>
        </w:tc>
        <w:tc>
          <w:tcPr>
            <w:tcW w:w="1080" w:type="dxa"/>
          </w:tcPr>
          <w:p w14:paraId="2EDF03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13.93</w:t>
            </w:r>
          </w:p>
        </w:tc>
        <w:tc>
          <w:tcPr>
            <w:tcW w:w="1080" w:type="dxa"/>
          </w:tcPr>
          <w:p w14:paraId="3C8636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-1.03</w:t>
            </w:r>
          </w:p>
        </w:tc>
        <w:tc>
          <w:tcPr>
            <w:tcW w:w="1080" w:type="dxa"/>
          </w:tcPr>
          <w:p w14:paraId="03F853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4.51</w:t>
            </w:r>
          </w:p>
        </w:tc>
      </w:tr>
      <w:tr w:rsidR="002C4892" w:rsidRPr="00BB0F50" w14:paraId="2059D64F" w14:textId="77777777">
        <w:tc>
          <w:tcPr>
            <w:tcW w:w="1080" w:type="dxa"/>
          </w:tcPr>
          <w:p w14:paraId="02A163F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4840C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58EC4F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7CB293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9E480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-2.95</w:t>
            </w:r>
          </w:p>
        </w:tc>
        <w:tc>
          <w:tcPr>
            <w:tcW w:w="1080" w:type="dxa"/>
          </w:tcPr>
          <w:p w14:paraId="7E15C6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6.39</w:t>
            </w:r>
          </w:p>
        </w:tc>
        <w:tc>
          <w:tcPr>
            <w:tcW w:w="1080" w:type="dxa"/>
          </w:tcPr>
          <w:p w14:paraId="245C48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-1.12</w:t>
            </w:r>
          </w:p>
        </w:tc>
        <w:tc>
          <w:tcPr>
            <w:tcW w:w="1080" w:type="dxa"/>
          </w:tcPr>
          <w:p w14:paraId="0363A2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2.87</w:t>
            </w:r>
          </w:p>
        </w:tc>
      </w:tr>
      <w:tr w:rsidR="002C4892" w:rsidRPr="00BB0F50" w14:paraId="1407B291" w14:textId="77777777">
        <w:tc>
          <w:tcPr>
            <w:tcW w:w="1080" w:type="dxa"/>
          </w:tcPr>
          <w:p w14:paraId="317F51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7C6527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4FBBBB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701AA5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495388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-2.95</w:t>
            </w:r>
          </w:p>
        </w:tc>
        <w:tc>
          <w:tcPr>
            <w:tcW w:w="1080" w:type="dxa"/>
          </w:tcPr>
          <w:p w14:paraId="2497A4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6.39</w:t>
            </w:r>
          </w:p>
        </w:tc>
        <w:tc>
          <w:tcPr>
            <w:tcW w:w="1080" w:type="dxa"/>
          </w:tcPr>
          <w:p w14:paraId="68A007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-1.08</w:t>
            </w:r>
          </w:p>
        </w:tc>
        <w:tc>
          <w:tcPr>
            <w:tcW w:w="1080" w:type="dxa"/>
          </w:tcPr>
          <w:p w14:paraId="5E5F95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2.75</w:t>
            </w:r>
          </w:p>
        </w:tc>
      </w:tr>
      <w:tr w:rsidR="002C4892" w:rsidRPr="00BB0F50" w14:paraId="0407236D" w14:textId="77777777">
        <w:tc>
          <w:tcPr>
            <w:tcW w:w="1080" w:type="dxa"/>
          </w:tcPr>
          <w:p w14:paraId="065A15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490165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55B211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2B6925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BDECB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-2.95</w:t>
            </w:r>
          </w:p>
        </w:tc>
        <w:tc>
          <w:tcPr>
            <w:tcW w:w="1080" w:type="dxa"/>
          </w:tcPr>
          <w:p w14:paraId="2D3A98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6.39</w:t>
            </w:r>
          </w:p>
        </w:tc>
        <w:tc>
          <w:tcPr>
            <w:tcW w:w="1080" w:type="dxa"/>
          </w:tcPr>
          <w:p w14:paraId="3BEA0F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-1.18</w:t>
            </w:r>
          </w:p>
        </w:tc>
        <w:tc>
          <w:tcPr>
            <w:tcW w:w="1080" w:type="dxa"/>
          </w:tcPr>
          <w:p w14:paraId="1D5294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3.45</w:t>
            </w:r>
          </w:p>
        </w:tc>
      </w:tr>
      <w:tr w:rsidR="002C4892" w:rsidRPr="00BB0F50" w14:paraId="482DEECB" w14:textId="77777777">
        <w:tc>
          <w:tcPr>
            <w:tcW w:w="1080" w:type="dxa"/>
          </w:tcPr>
          <w:p w14:paraId="20E6B8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4E4117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32349B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274B2F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A69CA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-2.72</w:t>
            </w:r>
          </w:p>
        </w:tc>
        <w:tc>
          <w:tcPr>
            <w:tcW w:w="1080" w:type="dxa"/>
          </w:tcPr>
          <w:p w14:paraId="179B55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6.32</w:t>
            </w:r>
          </w:p>
        </w:tc>
        <w:tc>
          <w:tcPr>
            <w:tcW w:w="1080" w:type="dxa"/>
          </w:tcPr>
          <w:p w14:paraId="3D1A6A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-0.96</w:t>
            </w:r>
          </w:p>
        </w:tc>
        <w:tc>
          <w:tcPr>
            <w:tcW w:w="1080" w:type="dxa"/>
          </w:tcPr>
          <w:p w14:paraId="397492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2.69</w:t>
            </w:r>
          </w:p>
        </w:tc>
      </w:tr>
      <w:tr w:rsidR="002C4892" w:rsidRPr="00BB0F50" w14:paraId="0B2BDE6A" w14:textId="77777777">
        <w:tc>
          <w:tcPr>
            <w:tcW w:w="1080" w:type="dxa"/>
          </w:tcPr>
          <w:p w14:paraId="252EB9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20%/2%</w:t>
            </w:r>
          </w:p>
        </w:tc>
        <w:tc>
          <w:tcPr>
            <w:tcW w:w="1080" w:type="dxa"/>
          </w:tcPr>
          <w:p w14:paraId="0C9FFE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70E07A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6EB731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4E24C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-2.95</w:t>
            </w:r>
          </w:p>
        </w:tc>
        <w:tc>
          <w:tcPr>
            <w:tcW w:w="1080" w:type="dxa"/>
          </w:tcPr>
          <w:p w14:paraId="788C07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6.39</w:t>
            </w:r>
          </w:p>
        </w:tc>
        <w:tc>
          <w:tcPr>
            <w:tcW w:w="1080" w:type="dxa"/>
          </w:tcPr>
          <w:p w14:paraId="2EF596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-1.07</w:t>
            </w:r>
          </w:p>
        </w:tc>
        <w:tc>
          <w:tcPr>
            <w:tcW w:w="1080" w:type="dxa"/>
          </w:tcPr>
          <w:p w14:paraId="1E9668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2.90</w:t>
            </w:r>
          </w:p>
        </w:tc>
      </w:tr>
      <w:tr w:rsidR="002C4892" w:rsidRPr="00BB0F50" w14:paraId="011D650D" w14:textId="77777777">
        <w:tc>
          <w:tcPr>
            <w:tcW w:w="1080" w:type="dxa"/>
          </w:tcPr>
          <w:p w14:paraId="2D0041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MCAR 40%/8%</w:t>
            </w:r>
          </w:p>
        </w:tc>
        <w:tc>
          <w:tcPr>
            <w:tcW w:w="1080" w:type="dxa"/>
          </w:tcPr>
          <w:p w14:paraId="7DEA3A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1DC4F5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27FFB7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82C2A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-76.61</w:t>
            </w:r>
          </w:p>
        </w:tc>
        <w:tc>
          <w:tcPr>
            <w:tcW w:w="1080" w:type="dxa"/>
          </w:tcPr>
          <w:p w14:paraId="715759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78.55</w:t>
            </w:r>
          </w:p>
        </w:tc>
        <w:tc>
          <w:tcPr>
            <w:tcW w:w="1080" w:type="dxa"/>
          </w:tcPr>
          <w:p w14:paraId="3F2080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6.67</w:t>
            </w:r>
          </w:p>
        </w:tc>
        <w:tc>
          <w:tcPr>
            <w:tcW w:w="1080" w:type="dxa"/>
          </w:tcPr>
          <w:p w14:paraId="5CDF64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9.71</w:t>
            </w:r>
          </w:p>
        </w:tc>
      </w:tr>
      <w:tr w:rsidR="002C4892" w:rsidRPr="00BB0F50" w14:paraId="170603B5" w14:textId="77777777">
        <w:tc>
          <w:tcPr>
            <w:tcW w:w="1080" w:type="dxa"/>
          </w:tcPr>
          <w:p w14:paraId="5FBA4B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0900E4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024EAA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1EFA95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E421C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-76.61</w:t>
            </w:r>
          </w:p>
        </w:tc>
        <w:tc>
          <w:tcPr>
            <w:tcW w:w="1080" w:type="dxa"/>
          </w:tcPr>
          <w:p w14:paraId="1942F5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78.55</w:t>
            </w:r>
          </w:p>
        </w:tc>
        <w:tc>
          <w:tcPr>
            <w:tcW w:w="1080" w:type="dxa"/>
          </w:tcPr>
          <w:p w14:paraId="38C894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6.76</w:t>
            </w:r>
          </w:p>
        </w:tc>
        <w:tc>
          <w:tcPr>
            <w:tcW w:w="1080" w:type="dxa"/>
          </w:tcPr>
          <w:p w14:paraId="0201B8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9.65</w:t>
            </w:r>
          </w:p>
        </w:tc>
      </w:tr>
      <w:tr w:rsidR="002C4892" w:rsidRPr="00BB0F50" w14:paraId="0A916C13" w14:textId="77777777">
        <w:tc>
          <w:tcPr>
            <w:tcW w:w="1080" w:type="dxa"/>
          </w:tcPr>
          <w:p w14:paraId="5CC900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262FFB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19C3FD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0EE430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31AAE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-76.61</w:t>
            </w:r>
          </w:p>
        </w:tc>
        <w:tc>
          <w:tcPr>
            <w:tcW w:w="1080" w:type="dxa"/>
          </w:tcPr>
          <w:p w14:paraId="119912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78.55</w:t>
            </w:r>
          </w:p>
        </w:tc>
        <w:tc>
          <w:tcPr>
            <w:tcW w:w="1080" w:type="dxa"/>
          </w:tcPr>
          <w:p w14:paraId="387102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4.97</w:t>
            </w:r>
          </w:p>
        </w:tc>
        <w:tc>
          <w:tcPr>
            <w:tcW w:w="1080" w:type="dxa"/>
          </w:tcPr>
          <w:p w14:paraId="62845A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9.55</w:t>
            </w:r>
          </w:p>
        </w:tc>
      </w:tr>
      <w:tr w:rsidR="002C4892" w:rsidRPr="00BB0F50" w14:paraId="1642FAB9" w14:textId="77777777">
        <w:tc>
          <w:tcPr>
            <w:tcW w:w="1080" w:type="dxa"/>
          </w:tcPr>
          <w:p w14:paraId="07EBBA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795F3A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5560F8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0420F7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7FD649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-75.63</w:t>
            </w:r>
          </w:p>
        </w:tc>
        <w:tc>
          <w:tcPr>
            <w:tcW w:w="1080" w:type="dxa"/>
          </w:tcPr>
          <w:p w14:paraId="5AD359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77.67</w:t>
            </w:r>
          </w:p>
        </w:tc>
        <w:tc>
          <w:tcPr>
            <w:tcW w:w="1080" w:type="dxa"/>
          </w:tcPr>
          <w:p w14:paraId="790E8D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4.83</w:t>
            </w:r>
          </w:p>
        </w:tc>
        <w:tc>
          <w:tcPr>
            <w:tcW w:w="1080" w:type="dxa"/>
          </w:tcPr>
          <w:p w14:paraId="3E4C75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7.50</w:t>
            </w:r>
          </w:p>
        </w:tc>
      </w:tr>
      <w:tr w:rsidR="002C4892" w:rsidRPr="00BB0F50" w14:paraId="566CCAF9" w14:textId="77777777">
        <w:tc>
          <w:tcPr>
            <w:tcW w:w="1080" w:type="dxa"/>
          </w:tcPr>
          <w:p w14:paraId="229950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6EAA12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0DA22B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216ECC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2AE98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-76.61</w:t>
            </w:r>
          </w:p>
        </w:tc>
        <w:tc>
          <w:tcPr>
            <w:tcW w:w="1080" w:type="dxa"/>
          </w:tcPr>
          <w:p w14:paraId="6F14EC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78.55</w:t>
            </w:r>
          </w:p>
        </w:tc>
        <w:tc>
          <w:tcPr>
            <w:tcW w:w="1080" w:type="dxa"/>
          </w:tcPr>
          <w:p w14:paraId="10AFBB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6.66</w:t>
            </w:r>
          </w:p>
        </w:tc>
        <w:tc>
          <w:tcPr>
            <w:tcW w:w="1080" w:type="dxa"/>
          </w:tcPr>
          <w:p w14:paraId="40BE0F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9.78</w:t>
            </w:r>
          </w:p>
        </w:tc>
      </w:tr>
      <w:tr w:rsidR="002C4892" w:rsidRPr="00BB0F50" w14:paraId="2EE124A4" w14:textId="77777777">
        <w:tc>
          <w:tcPr>
            <w:tcW w:w="1080" w:type="dxa"/>
          </w:tcPr>
          <w:p w14:paraId="26B38B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5108D2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5A6F55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7C2477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E1760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-67.66</w:t>
            </w:r>
          </w:p>
        </w:tc>
        <w:tc>
          <w:tcPr>
            <w:tcW w:w="1080" w:type="dxa"/>
          </w:tcPr>
          <w:p w14:paraId="01DF16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70.66</w:t>
            </w:r>
          </w:p>
        </w:tc>
        <w:tc>
          <w:tcPr>
            <w:tcW w:w="1080" w:type="dxa"/>
          </w:tcPr>
          <w:p w14:paraId="665BDA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8.39</w:t>
            </w:r>
          </w:p>
        </w:tc>
        <w:tc>
          <w:tcPr>
            <w:tcW w:w="1080" w:type="dxa"/>
          </w:tcPr>
          <w:p w14:paraId="6CDE7F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12.26</w:t>
            </w:r>
          </w:p>
        </w:tc>
      </w:tr>
      <w:tr w:rsidR="002C4892" w:rsidRPr="00BB0F50" w14:paraId="3FF99511" w14:textId="77777777">
        <w:tc>
          <w:tcPr>
            <w:tcW w:w="1080" w:type="dxa"/>
          </w:tcPr>
          <w:p w14:paraId="0E477A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673A03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3798EE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010B28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41B4C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-67.66</w:t>
            </w:r>
          </w:p>
        </w:tc>
        <w:tc>
          <w:tcPr>
            <w:tcW w:w="1080" w:type="dxa"/>
          </w:tcPr>
          <w:p w14:paraId="465FD3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70.66</w:t>
            </w:r>
          </w:p>
        </w:tc>
        <w:tc>
          <w:tcPr>
            <w:tcW w:w="1080" w:type="dxa"/>
          </w:tcPr>
          <w:p w14:paraId="654119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8.30</w:t>
            </w:r>
          </w:p>
        </w:tc>
        <w:tc>
          <w:tcPr>
            <w:tcW w:w="1080" w:type="dxa"/>
          </w:tcPr>
          <w:p w14:paraId="0D7441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11.84</w:t>
            </w:r>
          </w:p>
        </w:tc>
      </w:tr>
      <w:tr w:rsidR="002C4892" w:rsidRPr="00BB0F50" w14:paraId="63F5A699" w14:textId="77777777">
        <w:tc>
          <w:tcPr>
            <w:tcW w:w="1080" w:type="dxa"/>
          </w:tcPr>
          <w:p w14:paraId="64D877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5F61F1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4B773C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3848E3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F5BA2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-67.66</w:t>
            </w:r>
          </w:p>
        </w:tc>
        <w:tc>
          <w:tcPr>
            <w:tcW w:w="1080" w:type="dxa"/>
          </w:tcPr>
          <w:p w14:paraId="5966BE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70.66</w:t>
            </w:r>
          </w:p>
        </w:tc>
        <w:tc>
          <w:tcPr>
            <w:tcW w:w="1080" w:type="dxa"/>
          </w:tcPr>
          <w:p w14:paraId="55A517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4.84</w:t>
            </w:r>
          </w:p>
        </w:tc>
        <w:tc>
          <w:tcPr>
            <w:tcW w:w="1080" w:type="dxa"/>
          </w:tcPr>
          <w:p w14:paraId="3971F5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12.27</w:t>
            </w:r>
          </w:p>
        </w:tc>
      </w:tr>
      <w:tr w:rsidR="002C4892" w:rsidRPr="00BB0F50" w14:paraId="1F214DBE" w14:textId="77777777">
        <w:tc>
          <w:tcPr>
            <w:tcW w:w="1080" w:type="dxa"/>
          </w:tcPr>
          <w:p w14:paraId="620519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78A91B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0A849C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1C8751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0E47DE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-66.20</w:t>
            </w:r>
          </w:p>
        </w:tc>
        <w:tc>
          <w:tcPr>
            <w:tcW w:w="1080" w:type="dxa"/>
          </w:tcPr>
          <w:p w14:paraId="76401B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69.39</w:t>
            </w:r>
          </w:p>
        </w:tc>
        <w:tc>
          <w:tcPr>
            <w:tcW w:w="1080" w:type="dxa"/>
          </w:tcPr>
          <w:p w14:paraId="145938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4.68</w:t>
            </w:r>
          </w:p>
        </w:tc>
        <w:tc>
          <w:tcPr>
            <w:tcW w:w="1080" w:type="dxa"/>
          </w:tcPr>
          <w:p w14:paraId="3DC73A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9.02</w:t>
            </w:r>
          </w:p>
        </w:tc>
      </w:tr>
      <w:tr w:rsidR="002C4892" w:rsidRPr="00BB0F50" w14:paraId="43BB84BA" w14:textId="77777777">
        <w:tc>
          <w:tcPr>
            <w:tcW w:w="1080" w:type="dxa"/>
          </w:tcPr>
          <w:p w14:paraId="5BB033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11AC59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1BED9A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05439C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DD4381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-67.66</w:t>
            </w:r>
          </w:p>
        </w:tc>
        <w:tc>
          <w:tcPr>
            <w:tcW w:w="1080" w:type="dxa"/>
          </w:tcPr>
          <w:p w14:paraId="2178C3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70.66</w:t>
            </w:r>
          </w:p>
        </w:tc>
        <w:tc>
          <w:tcPr>
            <w:tcW w:w="1080" w:type="dxa"/>
          </w:tcPr>
          <w:p w14:paraId="30E8CE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8.36</w:t>
            </w:r>
          </w:p>
        </w:tc>
        <w:tc>
          <w:tcPr>
            <w:tcW w:w="1080" w:type="dxa"/>
          </w:tcPr>
          <w:p w14:paraId="6E3A0A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12.39</w:t>
            </w:r>
          </w:p>
        </w:tc>
      </w:tr>
      <w:tr w:rsidR="002C4892" w:rsidRPr="00BB0F50" w14:paraId="2AE4932C" w14:textId="77777777">
        <w:tc>
          <w:tcPr>
            <w:tcW w:w="1080" w:type="dxa"/>
          </w:tcPr>
          <w:p w14:paraId="0BDF9B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1C6605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10E79B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2036B6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E0F95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-56.17</w:t>
            </w:r>
          </w:p>
        </w:tc>
        <w:tc>
          <w:tcPr>
            <w:tcW w:w="1080" w:type="dxa"/>
          </w:tcPr>
          <w:p w14:paraId="66E0ED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60.98</w:t>
            </w:r>
          </w:p>
        </w:tc>
        <w:tc>
          <w:tcPr>
            <w:tcW w:w="1080" w:type="dxa"/>
          </w:tcPr>
          <w:p w14:paraId="5DFC23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6.76</w:t>
            </w:r>
          </w:p>
        </w:tc>
        <w:tc>
          <w:tcPr>
            <w:tcW w:w="1080" w:type="dxa"/>
          </w:tcPr>
          <w:p w14:paraId="2CD964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12.20</w:t>
            </w:r>
          </w:p>
        </w:tc>
      </w:tr>
      <w:tr w:rsidR="002C4892" w:rsidRPr="00BB0F50" w14:paraId="0C77AD38" w14:textId="77777777">
        <w:tc>
          <w:tcPr>
            <w:tcW w:w="1080" w:type="dxa"/>
          </w:tcPr>
          <w:p w14:paraId="1DEED8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6EFE08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229727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1BD8FF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ECF60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-56.17</w:t>
            </w:r>
          </w:p>
        </w:tc>
        <w:tc>
          <w:tcPr>
            <w:tcW w:w="1080" w:type="dxa"/>
          </w:tcPr>
          <w:p w14:paraId="24B961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60.98</w:t>
            </w:r>
          </w:p>
        </w:tc>
        <w:tc>
          <w:tcPr>
            <w:tcW w:w="1080" w:type="dxa"/>
          </w:tcPr>
          <w:p w14:paraId="76DBE4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6.46</w:t>
            </w:r>
          </w:p>
        </w:tc>
        <w:tc>
          <w:tcPr>
            <w:tcW w:w="1080" w:type="dxa"/>
          </w:tcPr>
          <w:p w14:paraId="6CE446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11.80</w:t>
            </w:r>
          </w:p>
        </w:tc>
      </w:tr>
      <w:tr w:rsidR="002C4892" w:rsidRPr="00BB0F50" w14:paraId="73B158DE" w14:textId="77777777">
        <w:tc>
          <w:tcPr>
            <w:tcW w:w="1080" w:type="dxa"/>
          </w:tcPr>
          <w:p w14:paraId="663CFF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4D22E0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4E0FBE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4D0567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35E4C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-56.17</w:t>
            </w:r>
          </w:p>
        </w:tc>
        <w:tc>
          <w:tcPr>
            <w:tcW w:w="1080" w:type="dxa"/>
          </w:tcPr>
          <w:p w14:paraId="33A859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60.98</w:t>
            </w:r>
          </w:p>
        </w:tc>
        <w:tc>
          <w:tcPr>
            <w:tcW w:w="1080" w:type="dxa"/>
          </w:tcPr>
          <w:p w14:paraId="5C6E4B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2.19</w:t>
            </w:r>
          </w:p>
        </w:tc>
        <w:tc>
          <w:tcPr>
            <w:tcW w:w="1080" w:type="dxa"/>
          </w:tcPr>
          <w:p w14:paraId="0E4121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13.22</w:t>
            </w:r>
          </w:p>
        </w:tc>
      </w:tr>
      <w:tr w:rsidR="002C4892" w:rsidRPr="00BB0F50" w14:paraId="77E1AADF" w14:textId="77777777">
        <w:tc>
          <w:tcPr>
            <w:tcW w:w="1080" w:type="dxa"/>
          </w:tcPr>
          <w:p w14:paraId="75AB28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42398C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34C359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455F146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6B9D70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-54.35</w:t>
            </w:r>
          </w:p>
        </w:tc>
        <w:tc>
          <w:tcPr>
            <w:tcW w:w="1080" w:type="dxa"/>
          </w:tcPr>
          <w:p w14:paraId="11FE59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59.28</w:t>
            </w:r>
          </w:p>
        </w:tc>
        <w:tc>
          <w:tcPr>
            <w:tcW w:w="1080" w:type="dxa"/>
          </w:tcPr>
          <w:p w14:paraId="65BF06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2.24</w:t>
            </w:r>
          </w:p>
        </w:tc>
        <w:tc>
          <w:tcPr>
            <w:tcW w:w="1080" w:type="dxa"/>
          </w:tcPr>
          <w:p w14:paraId="6C724C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9.00</w:t>
            </w:r>
          </w:p>
        </w:tc>
      </w:tr>
      <w:tr w:rsidR="002C4892" w:rsidRPr="00BB0F50" w14:paraId="438F13E2" w14:textId="77777777">
        <w:tc>
          <w:tcPr>
            <w:tcW w:w="1080" w:type="dxa"/>
          </w:tcPr>
          <w:p w14:paraId="27651A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6CB009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38624B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2DF68C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677A8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-56.17</w:t>
            </w:r>
          </w:p>
        </w:tc>
        <w:tc>
          <w:tcPr>
            <w:tcW w:w="1080" w:type="dxa"/>
          </w:tcPr>
          <w:p w14:paraId="17942F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60.98</w:t>
            </w:r>
          </w:p>
        </w:tc>
        <w:tc>
          <w:tcPr>
            <w:tcW w:w="1080" w:type="dxa"/>
          </w:tcPr>
          <w:p w14:paraId="2AFD3E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6.77</w:t>
            </w:r>
          </w:p>
        </w:tc>
        <w:tc>
          <w:tcPr>
            <w:tcW w:w="1080" w:type="dxa"/>
          </w:tcPr>
          <w:p w14:paraId="505763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12.43</w:t>
            </w:r>
          </w:p>
        </w:tc>
      </w:tr>
      <w:tr w:rsidR="002C4892" w:rsidRPr="00BB0F50" w14:paraId="6007C7F0" w14:textId="77777777">
        <w:tc>
          <w:tcPr>
            <w:tcW w:w="1080" w:type="dxa"/>
          </w:tcPr>
          <w:p w14:paraId="62FAAE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46063A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77F84E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0BE2C8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63205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-18.59</w:t>
            </w:r>
          </w:p>
        </w:tc>
        <w:tc>
          <w:tcPr>
            <w:tcW w:w="1080" w:type="dxa"/>
          </w:tcPr>
          <w:p w14:paraId="17FE72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27.81</w:t>
            </w:r>
          </w:p>
        </w:tc>
        <w:tc>
          <w:tcPr>
            <w:tcW w:w="1080" w:type="dxa"/>
          </w:tcPr>
          <w:p w14:paraId="17817D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-2.09</w:t>
            </w:r>
          </w:p>
        </w:tc>
        <w:tc>
          <w:tcPr>
            <w:tcW w:w="1080" w:type="dxa"/>
          </w:tcPr>
          <w:p w14:paraId="5DC816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8.03</w:t>
            </w:r>
          </w:p>
        </w:tc>
      </w:tr>
      <w:tr w:rsidR="002C4892" w:rsidRPr="00BB0F50" w14:paraId="5D2985C9" w14:textId="77777777">
        <w:tc>
          <w:tcPr>
            <w:tcW w:w="1080" w:type="dxa"/>
          </w:tcPr>
          <w:p w14:paraId="258E2B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5A1D8F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3B28B1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2321D8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48AC9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-18.59</w:t>
            </w:r>
          </w:p>
        </w:tc>
        <w:tc>
          <w:tcPr>
            <w:tcW w:w="1080" w:type="dxa"/>
          </w:tcPr>
          <w:p w14:paraId="3B5A19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27.81</w:t>
            </w:r>
          </w:p>
        </w:tc>
        <w:tc>
          <w:tcPr>
            <w:tcW w:w="1080" w:type="dxa"/>
          </w:tcPr>
          <w:p w14:paraId="0A90D4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-2.13</w:t>
            </w:r>
          </w:p>
        </w:tc>
        <w:tc>
          <w:tcPr>
            <w:tcW w:w="1080" w:type="dxa"/>
          </w:tcPr>
          <w:p w14:paraId="712CC2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8.06</w:t>
            </w:r>
          </w:p>
        </w:tc>
      </w:tr>
      <w:tr w:rsidR="002C4892" w:rsidRPr="00BB0F50" w14:paraId="0EF1CFD7" w14:textId="77777777">
        <w:tc>
          <w:tcPr>
            <w:tcW w:w="1080" w:type="dxa"/>
          </w:tcPr>
          <w:p w14:paraId="1CFE50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636702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01E930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A00BF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39B1D6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-18.59</w:t>
            </w:r>
          </w:p>
        </w:tc>
        <w:tc>
          <w:tcPr>
            <w:tcW w:w="1080" w:type="dxa"/>
          </w:tcPr>
          <w:p w14:paraId="767F82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27.81</w:t>
            </w:r>
          </w:p>
        </w:tc>
        <w:tc>
          <w:tcPr>
            <w:tcW w:w="1080" w:type="dxa"/>
          </w:tcPr>
          <w:p w14:paraId="14B504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-3.44</w:t>
            </w:r>
          </w:p>
        </w:tc>
        <w:tc>
          <w:tcPr>
            <w:tcW w:w="1080" w:type="dxa"/>
          </w:tcPr>
          <w:p w14:paraId="7F8AE7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10.16</w:t>
            </w:r>
          </w:p>
        </w:tc>
      </w:tr>
      <w:tr w:rsidR="002C4892" w:rsidRPr="00BB0F50" w14:paraId="2D526E15" w14:textId="77777777">
        <w:tc>
          <w:tcPr>
            <w:tcW w:w="1080" w:type="dxa"/>
          </w:tcPr>
          <w:p w14:paraId="6DBF2E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5A5AF0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6DD89A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299D66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1679361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-17.25</w:t>
            </w:r>
          </w:p>
        </w:tc>
        <w:tc>
          <w:tcPr>
            <w:tcW w:w="1080" w:type="dxa"/>
          </w:tcPr>
          <w:p w14:paraId="431D0D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26.89</w:t>
            </w:r>
          </w:p>
        </w:tc>
        <w:tc>
          <w:tcPr>
            <w:tcW w:w="1080" w:type="dxa"/>
          </w:tcPr>
          <w:p w14:paraId="4C9B34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-3.44</w:t>
            </w:r>
          </w:p>
        </w:tc>
        <w:tc>
          <w:tcPr>
            <w:tcW w:w="1080" w:type="dxa"/>
          </w:tcPr>
          <w:p w14:paraId="794A2A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6.73</w:t>
            </w:r>
          </w:p>
        </w:tc>
      </w:tr>
      <w:tr w:rsidR="002C4892" w:rsidRPr="00BB0F50" w14:paraId="4B773B5D" w14:textId="77777777">
        <w:tc>
          <w:tcPr>
            <w:tcW w:w="1080" w:type="dxa"/>
          </w:tcPr>
          <w:p w14:paraId="4E55DE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4F41761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1D5C79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7FB848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BC1E0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-18.59</w:t>
            </w:r>
          </w:p>
        </w:tc>
        <w:tc>
          <w:tcPr>
            <w:tcW w:w="1080" w:type="dxa"/>
          </w:tcPr>
          <w:p w14:paraId="37BBD5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27.81</w:t>
            </w:r>
          </w:p>
        </w:tc>
        <w:tc>
          <w:tcPr>
            <w:tcW w:w="1080" w:type="dxa"/>
          </w:tcPr>
          <w:p w14:paraId="3C0D31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-2.21</w:t>
            </w:r>
          </w:p>
        </w:tc>
        <w:tc>
          <w:tcPr>
            <w:tcW w:w="1080" w:type="dxa"/>
          </w:tcPr>
          <w:p w14:paraId="6127B5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8.09</w:t>
            </w:r>
          </w:p>
        </w:tc>
      </w:tr>
      <w:tr w:rsidR="002C4892" w:rsidRPr="00BB0F50" w14:paraId="76D92F15" w14:textId="77777777">
        <w:tc>
          <w:tcPr>
            <w:tcW w:w="1080" w:type="dxa"/>
          </w:tcPr>
          <w:p w14:paraId="382D45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MCAR 40%/8%</w:t>
            </w:r>
          </w:p>
        </w:tc>
        <w:tc>
          <w:tcPr>
            <w:tcW w:w="1080" w:type="dxa"/>
          </w:tcPr>
          <w:p w14:paraId="3BC50E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11B9A0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1940F8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C953F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-6.03</w:t>
            </w:r>
          </w:p>
        </w:tc>
        <w:tc>
          <w:tcPr>
            <w:tcW w:w="1080" w:type="dxa"/>
          </w:tcPr>
          <w:p w14:paraId="34AAC9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12.72</w:t>
            </w:r>
          </w:p>
        </w:tc>
        <w:tc>
          <w:tcPr>
            <w:tcW w:w="1080" w:type="dxa"/>
          </w:tcPr>
          <w:p w14:paraId="16FDA9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-2.17</w:t>
            </w:r>
          </w:p>
        </w:tc>
        <w:tc>
          <w:tcPr>
            <w:tcW w:w="1080" w:type="dxa"/>
          </w:tcPr>
          <w:p w14:paraId="1C68AD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5.27</w:t>
            </w:r>
          </w:p>
        </w:tc>
      </w:tr>
      <w:tr w:rsidR="002C4892" w:rsidRPr="00BB0F50" w14:paraId="49899297" w14:textId="77777777">
        <w:tc>
          <w:tcPr>
            <w:tcW w:w="1080" w:type="dxa"/>
          </w:tcPr>
          <w:p w14:paraId="04F02A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0CA1CD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36553F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7F7C89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7B166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-6.03</w:t>
            </w:r>
          </w:p>
        </w:tc>
        <w:tc>
          <w:tcPr>
            <w:tcW w:w="1080" w:type="dxa"/>
          </w:tcPr>
          <w:p w14:paraId="1BC398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12.72</w:t>
            </w:r>
          </w:p>
        </w:tc>
        <w:tc>
          <w:tcPr>
            <w:tcW w:w="1080" w:type="dxa"/>
          </w:tcPr>
          <w:p w14:paraId="39CCC7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-2.12</w:t>
            </w:r>
          </w:p>
        </w:tc>
        <w:tc>
          <w:tcPr>
            <w:tcW w:w="1080" w:type="dxa"/>
          </w:tcPr>
          <w:p w14:paraId="001BE7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5.10</w:t>
            </w:r>
          </w:p>
        </w:tc>
      </w:tr>
      <w:tr w:rsidR="002C4892" w:rsidRPr="00BB0F50" w14:paraId="210B0FE3" w14:textId="77777777">
        <w:tc>
          <w:tcPr>
            <w:tcW w:w="1080" w:type="dxa"/>
          </w:tcPr>
          <w:p w14:paraId="3DC996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79AC21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5B8B27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04711F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2C7E0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-6.03</w:t>
            </w:r>
          </w:p>
        </w:tc>
        <w:tc>
          <w:tcPr>
            <w:tcW w:w="1080" w:type="dxa"/>
          </w:tcPr>
          <w:p w14:paraId="48EDB5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12.72</w:t>
            </w:r>
          </w:p>
        </w:tc>
        <w:tc>
          <w:tcPr>
            <w:tcW w:w="1080" w:type="dxa"/>
          </w:tcPr>
          <w:p w14:paraId="6267C1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-2.43</w:t>
            </w:r>
          </w:p>
        </w:tc>
        <w:tc>
          <w:tcPr>
            <w:tcW w:w="1080" w:type="dxa"/>
          </w:tcPr>
          <w:p w14:paraId="416D81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6.23</w:t>
            </w:r>
          </w:p>
        </w:tc>
      </w:tr>
      <w:tr w:rsidR="002C4892" w:rsidRPr="00BB0F50" w14:paraId="5CA5A1AA" w14:textId="77777777">
        <w:tc>
          <w:tcPr>
            <w:tcW w:w="1080" w:type="dxa"/>
          </w:tcPr>
          <w:p w14:paraId="406D30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37E707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352263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1080" w:type="dxa"/>
          </w:tcPr>
          <w:p w14:paraId="034139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14:paraId="7838BE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-5.62</w:t>
            </w:r>
          </w:p>
        </w:tc>
        <w:tc>
          <w:tcPr>
            <w:tcW w:w="1080" w:type="dxa"/>
          </w:tcPr>
          <w:p w14:paraId="33ECC6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12.44</w:t>
            </w:r>
          </w:p>
        </w:tc>
        <w:tc>
          <w:tcPr>
            <w:tcW w:w="1080" w:type="dxa"/>
          </w:tcPr>
          <w:p w14:paraId="1D7FEC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-1.97</w:t>
            </w:r>
          </w:p>
        </w:tc>
        <w:tc>
          <w:tcPr>
            <w:tcW w:w="1080" w:type="dxa"/>
          </w:tcPr>
          <w:p w14:paraId="4F8FD9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4.58</w:t>
            </w:r>
          </w:p>
        </w:tc>
      </w:tr>
      <w:tr w:rsidR="002C4892" w:rsidRPr="00BB0F50" w14:paraId="67433990" w14:textId="77777777">
        <w:tc>
          <w:tcPr>
            <w:tcW w:w="1080" w:type="dxa"/>
          </w:tcPr>
          <w:p w14:paraId="5937E1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4FCB52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462587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28D0B3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98EC5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-6.03</w:t>
            </w:r>
          </w:p>
        </w:tc>
        <w:tc>
          <w:tcPr>
            <w:tcW w:w="1080" w:type="dxa"/>
          </w:tcPr>
          <w:p w14:paraId="254AB6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12.72</w:t>
            </w:r>
          </w:p>
        </w:tc>
        <w:tc>
          <w:tcPr>
            <w:tcW w:w="1080" w:type="dxa"/>
          </w:tcPr>
          <w:p w14:paraId="3E5319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-2.18</w:t>
            </w:r>
          </w:p>
        </w:tc>
        <w:tc>
          <w:tcPr>
            <w:tcW w:w="1080" w:type="dxa"/>
          </w:tcPr>
          <w:p w14:paraId="150B22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5.20</w:t>
            </w:r>
          </w:p>
        </w:tc>
      </w:tr>
      <w:tr w:rsidR="002C4892" w:rsidRPr="00BB0F50" w14:paraId="73BFB5E2" w14:textId="77777777">
        <w:tc>
          <w:tcPr>
            <w:tcW w:w="1080" w:type="dxa"/>
          </w:tcPr>
          <w:p w14:paraId="190425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4F1B9C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71615A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3ECEC9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E12EF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-116.27</w:t>
            </w:r>
          </w:p>
        </w:tc>
        <w:tc>
          <w:tcPr>
            <w:tcW w:w="1080" w:type="dxa"/>
          </w:tcPr>
          <w:p w14:paraId="577EFB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117.98</w:t>
            </w:r>
          </w:p>
        </w:tc>
        <w:tc>
          <w:tcPr>
            <w:tcW w:w="1080" w:type="dxa"/>
          </w:tcPr>
          <w:p w14:paraId="3D7BAB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10.16</w:t>
            </w:r>
          </w:p>
        </w:tc>
        <w:tc>
          <w:tcPr>
            <w:tcW w:w="1080" w:type="dxa"/>
          </w:tcPr>
          <w:p w14:paraId="4C765C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14.34</w:t>
            </w:r>
          </w:p>
        </w:tc>
      </w:tr>
      <w:tr w:rsidR="002C4892" w:rsidRPr="00BB0F50" w14:paraId="3907F0BF" w14:textId="77777777">
        <w:tc>
          <w:tcPr>
            <w:tcW w:w="1080" w:type="dxa"/>
          </w:tcPr>
          <w:p w14:paraId="1CB19C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64E029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069264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392691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7B5AA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-116.27</w:t>
            </w:r>
          </w:p>
        </w:tc>
        <w:tc>
          <w:tcPr>
            <w:tcW w:w="1080" w:type="dxa"/>
          </w:tcPr>
          <w:p w14:paraId="2F6B9E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117.98</w:t>
            </w:r>
          </w:p>
        </w:tc>
        <w:tc>
          <w:tcPr>
            <w:tcW w:w="1080" w:type="dxa"/>
          </w:tcPr>
          <w:p w14:paraId="4E9DB2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10.14</w:t>
            </w:r>
          </w:p>
        </w:tc>
        <w:tc>
          <w:tcPr>
            <w:tcW w:w="1080" w:type="dxa"/>
          </w:tcPr>
          <w:p w14:paraId="12C560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14.10</w:t>
            </w:r>
          </w:p>
        </w:tc>
      </w:tr>
      <w:tr w:rsidR="002C4892" w:rsidRPr="00BB0F50" w14:paraId="19C6A9BD" w14:textId="77777777">
        <w:tc>
          <w:tcPr>
            <w:tcW w:w="1080" w:type="dxa"/>
          </w:tcPr>
          <w:p w14:paraId="00ABAB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54CCE4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536C2A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77B26A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29BCA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-116.27</w:t>
            </w:r>
          </w:p>
        </w:tc>
        <w:tc>
          <w:tcPr>
            <w:tcW w:w="1080" w:type="dxa"/>
          </w:tcPr>
          <w:p w14:paraId="7DA5C6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117.98</w:t>
            </w:r>
          </w:p>
        </w:tc>
        <w:tc>
          <w:tcPr>
            <w:tcW w:w="1080" w:type="dxa"/>
          </w:tcPr>
          <w:p w14:paraId="5BC5A1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7.38</w:t>
            </w:r>
          </w:p>
        </w:tc>
        <w:tc>
          <w:tcPr>
            <w:tcW w:w="1080" w:type="dxa"/>
          </w:tcPr>
          <w:p w14:paraId="47D6E2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13.64</w:t>
            </w:r>
          </w:p>
        </w:tc>
      </w:tr>
      <w:tr w:rsidR="002C4892" w:rsidRPr="00BB0F50" w14:paraId="625F9699" w14:textId="77777777">
        <w:tc>
          <w:tcPr>
            <w:tcW w:w="1080" w:type="dxa"/>
          </w:tcPr>
          <w:p w14:paraId="756A69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0E4C73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080" w:type="dxa"/>
          </w:tcPr>
          <w:p w14:paraId="25E4ED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5A74E5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1994C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-116.27</w:t>
            </w:r>
          </w:p>
        </w:tc>
        <w:tc>
          <w:tcPr>
            <w:tcW w:w="1080" w:type="dxa"/>
          </w:tcPr>
          <w:p w14:paraId="012987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117.98</w:t>
            </w:r>
          </w:p>
        </w:tc>
        <w:tc>
          <w:tcPr>
            <w:tcW w:w="1080" w:type="dxa"/>
          </w:tcPr>
          <w:p w14:paraId="312DEA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10.13</w:t>
            </w:r>
          </w:p>
        </w:tc>
        <w:tc>
          <w:tcPr>
            <w:tcW w:w="1080" w:type="dxa"/>
          </w:tcPr>
          <w:p w14:paraId="4983DA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14.36</w:t>
            </w:r>
          </w:p>
        </w:tc>
      </w:tr>
      <w:tr w:rsidR="002C4892" w:rsidRPr="00BB0F50" w14:paraId="2C35BE0C" w14:textId="77777777">
        <w:tc>
          <w:tcPr>
            <w:tcW w:w="1080" w:type="dxa"/>
          </w:tcPr>
          <w:p w14:paraId="08214B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005FA7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709D1F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56D1F7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01251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-102.75</w:t>
            </w:r>
          </w:p>
        </w:tc>
        <w:tc>
          <w:tcPr>
            <w:tcW w:w="1080" w:type="dxa"/>
          </w:tcPr>
          <w:p w14:paraId="69D942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106.19</w:t>
            </w:r>
          </w:p>
        </w:tc>
        <w:tc>
          <w:tcPr>
            <w:tcW w:w="1080" w:type="dxa"/>
          </w:tcPr>
          <w:p w14:paraId="4ED9DD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12.82</w:t>
            </w:r>
          </w:p>
        </w:tc>
        <w:tc>
          <w:tcPr>
            <w:tcW w:w="1080" w:type="dxa"/>
          </w:tcPr>
          <w:p w14:paraId="171C1A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18.15</w:t>
            </w:r>
          </w:p>
        </w:tc>
      </w:tr>
      <w:tr w:rsidR="002C4892" w:rsidRPr="00BB0F50" w14:paraId="6A786775" w14:textId="77777777">
        <w:tc>
          <w:tcPr>
            <w:tcW w:w="1080" w:type="dxa"/>
          </w:tcPr>
          <w:p w14:paraId="24C891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3D6F81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79BA41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7973B6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74006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-102.75</w:t>
            </w:r>
          </w:p>
        </w:tc>
        <w:tc>
          <w:tcPr>
            <w:tcW w:w="1080" w:type="dxa"/>
          </w:tcPr>
          <w:p w14:paraId="1E44D5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106.19</w:t>
            </w:r>
          </w:p>
        </w:tc>
        <w:tc>
          <w:tcPr>
            <w:tcW w:w="1080" w:type="dxa"/>
          </w:tcPr>
          <w:p w14:paraId="51B11A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12.57</w:t>
            </w:r>
          </w:p>
        </w:tc>
        <w:tc>
          <w:tcPr>
            <w:tcW w:w="1080" w:type="dxa"/>
          </w:tcPr>
          <w:p w14:paraId="126291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17.56</w:t>
            </w:r>
          </w:p>
        </w:tc>
      </w:tr>
      <w:tr w:rsidR="002C4892" w:rsidRPr="00BB0F50" w14:paraId="55766F5E" w14:textId="77777777">
        <w:tc>
          <w:tcPr>
            <w:tcW w:w="1080" w:type="dxa"/>
          </w:tcPr>
          <w:p w14:paraId="2825DB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4F5A22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4FEDAE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C5144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4ABD6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-102.75</w:t>
            </w:r>
          </w:p>
        </w:tc>
        <w:tc>
          <w:tcPr>
            <w:tcW w:w="1080" w:type="dxa"/>
          </w:tcPr>
          <w:p w14:paraId="4F444C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106.19</w:t>
            </w:r>
          </w:p>
        </w:tc>
        <w:tc>
          <w:tcPr>
            <w:tcW w:w="1080" w:type="dxa"/>
          </w:tcPr>
          <w:p w14:paraId="0A2A12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6.68</w:t>
            </w:r>
          </w:p>
        </w:tc>
        <w:tc>
          <w:tcPr>
            <w:tcW w:w="1080" w:type="dxa"/>
          </w:tcPr>
          <w:p w14:paraId="0B123B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17.39</w:t>
            </w:r>
          </w:p>
        </w:tc>
      </w:tr>
      <w:tr w:rsidR="002C4892" w:rsidRPr="00BB0F50" w14:paraId="0D669282" w14:textId="77777777">
        <w:tc>
          <w:tcPr>
            <w:tcW w:w="1080" w:type="dxa"/>
          </w:tcPr>
          <w:p w14:paraId="3B9B40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4E03F9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080" w:type="dxa"/>
          </w:tcPr>
          <w:p w14:paraId="0999DE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6EEF8B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6CD2F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-102.75</w:t>
            </w:r>
          </w:p>
        </w:tc>
        <w:tc>
          <w:tcPr>
            <w:tcW w:w="1080" w:type="dxa"/>
          </w:tcPr>
          <w:p w14:paraId="38ABE2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106.19</w:t>
            </w:r>
          </w:p>
        </w:tc>
        <w:tc>
          <w:tcPr>
            <w:tcW w:w="1080" w:type="dxa"/>
          </w:tcPr>
          <w:p w14:paraId="351C7D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12.73</w:t>
            </w:r>
          </w:p>
        </w:tc>
        <w:tc>
          <w:tcPr>
            <w:tcW w:w="1080" w:type="dxa"/>
          </w:tcPr>
          <w:p w14:paraId="210D11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18.25</w:t>
            </w:r>
          </w:p>
        </w:tc>
      </w:tr>
      <w:tr w:rsidR="002C4892" w:rsidRPr="00BB0F50" w14:paraId="38381F92" w14:textId="77777777">
        <w:tc>
          <w:tcPr>
            <w:tcW w:w="1080" w:type="dxa"/>
          </w:tcPr>
          <w:p w14:paraId="330F41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6B5533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3EAC2F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6E9B3F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4D622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-85.40</w:t>
            </w:r>
          </w:p>
        </w:tc>
        <w:tc>
          <w:tcPr>
            <w:tcW w:w="1080" w:type="dxa"/>
          </w:tcPr>
          <w:p w14:paraId="35F8BD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91.70</w:t>
            </w:r>
          </w:p>
        </w:tc>
        <w:tc>
          <w:tcPr>
            <w:tcW w:w="1080" w:type="dxa"/>
          </w:tcPr>
          <w:p w14:paraId="228B24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10.10</w:t>
            </w:r>
          </w:p>
        </w:tc>
        <w:tc>
          <w:tcPr>
            <w:tcW w:w="1080" w:type="dxa"/>
          </w:tcPr>
          <w:p w14:paraId="4EF8C2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17.88</w:t>
            </w:r>
          </w:p>
        </w:tc>
      </w:tr>
      <w:tr w:rsidR="002C4892" w:rsidRPr="00BB0F50" w14:paraId="30E7AD4C" w14:textId="77777777">
        <w:tc>
          <w:tcPr>
            <w:tcW w:w="1080" w:type="dxa"/>
          </w:tcPr>
          <w:p w14:paraId="5C1FF1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5072C8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5E7EAE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3CEAB6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36915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-85.40</w:t>
            </w:r>
          </w:p>
        </w:tc>
        <w:tc>
          <w:tcPr>
            <w:tcW w:w="1080" w:type="dxa"/>
          </w:tcPr>
          <w:p w14:paraId="4170CC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91.70</w:t>
            </w:r>
          </w:p>
        </w:tc>
        <w:tc>
          <w:tcPr>
            <w:tcW w:w="1080" w:type="dxa"/>
          </w:tcPr>
          <w:p w14:paraId="1F5708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9.91</w:t>
            </w:r>
          </w:p>
        </w:tc>
        <w:tc>
          <w:tcPr>
            <w:tcW w:w="1080" w:type="dxa"/>
          </w:tcPr>
          <w:p w14:paraId="68FF9A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17.37</w:t>
            </w:r>
          </w:p>
        </w:tc>
      </w:tr>
      <w:tr w:rsidR="002C4892" w:rsidRPr="00BB0F50" w14:paraId="41A4154D" w14:textId="77777777">
        <w:tc>
          <w:tcPr>
            <w:tcW w:w="1080" w:type="dxa"/>
          </w:tcPr>
          <w:p w14:paraId="42F01A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103DE4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3163A7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572E5F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90EDB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-85.40</w:t>
            </w:r>
          </w:p>
        </w:tc>
        <w:tc>
          <w:tcPr>
            <w:tcW w:w="1080" w:type="dxa"/>
          </w:tcPr>
          <w:p w14:paraId="3A0C17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91.70</w:t>
            </w:r>
          </w:p>
        </w:tc>
        <w:tc>
          <w:tcPr>
            <w:tcW w:w="1080" w:type="dxa"/>
          </w:tcPr>
          <w:p w14:paraId="7CE072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3.17</w:t>
            </w:r>
          </w:p>
        </w:tc>
        <w:tc>
          <w:tcPr>
            <w:tcW w:w="1080" w:type="dxa"/>
          </w:tcPr>
          <w:p w14:paraId="498D02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18.73</w:t>
            </w:r>
          </w:p>
        </w:tc>
      </w:tr>
      <w:tr w:rsidR="002C4892" w:rsidRPr="00BB0F50" w14:paraId="132756F6" w14:textId="77777777">
        <w:tc>
          <w:tcPr>
            <w:tcW w:w="1080" w:type="dxa"/>
          </w:tcPr>
          <w:p w14:paraId="4ED1F9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6868E4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080" w:type="dxa"/>
          </w:tcPr>
          <w:p w14:paraId="1B0916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46A7C5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D5E41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-85.40</w:t>
            </w:r>
          </w:p>
        </w:tc>
        <w:tc>
          <w:tcPr>
            <w:tcW w:w="1080" w:type="dxa"/>
          </w:tcPr>
          <w:p w14:paraId="13FABE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91.70</w:t>
            </w:r>
          </w:p>
        </w:tc>
        <w:tc>
          <w:tcPr>
            <w:tcW w:w="1080" w:type="dxa"/>
          </w:tcPr>
          <w:p w14:paraId="156429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10.18</w:t>
            </w:r>
          </w:p>
        </w:tc>
        <w:tc>
          <w:tcPr>
            <w:tcW w:w="1080" w:type="dxa"/>
          </w:tcPr>
          <w:p w14:paraId="3EA676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18.09</w:t>
            </w:r>
          </w:p>
        </w:tc>
      </w:tr>
      <w:tr w:rsidR="002C4892" w:rsidRPr="00BB0F50" w14:paraId="4227011D" w14:textId="77777777">
        <w:tc>
          <w:tcPr>
            <w:tcW w:w="1080" w:type="dxa"/>
          </w:tcPr>
          <w:p w14:paraId="673FC4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145C98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3F4983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025129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7EAF4D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-28.34</w:t>
            </w:r>
          </w:p>
        </w:tc>
        <w:tc>
          <w:tcPr>
            <w:tcW w:w="1080" w:type="dxa"/>
          </w:tcPr>
          <w:p w14:paraId="26387C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41.84</w:t>
            </w:r>
          </w:p>
        </w:tc>
        <w:tc>
          <w:tcPr>
            <w:tcW w:w="1080" w:type="dxa"/>
          </w:tcPr>
          <w:p w14:paraId="5FFCBC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-3.34</w:t>
            </w:r>
          </w:p>
        </w:tc>
        <w:tc>
          <w:tcPr>
            <w:tcW w:w="1080" w:type="dxa"/>
          </w:tcPr>
          <w:p w14:paraId="7DDDD4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11.76</w:t>
            </w:r>
          </w:p>
        </w:tc>
      </w:tr>
      <w:tr w:rsidR="002C4892" w:rsidRPr="00BB0F50" w14:paraId="61E1E2A1" w14:textId="77777777">
        <w:tc>
          <w:tcPr>
            <w:tcW w:w="1080" w:type="dxa"/>
          </w:tcPr>
          <w:p w14:paraId="6D629F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7B95CB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3CA72B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743954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67542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-28.34</w:t>
            </w:r>
          </w:p>
        </w:tc>
        <w:tc>
          <w:tcPr>
            <w:tcW w:w="1080" w:type="dxa"/>
          </w:tcPr>
          <w:p w14:paraId="6B8094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41.84</w:t>
            </w:r>
          </w:p>
        </w:tc>
        <w:tc>
          <w:tcPr>
            <w:tcW w:w="1080" w:type="dxa"/>
          </w:tcPr>
          <w:p w14:paraId="3EC8FA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-3.35</w:t>
            </w:r>
          </w:p>
        </w:tc>
        <w:tc>
          <w:tcPr>
            <w:tcW w:w="1080" w:type="dxa"/>
          </w:tcPr>
          <w:p w14:paraId="3F3EA8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11.76</w:t>
            </w:r>
          </w:p>
        </w:tc>
      </w:tr>
      <w:tr w:rsidR="002C4892" w:rsidRPr="00BB0F50" w14:paraId="3AF1F578" w14:textId="77777777">
        <w:tc>
          <w:tcPr>
            <w:tcW w:w="1080" w:type="dxa"/>
          </w:tcPr>
          <w:p w14:paraId="31C036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35F1B1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143251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69617D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5C10A4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-28.34</w:t>
            </w:r>
          </w:p>
        </w:tc>
        <w:tc>
          <w:tcPr>
            <w:tcW w:w="1080" w:type="dxa"/>
          </w:tcPr>
          <w:p w14:paraId="058F1E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41.84</w:t>
            </w:r>
          </w:p>
        </w:tc>
        <w:tc>
          <w:tcPr>
            <w:tcW w:w="1080" w:type="dxa"/>
          </w:tcPr>
          <w:p w14:paraId="5E8A0A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-4.99</w:t>
            </w:r>
          </w:p>
        </w:tc>
        <w:tc>
          <w:tcPr>
            <w:tcW w:w="1080" w:type="dxa"/>
          </w:tcPr>
          <w:p w14:paraId="70C46F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14.61</w:t>
            </w:r>
          </w:p>
        </w:tc>
      </w:tr>
      <w:tr w:rsidR="002C4892" w:rsidRPr="00BB0F50" w14:paraId="68D6BC6F" w14:textId="77777777">
        <w:tc>
          <w:tcPr>
            <w:tcW w:w="1080" w:type="dxa"/>
          </w:tcPr>
          <w:p w14:paraId="6F62C1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MCAR 60%/20%</w:t>
            </w:r>
          </w:p>
        </w:tc>
        <w:tc>
          <w:tcPr>
            <w:tcW w:w="1080" w:type="dxa"/>
          </w:tcPr>
          <w:p w14:paraId="3AAA15F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080" w:type="dxa"/>
          </w:tcPr>
          <w:p w14:paraId="2A18DF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17400B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0F0227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-28.34</w:t>
            </w:r>
          </w:p>
        </w:tc>
        <w:tc>
          <w:tcPr>
            <w:tcW w:w="1080" w:type="dxa"/>
          </w:tcPr>
          <w:p w14:paraId="60BB55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41.84</w:t>
            </w:r>
          </w:p>
        </w:tc>
        <w:tc>
          <w:tcPr>
            <w:tcW w:w="1080" w:type="dxa"/>
          </w:tcPr>
          <w:p w14:paraId="0DD67E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-3.22</w:t>
            </w:r>
          </w:p>
        </w:tc>
        <w:tc>
          <w:tcPr>
            <w:tcW w:w="1080" w:type="dxa"/>
          </w:tcPr>
          <w:p w14:paraId="78B23C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11.78</w:t>
            </w:r>
          </w:p>
        </w:tc>
      </w:tr>
      <w:tr w:rsidR="002C4892" w:rsidRPr="00BB0F50" w14:paraId="04724085" w14:textId="77777777">
        <w:tc>
          <w:tcPr>
            <w:tcW w:w="1080" w:type="dxa"/>
          </w:tcPr>
          <w:p w14:paraId="1107E4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76E0D3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2A1FBA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080" w:type="dxa"/>
          </w:tcPr>
          <w:p w14:paraId="1E32A1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77BDD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-9.23</w:t>
            </w:r>
          </w:p>
        </w:tc>
        <w:tc>
          <w:tcPr>
            <w:tcW w:w="1080" w:type="dxa"/>
          </w:tcPr>
          <w:p w14:paraId="05F95C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19.02</w:t>
            </w:r>
          </w:p>
        </w:tc>
        <w:tc>
          <w:tcPr>
            <w:tcW w:w="1080" w:type="dxa"/>
          </w:tcPr>
          <w:p w14:paraId="4A4CBF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-3.40</w:t>
            </w:r>
          </w:p>
        </w:tc>
        <w:tc>
          <w:tcPr>
            <w:tcW w:w="1080" w:type="dxa"/>
          </w:tcPr>
          <w:p w14:paraId="7D5D6E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7.64</w:t>
            </w:r>
          </w:p>
        </w:tc>
      </w:tr>
      <w:tr w:rsidR="002C4892" w:rsidRPr="00BB0F50" w14:paraId="7EA5F0C6" w14:textId="77777777">
        <w:tc>
          <w:tcPr>
            <w:tcW w:w="1080" w:type="dxa"/>
          </w:tcPr>
          <w:p w14:paraId="2E21DE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6472BF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2122FC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080" w:type="dxa"/>
          </w:tcPr>
          <w:p w14:paraId="563A54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16D65A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-9.23</w:t>
            </w:r>
          </w:p>
        </w:tc>
        <w:tc>
          <w:tcPr>
            <w:tcW w:w="1080" w:type="dxa"/>
          </w:tcPr>
          <w:p w14:paraId="385723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19.02</w:t>
            </w:r>
          </w:p>
        </w:tc>
        <w:tc>
          <w:tcPr>
            <w:tcW w:w="1080" w:type="dxa"/>
          </w:tcPr>
          <w:p w14:paraId="01F97F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-3.39</w:t>
            </w:r>
          </w:p>
        </w:tc>
        <w:tc>
          <w:tcPr>
            <w:tcW w:w="1080" w:type="dxa"/>
          </w:tcPr>
          <w:p w14:paraId="5B91AC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7.53</w:t>
            </w:r>
          </w:p>
        </w:tc>
      </w:tr>
      <w:tr w:rsidR="002C4892" w:rsidRPr="00BB0F50" w14:paraId="67E8D933" w14:textId="77777777">
        <w:tc>
          <w:tcPr>
            <w:tcW w:w="1080" w:type="dxa"/>
          </w:tcPr>
          <w:p w14:paraId="3F12D9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5137DA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66BC20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080" w:type="dxa"/>
          </w:tcPr>
          <w:p w14:paraId="5A487B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29BD18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-9.23</w:t>
            </w:r>
          </w:p>
        </w:tc>
        <w:tc>
          <w:tcPr>
            <w:tcW w:w="1080" w:type="dxa"/>
          </w:tcPr>
          <w:p w14:paraId="566F32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19.02</w:t>
            </w:r>
          </w:p>
        </w:tc>
        <w:tc>
          <w:tcPr>
            <w:tcW w:w="1080" w:type="dxa"/>
          </w:tcPr>
          <w:p w14:paraId="02FE65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-4.04</w:t>
            </w:r>
          </w:p>
        </w:tc>
        <w:tc>
          <w:tcPr>
            <w:tcW w:w="1080" w:type="dxa"/>
          </w:tcPr>
          <w:p w14:paraId="7489DC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9.24</w:t>
            </w:r>
          </w:p>
        </w:tc>
      </w:tr>
      <w:tr w:rsidR="002C4892" w:rsidRPr="00BB0F50" w14:paraId="76960C8B" w14:textId="77777777">
        <w:tc>
          <w:tcPr>
            <w:tcW w:w="1080" w:type="dxa"/>
          </w:tcPr>
          <w:p w14:paraId="6AE16E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65641F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080" w:type="dxa"/>
          </w:tcPr>
          <w:p w14:paraId="4D18CB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080" w:type="dxa"/>
          </w:tcPr>
          <w:p w14:paraId="4B49F6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14:paraId="6F8819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-9.23</w:t>
            </w:r>
          </w:p>
        </w:tc>
        <w:tc>
          <w:tcPr>
            <w:tcW w:w="1080" w:type="dxa"/>
          </w:tcPr>
          <w:p w14:paraId="5346D2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19.02</w:t>
            </w:r>
          </w:p>
        </w:tc>
        <w:tc>
          <w:tcPr>
            <w:tcW w:w="1080" w:type="dxa"/>
          </w:tcPr>
          <w:p w14:paraId="5F1144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-3.39</w:t>
            </w:r>
          </w:p>
        </w:tc>
        <w:tc>
          <w:tcPr>
            <w:tcW w:w="1080" w:type="dxa"/>
          </w:tcPr>
          <w:p w14:paraId="348F3F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7.63</w:t>
            </w:r>
          </w:p>
        </w:tc>
      </w:tr>
    </w:tbl>
    <w:p w14:paraId="756C2F92" w14:textId="77777777" w:rsidR="002C4892" w:rsidRPr="00BB0F50" w:rsidRDefault="00000000">
      <w:pPr>
        <w:rPr>
          <w:sz w:val="24"/>
          <w:szCs w:val="24"/>
        </w:rPr>
      </w:pPr>
      <w:r w:rsidRPr="00BB0F50">
        <w:rPr>
          <w:sz w:val="24"/>
          <w:szCs w:val="24"/>
        </w:rPr>
        <w:br w:type="page"/>
      </w:r>
    </w:p>
    <w:p w14:paraId="5269F6A3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lastRenderedPageBreak/>
        <w:t>Table S4. Sample size stability (MCAR 20%/2%)</w:t>
      </w:r>
    </w:p>
    <w:p w14:paraId="4627BC22" w14:textId="77777777" w:rsidR="002C4892" w:rsidRPr="00BB0F50" w:rsidRDefault="00000000">
      <w:pPr>
        <w:rPr>
          <w:sz w:val="24"/>
          <w:szCs w:val="24"/>
        </w:rPr>
      </w:pPr>
      <w:r w:rsidRPr="00BB0F50">
        <w:rPr>
          <w:i/>
          <w:sz w:val="24"/>
          <w:szCs w:val="24"/>
        </w:rPr>
        <w:t>Site-level metrics for CAL ≥ 3 and PPD ≥ 5 across n = 50, 100, 200. Performance is stable across sample sizes.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:rsidR="002C4892" w:rsidRPr="00BB0F50" w14:paraId="2C461EDE" w14:textId="77777777">
        <w:tc>
          <w:tcPr>
            <w:tcW w:w="1234" w:type="dxa"/>
          </w:tcPr>
          <w:p w14:paraId="7D6933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234" w:type="dxa"/>
          </w:tcPr>
          <w:p w14:paraId="47F9E1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Endpoint</w:t>
            </w:r>
          </w:p>
        </w:tc>
        <w:tc>
          <w:tcPr>
            <w:tcW w:w="1234" w:type="dxa"/>
          </w:tcPr>
          <w:p w14:paraId="5840E3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Method</w:t>
            </w:r>
          </w:p>
        </w:tc>
        <w:tc>
          <w:tcPr>
            <w:tcW w:w="1234" w:type="dxa"/>
          </w:tcPr>
          <w:p w14:paraId="4C60AE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Brier</w:t>
            </w:r>
          </w:p>
        </w:tc>
        <w:tc>
          <w:tcPr>
            <w:tcW w:w="1234" w:type="dxa"/>
          </w:tcPr>
          <w:p w14:paraId="3418F4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Accuracy</w:t>
            </w:r>
          </w:p>
        </w:tc>
        <w:tc>
          <w:tcPr>
            <w:tcW w:w="1234" w:type="dxa"/>
          </w:tcPr>
          <w:p w14:paraId="3C5706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AUC</w:t>
            </w:r>
          </w:p>
        </w:tc>
        <w:tc>
          <w:tcPr>
            <w:tcW w:w="1234" w:type="dxa"/>
          </w:tcPr>
          <w:p w14:paraId="719CED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Prev RMSE</w:t>
            </w:r>
          </w:p>
        </w:tc>
      </w:tr>
      <w:tr w:rsidR="002C4892" w:rsidRPr="00BB0F50" w14:paraId="66A17C32" w14:textId="77777777">
        <w:tc>
          <w:tcPr>
            <w:tcW w:w="1234" w:type="dxa"/>
          </w:tcPr>
          <w:p w14:paraId="191AFF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3BB90A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4D093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234" w:type="dxa"/>
          </w:tcPr>
          <w:p w14:paraId="10C66B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2714B1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5FDE17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6636FD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0.0111</w:t>
            </w:r>
          </w:p>
        </w:tc>
      </w:tr>
      <w:tr w:rsidR="002C4892" w:rsidRPr="00BB0F50" w14:paraId="734926A4" w14:textId="77777777">
        <w:tc>
          <w:tcPr>
            <w:tcW w:w="1234" w:type="dxa"/>
          </w:tcPr>
          <w:p w14:paraId="5C266D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49473B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CC1C0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234" w:type="dxa"/>
          </w:tcPr>
          <w:p w14:paraId="400911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36F409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234" w:type="dxa"/>
          </w:tcPr>
          <w:p w14:paraId="4B26B9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27B8B0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0.0109</w:t>
            </w:r>
          </w:p>
        </w:tc>
      </w:tr>
      <w:tr w:rsidR="002C4892" w:rsidRPr="00BB0F50" w14:paraId="1F2E4D6F" w14:textId="77777777">
        <w:tc>
          <w:tcPr>
            <w:tcW w:w="1234" w:type="dxa"/>
          </w:tcPr>
          <w:p w14:paraId="585C67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BEEFE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A96A2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234" w:type="dxa"/>
          </w:tcPr>
          <w:p w14:paraId="0FF45D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2CA07D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240503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234" w:type="dxa"/>
          </w:tcPr>
          <w:p w14:paraId="6F6F62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0.0108</w:t>
            </w:r>
          </w:p>
        </w:tc>
      </w:tr>
      <w:tr w:rsidR="002C4892" w:rsidRPr="00BB0F50" w14:paraId="795D69AA" w14:textId="77777777">
        <w:tc>
          <w:tcPr>
            <w:tcW w:w="1234" w:type="dxa"/>
          </w:tcPr>
          <w:p w14:paraId="4E5D51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6D121B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AAB7C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234" w:type="dxa"/>
          </w:tcPr>
          <w:p w14:paraId="4FDAD5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1938F6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0.90</w:t>
            </w:r>
          </w:p>
        </w:tc>
        <w:tc>
          <w:tcPr>
            <w:tcW w:w="1234" w:type="dxa"/>
          </w:tcPr>
          <w:p w14:paraId="3966CD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234" w:type="dxa"/>
          </w:tcPr>
          <w:p w14:paraId="37D820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0.0106</w:t>
            </w:r>
          </w:p>
        </w:tc>
      </w:tr>
      <w:tr w:rsidR="002C4892" w:rsidRPr="00BB0F50" w14:paraId="6C8FD4AA" w14:textId="77777777">
        <w:tc>
          <w:tcPr>
            <w:tcW w:w="1234" w:type="dxa"/>
          </w:tcPr>
          <w:p w14:paraId="0FABAA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47BBA0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041C17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234" w:type="dxa"/>
          </w:tcPr>
          <w:p w14:paraId="44AE15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658875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234" w:type="dxa"/>
          </w:tcPr>
          <w:p w14:paraId="3F1949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481BC6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0.0104</w:t>
            </w:r>
          </w:p>
        </w:tc>
      </w:tr>
      <w:tr w:rsidR="002C4892" w:rsidRPr="00BB0F50" w14:paraId="3F7CC21F" w14:textId="77777777">
        <w:tc>
          <w:tcPr>
            <w:tcW w:w="1234" w:type="dxa"/>
          </w:tcPr>
          <w:p w14:paraId="64DE6F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4473D0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A11E3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234" w:type="dxa"/>
          </w:tcPr>
          <w:p w14:paraId="0B58AB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63A81D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438BD4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234" w:type="dxa"/>
          </w:tcPr>
          <w:p w14:paraId="666158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0.0101</w:t>
            </w:r>
          </w:p>
        </w:tc>
      </w:tr>
      <w:tr w:rsidR="002C4892" w:rsidRPr="00BB0F50" w14:paraId="1AC886D7" w14:textId="77777777">
        <w:tc>
          <w:tcPr>
            <w:tcW w:w="1234" w:type="dxa"/>
          </w:tcPr>
          <w:p w14:paraId="302FE4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3857EF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09CC0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234" w:type="dxa"/>
          </w:tcPr>
          <w:p w14:paraId="3894A0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38EF19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47BA44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0.58</w:t>
            </w:r>
          </w:p>
        </w:tc>
        <w:tc>
          <w:tcPr>
            <w:tcW w:w="1234" w:type="dxa"/>
          </w:tcPr>
          <w:p w14:paraId="4FF591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0.0256</w:t>
            </w:r>
          </w:p>
        </w:tc>
      </w:tr>
      <w:tr w:rsidR="002C4892" w:rsidRPr="00BB0F50" w14:paraId="61ABF9A3" w14:textId="77777777">
        <w:tc>
          <w:tcPr>
            <w:tcW w:w="1234" w:type="dxa"/>
          </w:tcPr>
          <w:p w14:paraId="19E9B7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363C26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3CA4D5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234" w:type="dxa"/>
          </w:tcPr>
          <w:p w14:paraId="1AAAE5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2928AE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234" w:type="dxa"/>
          </w:tcPr>
          <w:p w14:paraId="18A9E3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0.58</w:t>
            </w:r>
          </w:p>
        </w:tc>
        <w:tc>
          <w:tcPr>
            <w:tcW w:w="1234" w:type="dxa"/>
          </w:tcPr>
          <w:p w14:paraId="487F96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0.0265</w:t>
            </w:r>
          </w:p>
        </w:tc>
      </w:tr>
      <w:tr w:rsidR="002C4892" w:rsidRPr="00BB0F50" w14:paraId="4E75B355" w14:textId="77777777">
        <w:tc>
          <w:tcPr>
            <w:tcW w:w="1234" w:type="dxa"/>
          </w:tcPr>
          <w:p w14:paraId="1D94D3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7188AE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388D5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234" w:type="dxa"/>
          </w:tcPr>
          <w:p w14:paraId="537087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1F1479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234" w:type="dxa"/>
          </w:tcPr>
          <w:p w14:paraId="6F80A9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234" w:type="dxa"/>
          </w:tcPr>
          <w:p w14:paraId="35F336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0.0264</w:t>
            </w:r>
          </w:p>
        </w:tc>
      </w:tr>
      <w:tr w:rsidR="002C4892" w:rsidRPr="00BB0F50" w14:paraId="2DD62EAD" w14:textId="77777777">
        <w:tc>
          <w:tcPr>
            <w:tcW w:w="1234" w:type="dxa"/>
          </w:tcPr>
          <w:p w14:paraId="146D9B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4BF511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13A43B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234" w:type="dxa"/>
          </w:tcPr>
          <w:p w14:paraId="1E8BFA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B0EB4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7E2484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59EB2A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0.0107</w:t>
            </w:r>
          </w:p>
        </w:tc>
      </w:tr>
      <w:tr w:rsidR="002C4892" w:rsidRPr="00BB0F50" w14:paraId="74273B54" w14:textId="77777777">
        <w:tc>
          <w:tcPr>
            <w:tcW w:w="1234" w:type="dxa"/>
          </w:tcPr>
          <w:p w14:paraId="0CC976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27DE27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10AAB5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234" w:type="dxa"/>
          </w:tcPr>
          <w:p w14:paraId="00096B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045B74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234" w:type="dxa"/>
          </w:tcPr>
          <w:p w14:paraId="4386FE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2CD7F6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0.0111</w:t>
            </w:r>
          </w:p>
        </w:tc>
      </w:tr>
      <w:tr w:rsidR="002C4892" w:rsidRPr="00BB0F50" w14:paraId="4060E677" w14:textId="77777777">
        <w:tc>
          <w:tcPr>
            <w:tcW w:w="1234" w:type="dxa"/>
          </w:tcPr>
          <w:p w14:paraId="201BEF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AC71B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737B26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234" w:type="dxa"/>
          </w:tcPr>
          <w:p w14:paraId="567B66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5716FB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27C3411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0.77</w:t>
            </w:r>
          </w:p>
        </w:tc>
        <w:tc>
          <w:tcPr>
            <w:tcW w:w="1234" w:type="dxa"/>
          </w:tcPr>
          <w:p w14:paraId="08A516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0.0110</w:t>
            </w:r>
          </w:p>
        </w:tc>
      </w:tr>
      <w:tr w:rsidR="002C4892" w:rsidRPr="00BB0F50" w14:paraId="400DEA30" w14:textId="77777777">
        <w:tc>
          <w:tcPr>
            <w:tcW w:w="1234" w:type="dxa"/>
          </w:tcPr>
          <w:p w14:paraId="607638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3270B4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28C7A0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234" w:type="dxa"/>
          </w:tcPr>
          <w:p w14:paraId="0D56F1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5B7F4B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3D8913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4ECD96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0.0117</w:t>
            </w:r>
          </w:p>
        </w:tc>
      </w:tr>
      <w:tr w:rsidR="002C4892" w:rsidRPr="00BB0F50" w14:paraId="5D917228" w14:textId="77777777">
        <w:tc>
          <w:tcPr>
            <w:tcW w:w="1234" w:type="dxa"/>
          </w:tcPr>
          <w:p w14:paraId="70DE18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134E1B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368EF4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234" w:type="dxa"/>
          </w:tcPr>
          <w:p w14:paraId="255513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4BCDDB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337606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51DB1A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0.0119</w:t>
            </w:r>
          </w:p>
        </w:tc>
      </w:tr>
      <w:tr w:rsidR="002C4892" w:rsidRPr="00BB0F50" w14:paraId="49CD616E" w14:textId="77777777">
        <w:tc>
          <w:tcPr>
            <w:tcW w:w="1234" w:type="dxa"/>
          </w:tcPr>
          <w:p w14:paraId="2FD548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245CFC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1E5B32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1234" w:type="dxa"/>
          </w:tcPr>
          <w:p w14:paraId="2BBA51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25CDBF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61412A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1C10C1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0.0120</w:t>
            </w:r>
          </w:p>
        </w:tc>
      </w:tr>
      <w:tr w:rsidR="002C4892" w:rsidRPr="00BB0F50" w14:paraId="3AF70514" w14:textId="77777777">
        <w:tc>
          <w:tcPr>
            <w:tcW w:w="1234" w:type="dxa"/>
          </w:tcPr>
          <w:p w14:paraId="671FA8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448B6E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342A49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234" w:type="dxa"/>
          </w:tcPr>
          <w:p w14:paraId="554C7C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723DED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4CC6AD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7D081A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0.0115</w:t>
            </w:r>
          </w:p>
        </w:tc>
      </w:tr>
      <w:tr w:rsidR="002C4892" w:rsidRPr="00BB0F50" w14:paraId="6A729DE9" w14:textId="77777777">
        <w:tc>
          <w:tcPr>
            <w:tcW w:w="1234" w:type="dxa"/>
          </w:tcPr>
          <w:p w14:paraId="318A95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2C87C3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6F6B39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234" w:type="dxa"/>
          </w:tcPr>
          <w:p w14:paraId="7F90ED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75EE7C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592816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71EB49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0.0117</w:t>
            </w:r>
          </w:p>
        </w:tc>
      </w:tr>
      <w:tr w:rsidR="002C4892" w:rsidRPr="00BB0F50" w14:paraId="3381A4DF" w14:textId="77777777">
        <w:tc>
          <w:tcPr>
            <w:tcW w:w="1234" w:type="dxa"/>
          </w:tcPr>
          <w:p w14:paraId="4A20EA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BC1EE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09E071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1234" w:type="dxa"/>
          </w:tcPr>
          <w:p w14:paraId="026DCC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494D33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31C780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4DAAFB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0.0118</w:t>
            </w:r>
          </w:p>
        </w:tc>
      </w:tr>
      <w:tr w:rsidR="002C4892" w:rsidRPr="00BB0F50" w14:paraId="5816F720" w14:textId="77777777">
        <w:tc>
          <w:tcPr>
            <w:tcW w:w="1234" w:type="dxa"/>
          </w:tcPr>
          <w:p w14:paraId="0F9EC5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590C56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49550A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234" w:type="dxa"/>
          </w:tcPr>
          <w:p w14:paraId="5E76F3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146A01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234" w:type="dxa"/>
          </w:tcPr>
          <w:p w14:paraId="41C760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0.71</w:t>
            </w:r>
          </w:p>
        </w:tc>
        <w:tc>
          <w:tcPr>
            <w:tcW w:w="1234" w:type="dxa"/>
          </w:tcPr>
          <w:p w14:paraId="18DFAD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0.0282</w:t>
            </w:r>
          </w:p>
        </w:tc>
      </w:tr>
      <w:tr w:rsidR="002C4892" w:rsidRPr="00BB0F50" w14:paraId="554E178C" w14:textId="77777777">
        <w:tc>
          <w:tcPr>
            <w:tcW w:w="1234" w:type="dxa"/>
          </w:tcPr>
          <w:p w14:paraId="04137D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7AC994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225176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234" w:type="dxa"/>
          </w:tcPr>
          <w:p w14:paraId="2A4245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234" w:type="dxa"/>
          </w:tcPr>
          <w:p w14:paraId="4B60EA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6015FE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0.73</w:t>
            </w:r>
          </w:p>
        </w:tc>
        <w:tc>
          <w:tcPr>
            <w:tcW w:w="1234" w:type="dxa"/>
          </w:tcPr>
          <w:p w14:paraId="46D430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0.0269</w:t>
            </w:r>
          </w:p>
        </w:tc>
      </w:tr>
      <w:tr w:rsidR="002C4892" w:rsidRPr="00BB0F50" w14:paraId="1A12D359" w14:textId="77777777">
        <w:tc>
          <w:tcPr>
            <w:tcW w:w="1234" w:type="dxa"/>
          </w:tcPr>
          <w:p w14:paraId="2FEA2F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462658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481815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1234" w:type="dxa"/>
          </w:tcPr>
          <w:p w14:paraId="5F0F71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6E720F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234" w:type="dxa"/>
          </w:tcPr>
          <w:p w14:paraId="28DC43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234" w:type="dxa"/>
          </w:tcPr>
          <w:p w14:paraId="250A60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0.0286</w:t>
            </w:r>
          </w:p>
        </w:tc>
      </w:tr>
      <w:tr w:rsidR="002C4892" w:rsidRPr="00BB0F50" w14:paraId="78158314" w14:textId="77777777">
        <w:tc>
          <w:tcPr>
            <w:tcW w:w="1234" w:type="dxa"/>
          </w:tcPr>
          <w:p w14:paraId="5F42B8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1DBC38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58DFDE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234" w:type="dxa"/>
          </w:tcPr>
          <w:p w14:paraId="1F6B3D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7024CC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4EC7E2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654A8D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0.0117</w:t>
            </w:r>
          </w:p>
        </w:tc>
      </w:tr>
      <w:tr w:rsidR="002C4892" w:rsidRPr="00BB0F50" w14:paraId="27F93A28" w14:textId="77777777">
        <w:tc>
          <w:tcPr>
            <w:tcW w:w="1234" w:type="dxa"/>
          </w:tcPr>
          <w:p w14:paraId="6C5290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3688D5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3A66B9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234" w:type="dxa"/>
          </w:tcPr>
          <w:p w14:paraId="11E166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0F1E38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1572AC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6B5B48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0.0115</w:t>
            </w:r>
          </w:p>
        </w:tc>
      </w:tr>
      <w:tr w:rsidR="002C4892" w:rsidRPr="00BB0F50" w14:paraId="21542ABB" w14:textId="77777777">
        <w:tc>
          <w:tcPr>
            <w:tcW w:w="1234" w:type="dxa"/>
          </w:tcPr>
          <w:p w14:paraId="1F38DA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31CEB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67912F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1234" w:type="dxa"/>
          </w:tcPr>
          <w:p w14:paraId="47E5FC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5D03D6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7740C4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0AD17A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0.0120</w:t>
            </w:r>
          </w:p>
        </w:tc>
      </w:tr>
    </w:tbl>
    <w:p w14:paraId="34F8194F" w14:textId="77777777" w:rsidR="002C4892" w:rsidRPr="00BB0F50" w:rsidRDefault="002C4892">
      <w:pPr>
        <w:rPr>
          <w:sz w:val="24"/>
          <w:szCs w:val="24"/>
        </w:rPr>
      </w:pPr>
    </w:p>
    <w:p w14:paraId="74ED322F" w14:textId="77777777" w:rsidR="00DB709D" w:rsidRDefault="00DB709D">
      <w:pPr>
        <w:spacing w:after="20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CEFA938" w14:textId="76429F7B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lastRenderedPageBreak/>
        <w:t>Table S5. Computational runtime by method and sample size</w:t>
      </w:r>
    </w:p>
    <w:p w14:paraId="013B81B2" w14:textId="77777777" w:rsidR="002C4892" w:rsidRPr="00BB0F50" w:rsidRDefault="00000000">
      <w:pPr>
        <w:rPr>
          <w:sz w:val="24"/>
          <w:szCs w:val="24"/>
        </w:rPr>
      </w:pPr>
      <w:r w:rsidRPr="00BB0F50">
        <w:rPr>
          <w:i/>
          <w:sz w:val="24"/>
          <w:szCs w:val="24"/>
        </w:rPr>
        <w:t>Mean and median seconds per endpoint. MICE-2l.bin not available at n = 200 (memory failure).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C4892" w:rsidRPr="00BB0F50" w14:paraId="23E1019C" w14:textId="77777777">
        <w:tc>
          <w:tcPr>
            <w:tcW w:w="2160" w:type="dxa"/>
          </w:tcPr>
          <w:p w14:paraId="62EB2D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160" w:type="dxa"/>
          </w:tcPr>
          <w:p w14:paraId="733F7A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Method</w:t>
            </w:r>
          </w:p>
        </w:tc>
        <w:tc>
          <w:tcPr>
            <w:tcW w:w="2160" w:type="dxa"/>
          </w:tcPr>
          <w:p w14:paraId="655124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Mean (s)</w:t>
            </w:r>
          </w:p>
        </w:tc>
        <w:tc>
          <w:tcPr>
            <w:tcW w:w="2160" w:type="dxa"/>
          </w:tcPr>
          <w:p w14:paraId="74EC2F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Median (s)</w:t>
            </w:r>
          </w:p>
        </w:tc>
      </w:tr>
      <w:tr w:rsidR="002C4892" w:rsidRPr="00BB0F50" w14:paraId="609CC59A" w14:textId="77777777">
        <w:tc>
          <w:tcPr>
            <w:tcW w:w="2160" w:type="dxa"/>
          </w:tcPr>
          <w:p w14:paraId="0A0791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2160" w:type="dxa"/>
          </w:tcPr>
          <w:p w14:paraId="5F71D8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2160" w:type="dxa"/>
          </w:tcPr>
          <w:p w14:paraId="2D7BCA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50.7</w:t>
            </w:r>
          </w:p>
        </w:tc>
        <w:tc>
          <w:tcPr>
            <w:tcW w:w="2160" w:type="dxa"/>
          </w:tcPr>
          <w:p w14:paraId="0102B9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46.9</w:t>
            </w:r>
          </w:p>
        </w:tc>
      </w:tr>
      <w:tr w:rsidR="002C4892" w:rsidRPr="00BB0F50" w14:paraId="39055289" w14:textId="77777777">
        <w:tc>
          <w:tcPr>
            <w:tcW w:w="2160" w:type="dxa"/>
          </w:tcPr>
          <w:p w14:paraId="795590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2160" w:type="dxa"/>
          </w:tcPr>
          <w:p w14:paraId="629143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2160" w:type="dxa"/>
          </w:tcPr>
          <w:p w14:paraId="79E17E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63.0</w:t>
            </w:r>
          </w:p>
        </w:tc>
        <w:tc>
          <w:tcPr>
            <w:tcW w:w="2160" w:type="dxa"/>
          </w:tcPr>
          <w:p w14:paraId="5AB3A6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47.5</w:t>
            </w:r>
          </w:p>
        </w:tc>
      </w:tr>
      <w:tr w:rsidR="002C4892" w:rsidRPr="00BB0F50" w14:paraId="74D19F9B" w14:textId="77777777">
        <w:tc>
          <w:tcPr>
            <w:tcW w:w="2160" w:type="dxa"/>
          </w:tcPr>
          <w:p w14:paraId="1C3C13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2160" w:type="dxa"/>
          </w:tcPr>
          <w:p w14:paraId="47C71A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2160" w:type="dxa"/>
          </w:tcPr>
          <w:p w14:paraId="3C5E2F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146.1</w:t>
            </w:r>
          </w:p>
        </w:tc>
        <w:tc>
          <w:tcPr>
            <w:tcW w:w="2160" w:type="dxa"/>
          </w:tcPr>
          <w:p w14:paraId="044F64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164.8</w:t>
            </w:r>
          </w:p>
        </w:tc>
      </w:tr>
      <w:tr w:rsidR="002C4892" w:rsidRPr="00BB0F50" w14:paraId="0EC92B72" w14:textId="77777777">
        <w:tc>
          <w:tcPr>
            <w:tcW w:w="2160" w:type="dxa"/>
          </w:tcPr>
          <w:p w14:paraId="28E4FF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2160" w:type="dxa"/>
          </w:tcPr>
          <w:p w14:paraId="742918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2160" w:type="dxa"/>
          </w:tcPr>
          <w:p w14:paraId="67AFF0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409.7</w:t>
            </w:r>
          </w:p>
        </w:tc>
        <w:tc>
          <w:tcPr>
            <w:tcW w:w="2160" w:type="dxa"/>
          </w:tcPr>
          <w:p w14:paraId="63B416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387.1</w:t>
            </w:r>
          </w:p>
        </w:tc>
      </w:tr>
      <w:tr w:rsidR="002C4892" w:rsidRPr="00BB0F50" w14:paraId="0B048FCD" w14:textId="77777777">
        <w:tc>
          <w:tcPr>
            <w:tcW w:w="2160" w:type="dxa"/>
          </w:tcPr>
          <w:p w14:paraId="56947E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50</w:t>
            </w:r>
          </w:p>
        </w:tc>
        <w:tc>
          <w:tcPr>
            <w:tcW w:w="2160" w:type="dxa"/>
          </w:tcPr>
          <w:p w14:paraId="19BB00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2160" w:type="dxa"/>
          </w:tcPr>
          <w:p w14:paraId="3620B6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12.0</w:t>
            </w:r>
          </w:p>
        </w:tc>
        <w:tc>
          <w:tcPr>
            <w:tcW w:w="2160" w:type="dxa"/>
          </w:tcPr>
          <w:p w14:paraId="1FFEBF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11.8</w:t>
            </w:r>
          </w:p>
        </w:tc>
      </w:tr>
      <w:tr w:rsidR="002C4892" w:rsidRPr="00BB0F50" w14:paraId="75EC74AC" w14:textId="77777777">
        <w:tc>
          <w:tcPr>
            <w:tcW w:w="2160" w:type="dxa"/>
          </w:tcPr>
          <w:p w14:paraId="490D75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2160" w:type="dxa"/>
          </w:tcPr>
          <w:p w14:paraId="24561B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2160" w:type="dxa"/>
          </w:tcPr>
          <w:p w14:paraId="166B5A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96.2</w:t>
            </w:r>
          </w:p>
        </w:tc>
        <w:tc>
          <w:tcPr>
            <w:tcW w:w="2160" w:type="dxa"/>
          </w:tcPr>
          <w:p w14:paraId="2F6FFA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95.5</w:t>
            </w:r>
          </w:p>
        </w:tc>
      </w:tr>
      <w:tr w:rsidR="002C4892" w:rsidRPr="00BB0F50" w14:paraId="4D0382CD" w14:textId="77777777">
        <w:tc>
          <w:tcPr>
            <w:tcW w:w="2160" w:type="dxa"/>
          </w:tcPr>
          <w:p w14:paraId="0B44EF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2160" w:type="dxa"/>
          </w:tcPr>
          <w:p w14:paraId="6E98AB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2160" w:type="dxa"/>
          </w:tcPr>
          <w:p w14:paraId="720872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98.3</w:t>
            </w:r>
          </w:p>
        </w:tc>
        <w:tc>
          <w:tcPr>
            <w:tcW w:w="2160" w:type="dxa"/>
          </w:tcPr>
          <w:p w14:paraId="491887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96.9</w:t>
            </w:r>
          </w:p>
        </w:tc>
      </w:tr>
      <w:tr w:rsidR="002C4892" w:rsidRPr="00BB0F50" w14:paraId="2BF48D58" w14:textId="77777777">
        <w:tc>
          <w:tcPr>
            <w:tcW w:w="2160" w:type="dxa"/>
          </w:tcPr>
          <w:p w14:paraId="1ABDDF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2160" w:type="dxa"/>
          </w:tcPr>
          <w:p w14:paraId="0136A9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2160" w:type="dxa"/>
          </w:tcPr>
          <w:p w14:paraId="291155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611.9</w:t>
            </w:r>
          </w:p>
        </w:tc>
        <w:tc>
          <w:tcPr>
            <w:tcW w:w="2160" w:type="dxa"/>
          </w:tcPr>
          <w:p w14:paraId="190D3D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687.4</w:t>
            </w:r>
          </w:p>
        </w:tc>
      </w:tr>
      <w:tr w:rsidR="002C4892" w:rsidRPr="00BB0F50" w14:paraId="61A73100" w14:textId="77777777">
        <w:tc>
          <w:tcPr>
            <w:tcW w:w="2160" w:type="dxa"/>
          </w:tcPr>
          <w:p w14:paraId="5FDF42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2160" w:type="dxa"/>
          </w:tcPr>
          <w:p w14:paraId="12FA61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MICE-2l.bin</w:t>
            </w:r>
          </w:p>
        </w:tc>
        <w:tc>
          <w:tcPr>
            <w:tcW w:w="2160" w:type="dxa"/>
          </w:tcPr>
          <w:p w14:paraId="2A8D50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1100.1</w:t>
            </w:r>
          </w:p>
        </w:tc>
        <w:tc>
          <w:tcPr>
            <w:tcW w:w="2160" w:type="dxa"/>
          </w:tcPr>
          <w:p w14:paraId="0A5107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1043.1</w:t>
            </w:r>
          </w:p>
        </w:tc>
      </w:tr>
      <w:tr w:rsidR="002C4892" w:rsidRPr="00BB0F50" w14:paraId="13AD682C" w14:textId="77777777">
        <w:tc>
          <w:tcPr>
            <w:tcW w:w="2160" w:type="dxa"/>
          </w:tcPr>
          <w:p w14:paraId="660FC2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</w:t>
            </w:r>
          </w:p>
        </w:tc>
        <w:tc>
          <w:tcPr>
            <w:tcW w:w="2160" w:type="dxa"/>
          </w:tcPr>
          <w:p w14:paraId="0593C8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2160" w:type="dxa"/>
          </w:tcPr>
          <w:p w14:paraId="118C6C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24.5</w:t>
            </w:r>
          </w:p>
        </w:tc>
        <w:tc>
          <w:tcPr>
            <w:tcW w:w="2160" w:type="dxa"/>
          </w:tcPr>
          <w:p w14:paraId="533E2F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24.4</w:t>
            </w:r>
          </w:p>
        </w:tc>
      </w:tr>
      <w:tr w:rsidR="002C4892" w:rsidRPr="00BB0F50" w14:paraId="52FA643B" w14:textId="77777777">
        <w:tc>
          <w:tcPr>
            <w:tcW w:w="2160" w:type="dxa"/>
          </w:tcPr>
          <w:p w14:paraId="7E822D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2160" w:type="dxa"/>
          </w:tcPr>
          <w:p w14:paraId="63087B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</w:t>
            </w:r>
          </w:p>
        </w:tc>
        <w:tc>
          <w:tcPr>
            <w:tcW w:w="2160" w:type="dxa"/>
          </w:tcPr>
          <w:p w14:paraId="576F69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194.4</w:t>
            </w:r>
          </w:p>
        </w:tc>
        <w:tc>
          <w:tcPr>
            <w:tcW w:w="2160" w:type="dxa"/>
          </w:tcPr>
          <w:p w14:paraId="6820F2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194.8</w:t>
            </w:r>
          </w:p>
        </w:tc>
      </w:tr>
      <w:tr w:rsidR="002C4892" w:rsidRPr="00BB0F50" w14:paraId="39AB79C6" w14:textId="77777777">
        <w:tc>
          <w:tcPr>
            <w:tcW w:w="2160" w:type="dxa"/>
          </w:tcPr>
          <w:p w14:paraId="6AE403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2160" w:type="dxa"/>
          </w:tcPr>
          <w:p w14:paraId="485D83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CLF+RE</w:t>
            </w:r>
          </w:p>
        </w:tc>
        <w:tc>
          <w:tcPr>
            <w:tcW w:w="2160" w:type="dxa"/>
          </w:tcPr>
          <w:p w14:paraId="468E33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198.8</w:t>
            </w:r>
          </w:p>
        </w:tc>
        <w:tc>
          <w:tcPr>
            <w:tcW w:w="2160" w:type="dxa"/>
          </w:tcPr>
          <w:p w14:paraId="586870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197.2</w:t>
            </w:r>
          </w:p>
        </w:tc>
      </w:tr>
      <w:tr w:rsidR="002C4892" w:rsidRPr="00BB0F50" w14:paraId="0D692C5F" w14:textId="77777777">
        <w:tc>
          <w:tcPr>
            <w:tcW w:w="2160" w:type="dxa"/>
          </w:tcPr>
          <w:p w14:paraId="026B80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2160" w:type="dxa"/>
          </w:tcPr>
          <w:p w14:paraId="712EFF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KNN</w:t>
            </w:r>
          </w:p>
        </w:tc>
        <w:tc>
          <w:tcPr>
            <w:tcW w:w="2160" w:type="dxa"/>
          </w:tcPr>
          <w:p w14:paraId="33043C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2628.8</w:t>
            </w:r>
          </w:p>
        </w:tc>
        <w:tc>
          <w:tcPr>
            <w:tcW w:w="2160" w:type="dxa"/>
          </w:tcPr>
          <w:p w14:paraId="4483BF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2937.0</w:t>
            </w:r>
          </w:p>
        </w:tc>
      </w:tr>
      <w:tr w:rsidR="002C4892" w:rsidRPr="00BB0F50" w14:paraId="4CA24E9C" w14:textId="77777777">
        <w:tc>
          <w:tcPr>
            <w:tcW w:w="2160" w:type="dxa"/>
          </w:tcPr>
          <w:p w14:paraId="16D7FB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200</w:t>
            </w:r>
          </w:p>
        </w:tc>
        <w:tc>
          <w:tcPr>
            <w:tcW w:w="2160" w:type="dxa"/>
          </w:tcPr>
          <w:p w14:paraId="76E0BF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MICE-logreg</w:t>
            </w:r>
          </w:p>
        </w:tc>
        <w:tc>
          <w:tcPr>
            <w:tcW w:w="2160" w:type="dxa"/>
          </w:tcPr>
          <w:p w14:paraId="271C7C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51.0</w:t>
            </w:r>
          </w:p>
        </w:tc>
        <w:tc>
          <w:tcPr>
            <w:tcW w:w="2160" w:type="dxa"/>
          </w:tcPr>
          <w:p w14:paraId="0AE34A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49.6</w:t>
            </w:r>
          </w:p>
        </w:tc>
      </w:tr>
    </w:tbl>
    <w:p w14:paraId="09AE8679" w14:textId="77777777" w:rsidR="002C4892" w:rsidRPr="00BB0F50" w:rsidRDefault="00000000">
      <w:pPr>
        <w:rPr>
          <w:sz w:val="24"/>
          <w:szCs w:val="24"/>
        </w:rPr>
      </w:pPr>
      <w:r w:rsidRPr="00BB0F50">
        <w:rPr>
          <w:sz w:val="24"/>
          <w:szCs w:val="24"/>
        </w:rPr>
        <w:br w:type="page"/>
      </w:r>
    </w:p>
    <w:p w14:paraId="07699498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lastRenderedPageBreak/>
        <w:t>Table S6. Downstream disease progression: coefficient bias for CAL ≥ 3</w:t>
      </w:r>
    </w:p>
    <w:p w14:paraId="78764D61" w14:textId="77777777" w:rsidR="002C4892" w:rsidRPr="00BB0F50" w:rsidRDefault="00000000">
      <w:pPr>
        <w:rPr>
          <w:sz w:val="24"/>
          <w:szCs w:val="24"/>
        </w:rPr>
      </w:pPr>
      <w:r w:rsidRPr="00BB0F50">
        <w:rPr>
          <w:i/>
          <w:sz w:val="24"/>
          <w:szCs w:val="24"/>
        </w:rPr>
        <w:t>Linear regression of disease count change on age, smoking, diabetes. Bias Reduction = |Obs Bias| / |Imp Bias|; values &gt; 1 indicate imputation closer to truth. n = 200, 10 replicates, CLF-RE.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163"/>
        <w:gridCol w:w="1080"/>
        <w:gridCol w:w="1080"/>
        <w:gridCol w:w="1080"/>
        <w:gridCol w:w="1080"/>
        <w:gridCol w:w="1080"/>
        <w:gridCol w:w="1080"/>
        <w:gridCol w:w="1080"/>
      </w:tblGrid>
      <w:tr w:rsidR="002C4892" w:rsidRPr="00BB0F50" w14:paraId="00E43F22" w14:textId="77777777">
        <w:tc>
          <w:tcPr>
            <w:tcW w:w="1080" w:type="dxa"/>
          </w:tcPr>
          <w:p w14:paraId="6D836A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Scenario</w:t>
            </w:r>
          </w:p>
        </w:tc>
        <w:tc>
          <w:tcPr>
            <w:tcW w:w="1080" w:type="dxa"/>
          </w:tcPr>
          <w:p w14:paraId="65AC43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Risk Factor</w:t>
            </w:r>
          </w:p>
        </w:tc>
        <w:tc>
          <w:tcPr>
            <w:tcW w:w="1080" w:type="dxa"/>
          </w:tcPr>
          <w:p w14:paraId="1C9AEC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Truth</w:t>
            </w:r>
          </w:p>
        </w:tc>
        <w:tc>
          <w:tcPr>
            <w:tcW w:w="1080" w:type="dxa"/>
          </w:tcPr>
          <w:p w14:paraId="7E7EE0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Obs Est.</w:t>
            </w:r>
          </w:p>
        </w:tc>
        <w:tc>
          <w:tcPr>
            <w:tcW w:w="1080" w:type="dxa"/>
          </w:tcPr>
          <w:p w14:paraId="646C5B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Obs Bias</w:t>
            </w:r>
          </w:p>
        </w:tc>
        <w:tc>
          <w:tcPr>
            <w:tcW w:w="1080" w:type="dxa"/>
          </w:tcPr>
          <w:p w14:paraId="2BF936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Imp Est.</w:t>
            </w:r>
          </w:p>
        </w:tc>
        <w:tc>
          <w:tcPr>
            <w:tcW w:w="1080" w:type="dxa"/>
          </w:tcPr>
          <w:p w14:paraId="12A05C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Imp Bias</w:t>
            </w:r>
          </w:p>
        </w:tc>
        <w:tc>
          <w:tcPr>
            <w:tcW w:w="1080" w:type="dxa"/>
          </w:tcPr>
          <w:p w14:paraId="2CFCFF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Bias Red.</w:t>
            </w:r>
          </w:p>
        </w:tc>
      </w:tr>
      <w:tr w:rsidR="002C4892" w:rsidRPr="00BB0F50" w14:paraId="58DADBC6" w14:textId="77777777">
        <w:tc>
          <w:tcPr>
            <w:tcW w:w="1080" w:type="dxa"/>
          </w:tcPr>
          <w:p w14:paraId="4F56A1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497863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Age (std)</w:t>
            </w:r>
          </w:p>
        </w:tc>
        <w:tc>
          <w:tcPr>
            <w:tcW w:w="1080" w:type="dxa"/>
          </w:tcPr>
          <w:p w14:paraId="2A9FEC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-4.35</w:t>
            </w:r>
          </w:p>
        </w:tc>
        <w:tc>
          <w:tcPr>
            <w:tcW w:w="1080" w:type="dxa"/>
          </w:tcPr>
          <w:p w14:paraId="543FAD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-2.27</w:t>
            </w:r>
          </w:p>
        </w:tc>
        <w:tc>
          <w:tcPr>
            <w:tcW w:w="1080" w:type="dxa"/>
          </w:tcPr>
          <w:p w14:paraId="29EE30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2.08</w:t>
            </w:r>
          </w:p>
        </w:tc>
        <w:tc>
          <w:tcPr>
            <w:tcW w:w="1080" w:type="dxa"/>
          </w:tcPr>
          <w:p w14:paraId="31CC63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-4.21</w:t>
            </w:r>
          </w:p>
        </w:tc>
        <w:tc>
          <w:tcPr>
            <w:tcW w:w="1080" w:type="dxa"/>
          </w:tcPr>
          <w:p w14:paraId="0903F6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080" w:type="dxa"/>
          </w:tcPr>
          <w:p w14:paraId="781857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14.6</w:t>
            </w:r>
          </w:p>
        </w:tc>
      </w:tr>
      <w:tr w:rsidR="002C4892" w:rsidRPr="00BB0F50" w14:paraId="7512066C" w14:textId="77777777">
        <w:tc>
          <w:tcPr>
            <w:tcW w:w="1080" w:type="dxa"/>
          </w:tcPr>
          <w:p w14:paraId="5F2E25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086EFD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Diabetes</w:t>
            </w:r>
          </w:p>
        </w:tc>
        <w:tc>
          <w:tcPr>
            <w:tcW w:w="1080" w:type="dxa"/>
          </w:tcPr>
          <w:p w14:paraId="25099B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-6.33</w:t>
            </w:r>
          </w:p>
        </w:tc>
        <w:tc>
          <w:tcPr>
            <w:tcW w:w="1080" w:type="dxa"/>
          </w:tcPr>
          <w:p w14:paraId="7CA3F9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-2.91</w:t>
            </w:r>
          </w:p>
        </w:tc>
        <w:tc>
          <w:tcPr>
            <w:tcW w:w="1080" w:type="dxa"/>
          </w:tcPr>
          <w:p w14:paraId="39AE56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3.42</w:t>
            </w:r>
          </w:p>
        </w:tc>
        <w:tc>
          <w:tcPr>
            <w:tcW w:w="1080" w:type="dxa"/>
          </w:tcPr>
          <w:p w14:paraId="703F72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-5.61</w:t>
            </w:r>
          </w:p>
        </w:tc>
        <w:tc>
          <w:tcPr>
            <w:tcW w:w="1080" w:type="dxa"/>
          </w:tcPr>
          <w:p w14:paraId="4D0A22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0.72</w:t>
            </w:r>
          </w:p>
        </w:tc>
        <w:tc>
          <w:tcPr>
            <w:tcW w:w="1080" w:type="dxa"/>
          </w:tcPr>
          <w:p w14:paraId="18DD18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4.7</w:t>
            </w:r>
          </w:p>
        </w:tc>
      </w:tr>
      <w:tr w:rsidR="002C4892" w:rsidRPr="00BB0F50" w14:paraId="3D4298B1" w14:textId="77777777">
        <w:tc>
          <w:tcPr>
            <w:tcW w:w="1080" w:type="dxa"/>
          </w:tcPr>
          <w:p w14:paraId="4F8D64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40%/8%</w:t>
            </w:r>
          </w:p>
        </w:tc>
        <w:tc>
          <w:tcPr>
            <w:tcW w:w="1080" w:type="dxa"/>
          </w:tcPr>
          <w:p w14:paraId="7E5A57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Smoker</w:t>
            </w:r>
          </w:p>
        </w:tc>
        <w:tc>
          <w:tcPr>
            <w:tcW w:w="1080" w:type="dxa"/>
          </w:tcPr>
          <w:p w14:paraId="6AC92F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-7.38</w:t>
            </w:r>
          </w:p>
        </w:tc>
        <w:tc>
          <w:tcPr>
            <w:tcW w:w="1080" w:type="dxa"/>
          </w:tcPr>
          <w:p w14:paraId="43240C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-4.85</w:t>
            </w:r>
          </w:p>
        </w:tc>
        <w:tc>
          <w:tcPr>
            <w:tcW w:w="1080" w:type="dxa"/>
          </w:tcPr>
          <w:p w14:paraId="58F2BA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2.53</w:t>
            </w:r>
          </w:p>
        </w:tc>
        <w:tc>
          <w:tcPr>
            <w:tcW w:w="1080" w:type="dxa"/>
          </w:tcPr>
          <w:p w14:paraId="72F683F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-6.53</w:t>
            </w:r>
          </w:p>
        </w:tc>
        <w:tc>
          <w:tcPr>
            <w:tcW w:w="1080" w:type="dxa"/>
          </w:tcPr>
          <w:p w14:paraId="7630E3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080" w:type="dxa"/>
          </w:tcPr>
          <w:p w14:paraId="4CA050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3.0</w:t>
            </w:r>
          </w:p>
        </w:tc>
      </w:tr>
      <w:tr w:rsidR="002C4892" w:rsidRPr="00BB0F50" w14:paraId="556CD70C" w14:textId="77777777">
        <w:tc>
          <w:tcPr>
            <w:tcW w:w="1080" w:type="dxa"/>
          </w:tcPr>
          <w:p w14:paraId="3EE894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7B9495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Age (std)</w:t>
            </w:r>
          </w:p>
        </w:tc>
        <w:tc>
          <w:tcPr>
            <w:tcW w:w="1080" w:type="dxa"/>
          </w:tcPr>
          <w:p w14:paraId="0E2850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-4.35</w:t>
            </w:r>
          </w:p>
        </w:tc>
        <w:tc>
          <w:tcPr>
            <w:tcW w:w="1080" w:type="dxa"/>
          </w:tcPr>
          <w:p w14:paraId="3BA4FA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-1.75</w:t>
            </w:r>
          </w:p>
        </w:tc>
        <w:tc>
          <w:tcPr>
            <w:tcW w:w="1080" w:type="dxa"/>
          </w:tcPr>
          <w:p w14:paraId="4325C7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2.60</w:t>
            </w:r>
          </w:p>
        </w:tc>
        <w:tc>
          <w:tcPr>
            <w:tcW w:w="1080" w:type="dxa"/>
          </w:tcPr>
          <w:p w14:paraId="1B506F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-4.38</w:t>
            </w:r>
          </w:p>
        </w:tc>
        <w:tc>
          <w:tcPr>
            <w:tcW w:w="1080" w:type="dxa"/>
          </w:tcPr>
          <w:p w14:paraId="77E25C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-0.03</w:t>
            </w:r>
          </w:p>
        </w:tc>
        <w:tc>
          <w:tcPr>
            <w:tcW w:w="1080" w:type="dxa"/>
          </w:tcPr>
          <w:p w14:paraId="41F7AB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82.9</w:t>
            </w:r>
          </w:p>
        </w:tc>
      </w:tr>
      <w:tr w:rsidR="002C4892" w:rsidRPr="00BB0F50" w14:paraId="7F2C00C1" w14:textId="77777777">
        <w:tc>
          <w:tcPr>
            <w:tcW w:w="1080" w:type="dxa"/>
          </w:tcPr>
          <w:p w14:paraId="4B82BA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71463E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Diabetes</w:t>
            </w:r>
          </w:p>
        </w:tc>
        <w:tc>
          <w:tcPr>
            <w:tcW w:w="1080" w:type="dxa"/>
          </w:tcPr>
          <w:p w14:paraId="2ECCBC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-6.33</w:t>
            </w:r>
          </w:p>
        </w:tc>
        <w:tc>
          <w:tcPr>
            <w:tcW w:w="1080" w:type="dxa"/>
          </w:tcPr>
          <w:p w14:paraId="7F5D38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-1.66</w:t>
            </w:r>
          </w:p>
        </w:tc>
        <w:tc>
          <w:tcPr>
            <w:tcW w:w="1080" w:type="dxa"/>
          </w:tcPr>
          <w:p w14:paraId="36480B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4.67</w:t>
            </w:r>
          </w:p>
        </w:tc>
        <w:tc>
          <w:tcPr>
            <w:tcW w:w="1080" w:type="dxa"/>
          </w:tcPr>
          <w:p w14:paraId="05000E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-5.49</w:t>
            </w:r>
          </w:p>
        </w:tc>
        <w:tc>
          <w:tcPr>
            <w:tcW w:w="1080" w:type="dxa"/>
          </w:tcPr>
          <w:p w14:paraId="6E2C89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080" w:type="dxa"/>
          </w:tcPr>
          <w:p w14:paraId="3D9459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5.5</w:t>
            </w:r>
          </w:p>
        </w:tc>
      </w:tr>
      <w:tr w:rsidR="002C4892" w:rsidRPr="00BB0F50" w14:paraId="42CA60B7" w14:textId="77777777">
        <w:tc>
          <w:tcPr>
            <w:tcW w:w="1080" w:type="dxa"/>
          </w:tcPr>
          <w:p w14:paraId="5625EE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MCAR 60%/20%</w:t>
            </w:r>
          </w:p>
        </w:tc>
        <w:tc>
          <w:tcPr>
            <w:tcW w:w="1080" w:type="dxa"/>
          </w:tcPr>
          <w:p w14:paraId="0829CE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Smoker</w:t>
            </w:r>
          </w:p>
        </w:tc>
        <w:tc>
          <w:tcPr>
            <w:tcW w:w="1080" w:type="dxa"/>
          </w:tcPr>
          <w:p w14:paraId="46D568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-7.38</w:t>
            </w:r>
          </w:p>
        </w:tc>
        <w:tc>
          <w:tcPr>
            <w:tcW w:w="1080" w:type="dxa"/>
          </w:tcPr>
          <w:p w14:paraId="042855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-3.19</w:t>
            </w:r>
          </w:p>
        </w:tc>
        <w:tc>
          <w:tcPr>
            <w:tcW w:w="1080" w:type="dxa"/>
          </w:tcPr>
          <w:p w14:paraId="1A722D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4.18</w:t>
            </w:r>
          </w:p>
        </w:tc>
        <w:tc>
          <w:tcPr>
            <w:tcW w:w="1080" w:type="dxa"/>
          </w:tcPr>
          <w:p w14:paraId="29413A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-6.22</w:t>
            </w:r>
          </w:p>
        </w:tc>
        <w:tc>
          <w:tcPr>
            <w:tcW w:w="1080" w:type="dxa"/>
          </w:tcPr>
          <w:p w14:paraId="467B2F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1.15</w:t>
            </w:r>
          </w:p>
        </w:tc>
        <w:tc>
          <w:tcPr>
            <w:tcW w:w="1080" w:type="dxa"/>
          </w:tcPr>
          <w:p w14:paraId="7EE218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3.6</w:t>
            </w:r>
          </w:p>
        </w:tc>
      </w:tr>
      <w:tr w:rsidR="002C4892" w:rsidRPr="00BB0F50" w14:paraId="473F3D0B" w14:textId="77777777">
        <w:tc>
          <w:tcPr>
            <w:tcW w:w="1080" w:type="dxa"/>
          </w:tcPr>
          <w:p w14:paraId="68ED2F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080" w:type="dxa"/>
          </w:tcPr>
          <w:p w14:paraId="6E371A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Age (std)</w:t>
            </w:r>
          </w:p>
        </w:tc>
        <w:tc>
          <w:tcPr>
            <w:tcW w:w="1080" w:type="dxa"/>
          </w:tcPr>
          <w:p w14:paraId="52F4FC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-4.35</w:t>
            </w:r>
          </w:p>
        </w:tc>
        <w:tc>
          <w:tcPr>
            <w:tcW w:w="1080" w:type="dxa"/>
          </w:tcPr>
          <w:p w14:paraId="1B8203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-1.49</w:t>
            </w:r>
          </w:p>
        </w:tc>
        <w:tc>
          <w:tcPr>
            <w:tcW w:w="1080" w:type="dxa"/>
          </w:tcPr>
          <w:p w14:paraId="65C1BB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2.86</w:t>
            </w:r>
          </w:p>
        </w:tc>
        <w:tc>
          <w:tcPr>
            <w:tcW w:w="1080" w:type="dxa"/>
          </w:tcPr>
          <w:p w14:paraId="5431E7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-3.76</w:t>
            </w:r>
          </w:p>
        </w:tc>
        <w:tc>
          <w:tcPr>
            <w:tcW w:w="1080" w:type="dxa"/>
          </w:tcPr>
          <w:p w14:paraId="199548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0.59</w:t>
            </w:r>
          </w:p>
        </w:tc>
        <w:tc>
          <w:tcPr>
            <w:tcW w:w="1080" w:type="dxa"/>
          </w:tcPr>
          <w:p w14:paraId="0F122C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4.8</w:t>
            </w:r>
          </w:p>
        </w:tc>
      </w:tr>
      <w:tr w:rsidR="002C4892" w:rsidRPr="00BB0F50" w14:paraId="49A20E4A" w14:textId="77777777">
        <w:tc>
          <w:tcPr>
            <w:tcW w:w="1080" w:type="dxa"/>
          </w:tcPr>
          <w:p w14:paraId="6015BA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080" w:type="dxa"/>
          </w:tcPr>
          <w:p w14:paraId="3CB28C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Diabetes</w:t>
            </w:r>
          </w:p>
        </w:tc>
        <w:tc>
          <w:tcPr>
            <w:tcW w:w="1080" w:type="dxa"/>
          </w:tcPr>
          <w:p w14:paraId="28B634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-6.33</w:t>
            </w:r>
          </w:p>
        </w:tc>
        <w:tc>
          <w:tcPr>
            <w:tcW w:w="1080" w:type="dxa"/>
          </w:tcPr>
          <w:p w14:paraId="710688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-4.41</w:t>
            </w:r>
          </w:p>
        </w:tc>
        <w:tc>
          <w:tcPr>
            <w:tcW w:w="1080" w:type="dxa"/>
          </w:tcPr>
          <w:p w14:paraId="22BCD6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1.92</w:t>
            </w:r>
          </w:p>
        </w:tc>
        <w:tc>
          <w:tcPr>
            <w:tcW w:w="1080" w:type="dxa"/>
          </w:tcPr>
          <w:p w14:paraId="4185AA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-4.68</w:t>
            </w:r>
          </w:p>
        </w:tc>
        <w:tc>
          <w:tcPr>
            <w:tcW w:w="1080" w:type="dxa"/>
          </w:tcPr>
          <w:p w14:paraId="3FECEA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1.65</w:t>
            </w:r>
          </w:p>
        </w:tc>
        <w:tc>
          <w:tcPr>
            <w:tcW w:w="1080" w:type="dxa"/>
          </w:tcPr>
          <w:p w14:paraId="7EE8F2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1.2</w:t>
            </w:r>
          </w:p>
        </w:tc>
      </w:tr>
      <w:tr w:rsidR="002C4892" w:rsidRPr="00BB0F50" w14:paraId="4FA9C39C" w14:textId="77777777">
        <w:tc>
          <w:tcPr>
            <w:tcW w:w="1080" w:type="dxa"/>
          </w:tcPr>
          <w:p w14:paraId="690AF7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080" w:type="dxa"/>
          </w:tcPr>
          <w:p w14:paraId="64C913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Smoker</w:t>
            </w:r>
          </w:p>
        </w:tc>
        <w:tc>
          <w:tcPr>
            <w:tcW w:w="1080" w:type="dxa"/>
          </w:tcPr>
          <w:p w14:paraId="10EADB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-7.38</w:t>
            </w:r>
          </w:p>
        </w:tc>
        <w:tc>
          <w:tcPr>
            <w:tcW w:w="1080" w:type="dxa"/>
          </w:tcPr>
          <w:p w14:paraId="1CE89C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-6.43</w:t>
            </w:r>
          </w:p>
        </w:tc>
        <w:tc>
          <w:tcPr>
            <w:tcW w:w="1080" w:type="dxa"/>
          </w:tcPr>
          <w:p w14:paraId="22BF4A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0.94</w:t>
            </w:r>
          </w:p>
        </w:tc>
        <w:tc>
          <w:tcPr>
            <w:tcW w:w="1080" w:type="dxa"/>
          </w:tcPr>
          <w:p w14:paraId="1F8E3F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-5.62</w:t>
            </w:r>
          </w:p>
        </w:tc>
        <w:tc>
          <w:tcPr>
            <w:tcW w:w="1080" w:type="dxa"/>
          </w:tcPr>
          <w:p w14:paraId="2F1A61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1.75</w:t>
            </w:r>
          </w:p>
        </w:tc>
        <w:tc>
          <w:tcPr>
            <w:tcW w:w="1080" w:type="dxa"/>
          </w:tcPr>
          <w:p w14:paraId="220C5F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</w:t>
            </w:r>
          </w:p>
        </w:tc>
      </w:tr>
      <w:tr w:rsidR="002C4892" w:rsidRPr="00BB0F50" w14:paraId="2E925E32" w14:textId="77777777">
        <w:tc>
          <w:tcPr>
            <w:tcW w:w="1080" w:type="dxa"/>
          </w:tcPr>
          <w:p w14:paraId="3EC21C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080" w:type="dxa"/>
          </w:tcPr>
          <w:p w14:paraId="37DE6C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Age (std)</w:t>
            </w:r>
          </w:p>
        </w:tc>
        <w:tc>
          <w:tcPr>
            <w:tcW w:w="1080" w:type="dxa"/>
          </w:tcPr>
          <w:p w14:paraId="6AF44D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-4.35</w:t>
            </w:r>
          </w:p>
        </w:tc>
        <w:tc>
          <w:tcPr>
            <w:tcW w:w="1080" w:type="dxa"/>
          </w:tcPr>
          <w:p w14:paraId="393ADA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-1.89</w:t>
            </w:r>
          </w:p>
        </w:tc>
        <w:tc>
          <w:tcPr>
            <w:tcW w:w="1080" w:type="dxa"/>
          </w:tcPr>
          <w:p w14:paraId="21D107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2.46</w:t>
            </w:r>
          </w:p>
        </w:tc>
        <w:tc>
          <w:tcPr>
            <w:tcW w:w="1080" w:type="dxa"/>
          </w:tcPr>
          <w:p w14:paraId="6B0D3B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-4.35</w:t>
            </w:r>
          </w:p>
        </w:tc>
        <w:tc>
          <w:tcPr>
            <w:tcW w:w="1080" w:type="dxa"/>
          </w:tcPr>
          <w:p w14:paraId="75BD6F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080" w:type="dxa"/>
          </w:tcPr>
          <w:p w14:paraId="7F6DB3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246.0</w:t>
            </w:r>
          </w:p>
        </w:tc>
      </w:tr>
      <w:tr w:rsidR="002C4892" w:rsidRPr="00BB0F50" w14:paraId="0B4885E0" w14:textId="77777777">
        <w:tc>
          <w:tcPr>
            <w:tcW w:w="1080" w:type="dxa"/>
          </w:tcPr>
          <w:p w14:paraId="40346B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080" w:type="dxa"/>
          </w:tcPr>
          <w:p w14:paraId="35FE5E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Diabetes</w:t>
            </w:r>
          </w:p>
        </w:tc>
        <w:tc>
          <w:tcPr>
            <w:tcW w:w="1080" w:type="dxa"/>
          </w:tcPr>
          <w:p w14:paraId="7A80FC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-6.33</w:t>
            </w:r>
          </w:p>
        </w:tc>
        <w:tc>
          <w:tcPr>
            <w:tcW w:w="1080" w:type="dxa"/>
          </w:tcPr>
          <w:p w14:paraId="415886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-2.42</w:t>
            </w:r>
          </w:p>
        </w:tc>
        <w:tc>
          <w:tcPr>
            <w:tcW w:w="1080" w:type="dxa"/>
          </w:tcPr>
          <w:p w14:paraId="7C2D93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3.91</w:t>
            </w:r>
          </w:p>
        </w:tc>
        <w:tc>
          <w:tcPr>
            <w:tcW w:w="1080" w:type="dxa"/>
          </w:tcPr>
          <w:p w14:paraId="7B817B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-5.72</w:t>
            </w:r>
          </w:p>
        </w:tc>
        <w:tc>
          <w:tcPr>
            <w:tcW w:w="1080" w:type="dxa"/>
          </w:tcPr>
          <w:p w14:paraId="316BFF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080" w:type="dxa"/>
          </w:tcPr>
          <w:p w14:paraId="173299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6.4</w:t>
            </w:r>
          </w:p>
        </w:tc>
      </w:tr>
      <w:tr w:rsidR="002C4892" w:rsidRPr="00BB0F50" w14:paraId="73E6070C" w14:textId="77777777">
        <w:tc>
          <w:tcPr>
            <w:tcW w:w="1080" w:type="dxa"/>
          </w:tcPr>
          <w:p w14:paraId="784495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080" w:type="dxa"/>
          </w:tcPr>
          <w:p w14:paraId="7A1E9E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Smoker</w:t>
            </w:r>
          </w:p>
        </w:tc>
        <w:tc>
          <w:tcPr>
            <w:tcW w:w="1080" w:type="dxa"/>
          </w:tcPr>
          <w:p w14:paraId="03C2D7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-7.38</w:t>
            </w:r>
          </w:p>
        </w:tc>
        <w:tc>
          <w:tcPr>
            <w:tcW w:w="1080" w:type="dxa"/>
          </w:tcPr>
          <w:p w14:paraId="64E1F7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-1.96</w:t>
            </w:r>
          </w:p>
        </w:tc>
        <w:tc>
          <w:tcPr>
            <w:tcW w:w="1080" w:type="dxa"/>
          </w:tcPr>
          <w:p w14:paraId="4BD980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5.41</w:t>
            </w:r>
          </w:p>
        </w:tc>
        <w:tc>
          <w:tcPr>
            <w:tcW w:w="1080" w:type="dxa"/>
          </w:tcPr>
          <w:p w14:paraId="72271A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-6.58</w:t>
            </w:r>
          </w:p>
        </w:tc>
        <w:tc>
          <w:tcPr>
            <w:tcW w:w="1080" w:type="dxa"/>
          </w:tcPr>
          <w:p w14:paraId="612F19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0.79</w:t>
            </w:r>
          </w:p>
        </w:tc>
        <w:tc>
          <w:tcPr>
            <w:tcW w:w="1080" w:type="dxa"/>
          </w:tcPr>
          <w:p w14:paraId="66F22E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6.8</w:t>
            </w:r>
          </w:p>
        </w:tc>
      </w:tr>
    </w:tbl>
    <w:p w14:paraId="5AA94C79" w14:textId="77777777" w:rsidR="002C4892" w:rsidRPr="00BB0F50" w:rsidRDefault="00000000">
      <w:pPr>
        <w:rPr>
          <w:sz w:val="24"/>
          <w:szCs w:val="24"/>
        </w:rPr>
      </w:pPr>
      <w:r w:rsidRPr="00BB0F50">
        <w:rPr>
          <w:sz w:val="24"/>
          <w:szCs w:val="24"/>
        </w:rPr>
        <w:br w:type="page"/>
      </w:r>
    </w:p>
    <w:p w14:paraId="2BE79433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lastRenderedPageBreak/>
        <w:t>Table S7. Diagnosis-stratified prevalence comparisons (ODR masking experiments)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842"/>
        <w:gridCol w:w="1790"/>
        <w:gridCol w:w="882"/>
        <w:gridCol w:w="1536"/>
        <w:gridCol w:w="1399"/>
        <w:gridCol w:w="1438"/>
        <w:gridCol w:w="969"/>
      </w:tblGrid>
      <w:tr w:rsidR="002C4892" w:rsidRPr="00BB0F50" w14:paraId="23AC8869" w14:textId="77777777">
        <w:tc>
          <w:tcPr>
            <w:tcW w:w="1234" w:type="dxa"/>
          </w:tcPr>
          <w:p w14:paraId="6E2D44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scenario</w:t>
            </w:r>
          </w:p>
        </w:tc>
        <w:tc>
          <w:tcPr>
            <w:tcW w:w="1234" w:type="dxa"/>
          </w:tcPr>
          <w:p w14:paraId="59BC7D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diagnosis_class</w:t>
            </w:r>
          </w:p>
        </w:tc>
        <w:tc>
          <w:tcPr>
            <w:tcW w:w="1234" w:type="dxa"/>
          </w:tcPr>
          <w:p w14:paraId="2F1F88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endpoint</w:t>
            </w:r>
          </w:p>
        </w:tc>
        <w:tc>
          <w:tcPr>
            <w:tcW w:w="1234" w:type="dxa"/>
          </w:tcPr>
          <w:p w14:paraId="67D4CE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mean_truth_prev</w:t>
            </w:r>
          </w:p>
        </w:tc>
        <w:tc>
          <w:tcPr>
            <w:tcW w:w="1234" w:type="dxa"/>
          </w:tcPr>
          <w:p w14:paraId="69FF2B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mean_obs_prev</w:t>
            </w:r>
          </w:p>
        </w:tc>
        <w:tc>
          <w:tcPr>
            <w:tcW w:w="1234" w:type="dxa"/>
          </w:tcPr>
          <w:p w14:paraId="7D2AE3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mean_imp_prev</w:t>
            </w:r>
          </w:p>
        </w:tc>
        <w:tc>
          <w:tcPr>
            <w:tcW w:w="1234" w:type="dxa"/>
          </w:tcPr>
          <w:p w14:paraId="717800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total_sites</w:t>
            </w:r>
          </w:p>
        </w:tc>
      </w:tr>
      <w:tr w:rsidR="002C4892" w:rsidRPr="00BB0F50" w14:paraId="02F47FD0" w14:textId="77777777">
        <w:tc>
          <w:tcPr>
            <w:tcW w:w="1234" w:type="dxa"/>
          </w:tcPr>
          <w:p w14:paraId="2CF9DC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88F77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02F788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D3C57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3EE5D6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1270AE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234" w:type="dxa"/>
          </w:tcPr>
          <w:p w14:paraId="07D149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35B70DA7" w14:textId="77777777">
        <w:tc>
          <w:tcPr>
            <w:tcW w:w="1234" w:type="dxa"/>
          </w:tcPr>
          <w:p w14:paraId="78D7F4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FC502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140FED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422038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693706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7F0B8A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0.46</w:t>
            </w:r>
          </w:p>
        </w:tc>
        <w:tc>
          <w:tcPr>
            <w:tcW w:w="1234" w:type="dxa"/>
          </w:tcPr>
          <w:p w14:paraId="78D245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765AB7FC" w14:textId="77777777">
        <w:tc>
          <w:tcPr>
            <w:tcW w:w="1234" w:type="dxa"/>
          </w:tcPr>
          <w:p w14:paraId="4A9387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18B1C1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76614C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0DCDB9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2848FB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12D43F6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0.24</w:t>
            </w:r>
          </w:p>
        </w:tc>
        <w:tc>
          <w:tcPr>
            <w:tcW w:w="1234" w:type="dxa"/>
          </w:tcPr>
          <w:p w14:paraId="738FFF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2DC5DFD1" w14:textId="77777777">
        <w:tc>
          <w:tcPr>
            <w:tcW w:w="1234" w:type="dxa"/>
          </w:tcPr>
          <w:p w14:paraId="11512C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7234FC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75BEFF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3B5D4E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05ABDF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2DB990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42E031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37A14A69" w14:textId="77777777">
        <w:tc>
          <w:tcPr>
            <w:tcW w:w="1234" w:type="dxa"/>
          </w:tcPr>
          <w:p w14:paraId="1B281B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6CB707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44BA14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31BB11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709EDA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1922B2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631F02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6E7B0493" w14:textId="77777777">
        <w:tc>
          <w:tcPr>
            <w:tcW w:w="1234" w:type="dxa"/>
          </w:tcPr>
          <w:p w14:paraId="41B06E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288221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233A07F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044FB9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017F49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0B321F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234" w:type="dxa"/>
          </w:tcPr>
          <w:p w14:paraId="1CEDEB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56ECE181" w14:textId="77777777">
        <w:tc>
          <w:tcPr>
            <w:tcW w:w="1234" w:type="dxa"/>
          </w:tcPr>
          <w:p w14:paraId="006B64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32F533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03B629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7E664D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35AD71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59DD23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0.52</w:t>
            </w:r>
          </w:p>
        </w:tc>
        <w:tc>
          <w:tcPr>
            <w:tcW w:w="1234" w:type="dxa"/>
          </w:tcPr>
          <w:p w14:paraId="13AC60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29C52ADF" w14:textId="77777777">
        <w:tc>
          <w:tcPr>
            <w:tcW w:w="1234" w:type="dxa"/>
          </w:tcPr>
          <w:p w14:paraId="589400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40E266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487914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68243E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0.37</w:t>
            </w:r>
          </w:p>
        </w:tc>
        <w:tc>
          <w:tcPr>
            <w:tcW w:w="1234" w:type="dxa"/>
          </w:tcPr>
          <w:p w14:paraId="517631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0.37</w:t>
            </w:r>
          </w:p>
        </w:tc>
        <w:tc>
          <w:tcPr>
            <w:tcW w:w="1234" w:type="dxa"/>
          </w:tcPr>
          <w:p w14:paraId="3E63BF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0.35</w:t>
            </w:r>
          </w:p>
        </w:tc>
        <w:tc>
          <w:tcPr>
            <w:tcW w:w="1234" w:type="dxa"/>
          </w:tcPr>
          <w:p w14:paraId="13BF37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0C3B7C86" w14:textId="77777777">
        <w:tc>
          <w:tcPr>
            <w:tcW w:w="1234" w:type="dxa"/>
          </w:tcPr>
          <w:p w14:paraId="0C0A86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ADB8B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237A22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1F853D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558B96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671C1C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3C6F13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40C6AFC3" w14:textId="77777777">
        <w:tc>
          <w:tcPr>
            <w:tcW w:w="1234" w:type="dxa"/>
          </w:tcPr>
          <w:p w14:paraId="6124D2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5C9E37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3CCB7D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65902A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66CAE4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10A8AF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3263FB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1850EFEB" w14:textId="77777777">
        <w:tc>
          <w:tcPr>
            <w:tcW w:w="1234" w:type="dxa"/>
          </w:tcPr>
          <w:p w14:paraId="2151B5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569B1B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1775E4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0BBA1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59320A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6FC5B2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0.59</w:t>
            </w:r>
          </w:p>
        </w:tc>
        <w:tc>
          <w:tcPr>
            <w:tcW w:w="1234" w:type="dxa"/>
          </w:tcPr>
          <w:p w14:paraId="0E6D75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11E13D46" w14:textId="77777777">
        <w:tc>
          <w:tcPr>
            <w:tcW w:w="1234" w:type="dxa"/>
          </w:tcPr>
          <w:p w14:paraId="7410CB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4358481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2CD2AF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29A50D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0.39</w:t>
            </w:r>
          </w:p>
        </w:tc>
        <w:tc>
          <w:tcPr>
            <w:tcW w:w="1234" w:type="dxa"/>
          </w:tcPr>
          <w:p w14:paraId="3C004B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0.39</w:t>
            </w:r>
          </w:p>
        </w:tc>
        <w:tc>
          <w:tcPr>
            <w:tcW w:w="1234" w:type="dxa"/>
          </w:tcPr>
          <w:p w14:paraId="725EB1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0.39</w:t>
            </w:r>
          </w:p>
        </w:tc>
        <w:tc>
          <w:tcPr>
            <w:tcW w:w="1234" w:type="dxa"/>
          </w:tcPr>
          <w:p w14:paraId="35BF95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6837FAF9" w14:textId="77777777">
        <w:tc>
          <w:tcPr>
            <w:tcW w:w="1234" w:type="dxa"/>
          </w:tcPr>
          <w:p w14:paraId="08F85B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5%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3AD488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 xml:space="preserve">Generalised mild–moderate </w:t>
            </w:r>
            <w:r w:rsidRPr="00BB0F50">
              <w:rPr>
                <w:sz w:val="24"/>
                <w:szCs w:val="24"/>
              </w:rPr>
              <w:lastRenderedPageBreak/>
              <w:t>periodontitis</w:t>
            </w:r>
          </w:p>
        </w:tc>
        <w:tc>
          <w:tcPr>
            <w:tcW w:w="1234" w:type="dxa"/>
          </w:tcPr>
          <w:p w14:paraId="068547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cal5</w:t>
            </w:r>
          </w:p>
        </w:tc>
        <w:tc>
          <w:tcPr>
            <w:tcW w:w="1234" w:type="dxa"/>
          </w:tcPr>
          <w:p w14:paraId="422630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0.28</w:t>
            </w:r>
          </w:p>
        </w:tc>
        <w:tc>
          <w:tcPr>
            <w:tcW w:w="1234" w:type="dxa"/>
          </w:tcPr>
          <w:p w14:paraId="4E3209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0.28</w:t>
            </w:r>
          </w:p>
        </w:tc>
        <w:tc>
          <w:tcPr>
            <w:tcW w:w="1234" w:type="dxa"/>
          </w:tcPr>
          <w:p w14:paraId="709488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0D3292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765F9092" w14:textId="77777777">
        <w:tc>
          <w:tcPr>
            <w:tcW w:w="1234" w:type="dxa"/>
          </w:tcPr>
          <w:p w14:paraId="46A41D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210C27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6A66FE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0C2F52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0E8C8D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41121E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6F38F0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551CA5F5" w14:textId="77777777">
        <w:tc>
          <w:tcPr>
            <w:tcW w:w="1234" w:type="dxa"/>
          </w:tcPr>
          <w:p w14:paraId="4B3A38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139F5C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63A639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7AF85F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2586E5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431C0D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263B89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6CA6A80F" w14:textId="77777777">
        <w:tc>
          <w:tcPr>
            <w:tcW w:w="1234" w:type="dxa"/>
          </w:tcPr>
          <w:p w14:paraId="47177D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6B27F5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76F9E8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C53C8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652E37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392232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700436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2EFC3722" w14:textId="77777777">
        <w:tc>
          <w:tcPr>
            <w:tcW w:w="1234" w:type="dxa"/>
          </w:tcPr>
          <w:p w14:paraId="508A47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63EBA3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61E8F9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41C683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77B94F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1B21C5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0.54</w:t>
            </w:r>
          </w:p>
        </w:tc>
        <w:tc>
          <w:tcPr>
            <w:tcW w:w="1234" w:type="dxa"/>
          </w:tcPr>
          <w:p w14:paraId="79B4FA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147D0A09" w14:textId="77777777">
        <w:tc>
          <w:tcPr>
            <w:tcW w:w="1234" w:type="dxa"/>
          </w:tcPr>
          <w:p w14:paraId="1CDBD3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3844AF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3E02D7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0E05BF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0D8C95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653E19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0.36</w:t>
            </w:r>
          </w:p>
        </w:tc>
        <w:tc>
          <w:tcPr>
            <w:tcW w:w="1234" w:type="dxa"/>
          </w:tcPr>
          <w:p w14:paraId="1A6E4C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386A868A" w14:textId="77777777">
        <w:tc>
          <w:tcPr>
            <w:tcW w:w="1234" w:type="dxa"/>
          </w:tcPr>
          <w:p w14:paraId="1BF6B2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621EE1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55AECA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2DA746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054E84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0.24</w:t>
            </w:r>
          </w:p>
        </w:tc>
        <w:tc>
          <w:tcPr>
            <w:tcW w:w="1234" w:type="dxa"/>
          </w:tcPr>
          <w:p w14:paraId="304205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6FDAD0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79FF8934" w14:textId="77777777">
        <w:tc>
          <w:tcPr>
            <w:tcW w:w="1234" w:type="dxa"/>
          </w:tcPr>
          <w:p w14:paraId="69B81D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5746CD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525242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38CC6E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15B9EE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18F489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7847EA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007F08C4" w14:textId="77777777">
        <w:tc>
          <w:tcPr>
            <w:tcW w:w="1234" w:type="dxa"/>
          </w:tcPr>
          <w:p w14:paraId="5B3F94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3139F2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1716EC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587A2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1F73136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1CBB06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4E0067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22754B8D" w14:textId="77777777">
        <w:tc>
          <w:tcPr>
            <w:tcW w:w="1234" w:type="dxa"/>
          </w:tcPr>
          <w:p w14:paraId="247FF7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5C565B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780793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55A0B5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1166C6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2ED350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7BC3D2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72D20D19" w14:textId="77777777">
        <w:tc>
          <w:tcPr>
            <w:tcW w:w="1234" w:type="dxa"/>
          </w:tcPr>
          <w:p w14:paraId="08E035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1C7F50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5B48C9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126952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6D9109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7016D3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36ABAB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2F791373" w14:textId="77777777">
        <w:tc>
          <w:tcPr>
            <w:tcW w:w="1234" w:type="dxa"/>
          </w:tcPr>
          <w:p w14:paraId="7F4D63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56F5DD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314923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5DDD55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0F17F0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247A5D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234" w:type="dxa"/>
          </w:tcPr>
          <w:p w14:paraId="056284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40799370" w14:textId="77777777">
        <w:tc>
          <w:tcPr>
            <w:tcW w:w="1234" w:type="dxa"/>
          </w:tcPr>
          <w:p w14:paraId="52EBE8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3F336E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332334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68B0C3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603A9A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43493E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6BFF69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4E56D0FB" w14:textId="77777777">
        <w:tc>
          <w:tcPr>
            <w:tcW w:w="1234" w:type="dxa"/>
          </w:tcPr>
          <w:p w14:paraId="1319FF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675FA3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5B129D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7442A7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3C174D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6517D9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0.49</w:t>
            </w:r>
          </w:p>
        </w:tc>
        <w:tc>
          <w:tcPr>
            <w:tcW w:w="1234" w:type="dxa"/>
          </w:tcPr>
          <w:p w14:paraId="5F11F0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2E29D0E4" w14:textId="77777777">
        <w:tc>
          <w:tcPr>
            <w:tcW w:w="1234" w:type="dxa"/>
          </w:tcPr>
          <w:p w14:paraId="739C1A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5%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46AEC1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 xml:space="preserve">Localised mild–moderate </w:t>
            </w:r>
            <w:r w:rsidRPr="00BB0F50">
              <w:rPr>
                <w:sz w:val="24"/>
                <w:szCs w:val="24"/>
              </w:rPr>
              <w:lastRenderedPageBreak/>
              <w:t>periodontitis</w:t>
            </w:r>
          </w:p>
        </w:tc>
        <w:tc>
          <w:tcPr>
            <w:tcW w:w="1234" w:type="dxa"/>
          </w:tcPr>
          <w:p w14:paraId="393CA0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cal4</w:t>
            </w:r>
          </w:p>
        </w:tc>
        <w:tc>
          <w:tcPr>
            <w:tcW w:w="1234" w:type="dxa"/>
          </w:tcPr>
          <w:p w14:paraId="65E013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6049C3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08CCDE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3681D7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482EB0BB" w14:textId="77777777">
        <w:tc>
          <w:tcPr>
            <w:tcW w:w="1234" w:type="dxa"/>
          </w:tcPr>
          <w:p w14:paraId="153F7C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3FAADE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192CD0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674EBA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5263A2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536594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7B0D4C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0A833B70" w14:textId="77777777">
        <w:tc>
          <w:tcPr>
            <w:tcW w:w="1234" w:type="dxa"/>
          </w:tcPr>
          <w:p w14:paraId="423EE3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1B80D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0CFBB8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2FCFF0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575627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1F2BDE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7105E7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0CCDC3D4" w14:textId="77777777">
        <w:tc>
          <w:tcPr>
            <w:tcW w:w="1234" w:type="dxa"/>
          </w:tcPr>
          <w:p w14:paraId="678BFC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0531E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0FCDAE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609E71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396B61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6791C2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5DF14A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57E931AB" w14:textId="77777777">
        <w:tc>
          <w:tcPr>
            <w:tcW w:w="1234" w:type="dxa"/>
          </w:tcPr>
          <w:p w14:paraId="4CDE5D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9AA6E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6A68AE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D068E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0F88DB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1049E8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0.63</w:t>
            </w:r>
          </w:p>
        </w:tc>
        <w:tc>
          <w:tcPr>
            <w:tcW w:w="1234" w:type="dxa"/>
          </w:tcPr>
          <w:p w14:paraId="7E6A87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1D130FBB" w14:textId="77777777">
        <w:tc>
          <w:tcPr>
            <w:tcW w:w="1234" w:type="dxa"/>
          </w:tcPr>
          <w:p w14:paraId="282357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6EEA00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221189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15D5FB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4D2D8A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0.32</w:t>
            </w:r>
          </w:p>
        </w:tc>
        <w:tc>
          <w:tcPr>
            <w:tcW w:w="1234" w:type="dxa"/>
          </w:tcPr>
          <w:p w14:paraId="671643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5C2F49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361F578B" w14:textId="77777777">
        <w:tc>
          <w:tcPr>
            <w:tcW w:w="1234" w:type="dxa"/>
          </w:tcPr>
          <w:p w14:paraId="7F4F4A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1FF3B5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638476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6BB3E3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6F30F1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43B757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234" w:type="dxa"/>
          </w:tcPr>
          <w:p w14:paraId="6BA864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6A417605" w14:textId="77777777">
        <w:tc>
          <w:tcPr>
            <w:tcW w:w="1234" w:type="dxa"/>
          </w:tcPr>
          <w:p w14:paraId="6B6E50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21FAC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143BFC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5C512E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3173FF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4A299C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39681D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07707606" w14:textId="77777777">
        <w:tc>
          <w:tcPr>
            <w:tcW w:w="1234" w:type="dxa"/>
          </w:tcPr>
          <w:p w14:paraId="6C597D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40334F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0B7D35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5D6F71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176C76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371A11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7E185B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3707E642" w14:textId="77777777">
        <w:tc>
          <w:tcPr>
            <w:tcW w:w="1234" w:type="dxa"/>
          </w:tcPr>
          <w:p w14:paraId="006C6F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5AF548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0EDF34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3DBC6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416029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212E1F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234" w:type="dxa"/>
          </w:tcPr>
          <w:p w14:paraId="017315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5A178056" w14:textId="77777777">
        <w:tc>
          <w:tcPr>
            <w:tcW w:w="1234" w:type="dxa"/>
          </w:tcPr>
          <w:p w14:paraId="451938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7395EF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5A140B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4E0A23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760135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277412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2AE624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32CD9C5E" w14:textId="77777777">
        <w:tc>
          <w:tcPr>
            <w:tcW w:w="1234" w:type="dxa"/>
          </w:tcPr>
          <w:p w14:paraId="52A353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5EBDFA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392D73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1FA191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1445A5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0.52</w:t>
            </w:r>
          </w:p>
        </w:tc>
        <w:tc>
          <w:tcPr>
            <w:tcW w:w="1234" w:type="dxa"/>
          </w:tcPr>
          <w:p w14:paraId="4EDA49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274C3D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60A93D63" w14:textId="77777777">
        <w:tc>
          <w:tcPr>
            <w:tcW w:w="1234" w:type="dxa"/>
          </w:tcPr>
          <w:p w14:paraId="14F49A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6E30C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4F6931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1193EC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  <w:tc>
          <w:tcPr>
            <w:tcW w:w="1234" w:type="dxa"/>
          </w:tcPr>
          <w:p w14:paraId="72DCFD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  <w:tc>
          <w:tcPr>
            <w:tcW w:w="1234" w:type="dxa"/>
          </w:tcPr>
          <w:p w14:paraId="22EFFB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0.29</w:t>
            </w:r>
          </w:p>
        </w:tc>
        <w:tc>
          <w:tcPr>
            <w:tcW w:w="1234" w:type="dxa"/>
          </w:tcPr>
          <w:p w14:paraId="6B98D1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57EF95D6" w14:textId="77777777">
        <w:tc>
          <w:tcPr>
            <w:tcW w:w="1234" w:type="dxa"/>
          </w:tcPr>
          <w:p w14:paraId="57A4F9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6F0EEF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2B0ADC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5ABA40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36593B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183D5C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051028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61DD0DC3" w14:textId="77777777">
        <w:tc>
          <w:tcPr>
            <w:tcW w:w="1234" w:type="dxa"/>
          </w:tcPr>
          <w:p w14:paraId="1D5427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5%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408CB2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Localised/Generalised Stage I–</w:t>
            </w:r>
            <w:r w:rsidRPr="00BB0F50">
              <w:rPr>
                <w:sz w:val="24"/>
                <w:szCs w:val="24"/>
              </w:rPr>
              <w:lastRenderedPageBreak/>
              <w:t>II periodontitis</w:t>
            </w:r>
          </w:p>
        </w:tc>
        <w:tc>
          <w:tcPr>
            <w:tcW w:w="1234" w:type="dxa"/>
          </w:tcPr>
          <w:p w14:paraId="70AC68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cal3</w:t>
            </w:r>
          </w:p>
        </w:tc>
        <w:tc>
          <w:tcPr>
            <w:tcW w:w="1234" w:type="dxa"/>
          </w:tcPr>
          <w:p w14:paraId="21433C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2B7599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597F4B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0.67</w:t>
            </w:r>
          </w:p>
        </w:tc>
        <w:tc>
          <w:tcPr>
            <w:tcW w:w="1234" w:type="dxa"/>
          </w:tcPr>
          <w:p w14:paraId="0386B5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13C60372" w14:textId="77777777">
        <w:tc>
          <w:tcPr>
            <w:tcW w:w="1234" w:type="dxa"/>
          </w:tcPr>
          <w:p w14:paraId="7865E1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7790BD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06D08A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095841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19DCD0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47288D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79C849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75505ACC" w14:textId="77777777">
        <w:tc>
          <w:tcPr>
            <w:tcW w:w="1234" w:type="dxa"/>
          </w:tcPr>
          <w:p w14:paraId="2E7ED8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53408C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6E584D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4CAE66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59A9B2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5E4288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397916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0657904A" w14:textId="77777777">
        <w:tc>
          <w:tcPr>
            <w:tcW w:w="1234" w:type="dxa"/>
          </w:tcPr>
          <w:p w14:paraId="26B82F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2F127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7886A6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60B281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3B1DBE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F1F09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64B4C7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51E2A2F4" w14:textId="77777777">
        <w:tc>
          <w:tcPr>
            <w:tcW w:w="1234" w:type="dxa"/>
          </w:tcPr>
          <w:p w14:paraId="68471F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B85E4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2AA30E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4C5CFC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265286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4709E9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624025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139A752C" w14:textId="77777777">
        <w:tc>
          <w:tcPr>
            <w:tcW w:w="1234" w:type="dxa"/>
          </w:tcPr>
          <w:p w14:paraId="7E9251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4E3FBE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7E7C08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774D7C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72A04B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0A782A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0.63</w:t>
            </w:r>
          </w:p>
        </w:tc>
        <w:tc>
          <w:tcPr>
            <w:tcW w:w="1234" w:type="dxa"/>
          </w:tcPr>
          <w:p w14:paraId="3EFD39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232CF5B4" w14:textId="77777777">
        <w:tc>
          <w:tcPr>
            <w:tcW w:w="1234" w:type="dxa"/>
          </w:tcPr>
          <w:p w14:paraId="278DCB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05D29D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7BF3E4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568DE8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1D14FA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48CACE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2773DE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5CEA7B38" w14:textId="77777777">
        <w:tc>
          <w:tcPr>
            <w:tcW w:w="1234" w:type="dxa"/>
          </w:tcPr>
          <w:p w14:paraId="0EDABC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7874D6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355561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277E37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3034F9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7B5A8B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5BA4D0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27751795" w14:textId="77777777">
        <w:tc>
          <w:tcPr>
            <w:tcW w:w="1234" w:type="dxa"/>
          </w:tcPr>
          <w:p w14:paraId="2A8609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731925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26C0C2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4C0571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07D2A7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377889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26445B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66B23B3F" w14:textId="77777777">
        <w:tc>
          <w:tcPr>
            <w:tcW w:w="1234" w:type="dxa"/>
          </w:tcPr>
          <w:p w14:paraId="521669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5% sites</w:t>
            </w:r>
          </w:p>
        </w:tc>
        <w:tc>
          <w:tcPr>
            <w:tcW w:w="1234" w:type="dxa"/>
          </w:tcPr>
          <w:p w14:paraId="40DCF9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786DDF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2A2063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379569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7A0240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4377D1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4DBD7DD2" w14:textId="77777777">
        <w:tc>
          <w:tcPr>
            <w:tcW w:w="1234" w:type="dxa"/>
          </w:tcPr>
          <w:p w14:paraId="5E97C2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7F0777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5C7B43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7FD333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646D84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58938C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0.81</w:t>
            </w:r>
          </w:p>
        </w:tc>
        <w:tc>
          <w:tcPr>
            <w:tcW w:w="1234" w:type="dxa"/>
          </w:tcPr>
          <w:p w14:paraId="2F7F9D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091C35F2" w14:textId="77777777">
        <w:tc>
          <w:tcPr>
            <w:tcW w:w="1234" w:type="dxa"/>
          </w:tcPr>
          <w:p w14:paraId="7990BD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40B54F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06AB01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697500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48A47C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6948CD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0.46</w:t>
            </w:r>
          </w:p>
        </w:tc>
        <w:tc>
          <w:tcPr>
            <w:tcW w:w="1234" w:type="dxa"/>
          </w:tcPr>
          <w:p w14:paraId="28F63A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4B80AE95" w14:textId="77777777">
        <w:tc>
          <w:tcPr>
            <w:tcW w:w="1234" w:type="dxa"/>
          </w:tcPr>
          <w:p w14:paraId="1A4E48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484E89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07FFA7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75C362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6399A9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190919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0D13CB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35429A99" w14:textId="77777777">
        <w:tc>
          <w:tcPr>
            <w:tcW w:w="1234" w:type="dxa"/>
          </w:tcPr>
          <w:p w14:paraId="22B667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4A9BCD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562618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0E77C7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243732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749158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070711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4F739CAC" w14:textId="77777777">
        <w:tc>
          <w:tcPr>
            <w:tcW w:w="1234" w:type="dxa"/>
          </w:tcPr>
          <w:p w14:paraId="5731B1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10%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286424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 xml:space="preserve">Generalised Aggressive </w:t>
            </w:r>
            <w:r w:rsidRPr="00BB0F50">
              <w:rPr>
                <w:sz w:val="24"/>
                <w:szCs w:val="24"/>
              </w:rPr>
              <w:lastRenderedPageBreak/>
              <w:t>periodontitis</w:t>
            </w:r>
          </w:p>
        </w:tc>
        <w:tc>
          <w:tcPr>
            <w:tcW w:w="1234" w:type="dxa"/>
          </w:tcPr>
          <w:p w14:paraId="24CFF4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ppd6</w:t>
            </w:r>
          </w:p>
        </w:tc>
        <w:tc>
          <w:tcPr>
            <w:tcW w:w="1234" w:type="dxa"/>
          </w:tcPr>
          <w:p w14:paraId="58EF74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7549C1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29A0EB6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1D7292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059E2BFC" w14:textId="77777777">
        <w:tc>
          <w:tcPr>
            <w:tcW w:w="1234" w:type="dxa"/>
          </w:tcPr>
          <w:p w14:paraId="214E47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5320A5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26871B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84324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32E1DA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1D8B5D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069462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30FD9078" w14:textId="77777777">
        <w:tc>
          <w:tcPr>
            <w:tcW w:w="1234" w:type="dxa"/>
          </w:tcPr>
          <w:p w14:paraId="200A25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40405B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000BD3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60BDA2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6616A4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0DA399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583CD6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6D53807F" w14:textId="77777777">
        <w:tc>
          <w:tcPr>
            <w:tcW w:w="1234" w:type="dxa"/>
          </w:tcPr>
          <w:p w14:paraId="0A9C06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1EA91A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5875D1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3AF35A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0.37</w:t>
            </w:r>
          </w:p>
        </w:tc>
        <w:tc>
          <w:tcPr>
            <w:tcW w:w="1234" w:type="dxa"/>
          </w:tcPr>
          <w:p w14:paraId="24E08D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0.37</w:t>
            </w:r>
          </w:p>
        </w:tc>
        <w:tc>
          <w:tcPr>
            <w:tcW w:w="1234" w:type="dxa"/>
          </w:tcPr>
          <w:p w14:paraId="55AD67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0.34</w:t>
            </w:r>
          </w:p>
        </w:tc>
        <w:tc>
          <w:tcPr>
            <w:tcW w:w="1234" w:type="dxa"/>
          </w:tcPr>
          <w:p w14:paraId="786F9F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7BAEFA9E" w14:textId="77777777">
        <w:tc>
          <w:tcPr>
            <w:tcW w:w="1234" w:type="dxa"/>
          </w:tcPr>
          <w:p w14:paraId="37758B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336F3E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4DB13F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23E4CF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1BF195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1E085D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41EB51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1CB0D1F0" w14:textId="77777777">
        <w:tc>
          <w:tcPr>
            <w:tcW w:w="1234" w:type="dxa"/>
          </w:tcPr>
          <w:p w14:paraId="02D17F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3A2767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14CC80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0460B1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0C8B1E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502079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08E38D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69764E54" w14:textId="77777777">
        <w:tc>
          <w:tcPr>
            <w:tcW w:w="1234" w:type="dxa"/>
          </w:tcPr>
          <w:p w14:paraId="4672AD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387880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01ECEB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79107D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089D2E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11039D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52AD9D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2809FDDE" w14:textId="77777777">
        <w:tc>
          <w:tcPr>
            <w:tcW w:w="1234" w:type="dxa"/>
          </w:tcPr>
          <w:p w14:paraId="7AA7E1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1584D3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23BD9F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3CA4CC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0.39</w:t>
            </w:r>
          </w:p>
        </w:tc>
        <w:tc>
          <w:tcPr>
            <w:tcW w:w="1234" w:type="dxa"/>
          </w:tcPr>
          <w:p w14:paraId="1953A8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0.39</w:t>
            </w:r>
          </w:p>
        </w:tc>
        <w:tc>
          <w:tcPr>
            <w:tcW w:w="1234" w:type="dxa"/>
          </w:tcPr>
          <w:p w14:paraId="39809A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0.40</w:t>
            </w:r>
          </w:p>
        </w:tc>
        <w:tc>
          <w:tcPr>
            <w:tcW w:w="1234" w:type="dxa"/>
          </w:tcPr>
          <w:p w14:paraId="15B3A6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6BB93DB8" w14:textId="77777777">
        <w:tc>
          <w:tcPr>
            <w:tcW w:w="1234" w:type="dxa"/>
          </w:tcPr>
          <w:p w14:paraId="225CE4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60B3D4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6DF022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305C6A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0.28</w:t>
            </w:r>
          </w:p>
        </w:tc>
        <w:tc>
          <w:tcPr>
            <w:tcW w:w="1234" w:type="dxa"/>
          </w:tcPr>
          <w:p w14:paraId="6460FE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0.29</w:t>
            </w:r>
          </w:p>
        </w:tc>
        <w:tc>
          <w:tcPr>
            <w:tcW w:w="1234" w:type="dxa"/>
          </w:tcPr>
          <w:p w14:paraId="77FF5F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1B000B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03BB8F02" w14:textId="77777777">
        <w:tc>
          <w:tcPr>
            <w:tcW w:w="1234" w:type="dxa"/>
          </w:tcPr>
          <w:p w14:paraId="3C81B8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5790D0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698C9D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52808E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28E01E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38F193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26B4DE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0A2BAD4B" w14:textId="77777777">
        <w:tc>
          <w:tcPr>
            <w:tcW w:w="1234" w:type="dxa"/>
          </w:tcPr>
          <w:p w14:paraId="4D69F7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7547BC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5C0B78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3F1977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4EFDBC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772931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0268D1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4CA82332" w14:textId="77777777">
        <w:tc>
          <w:tcPr>
            <w:tcW w:w="1234" w:type="dxa"/>
          </w:tcPr>
          <w:p w14:paraId="48A3C2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4D6D93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7FB354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1DC90C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44E5BE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3CBE4A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6B3ADF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78777788" w14:textId="77777777">
        <w:tc>
          <w:tcPr>
            <w:tcW w:w="1234" w:type="dxa"/>
          </w:tcPr>
          <w:p w14:paraId="695B14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6635E1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3C0D81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6D281E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3714E5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37B771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13993A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6607971F" w14:textId="77777777">
        <w:tc>
          <w:tcPr>
            <w:tcW w:w="1234" w:type="dxa"/>
          </w:tcPr>
          <w:p w14:paraId="1A3194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7B29CB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0D7714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2C5EE5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4FA147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792F96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0.35</w:t>
            </w:r>
          </w:p>
        </w:tc>
        <w:tc>
          <w:tcPr>
            <w:tcW w:w="1234" w:type="dxa"/>
          </w:tcPr>
          <w:p w14:paraId="319CC3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1ECF80FB" w14:textId="77777777">
        <w:tc>
          <w:tcPr>
            <w:tcW w:w="1234" w:type="dxa"/>
          </w:tcPr>
          <w:p w14:paraId="4C3D6D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10%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6B9927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 xml:space="preserve">Generalised severe </w:t>
            </w:r>
            <w:r w:rsidRPr="00BB0F50">
              <w:rPr>
                <w:sz w:val="24"/>
                <w:szCs w:val="24"/>
              </w:rPr>
              <w:lastRenderedPageBreak/>
              <w:t>periodontitis</w:t>
            </w:r>
          </w:p>
        </w:tc>
        <w:tc>
          <w:tcPr>
            <w:tcW w:w="1234" w:type="dxa"/>
          </w:tcPr>
          <w:p w14:paraId="6D9BCB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ppd5</w:t>
            </w:r>
          </w:p>
        </w:tc>
        <w:tc>
          <w:tcPr>
            <w:tcW w:w="1234" w:type="dxa"/>
          </w:tcPr>
          <w:p w14:paraId="0CCED2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756389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06AB81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7CA346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072E8C21" w14:textId="77777777">
        <w:tc>
          <w:tcPr>
            <w:tcW w:w="1234" w:type="dxa"/>
          </w:tcPr>
          <w:p w14:paraId="1993E8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5A3F4C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496508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43F9B6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5DDDD1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21BC4E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500C69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00EE0BD4" w14:textId="77777777">
        <w:tc>
          <w:tcPr>
            <w:tcW w:w="1234" w:type="dxa"/>
          </w:tcPr>
          <w:p w14:paraId="1FC273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01CB5C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71A777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09034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773720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0.50</w:t>
            </w:r>
          </w:p>
        </w:tc>
        <w:tc>
          <w:tcPr>
            <w:tcW w:w="1234" w:type="dxa"/>
          </w:tcPr>
          <w:p w14:paraId="18ED24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5C9952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7AE31379" w14:textId="77777777">
        <w:tc>
          <w:tcPr>
            <w:tcW w:w="1234" w:type="dxa"/>
          </w:tcPr>
          <w:p w14:paraId="474879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426D6A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7AA805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1ADC92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1AFE66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2CA53C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5A1F39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382E42E9" w14:textId="77777777">
        <w:tc>
          <w:tcPr>
            <w:tcW w:w="1234" w:type="dxa"/>
          </w:tcPr>
          <w:p w14:paraId="746F0C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632C76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3BD39A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3FE8A2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5ABCFA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1EDAA1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4484DD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1D63D41C" w14:textId="77777777">
        <w:tc>
          <w:tcPr>
            <w:tcW w:w="1234" w:type="dxa"/>
          </w:tcPr>
          <w:p w14:paraId="61C9A8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105612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510FE0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691758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3FB70E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6CA80D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234" w:type="dxa"/>
          </w:tcPr>
          <w:p w14:paraId="060C35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3FEA47A6" w14:textId="77777777">
        <w:tc>
          <w:tcPr>
            <w:tcW w:w="1234" w:type="dxa"/>
          </w:tcPr>
          <w:p w14:paraId="19CCF3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669F26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028CEA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72FDE5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116D5F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2C01F9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62CF25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34C5015C" w14:textId="77777777">
        <w:tc>
          <w:tcPr>
            <w:tcW w:w="1234" w:type="dxa"/>
          </w:tcPr>
          <w:p w14:paraId="19CB6F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2C8C72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232385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4B573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601E20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7EDAE7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0.52</w:t>
            </w:r>
          </w:p>
        </w:tc>
        <w:tc>
          <w:tcPr>
            <w:tcW w:w="1234" w:type="dxa"/>
          </w:tcPr>
          <w:p w14:paraId="2F002C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006C19D6" w14:textId="77777777">
        <w:tc>
          <w:tcPr>
            <w:tcW w:w="1234" w:type="dxa"/>
          </w:tcPr>
          <w:p w14:paraId="04D1E4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0330AC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7D4CEF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0B83B9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5767C4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42F463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348F81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27C4E63B" w14:textId="77777777">
        <w:tc>
          <w:tcPr>
            <w:tcW w:w="1234" w:type="dxa"/>
          </w:tcPr>
          <w:p w14:paraId="4E27EA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6C528C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35DECA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3F1B16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0D3350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04A9F7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079630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527D48B4" w14:textId="77777777">
        <w:tc>
          <w:tcPr>
            <w:tcW w:w="1234" w:type="dxa"/>
          </w:tcPr>
          <w:p w14:paraId="47C132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59A868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2CD0B2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5D50B4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7C1938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6E9AAE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3F203A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150B0B2D" w14:textId="77777777">
        <w:tc>
          <w:tcPr>
            <w:tcW w:w="1234" w:type="dxa"/>
          </w:tcPr>
          <w:p w14:paraId="2B5B06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5E2823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44F24E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1EA86B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3E343B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74E6E6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593659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268A425C" w14:textId="77777777">
        <w:tc>
          <w:tcPr>
            <w:tcW w:w="1234" w:type="dxa"/>
          </w:tcPr>
          <w:p w14:paraId="63B87A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374B6F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63F2ED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797AF2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7CBD34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01821E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77E851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72552BF6" w14:textId="77777777">
        <w:tc>
          <w:tcPr>
            <w:tcW w:w="1234" w:type="dxa"/>
          </w:tcPr>
          <w:p w14:paraId="212099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7AB3EB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6353A2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1A969C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1EF525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3DAE9E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6F001C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002EDE9C" w14:textId="77777777">
        <w:tc>
          <w:tcPr>
            <w:tcW w:w="1234" w:type="dxa"/>
          </w:tcPr>
          <w:p w14:paraId="488460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10%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196D2F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 xml:space="preserve">Localised severe </w:t>
            </w:r>
            <w:r w:rsidRPr="00BB0F50">
              <w:rPr>
                <w:sz w:val="24"/>
                <w:szCs w:val="24"/>
              </w:rPr>
              <w:lastRenderedPageBreak/>
              <w:t>periodontitis</w:t>
            </w:r>
          </w:p>
        </w:tc>
        <w:tc>
          <w:tcPr>
            <w:tcW w:w="1234" w:type="dxa"/>
          </w:tcPr>
          <w:p w14:paraId="0CCAAA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cal5</w:t>
            </w:r>
          </w:p>
        </w:tc>
        <w:tc>
          <w:tcPr>
            <w:tcW w:w="1234" w:type="dxa"/>
          </w:tcPr>
          <w:p w14:paraId="5603B7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67AB0E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285C8C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234" w:type="dxa"/>
          </w:tcPr>
          <w:p w14:paraId="01965B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355559BD" w14:textId="77777777">
        <w:tc>
          <w:tcPr>
            <w:tcW w:w="1234" w:type="dxa"/>
          </w:tcPr>
          <w:p w14:paraId="211EA9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305CDD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75AC80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75DA02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479DAC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06F574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11884F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4B27E656" w14:textId="77777777">
        <w:tc>
          <w:tcPr>
            <w:tcW w:w="1234" w:type="dxa"/>
          </w:tcPr>
          <w:p w14:paraId="26607B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5E6C07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716E39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2C9662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205463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60758C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18AD4B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12574C4A" w14:textId="77777777">
        <w:tc>
          <w:tcPr>
            <w:tcW w:w="1234" w:type="dxa"/>
          </w:tcPr>
          <w:p w14:paraId="54BC57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587C20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2CFA7E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0E6BD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4EF063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7732CB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234" w:type="dxa"/>
          </w:tcPr>
          <w:p w14:paraId="72BE87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4A04FD03" w14:textId="77777777">
        <w:tc>
          <w:tcPr>
            <w:tcW w:w="1234" w:type="dxa"/>
          </w:tcPr>
          <w:p w14:paraId="3A1662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07D1EF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1BE028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018171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5DE2D3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61D336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0.67</w:t>
            </w:r>
          </w:p>
        </w:tc>
        <w:tc>
          <w:tcPr>
            <w:tcW w:w="1234" w:type="dxa"/>
          </w:tcPr>
          <w:p w14:paraId="7EEC4A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1FAD05C2" w14:textId="77777777">
        <w:tc>
          <w:tcPr>
            <w:tcW w:w="1234" w:type="dxa"/>
          </w:tcPr>
          <w:p w14:paraId="3C6B2B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7679CE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39FC59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21069D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15DE8D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0.52</w:t>
            </w:r>
          </w:p>
        </w:tc>
        <w:tc>
          <w:tcPr>
            <w:tcW w:w="1234" w:type="dxa"/>
          </w:tcPr>
          <w:p w14:paraId="15EE88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0.49</w:t>
            </w:r>
          </w:p>
        </w:tc>
        <w:tc>
          <w:tcPr>
            <w:tcW w:w="1234" w:type="dxa"/>
          </w:tcPr>
          <w:p w14:paraId="7B08E7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37F9DA33" w14:textId="77777777">
        <w:tc>
          <w:tcPr>
            <w:tcW w:w="1234" w:type="dxa"/>
          </w:tcPr>
          <w:p w14:paraId="4BC2AD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0689F9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762C21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160B6B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  <w:tc>
          <w:tcPr>
            <w:tcW w:w="1234" w:type="dxa"/>
          </w:tcPr>
          <w:p w14:paraId="4F2BC9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  <w:tc>
          <w:tcPr>
            <w:tcW w:w="1234" w:type="dxa"/>
          </w:tcPr>
          <w:p w14:paraId="5DD7D2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3BB8B4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2C6E14B3" w14:textId="77777777">
        <w:tc>
          <w:tcPr>
            <w:tcW w:w="1234" w:type="dxa"/>
          </w:tcPr>
          <w:p w14:paraId="0734AA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0A8A21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702FD0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7568EE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558FDC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0AFCED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241DF5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2B11C727" w14:textId="77777777">
        <w:tc>
          <w:tcPr>
            <w:tcW w:w="1234" w:type="dxa"/>
          </w:tcPr>
          <w:p w14:paraId="161CE2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6D31FE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320763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08E29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48DF45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386E95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055F10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378770DF" w14:textId="77777777">
        <w:tc>
          <w:tcPr>
            <w:tcW w:w="1234" w:type="dxa"/>
          </w:tcPr>
          <w:p w14:paraId="6411E8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1E07CB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2C0C19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6743F4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3506A2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5A8642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6BBC72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31AC6CF7" w14:textId="77777777">
        <w:tc>
          <w:tcPr>
            <w:tcW w:w="1234" w:type="dxa"/>
          </w:tcPr>
          <w:p w14:paraId="6201EC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7EE4AE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261411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6AFD7E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19D8EE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3249EA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58C251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37EC414C" w14:textId="77777777">
        <w:tc>
          <w:tcPr>
            <w:tcW w:w="1234" w:type="dxa"/>
          </w:tcPr>
          <w:p w14:paraId="3EDD02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3FACCF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63B1C6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36195C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05FA49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6DD491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0ED5B7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7436F1FA" w14:textId="77777777">
        <w:tc>
          <w:tcPr>
            <w:tcW w:w="1234" w:type="dxa"/>
          </w:tcPr>
          <w:p w14:paraId="7D91DE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600319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71E73C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4F1791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563B8E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45D8C4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27E76C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30BBC2A5" w14:textId="77777777">
        <w:tc>
          <w:tcPr>
            <w:tcW w:w="1234" w:type="dxa"/>
          </w:tcPr>
          <w:p w14:paraId="7AEDEA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145D17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524CDC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9A2A5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1FBDBE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4D3FF3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2968B3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033FE459" w14:textId="77777777">
        <w:tc>
          <w:tcPr>
            <w:tcW w:w="1234" w:type="dxa"/>
          </w:tcPr>
          <w:p w14:paraId="2E26F8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10%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2823A7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Other / Unmapped</w:t>
            </w:r>
          </w:p>
        </w:tc>
        <w:tc>
          <w:tcPr>
            <w:tcW w:w="1234" w:type="dxa"/>
          </w:tcPr>
          <w:p w14:paraId="7ADF35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601507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21D677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3BB969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530BB5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3FE472D1" w14:textId="77777777">
        <w:tc>
          <w:tcPr>
            <w:tcW w:w="1234" w:type="dxa"/>
          </w:tcPr>
          <w:p w14:paraId="4527D7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248F2A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235387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5674B0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55AC5C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5069976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7DE11B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005A6154" w14:textId="77777777">
        <w:tc>
          <w:tcPr>
            <w:tcW w:w="1234" w:type="dxa"/>
          </w:tcPr>
          <w:p w14:paraId="3A158B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678CE3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2312EF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286A6C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15BFA8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749EF4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1118D2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62C4933A" w14:textId="77777777">
        <w:tc>
          <w:tcPr>
            <w:tcW w:w="1234" w:type="dxa"/>
          </w:tcPr>
          <w:p w14:paraId="265488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10% sites</w:t>
            </w:r>
          </w:p>
        </w:tc>
        <w:tc>
          <w:tcPr>
            <w:tcW w:w="1234" w:type="dxa"/>
          </w:tcPr>
          <w:p w14:paraId="14136C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483E75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1F400A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76EB29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369C25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1F60E1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07F8851F" w14:textId="77777777">
        <w:tc>
          <w:tcPr>
            <w:tcW w:w="1234" w:type="dxa"/>
          </w:tcPr>
          <w:p w14:paraId="2A50F2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7E7A08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2A92A4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56C61F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09A9D6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53960C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3E70C9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455FAC4D" w14:textId="77777777">
        <w:tc>
          <w:tcPr>
            <w:tcW w:w="1234" w:type="dxa"/>
          </w:tcPr>
          <w:p w14:paraId="6417BC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7DB488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11DFD5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530A17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454774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613D8A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0.45</w:t>
            </w:r>
          </w:p>
        </w:tc>
        <w:tc>
          <w:tcPr>
            <w:tcW w:w="1234" w:type="dxa"/>
          </w:tcPr>
          <w:p w14:paraId="10E893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75FDF3EE" w14:textId="77777777">
        <w:tc>
          <w:tcPr>
            <w:tcW w:w="1234" w:type="dxa"/>
          </w:tcPr>
          <w:p w14:paraId="0261E2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00441B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4FD3F8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120169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5B3BC8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1F8A94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  <w:tc>
          <w:tcPr>
            <w:tcW w:w="1234" w:type="dxa"/>
          </w:tcPr>
          <w:p w14:paraId="2274CD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62084833" w14:textId="77777777">
        <w:tc>
          <w:tcPr>
            <w:tcW w:w="1234" w:type="dxa"/>
          </w:tcPr>
          <w:p w14:paraId="2A83F8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23E62C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504245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1964E6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4EF63D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57ADD5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42EB90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5232B3CB" w14:textId="77777777">
        <w:tc>
          <w:tcPr>
            <w:tcW w:w="1234" w:type="dxa"/>
          </w:tcPr>
          <w:p w14:paraId="72C6AB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4AAF8C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4BBD1D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311669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43D269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7A315A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527449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779530C4" w14:textId="77777777">
        <w:tc>
          <w:tcPr>
            <w:tcW w:w="1234" w:type="dxa"/>
          </w:tcPr>
          <w:p w14:paraId="7E2845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6A0394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2658F4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3DB7A7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49A35B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1B0305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5E016B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06B5A917" w14:textId="77777777">
        <w:tc>
          <w:tcPr>
            <w:tcW w:w="1234" w:type="dxa"/>
          </w:tcPr>
          <w:p w14:paraId="317CC3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1A6D2E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69A586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0E2412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18F58D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0.52</w:t>
            </w:r>
          </w:p>
        </w:tc>
        <w:tc>
          <w:tcPr>
            <w:tcW w:w="1234" w:type="dxa"/>
          </w:tcPr>
          <w:p w14:paraId="1F386A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0.49</w:t>
            </w:r>
          </w:p>
        </w:tc>
        <w:tc>
          <w:tcPr>
            <w:tcW w:w="1234" w:type="dxa"/>
          </w:tcPr>
          <w:p w14:paraId="5250F4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5EFAF064" w14:textId="77777777">
        <w:tc>
          <w:tcPr>
            <w:tcW w:w="1234" w:type="dxa"/>
          </w:tcPr>
          <w:p w14:paraId="022499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5119A6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6005A4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5371E7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0.37</w:t>
            </w:r>
          </w:p>
        </w:tc>
        <w:tc>
          <w:tcPr>
            <w:tcW w:w="1234" w:type="dxa"/>
          </w:tcPr>
          <w:p w14:paraId="53DA30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0.37</w:t>
            </w:r>
          </w:p>
        </w:tc>
        <w:tc>
          <w:tcPr>
            <w:tcW w:w="1234" w:type="dxa"/>
          </w:tcPr>
          <w:p w14:paraId="747455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  <w:tc>
          <w:tcPr>
            <w:tcW w:w="1234" w:type="dxa"/>
          </w:tcPr>
          <w:p w14:paraId="2E03B3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74C5D6C8" w14:textId="77777777">
        <w:tc>
          <w:tcPr>
            <w:tcW w:w="1234" w:type="dxa"/>
          </w:tcPr>
          <w:p w14:paraId="5BE527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012997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33AF34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63905C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34400F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189FC8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44D685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3246310A" w14:textId="77777777">
        <w:tc>
          <w:tcPr>
            <w:tcW w:w="1234" w:type="dxa"/>
          </w:tcPr>
          <w:p w14:paraId="64CDAC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4168D9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6E5BB4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4F2362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1B8789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39B566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7F1DB8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0F431018" w14:textId="77777777">
        <w:tc>
          <w:tcPr>
            <w:tcW w:w="1234" w:type="dxa"/>
          </w:tcPr>
          <w:p w14:paraId="49D40D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20%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6714AC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 xml:space="preserve">Generalised mild–moderate </w:t>
            </w:r>
            <w:r w:rsidRPr="00BB0F50">
              <w:rPr>
                <w:sz w:val="24"/>
                <w:szCs w:val="24"/>
              </w:rPr>
              <w:lastRenderedPageBreak/>
              <w:t>periodontitis</w:t>
            </w:r>
          </w:p>
        </w:tc>
        <w:tc>
          <w:tcPr>
            <w:tcW w:w="1234" w:type="dxa"/>
          </w:tcPr>
          <w:p w14:paraId="1F36EF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cal3</w:t>
            </w:r>
          </w:p>
        </w:tc>
        <w:tc>
          <w:tcPr>
            <w:tcW w:w="1234" w:type="dxa"/>
          </w:tcPr>
          <w:p w14:paraId="198AE0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7FC969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6CD724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149766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31E2549C" w14:textId="77777777">
        <w:tc>
          <w:tcPr>
            <w:tcW w:w="1234" w:type="dxa"/>
          </w:tcPr>
          <w:p w14:paraId="1ACD1D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4A0198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3A521D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7B470D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0.39</w:t>
            </w:r>
          </w:p>
        </w:tc>
        <w:tc>
          <w:tcPr>
            <w:tcW w:w="1234" w:type="dxa"/>
          </w:tcPr>
          <w:p w14:paraId="6FD3CB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2B1FCA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0.40</w:t>
            </w:r>
          </w:p>
        </w:tc>
        <w:tc>
          <w:tcPr>
            <w:tcW w:w="1234" w:type="dxa"/>
          </w:tcPr>
          <w:p w14:paraId="7D9AAC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4F720C6D" w14:textId="77777777">
        <w:tc>
          <w:tcPr>
            <w:tcW w:w="1234" w:type="dxa"/>
          </w:tcPr>
          <w:p w14:paraId="52D4BF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46B478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147527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6D86CD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0.28</w:t>
            </w:r>
          </w:p>
        </w:tc>
        <w:tc>
          <w:tcPr>
            <w:tcW w:w="1234" w:type="dxa"/>
          </w:tcPr>
          <w:p w14:paraId="679147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0.28</w:t>
            </w:r>
          </w:p>
        </w:tc>
        <w:tc>
          <w:tcPr>
            <w:tcW w:w="1234" w:type="dxa"/>
          </w:tcPr>
          <w:p w14:paraId="4B749F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541BF4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0F964A67" w14:textId="77777777">
        <w:tc>
          <w:tcPr>
            <w:tcW w:w="1234" w:type="dxa"/>
          </w:tcPr>
          <w:p w14:paraId="65539B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537D5D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0B84D2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018D2F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207666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794FF6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0BBA92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648659DC" w14:textId="77777777">
        <w:tc>
          <w:tcPr>
            <w:tcW w:w="1234" w:type="dxa"/>
          </w:tcPr>
          <w:p w14:paraId="13B116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0BCA57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6C9325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640BBC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315C30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38C385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3FDEE1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39C2D37D" w14:textId="77777777">
        <w:tc>
          <w:tcPr>
            <w:tcW w:w="1234" w:type="dxa"/>
          </w:tcPr>
          <w:p w14:paraId="11323D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4F5E71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754736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7FEB1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10F91C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3FD4ED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234" w:type="dxa"/>
          </w:tcPr>
          <w:p w14:paraId="66ADEF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4F69FEC7" w14:textId="77777777">
        <w:tc>
          <w:tcPr>
            <w:tcW w:w="1234" w:type="dxa"/>
          </w:tcPr>
          <w:p w14:paraId="02382C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401C0F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0F8DE5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51AFF6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668069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6751E1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0.50</w:t>
            </w:r>
          </w:p>
        </w:tc>
        <w:tc>
          <w:tcPr>
            <w:tcW w:w="1234" w:type="dxa"/>
          </w:tcPr>
          <w:p w14:paraId="4B5678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1272DC82" w14:textId="77777777">
        <w:tc>
          <w:tcPr>
            <w:tcW w:w="1234" w:type="dxa"/>
          </w:tcPr>
          <w:p w14:paraId="305FFA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6D1DA5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255F81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5BECED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2B53BB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463F9E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0.31</w:t>
            </w:r>
          </w:p>
        </w:tc>
        <w:tc>
          <w:tcPr>
            <w:tcW w:w="1234" w:type="dxa"/>
          </w:tcPr>
          <w:p w14:paraId="11C01F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5395F6C8" w14:textId="77777777">
        <w:tc>
          <w:tcPr>
            <w:tcW w:w="1234" w:type="dxa"/>
          </w:tcPr>
          <w:p w14:paraId="5B822A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2BB701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26AE2A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02A05D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5D2116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597194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7554DC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496FAEFB" w14:textId="77777777">
        <w:tc>
          <w:tcPr>
            <w:tcW w:w="1234" w:type="dxa"/>
          </w:tcPr>
          <w:p w14:paraId="3B2936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3710BF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18A1D3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133335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2E97EF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15C8FB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5A6400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4C84AF18" w14:textId="77777777">
        <w:tc>
          <w:tcPr>
            <w:tcW w:w="1234" w:type="dxa"/>
          </w:tcPr>
          <w:p w14:paraId="5C98A4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66FC1E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713728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C1576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0E7C1E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4AB451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02B09D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47DB194F" w14:textId="77777777">
        <w:tc>
          <w:tcPr>
            <w:tcW w:w="1234" w:type="dxa"/>
          </w:tcPr>
          <w:p w14:paraId="193E03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7B0F0B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0B3E22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69CB55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38A05B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7AD4B4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4D1C0A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5CD644A5" w14:textId="77777777">
        <w:tc>
          <w:tcPr>
            <w:tcW w:w="1234" w:type="dxa"/>
          </w:tcPr>
          <w:p w14:paraId="3B66B9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6EF784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28B06B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130C57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5B93B4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4C73AB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0C7E1A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7FC41C17" w14:textId="77777777">
        <w:tc>
          <w:tcPr>
            <w:tcW w:w="1234" w:type="dxa"/>
          </w:tcPr>
          <w:p w14:paraId="23144D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5CEFEB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7B256A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657302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082528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148E48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318CC0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1F8C1DD5" w14:textId="77777777">
        <w:tc>
          <w:tcPr>
            <w:tcW w:w="1234" w:type="dxa"/>
          </w:tcPr>
          <w:p w14:paraId="21769F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20%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5EBEE4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Localised Stage III periodontitis</w:t>
            </w:r>
          </w:p>
        </w:tc>
        <w:tc>
          <w:tcPr>
            <w:tcW w:w="1234" w:type="dxa"/>
          </w:tcPr>
          <w:p w14:paraId="5C60F9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0F4B57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5868A6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41D62C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506A78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49B021D6" w14:textId="77777777">
        <w:tc>
          <w:tcPr>
            <w:tcW w:w="1234" w:type="dxa"/>
          </w:tcPr>
          <w:p w14:paraId="5D6134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751759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1BC3F3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74E2B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1CF816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0.46</w:t>
            </w:r>
          </w:p>
        </w:tc>
        <w:tc>
          <w:tcPr>
            <w:tcW w:w="1234" w:type="dxa"/>
          </w:tcPr>
          <w:p w14:paraId="748948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234" w:type="dxa"/>
          </w:tcPr>
          <w:p w14:paraId="51AF35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0306E5DE" w14:textId="77777777">
        <w:tc>
          <w:tcPr>
            <w:tcW w:w="1234" w:type="dxa"/>
          </w:tcPr>
          <w:p w14:paraId="050EEE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28D504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0F0B30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3B56AD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07533C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1F324C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  <w:tc>
          <w:tcPr>
            <w:tcW w:w="1234" w:type="dxa"/>
          </w:tcPr>
          <w:p w14:paraId="67BE1A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3CFEF4FE" w14:textId="77777777">
        <w:tc>
          <w:tcPr>
            <w:tcW w:w="1234" w:type="dxa"/>
          </w:tcPr>
          <w:p w14:paraId="3AAD14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1D0A45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2E0949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35523A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2EAD6F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4EAE68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234" w:type="dxa"/>
          </w:tcPr>
          <w:p w14:paraId="13DA69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48431B40" w14:textId="77777777">
        <w:tc>
          <w:tcPr>
            <w:tcW w:w="1234" w:type="dxa"/>
          </w:tcPr>
          <w:p w14:paraId="1C0999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374CEC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1D2596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4601A8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48AD30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373305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3B7310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3870C86C" w14:textId="77777777">
        <w:tc>
          <w:tcPr>
            <w:tcW w:w="1234" w:type="dxa"/>
          </w:tcPr>
          <w:p w14:paraId="517942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33F2C0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02C242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7183DA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6A541F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384B1C7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3490F7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0F100C86" w14:textId="77777777">
        <w:tc>
          <w:tcPr>
            <w:tcW w:w="1234" w:type="dxa"/>
          </w:tcPr>
          <w:p w14:paraId="59C597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0C4184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488313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798D2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6CD497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32B827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0.69</w:t>
            </w:r>
          </w:p>
        </w:tc>
        <w:tc>
          <w:tcPr>
            <w:tcW w:w="1234" w:type="dxa"/>
          </w:tcPr>
          <w:p w14:paraId="5DBF4D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0E20CF56" w14:textId="77777777">
        <w:tc>
          <w:tcPr>
            <w:tcW w:w="1234" w:type="dxa"/>
          </w:tcPr>
          <w:p w14:paraId="75BD17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72383A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721D26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6368ED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4B7EC6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5994A9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373F2F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7BF31C1E" w14:textId="77777777">
        <w:tc>
          <w:tcPr>
            <w:tcW w:w="1234" w:type="dxa"/>
          </w:tcPr>
          <w:p w14:paraId="1BBEC2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002DF6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7E5469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075797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466BF3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366598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72A696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008FD7C6" w14:textId="77777777">
        <w:tc>
          <w:tcPr>
            <w:tcW w:w="1234" w:type="dxa"/>
          </w:tcPr>
          <w:p w14:paraId="388AA4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39CA62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2421E8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43D67A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16205F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2F040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234" w:type="dxa"/>
          </w:tcPr>
          <w:p w14:paraId="05D612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22BD9A5F" w14:textId="77777777">
        <w:tc>
          <w:tcPr>
            <w:tcW w:w="1234" w:type="dxa"/>
          </w:tcPr>
          <w:p w14:paraId="295567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4C68BA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68C501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68E738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09607C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559B4E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421460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13B7625F" w14:textId="77777777">
        <w:tc>
          <w:tcPr>
            <w:tcW w:w="1234" w:type="dxa"/>
          </w:tcPr>
          <w:p w14:paraId="5ED7F2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1D80BC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6EB92F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515A8A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197A85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0C6E9A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0A26F5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1B89BBFF" w14:textId="77777777">
        <w:tc>
          <w:tcPr>
            <w:tcW w:w="1234" w:type="dxa"/>
          </w:tcPr>
          <w:p w14:paraId="7D4595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717AAD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0A52B9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229494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38FFD2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0.69</w:t>
            </w:r>
          </w:p>
        </w:tc>
        <w:tc>
          <w:tcPr>
            <w:tcW w:w="1234" w:type="dxa"/>
          </w:tcPr>
          <w:p w14:paraId="493A1E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0.66</w:t>
            </w:r>
          </w:p>
        </w:tc>
        <w:tc>
          <w:tcPr>
            <w:tcW w:w="1234" w:type="dxa"/>
          </w:tcPr>
          <w:p w14:paraId="55A0F9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529C6141" w14:textId="77777777">
        <w:tc>
          <w:tcPr>
            <w:tcW w:w="1234" w:type="dxa"/>
          </w:tcPr>
          <w:p w14:paraId="0DFDED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617E7C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4C81DE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2D3FC7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02CDD9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2E2D08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0.45</w:t>
            </w:r>
          </w:p>
        </w:tc>
        <w:tc>
          <w:tcPr>
            <w:tcW w:w="1234" w:type="dxa"/>
          </w:tcPr>
          <w:p w14:paraId="10BA35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10935826" w14:textId="77777777">
        <w:tc>
          <w:tcPr>
            <w:tcW w:w="1234" w:type="dxa"/>
          </w:tcPr>
          <w:p w14:paraId="544BEB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Mask 20% </w:t>
            </w:r>
            <w:r w:rsidRPr="00BB0F50">
              <w:rPr>
                <w:sz w:val="24"/>
                <w:szCs w:val="24"/>
              </w:rPr>
              <w:lastRenderedPageBreak/>
              <w:t>sites</w:t>
            </w:r>
          </w:p>
        </w:tc>
        <w:tc>
          <w:tcPr>
            <w:tcW w:w="1234" w:type="dxa"/>
          </w:tcPr>
          <w:p w14:paraId="7FA8CF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 xml:space="preserve">Localised/Generalised Stage IV </w:t>
            </w:r>
            <w:r w:rsidRPr="00BB0F50">
              <w:rPr>
                <w:sz w:val="24"/>
                <w:szCs w:val="24"/>
              </w:rPr>
              <w:lastRenderedPageBreak/>
              <w:t>periodontitis</w:t>
            </w:r>
          </w:p>
        </w:tc>
        <w:tc>
          <w:tcPr>
            <w:tcW w:w="1234" w:type="dxa"/>
          </w:tcPr>
          <w:p w14:paraId="0A21E1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ppd5</w:t>
            </w:r>
          </w:p>
        </w:tc>
        <w:tc>
          <w:tcPr>
            <w:tcW w:w="1234" w:type="dxa"/>
          </w:tcPr>
          <w:p w14:paraId="50D961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  <w:tc>
          <w:tcPr>
            <w:tcW w:w="1234" w:type="dxa"/>
          </w:tcPr>
          <w:p w14:paraId="3E8277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0.31</w:t>
            </w:r>
          </w:p>
        </w:tc>
        <w:tc>
          <w:tcPr>
            <w:tcW w:w="1234" w:type="dxa"/>
          </w:tcPr>
          <w:p w14:paraId="2E214E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4EDD08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565786E6" w14:textId="77777777">
        <w:tc>
          <w:tcPr>
            <w:tcW w:w="1234" w:type="dxa"/>
          </w:tcPr>
          <w:p w14:paraId="7FA960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1FF37E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5B5263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02B9E7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30EF62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6AAAC9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234" w:type="dxa"/>
          </w:tcPr>
          <w:p w14:paraId="34FFD9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216CFA59" w14:textId="77777777">
        <w:tc>
          <w:tcPr>
            <w:tcW w:w="1234" w:type="dxa"/>
          </w:tcPr>
          <w:p w14:paraId="76DF1B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683A06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151268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7E4BBD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3AA9B5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1BB3EF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0.73</w:t>
            </w:r>
          </w:p>
        </w:tc>
        <w:tc>
          <w:tcPr>
            <w:tcW w:w="1234" w:type="dxa"/>
          </w:tcPr>
          <w:p w14:paraId="60F13A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6474414B" w14:textId="77777777">
        <w:tc>
          <w:tcPr>
            <w:tcW w:w="1234" w:type="dxa"/>
          </w:tcPr>
          <w:p w14:paraId="6CCCE0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0AD43D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0B46D8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37E77B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468124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6364C4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2BDD50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51DFD3C1" w14:textId="77777777">
        <w:tc>
          <w:tcPr>
            <w:tcW w:w="1234" w:type="dxa"/>
          </w:tcPr>
          <w:p w14:paraId="5AF9C2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3AAC28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799D6E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27B5B7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014864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513A893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4DAF1C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23BD816F" w14:textId="77777777">
        <w:tc>
          <w:tcPr>
            <w:tcW w:w="1234" w:type="dxa"/>
          </w:tcPr>
          <w:p w14:paraId="12CB87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251090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07946C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6402F3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6045B8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6DC0BF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166E62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299CCBD8" w14:textId="77777777">
        <w:tc>
          <w:tcPr>
            <w:tcW w:w="1234" w:type="dxa"/>
          </w:tcPr>
          <w:p w14:paraId="381B3C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07FCC2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06C5A0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669AAC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56EAD5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0A1BD1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6833E3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5A2D77B5" w14:textId="77777777">
        <w:tc>
          <w:tcPr>
            <w:tcW w:w="1234" w:type="dxa"/>
          </w:tcPr>
          <w:p w14:paraId="7F44DE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1007AE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11CFA7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66613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750DE5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0.62</w:t>
            </w:r>
          </w:p>
        </w:tc>
        <w:tc>
          <w:tcPr>
            <w:tcW w:w="1234" w:type="dxa"/>
          </w:tcPr>
          <w:p w14:paraId="313329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0.69</w:t>
            </w:r>
          </w:p>
        </w:tc>
        <w:tc>
          <w:tcPr>
            <w:tcW w:w="1234" w:type="dxa"/>
          </w:tcPr>
          <w:p w14:paraId="12DA42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4F42971B" w14:textId="77777777">
        <w:tc>
          <w:tcPr>
            <w:tcW w:w="1234" w:type="dxa"/>
          </w:tcPr>
          <w:p w14:paraId="1D5633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0EFE7E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545971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0675FF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77D0F0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25B617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0.32</w:t>
            </w:r>
          </w:p>
        </w:tc>
        <w:tc>
          <w:tcPr>
            <w:tcW w:w="1234" w:type="dxa"/>
          </w:tcPr>
          <w:p w14:paraId="55A5A8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23B269EE" w14:textId="77777777">
        <w:tc>
          <w:tcPr>
            <w:tcW w:w="1234" w:type="dxa"/>
          </w:tcPr>
          <w:p w14:paraId="48ABBB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7F3B7B4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27F595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136520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2995AD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6E2ECF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14D3FD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6C0A8806" w14:textId="77777777">
        <w:tc>
          <w:tcPr>
            <w:tcW w:w="1234" w:type="dxa"/>
          </w:tcPr>
          <w:p w14:paraId="0E969E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434333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042185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1507A4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6136D6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0FC8D2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262ECA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6FC00464" w14:textId="77777777">
        <w:tc>
          <w:tcPr>
            <w:tcW w:w="1234" w:type="dxa"/>
          </w:tcPr>
          <w:p w14:paraId="6B1141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Mask 20% sites</w:t>
            </w:r>
          </w:p>
        </w:tc>
        <w:tc>
          <w:tcPr>
            <w:tcW w:w="1234" w:type="dxa"/>
          </w:tcPr>
          <w:p w14:paraId="100D4D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695EB6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718FA0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2E1548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018B1D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50E4AC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57F81953" w14:textId="77777777">
        <w:tc>
          <w:tcPr>
            <w:tcW w:w="1234" w:type="dxa"/>
          </w:tcPr>
          <w:p w14:paraId="34755C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156885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65E254D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36DD21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5C66BF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6CBBCF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7C0E9F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71FDBDEF" w14:textId="77777777">
        <w:tc>
          <w:tcPr>
            <w:tcW w:w="1234" w:type="dxa"/>
          </w:tcPr>
          <w:p w14:paraId="63F065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NMAR </w:t>
            </w:r>
            <w:r w:rsidRPr="00BB0F50">
              <w:rPr>
                <w:sz w:val="24"/>
                <w:szCs w:val="24"/>
              </w:rPr>
              <w:lastRenderedPageBreak/>
              <w:t>(CAL-driven)</w:t>
            </w:r>
          </w:p>
        </w:tc>
        <w:tc>
          <w:tcPr>
            <w:tcW w:w="1234" w:type="dxa"/>
          </w:tcPr>
          <w:p w14:paraId="1864BD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 xml:space="preserve">Generalised Aggressive </w:t>
            </w:r>
            <w:r w:rsidRPr="00BB0F50">
              <w:rPr>
                <w:sz w:val="24"/>
                <w:szCs w:val="24"/>
              </w:rPr>
              <w:lastRenderedPageBreak/>
              <w:t>periodontitis</w:t>
            </w:r>
          </w:p>
        </w:tc>
        <w:tc>
          <w:tcPr>
            <w:tcW w:w="1234" w:type="dxa"/>
          </w:tcPr>
          <w:p w14:paraId="6BC093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cal4</w:t>
            </w:r>
          </w:p>
        </w:tc>
        <w:tc>
          <w:tcPr>
            <w:tcW w:w="1234" w:type="dxa"/>
          </w:tcPr>
          <w:p w14:paraId="55E137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3C0F0A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0.49</w:t>
            </w:r>
          </w:p>
        </w:tc>
        <w:tc>
          <w:tcPr>
            <w:tcW w:w="1234" w:type="dxa"/>
          </w:tcPr>
          <w:p w14:paraId="280BDC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6A163B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13E8F7E7" w14:textId="77777777">
        <w:tc>
          <w:tcPr>
            <w:tcW w:w="1234" w:type="dxa"/>
          </w:tcPr>
          <w:p w14:paraId="2E6C6D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10B505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0BAABD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30307D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4F5D68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4D7986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4A254C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36ABD8D1" w14:textId="77777777">
        <w:tc>
          <w:tcPr>
            <w:tcW w:w="1234" w:type="dxa"/>
          </w:tcPr>
          <w:p w14:paraId="6B7B15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6BED60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0CAE12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0CFE89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1BF376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  <w:tc>
          <w:tcPr>
            <w:tcW w:w="1234" w:type="dxa"/>
          </w:tcPr>
          <w:p w14:paraId="66226E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51F4C8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14D8D1C3" w14:textId="77777777">
        <w:tc>
          <w:tcPr>
            <w:tcW w:w="1234" w:type="dxa"/>
          </w:tcPr>
          <w:p w14:paraId="79A99C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7AF6D3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6A2231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3CDCEB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025398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5C1D73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70D41F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0AC57C5E" w14:textId="77777777">
        <w:tc>
          <w:tcPr>
            <w:tcW w:w="1234" w:type="dxa"/>
          </w:tcPr>
          <w:p w14:paraId="5CF3EE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150F65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0ABA9F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348B1B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57A58E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056754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234" w:type="dxa"/>
          </w:tcPr>
          <w:p w14:paraId="6825BC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4036611F" w14:textId="77777777">
        <w:tc>
          <w:tcPr>
            <w:tcW w:w="1234" w:type="dxa"/>
          </w:tcPr>
          <w:p w14:paraId="5540EB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3691C7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11975B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76A942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566A0F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3DDB05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0.52</w:t>
            </w:r>
          </w:p>
        </w:tc>
        <w:tc>
          <w:tcPr>
            <w:tcW w:w="1234" w:type="dxa"/>
          </w:tcPr>
          <w:p w14:paraId="165E71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7145EFBF" w14:textId="77777777">
        <w:tc>
          <w:tcPr>
            <w:tcW w:w="1234" w:type="dxa"/>
          </w:tcPr>
          <w:p w14:paraId="0138BF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791C1D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4692E0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0BADFD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0.37</w:t>
            </w:r>
          </w:p>
        </w:tc>
        <w:tc>
          <w:tcPr>
            <w:tcW w:w="1234" w:type="dxa"/>
          </w:tcPr>
          <w:p w14:paraId="2CD68C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3DD32C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0.34</w:t>
            </w:r>
          </w:p>
        </w:tc>
        <w:tc>
          <w:tcPr>
            <w:tcW w:w="1234" w:type="dxa"/>
          </w:tcPr>
          <w:p w14:paraId="696C0D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7E54A38F" w14:textId="77777777">
        <w:tc>
          <w:tcPr>
            <w:tcW w:w="1234" w:type="dxa"/>
          </w:tcPr>
          <w:p w14:paraId="230B70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</w:t>
            </w:r>
            <w:r w:rsidRPr="00BB0F50">
              <w:rPr>
                <w:sz w:val="24"/>
                <w:szCs w:val="24"/>
              </w:rPr>
              <w:lastRenderedPageBreak/>
              <w:t>driven)</w:t>
            </w:r>
          </w:p>
        </w:tc>
        <w:tc>
          <w:tcPr>
            <w:tcW w:w="1234" w:type="dxa"/>
          </w:tcPr>
          <w:p w14:paraId="08F5BF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Generalised Stage III periodontitis</w:t>
            </w:r>
          </w:p>
        </w:tc>
        <w:tc>
          <w:tcPr>
            <w:tcW w:w="1234" w:type="dxa"/>
          </w:tcPr>
          <w:p w14:paraId="56C07C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31863B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05B443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0.29</w:t>
            </w:r>
          </w:p>
        </w:tc>
        <w:tc>
          <w:tcPr>
            <w:tcW w:w="1234" w:type="dxa"/>
          </w:tcPr>
          <w:p w14:paraId="6F8DEB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32A1A5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3E4C9B73" w14:textId="77777777">
        <w:tc>
          <w:tcPr>
            <w:tcW w:w="1234" w:type="dxa"/>
          </w:tcPr>
          <w:p w14:paraId="101398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5ABC91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0F25A0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319019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003D9A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566EC1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72017E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511B2D90" w14:textId="77777777">
        <w:tc>
          <w:tcPr>
            <w:tcW w:w="1234" w:type="dxa"/>
          </w:tcPr>
          <w:p w14:paraId="1BF45A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0843A4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2606C5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CD6A7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01E54A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0.62</w:t>
            </w:r>
          </w:p>
        </w:tc>
        <w:tc>
          <w:tcPr>
            <w:tcW w:w="1234" w:type="dxa"/>
          </w:tcPr>
          <w:p w14:paraId="545E1D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0.69</w:t>
            </w:r>
          </w:p>
        </w:tc>
        <w:tc>
          <w:tcPr>
            <w:tcW w:w="1234" w:type="dxa"/>
          </w:tcPr>
          <w:p w14:paraId="39AD86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45D8EDD8" w14:textId="77777777">
        <w:tc>
          <w:tcPr>
            <w:tcW w:w="1234" w:type="dxa"/>
          </w:tcPr>
          <w:p w14:paraId="1AAFDB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678011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373C63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22D42E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0.39</w:t>
            </w:r>
          </w:p>
        </w:tc>
        <w:tc>
          <w:tcPr>
            <w:tcW w:w="1234" w:type="dxa"/>
          </w:tcPr>
          <w:p w14:paraId="40F9BC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0.43</w:t>
            </w:r>
          </w:p>
        </w:tc>
        <w:tc>
          <w:tcPr>
            <w:tcW w:w="1234" w:type="dxa"/>
          </w:tcPr>
          <w:p w14:paraId="47B488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0.42</w:t>
            </w:r>
          </w:p>
        </w:tc>
        <w:tc>
          <w:tcPr>
            <w:tcW w:w="1234" w:type="dxa"/>
          </w:tcPr>
          <w:p w14:paraId="73F2D4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0ED2EC1C" w14:textId="77777777">
        <w:tc>
          <w:tcPr>
            <w:tcW w:w="1234" w:type="dxa"/>
          </w:tcPr>
          <w:p w14:paraId="2E2949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00F063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2115DE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5F0554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0.28</w:t>
            </w:r>
          </w:p>
        </w:tc>
        <w:tc>
          <w:tcPr>
            <w:tcW w:w="1234" w:type="dxa"/>
          </w:tcPr>
          <w:p w14:paraId="6A8D57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0.31</w:t>
            </w:r>
          </w:p>
        </w:tc>
        <w:tc>
          <w:tcPr>
            <w:tcW w:w="1234" w:type="dxa"/>
          </w:tcPr>
          <w:p w14:paraId="4B65C7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1A9986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7CC9217C" w14:textId="77777777">
        <w:tc>
          <w:tcPr>
            <w:tcW w:w="1234" w:type="dxa"/>
          </w:tcPr>
          <w:p w14:paraId="4CB8B3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64D5CF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798D1F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3607E4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67E5A8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707EC3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4A0D56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5C3FB0F7" w14:textId="77777777">
        <w:tc>
          <w:tcPr>
            <w:tcW w:w="1234" w:type="dxa"/>
          </w:tcPr>
          <w:p w14:paraId="4B1698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3CEF87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4C349D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198F58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2B42A6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36E917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27289D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540831E5" w14:textId="77777777">
        <w:tc>
          <w:tcPr>
            <w:tcW w:w="1234" w:type="dxa"/>
          </w:tcPr>
          <w:p w14:paraId="1274D7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276C3B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7E2B46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5D4119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2570B8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234" w:type="dxa"/>
          </w:tcPr>
          <w:p w14:paraId="706F8E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02AD79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38D561CA" w14:textId="77777777">
        <w:tc>
          <w:tcPr>
            <w:tcW w:w="1234" w:type="dxa"/>
          </w:tcPr>
          <w:p w14:paraId="596EF4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NMAR (CAL-driven)</w:t>
            </w:r>
          </w:p>
        </w:tc>
        <w:tc>
          <w:tcPr>
            <w:tcW w:w="1234" w:type="dxa"/>
          </w:tcPr>
          <w:p w14:paraId="10B299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2EA9E2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4655D7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663806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234" w:type="dxa"/>
          </w:tcPr>
          <w:p w14:paraId="0E627D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0.54</w:t>
            </w:r>
          </w:p>
        </w:tc>
        <w:tc>
          <w:tcPr>
            <w:tcW w:w="1234" w:type="dxa"/>
          </w:tcPr>
          <w:p w14:paraId="737DB6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34BFE64E" w14:textId="77777777">
        <w:tc>
          <w:tcPr>
            <w:tcW w:w="1234" w:type="dxa"/>
          </w:tcPr>
          <w:p w14:paraId="6D1547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64666C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484CE0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485918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1D1756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0.40</w:t>
            </w:r>
          </w:p>
        </w:tc>
        <w:tc>
          <w:tcPr>
            <w:tcW w:w="1234" w:type="dxa"/>
          </w:tcPr>
          <w:p w14:paraId="235A0F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0.35</w:t>
            </w:r>
          </w:p>
        </w:tc>
        <w:tc>
          <w:tcPr>
            <w:tcW w:w="1234" w:type="dxa"/>
          </w:tcPr>
          <w:p w14:paraId="51152F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3D062C19" w14:textId="77777777">
        <w:tc>
          <w:tcPr>
            <w:tcW w:w="1234" w:type="dxa"/>
          </w:tcPr>
          <w:p w14:paraId="40F31C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4988C1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1E6C43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3A6727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2250E5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1485F9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72CCFC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3116FB3B" w14:textId="77777777">
        <w:tc>
          <w:tcPr>
            <w:tcW w:w="1234" w:type="dxa"/>
          </w:tcPr>
          <w:p w14:paraId="30D69E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348063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3C7100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56315D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3ED729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5F518B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567066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129C7D22" w14:textId="77777777">
        <w:tc>
          <w:tcPr>
            <w:tcW w:w="1234" w:type="dxa"/>
          </w:tcPr>
          <w:p w14:paraId="59B0DB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70EC36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310180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1A780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3207F7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234" w:type="dxa"/>
          </w:tcPr>
          <w:p w14:paraId="76B1B9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1B1F16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236E20A7" w14:textId="77777777">
        <w:tc>
          <w:tcPr>
            <w:tcW w:w="1234" w:type="dxa"/>
          </w:tcPr>
          <w:p w14:paraId="187947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7FB83A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59A88A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31C6E6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367B36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2FECA0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23E857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6DBF3D13" w14:textId="77777777">
        <w:tc>
          <w:tcPr>
            <w:tcW w:w="1234" w:type="dxa"/>
          </w:tcPr>
          <w:p w14:paraId="52E761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1190E2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7E50C4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7B8849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368B64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1CA5CF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2007FE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6BDC3CC3" w14:textId="77777777">
        <w:tc>
          <w:tcPr>
            <w:tcW w:w="1234" w:type="dxa"/>
          </w:tcPr>
          <w:p w14:paraId="5C96E7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 xml:space="preserve">NMAR </w:t>
            </w:r>
            <w:r w:rsidRPr="00BB0F50">
              <w:rPr>
                <w:sz w:val="24"/>
                <w:szCs w:val="24"/>
              </w:rPr>
              <w:lastRenderedPageBreak/>
              <w:t>(CAL-driven)</w:t>
            </w:r>
          </w:p>
        </w:tc>
        <w:tc>
          <w:tcPr>
            <w:tcW w:w="1234" w:type="dxa"/>
          </w:tcPr>
          <w:p w14:paraId="2441E52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Localised Stage III periodontitis</w:t>
            </w:r>
          </w:p>
        </w:tc>
        <w:tc>
          <w:tcPr>
            <w:tcW w:w="1234" w:type="dxa"/>
          </w:tcPr>
          <w:p w14:paraId="0F001F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12CBC6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2E8CEA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6F0C7A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234" w:type="dxa"/>
          </w:tcPr>
          <w:p w14:paraId="4CB236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7A8BBE98" w14:textId="77777777">
        <w:tc>
          <w:tcPr>
            <w:tcW w:w="1234" w:type="dxa"/>
          </w:tcPr>
          <w:p w14:paraId="7B1400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496E70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2CCD0D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5197F1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4D0A4F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1F9A1E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769984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7C2E82CD" w14:textId="77777777">
        <w:tc>
          <w:tcPr>
            <w:tcW w:w="1234" w:type="dxa"/>
          </w:tcPr>
          <w:p w14:paraId="5E1BCE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6BBB78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121BC1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DE18A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608083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3D2F60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0.62</w:t>
            </w:r>
          </w:p>
        </w:tc>
        <w:tc>
          <w:tcPr>
            <w:tcW w:w="1234" w:type="dxa"/>
          </w:tcPr>
          <w:p w14:paraId="5D9A1B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3C4C3BAD" w14:textId="77777777">
        <w:tc>
          <w:tcPr>
            <w:tcW w:w="1234" w:type="dxa"/>
          </w:tcPr>
          <w:p w14:paraId="1F5CF0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4B890C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639EA4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581FAB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520351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646C9C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0.24</w:t>
            </w:r>
          </w:p>
        </w:tc>
        <w:tc>
          <w:tcPr>
            <w:tcW w:w="1234" w:type="dxa"/>
          </w:tcPr>
          <w:p w14:paraId="35C406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505B8573" w14:textId="77777777">
        <w:tc>
          <w:tcPr>
            <w:tcW w:w="1234" w:type="dxa"/>
          </w:tcPr>
          <w:p w14:paraId="539A1E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5A97FA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136AA7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7DAD99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07F1AD1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5D8AACA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2C0ED7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09EF9D74" w14:textId="77777777">
        <w:tc>
          <w:tcPr>
            <w:tcW w:w="1234" w:type="dxa"/>
          </w:tcPr>
          <w:p w14:paraId="621B74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5244D5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35C5A3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7A1061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6174ED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5DC74B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41A249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732D9E7A" w14:textId="77777777">
        <w:tc>
          <w:tcPr>
            <w:tcW w:w="1234" w:type="dxa"/>
          </w:tcPr>
          <w:p w14:paraId="487817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421ED1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336649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762840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014396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18E475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0F7E16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0E5DB167" w14:textId="77777777">
        <w:tc>
          <w:tcPr>
            <w:tcW w:w="1234" w:type="dxa"/>
          </w:tcPr>
          <w:p w14:paraId="3825B3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</w:t>
            </w:r>
            <w:r w:rsidRPr="00BB0F50">
              <w:rPr>
                <w:sz w:val="24"/>
                <w:szCs w:val="24"/>
              </w:rPr>
              <w:lastRenderedPageBreak/>
              <w:t>driven)</w:t>
            </w:r>
          </w:p>
        </w:tc>
        <w:tc>
          <w:tcPr>
            <w:tcW w:w="1234" w:type="dxa"/>
          </w:tcPr>
          <w:p w14:paraId="197583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lastRenderedPageBreak/>
              <w:t>Localised severe periodontitis</w:t>
            </w:r>
          </w:p>
        </w:tc>
        <w:tc>
          <w:tcPr>
            <w:tcW w:w="1234" w:type="dxa"/>
          </w:tcPr>
          <w:p w14:paraId="4C2FEF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5F43F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6642DA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0.67</w:t>
            </w:r>
          </w:p>
        </w:tc>
        <w:tc>
          <w:tcPr>
            <w:tcW w:w="1234" w:type="dxa"/>
          </w:tcPr>
          <w:p w14:paraId="2DC34D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0.73</w:t>
            </w:r>
          </w:p>
        </w:tc>
        <w:tc>
          <w:tcPr>
            <w:tcW w:w="1234" w:type="dxa"/>
          </w:tcPr>
          <w:p w14:paraId="387F7F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59BE7D36" w14:textId="77777777">
        <w:tc>
          <w:tcPr>
            <w:tcW w:w="1234" w:type="dxa"/>
          </w:tcPr>
          <w:p w14:paraId="3B6B81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2653F7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7E49AC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6B7DF2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59D57F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0.36</w:t>
            </w:r>
          </w:p>
        </w:tc>
        <w:tc>
          <w:tcPr>
            <w:tcW w:w="1234" w:type="dxa"/>
          </w:tcPr>
          <w:p w14:paraId="6E8702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0.34</w:t>
            </w:r>
          </w:p>
        </w:tc>
        <w:tc>
          <w:tcPr>
            <w:tcW w:w="1234" w:type="dxa"/>
          </w:tcPr>
          <w:p w14:paraId="4C89B3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4811A785" w14:textId="77777777">
        <w:tc>
          <w:tcPr>
            <w:tcW w:w="1234" w:type="dxa"/>
          </w:tcPr>
          <w:p w14:paraId="7BD675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6D66BD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198046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691761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40F239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2788B2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234" w:type="dxa"/>
          </w:tcPr>
          <w:p w14:paraId="423A0D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6EE725B5" w14:textId="77777777">
        <w:tc>
          <w:tcPr>
            <w:tcW w:w="1234" w:type="dxa"/>
          </w:tcPr>
          <w:p w14:paraId="685470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0A5CBC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22B889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1C89E3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0D8EC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4CEB39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771800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60D498F6" w14:textId="77777777">
        <w:tc>
          <w:tcPr>
            <w:tcW w:w="1234" w:type="dxa"/>
          </w:tcPr>
          <w:p w14:paraId="349E8C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418ADF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07BFF4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6A0956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03586D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726448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0C3B7A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12C88862" w14:textId="77777777">
        <w:tc>
          <w:tcPr>
            <w:tcW w:w="1234" w:type="dxa"/>
          </w:tcPr>
          <w:p w14:paraId="56FD0E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452BBF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3A5DA2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352E35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48B41A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0.89</w:t>
            </w:r>
          </w:p>
        </w:tc>
        <w:tc>
          <w:tcPr>
            <w:tcW w:w="1234" w:type="dxa"/>
          </w:tcPr>
          <w:p w14:paraId="40625C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0.91</w:t>
            </w:r>
          </w:p>
        </w:tc>
        <w:tc>
          <w:tcPr>
            <w:tcW w:w="1234" w:type="dxa"/>
          </w:tcPr>
          <w:p w14:paraId="188A75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67424034" w14:textId="77777777">
        <w:tc>
          <w:tcPr>
            <w:tcW w:w="1234" w:type="dxa"/>
          </w:tcPr>
          <w:p w14:paraId="3224D5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4A24DD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035A162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3210FF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5129C5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0.71</w:t>
            </w:r>
          </w:p>
        </w:tc>
        <w:tc>
          <w:tcPr>
            <w:tcW w:w="1234" w:type="dxa"/>
          </w:tcPr>
          <w:p w14:paraId="4A7980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0.69</w:t>
            </w:r>
          </w:p>
        </w:tc>
        <w:tc>
          <w:tcPr>
            <w:tcW w:w="1234" w:type="dxa"/>
          </w:tcPr>
          <w:p w14:paraId="323CF2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5D785A8B" w14:textId="77777777">
        <w:tc>
          <w:tcPr>
            <w:tcW w:w="1234" w:type="dxa"/>
          </w:tcPr>
          <w:p w14:paraId="73A5ED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3F94FC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51A697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7F2152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3C7420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0.54</w:t>
            </w:r>
          </w:p>
        </w:tc>
        <w:tc>
          <w:tcPr>
            <w:tcW w:w="1234" w:type="dxa"/>
          </w:tcPr>
          <w:p w14:paraId="4E0CEE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0.49</w:t>
            </w:r>
          </w:p>
        </w:tc>
        <w:tc>
          <w:tcPr>
            <w:tcW w:w="1234" w:type="dxa"/>
          </w:tcPr>
          <w:p w14:paraId="6124D7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70BBE338" w14:textId="77777777">
        <w:tc>
          <w:tcPr>
            <w:tcW w:w="1234" w:type="dxa"/>
          </w:tcPr>
          <w:p w14:paraId="6D367C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5E5C03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0B0E73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445FEA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  <w:tc>
          <w:tcPr>
            <w:tcW w:w="1234" w:type="dxa"/>
          </w:tcPr>
          <w:p w14:paraId="2EA0D1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0.32</w:t>
            </w:r>
          </w:p>
        </w:tc>
        <w:tc>
          <w:tcPr>
            <w:tcW w:w="1234" w:type="dxa"/>
          </w:tcPr>
          <w:p w14:paraId="6A97AA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576FA2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1291EE57" w14:textId="77777777">
        <w:tc>
          <w:tcPr>
            <w:tcW w:w="1234" w:type="dxa"/>
          </w:tcPr>
          <w:p w14:paraId="7308E0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3687D3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13D6FB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396EFB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71AA14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24D6DB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61B25C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29631571" w14:textId="77777777">
        <w:tc>
          <w:tcPr>
            <w:tcW w:w="1234" w:type="dxa"/>
          </w:tcPr>
          <w:p w14:paraId="037140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2AC127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4F0CC9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38AA67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7C4235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0.70</w:t>
            </w:r>
          </w:p>
        </w:tc>
        <w:tc>
          <w:tcPr>
            <w:tcW w:w="1234" w:type="dxa"/>
          </w:tcPr>
          <w:p w14:paraId="130C30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0.76</w:t>
            </w:r>
          </w:p>
        </w:tc>
        <w:tc>
          <w:tcPr>
            <w:tcW w:w="1234" w:type="dxa"/>
          </w:tcPr>
          <w:p w14:paraId="55B8B0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221EF092" w14:textId="77777777">
        <w:tc>
          <w:tcPr>
            <w:tcW w:w="1234" w:type="dxa"/>
          </w:tcPr>
          <w:p w14:paraId="593A64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3033EA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52BA10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47197E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38249A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6F3521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0.28</w:t>
            </w:r>
          </w:p>
        </w:tc>
        <w:tc>
          <w:tcPr>
            <w:tcW w:w="1234" w:type="dxa"/>
          </w:tcPr>
          <w:p w14:paraId="645814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3C75F8DA" w14:textId="77777777">
        <w:tc>
          <w:tcPr>
            <w:tcW w:w="1234" w:type="dxa"/>
          </w:tcPr>
          <w:p w14:paraId="17FFC6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4A7BE9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0EBE1F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2EBCE8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202EEE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234" w:type="dxa"/>
          </w:tcPr>
          <w:p w14:paraId="438FED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038FBD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1F59BF51" w14:textId="77777777">
        <w:tc>
          <w:tcPr>
            <w:tcW w:w="1234" w:type="dxa"/>
          </w:tcPr>
          <w:p w14:paraId="14D88F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52F96B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45ABF8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715C5F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FBF7E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06F98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043FD1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4733A815" w14:textId="77777777">
        <w:tc>
          <w:tcPr>
            <w:tcW w:w="1234" w:type="dxa"/>
          </w:tcPr>
          <w:p w14:paraId="510D58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07FF50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68B513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05CBB7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73413DB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28EA0C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36005E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419C1ADE" w14:textId="77777777">
        <w:tc>
          <w:tcPr>
            <w:tcW w:w="1234" w:type="dxa"/>
          </w:tcPr>
          <w:p w14:paraId="23C40C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33288F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360AF6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5D9D0F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6D5A93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0.67</w:t>
            </w:r>
          </w:p>
        </w:tc>
        <w:tc>
          <w:tcPr>
            <w:tcW w:w="1234" w:type="dxa"/>
          </w:tcPr>
          <w:p w14:paraId="46D94A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0.73</w:t>
            </w:r>
          </w:p>
        </w:tc>
        <w:tc>
          <w:tcPr>
            <w:tcW w:w="1234" w:type="dxa"/>
          </w:tcPr>
          <w:p w14:paraId="190DCD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744EABDF" w14:textId="77777777">
        <w:tc>
          <w:tcPr>
            <w:tcW w:w="1234" w:type="dxa"/>
          </w:tcPr>
          <w:p w14:paraId="1CBF8C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7B8723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0A6B99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5CEC0B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66945F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0.36</w:t>
            </w:r>
          </w:p>
        </w:tc>
        <w:tc>
          <w:tcPr>
            <w:tcW w:w="1234" w:type="dxa"/>
          </w:tcPr>
          <w:p w14:paraId="6513DD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0.34</w:t>
            </w:r>
          </w:p>
        </w:tc>
        <w:tc>
          <w:tcPr>
            <w:tcW w:w="1234" w:type="dxa"/>
          </w:tcPr>
          <w:p w14:paraId="461D7C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6086B252" w14:textId="77777777">
        <w:tc>
          <w:tcPr>
            <w:tcW w:w="1234" w:type="dxa"/>
          </w:tcPr>
          <w:p w14:paraId="09247C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57B7EA1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459C7F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1FDCB0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706645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1E92E8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04F25A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60B0BAA9" w14:textId="77777777">
        <w:tc>
          <w:tcPr>
            <w:tcW w:w="1234" w:type="dxa"/>
          </w:tcPr>
          <w:p w14:paraId="2A73DB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39A9D3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433251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7C716C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265264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41E89A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1373E8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4F3F3D79" w14:textId="77777777">
        <w:tc>
          <w:tcPr>
            <w:tcW w:w="1234" w:type="dxa"/>
          </w:tcPr>
          <w:p w14:paraId="76F5D2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(CAL-driven)</w:t>
            </w:r>
          </w:p>
        </w:tc>
        <w:tc>
          <w:tcPr>
            <w:tcW w:w="1234" w:type="dxa"/>
          </w:tcPr>
          <w:p w14:paraId="4F98F1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396B4C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64743B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5A2532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234" w:type="dxa"/>
          </w:tcPr>
          <w:p w14:paraId="600B8A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35D534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3155E133" w14:textId="77777777">
        <w:tc>
          <w:tcPr>
            <w:tcW w:w="1234" w:type="dxa"/>
          </w:tcPr>
          <w:p w14:paraId="48261B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78F448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4E7DEE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503FDA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0.78</w:t>
            </w:r>
          </w:p>
        </w:tc>
        <w:tc>
          <w:tcPr>
            <w:tcW w:w="1234" w:type="dxa"/>
          </w:tcPr>
          <w:p w14:paraId="3C9F4C9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0.80</w:t>
            </w:r>
          </w:p>
        </w:tc>
        <w:tc>
          <w:tcPr>
            <w:tcW w:w="1234" w:type="dxa"/>
          </w:tcPr>
          <w:p w14:paraId="464B51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52841C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2D1483A7" w14:textId="77777777">
        <w:tc>
          <w:tcPr>
            <w:tcW w:w="1234" w:type="dxa"/>
          </w:tcPr>
          <w:p w14:paraId="46AD31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7D4188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561FE4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2093E8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655156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0.50</w:t>
            </w:r>
          </w:p>
        </w:tc>
        <w:tc>
          <w:tcPr>
            <w:tcW w:w="1234" w:type="dxa"/>
          </w:tcPr>
          <w:p w14:paraId="7C7F24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0.46</w:t>
            </w:r>
          </w:p>
        </w:tc>
        <w:tc>
          <w:tcPr>
            <w:tcW w:w="1234" w:type="dxa"/>
          </w:tcPr>
          <w:p w14:paraId="34B55F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19D19388" w14:textId="77777777">
        <w:tc>
          <w:tcPr>
            <w:tcW w:w="1234" w:type="dxa"/>
          </w:tcPr>
          <w:p w14:paraId="070B70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5CDDB4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40603C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46FFBD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5C1493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  <w:tc>
          <w:tcPr>
            <w:tcW w:w="1234" w:type="dxa"/>
          </w:tcPr>
          <w:p w14:paraId="1C59B6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38B884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711D80A4" w14:textId="77777777">
        <w:tc>
          <w:tcPr>
            <w:tcW w:w="1234" w:type="dxa"/>
          </w:tcPr>
          <w:p w14:paraId="18158A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0D7A65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2B82FB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5AF98F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32FDCA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0.24</w:t>
            </w:r>
          </w:p>
        </w:tc>
        <w:tc>
          <w:tcPr>
            <w:tcW w:w="1234" w:type="dxa"/>
          </w:tcPr>
          <w:p w14:paraId="4D539F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1C1F20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14761CCF" w14:textId="77777777">
        <w:tc>
          <w:tcPr>
            <w:tcW w:w="1234" w:type="dxa"/>
          </w:tcPr>
          <w:p w14:paraId="13DCFF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203BF4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Aggressive periodontitis</w:t>
            </w:r>
          </w:p>
        </w:tc>
        <w:tc>
          <w:tcPr>
            <w:tcW w:w="1234" w:type="dxa"/>
          </w:tcPr>
          <w:p w14:paraId="3724D0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1A6957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564141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2070CB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234" w:type="dxa"/>
          </w:tcPr>
          <w:p w14:paraId="22438C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3630.00</w:t>
            </w:r>
          </w:p>
        </w:tc>
      </w:tr>
      <w:tr w:rsidR="002C4892" w:rsidRPr="00BB0F50" w14:paraId="1E53DBD5" w14:textId="77777777">
        <w:tc>
          <w:tcPr>
            <w:tcW w:w="1234" w:type="dxa"/>
          </w:tcPr>
          <w:p w14:paraId="123BE6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F02AF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4515553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5E720F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0.82</w:t>
            </w:r>
          </w:p>
        </w:tc>
        <w:tc>
          <w:tcPr>
            <w:tcW w:w="1234" w:type="dxa"/>
          </w:tcPr>
          <w:p w14:paraId="58CEF4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0.83</w:t>
            </w:r>
          </w:p>
        </w:tc>
        <w:tc>
          <w:tcPr>
            <w:tcW w:w="1234" w:type="dxa"/>
          </w:tcPr>
          <w:p w14:paraId="1683B8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234" w:type="dxa"/>
          </w:tcPr>
          <w:p w14:paraId="563730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497F1387" w14:textId="77777777">
        <w:tc>
          <w:tcPr>
            <w:tcW w:w="1234" w:type="dxa"/>
          </w:tcPr>
          <w:p w14:paraId="122532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81214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28994B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1C02F5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3896DB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0E78B3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0.52</w:t>
            </w:r>
          </w:p>
        </w:tc>
        <w:tc>
          <w:tcPr>
            <w:tcW w:w="1234" w:type="dxa"/>
          </w:tcPr>
          <w:p w14:paraId="4798BC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1BAD3BB6" w14:textId="77777777">
        <w:tc>
          <w:tcPr>
            <w:tcW w:w="1234" w:type="dxa"/>
          </w:tcPr>
          <w:p w14:paraId="2B1CF0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04012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0514E2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0D30C7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0.37</w:t>
            </w:r>
          </w:p>
        </w:tc>
        <w:tc>
          <w:tcPr>
            <w:tcW w:w="1234" w:type="dxa"/>
          </w:tcPr>
          <w:p w14:paraId="237528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0.41</w:t>
            </w:r>
          </w:p>
        </w:tc>
        <w:tc>
          <w:tcPr>
            <w:tcW w:w="1234" w:type="dxa"/>
          </w:tcPr>
          <w:p w14:paraId="60A920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0.35</w:t>
            </w:r>
          </w:p>
        </w:tc>
        <w:tc>
          <w:tcPr>
            <w:tcW w:w="1234" w:type="dxa"/>
          </w:tcPr>
          <w:p w14:paraId="535269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20662E32" w14:textId="77777777">
        <w:tc>
          <w:tcPr>
            <w:tcW w:w="1234" w:type="dxa"/>
          </w:tcPr>
          <w:p w14:paraId="5FD886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0AC4D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3D1DEE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405707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65C687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0.32</w:t>
            </w:r>
          </w:p>
        </w:tc>
        <w:tc>
          <w:tcPr>
            <w:tcW w:w="1234" w:type="dxa"/>
          </w:tcPr>
          <w:p w14:paraId="0C36B1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0.27</w:t>
            </w:r>
          </w:p>
        </w:tc>
        <w:tc>
          <w:tcPr>
            <w:tcW w:w="1234" w:type="dxa"/>
          </w:tcPr>
          <w:p w14:paraId="29403C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247DB711" w14:textId="77777777">
        <w:tc>
          <w:tcPr>
            <w:tcW w:w="1234" w:type="dxa"/>
          </w:tcPr>
          <w:p w14:paraId="0B06F5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24FF58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Stage III periodontitis</w:t>
            </w:r>
          </w:p>
        </w:tc>
        <w:tc>
          <w:tcPr>
            <w:tcW w:w="1234" w:type="dxa"/>
          </w:tcPr>
          <w:p w14:paraId="72F632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6A0136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4BA45C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7B718B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4E04AD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36900.00</w:t>
            </w:r>
          </w:p>
        </w:tc>
      </w:tr>
      <w:tr w:rsidR="002C4892" w:rsidRPr="00BB0F50" w14:paraId="5D45BA6B" w14:textId="77777777">
        <w:tc>
          <w:tcPr>
            <w:tcW w:w="1234" w:type="dxa"/>
          </w:tcPr>
          <w:p w14:paraId="05E4CE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5DEA7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39CEA9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84C9F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3E8C30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234" w:type="dxa"/>
          </w:tcPr>
          <w:p w14:paraId="2325B3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0.67</w:t>
            </w:r>
          </w:p>
        </w:tc>
        <w:tc>
          <w:tcPr>
            <w:tcW w:w="1234" w:type="dxa"/>
          </w:tcPr>
          <w:p w14:paraId="7861DC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35685F42" w14:textId="77777777">
        <w:tc>
          <w:tcPr>
            <w:tcW w:w="1234" w:type="dxa"/>
          </w:tcPr>
          <w:p w14:paraId="570D87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D065B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38034E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71F5C5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0.39</w:t>
            </w:r>
          </w:p>
        </w:tc>
        <w:tc>
          <w:tcPr>
            <w:tcW w:w="1234" w:type="dxa"/>
          </w:tcPr>
          <w:p w14:paraId="7C94C6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0.41</w:t>
            </w:r>
          </w:p>
        </w:tc>
        <w:tc>
          <w:tcPr>
            <w:tcW w:w="1234" w:type="dxa"/>
          </w:tcPr>
          <w:p w14:paraId="727EF4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0.42</w:t>
            </w:r>
          </w:p>
        </w:tc>
        <w:tc>
          <w:tcPr>
            <w:tcW w:w="1234" w:type="dxa"/>
          </w:tcPr>
          <w:p w14:paraId="0B78D3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0D4DD3C7" w14:textId="77777777">
        <w:tc>
          <w:tcPr>
            <w:tcW w:w="1234" w:type="dxa"/>
          </w:tcPr>
          <w:p w14:paraId="001B27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2CB86F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3AABDD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6E5C60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0.28</w:t>
            </w:r>
          </w:p>
        </w:tc>
        <w:tc>
          <w:tcPr>
            <w:tcW w:w="1234" w:type="dxa"/>
          </w:tcPr>
          <w:p w14:paraId="68EFA7E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0.31</w:t>
            </w:r>
          </w:p>
        </w:tc>
        <w:tc>
          <w:tcPr>
            <w:tcW w:w="1234" w:type="dxa"/>
          </w:tcPr>
          <w:p w14:paraId="4D0A38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1C29DE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06B42817" w14:textId="77777777">
        <w:tc>
          <w:tcPr>
            <w:tcW w:w="1234" w:type="dxa"/>
          </w:tcPr>
          <w:p w14:paraId="7DC229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CB539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6F64B3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055129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15BCFE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234" w:type="dxa"/>
          </w:tcPr>
          <w:p w14:paraId="0E6C1A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645407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482365F2" w14:textId="77777777">
        <w:tc>
          <w:tcPr>
            <w:tcW w:w="1234" w:type="dxa"/>
          </w:tcPr>
          <w:p w14:paraId="4872B3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736F4B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mild–moderate periodontitis</w:t>
            </w:r>
          </w:p>
        </w:tc>
        <w:tc>
          <w:tcPr>
            <w:tcW w:w="1234" w:type="dxa"/>
          </w:tcPr>
          <w:p w14:paraId="0FAE35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2939B9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268CC8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01FD27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67DDEE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3780.00</w:t>
            </w:r>
          </w:p>
        </w:tc>
      </w:tr>
      <w:tr w:rsidR="002C4892" w:rsidRPr="00BB0F50" w14:paraId="7AFB76A4" w14:textId="77777777">
        <w:tc>
          <w:tcPr>
            <w:tcW w:w="1234" w:type="dxa"/>
          </w:tcPr>
          <w:p w14:paraId="110AC4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652965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0018F2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580B12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0.84</w:t>
            </w:r>
          </w:p>
        </w:tc>
        <w:tc>
          <w:tcPr>
            <w:tcW w:w="1234" w:type="dxa"/>
          </w:tcPr>
          <w:p w14:paraId="3BC605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0.85</w:t>
            </w:r>
          </w:p>
        </w:tc>
        <w:tc>
          <w:tcPr>
            <w:tcW w:w="1234" w:type="dxa"/>
          </w:tcPr>
          <w:p w14:paraId="36DA21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  <w:tc>
          <w:tcPr>
            <w:tcW w:w="1234" w:type="dxa"/>
          </w:tcPr>
          <w:p w14:paraId="69519C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3EB7DD6C" w14:textId="77777777">
        <w:tc>
          <w:tcPr>
            <w:tcW w:w="1234" w:type="dxa"/>
          </w:tcPr>
          <w:p w14:paraId="1C035F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487EF6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49C125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11B5EDB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0.55</w:t>
            </w:r>
          </w:p>
        </w:tc>
        <w:tc>
          <w:tcPr>
            <w:tcW w:w="1234" w:type="dxa"/>
          </w:tcPr>
          <w:p w14:paraId="0B6E12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0.57</w:t>
            </w:r>
          </w:p>
        </w:tc>
        <w:tc>
          <w:tcPr>
            <w:tcW w:w="1234" w:type="dxa"/>
          </w:tcPr>
          <w:p w14:paraId="18CD48F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1675C2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748EF06C" w14:textId="77777777">
        <w:tc>
          <w:tcPr>
            <w:tcW w:w="1234" w:type="dxa"/>
          </w:tcPr>
          <w:p w14:paraId="2EB650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2340D7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098628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7ADABA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0.38</w:t>
            </w:r>
          </w:p>
        </w:tc>
        <w:tc>
          <w:tcPr>
            <w:tcW w:w="1234" w:type="dxa"/>
          </w:tcPr>
          <w:p w14:paraId="3422F9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0.42</w:t>
            </w:r>
          </w:p>
        </w:tc>
        <w:tc>
          <w:tcPr>
            <w:tcW w:w="1234" w:type="dxa"/>
          </w:tcPr>
          <w:p w14:paraId="3CBEED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0.35</w:t>
            </w:r>
          </w:p>
        </w:tc>
        <w:tc>
          <w:tcPr>
            <w:tcW w:w="1234" w:type="dxa"/>
          </w:tcPr>
          <w:p w14:paraId="03A539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7D07D619" w14:textId="77777777">
        <w:tc>
          <w:tcPr>
            <w:tcW w:w="1234" w:type="dxa"/>
          </w:tcPr>
          <w:p w14:paraId="2AAA5C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64A082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7CCB628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218F20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0ACE1C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0.29</w:t>
            </w:r>
          </w:p>
        </w:tc>
        <w:tc>
          <w:tcPr>
            <w:tcW w:w="1234" w:type="dxa"/>
          </w:tcPr>
          <w:p w14:paraId="202232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0.24</w:t>
            </w:r>
          </w:p>
        </w:tc>
        <w:tc>
          <w:tcPr>
            <w:tcW w:w="1234" w:type="dxa"/>
          </w:tcPr>
          <w:p w14:paraId="5AFB7D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551BB218" w14:textId="77777777">
        <w:tc>
          <w:tcPr>
            <w:tcW w:w="1234" w:type="dxa"/>
          </w:tcPr>
          <w:p w14:paraId="30AD87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0C4458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Generalised severe periodontitis</w:t>
            </w:r>
          </w:p>
        </w:tc>
        <w:tc>
          <w:tcPr>
            <w:tcW w:w="1234" w:type="dxa"/>
          </w:tcPr>
          <w:p w14:paraId="35136C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45379C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0183BC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35F281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33656D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10020.00</w:t>
            </w:r>
          </w:p>
        </w:tc>
      </w:tr>
      <w:tr w:rsidR="002C4892" w:rsidRPr="00BB0F50" w14:paraId="60C092A1" w14:textId="77777777">
        <w:tc>
          <w:tcPr>
            <w:tcW w:w="1234" w:type="dxa"/>
          </w:tcPr>
          <w:p w14:paraId="228C17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737873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6F0313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640275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4D6230C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0.51</w:t>
            </w:r>
          </w:p>
        </w:tc>
        <w:tc>
          <w:tcPr>
            <w:tcW w:w="1234" w:type="dxa"/>
          </w:tcPr>
          <w:p w14:paraId="4AF5F9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0.63</w:t>
            </w:r>
          </w:p>
        </w:tc>
        <w:tc>
          <w:tcPr>
            <w:tcW w:w="1234" w:type="dxa"/>
          </w:tcPr>
          <w:p w14:paraId="5963B2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37CDBCEA" w14:textId="77777777">
        <w:tc>
          <w:tcPr>
            <w:tcW w:w="1234" w:type="dxa"/>
          </w:tcPr>
          <w:p w14:paraId="56C609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066A13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2E6CEB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2386DF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083687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0.24</w:t>
            </w:r>
          </w:p>
        </w:tc>
        <w:tc>
          <w:tcPr>
            <w:tcW w:w="1234" w:type="dxa"/>
          </w:tcPr>
          <w:p w14:paraId="2EE9F2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0.24</w:t>
            </w:r>
          </w:p>
        </w:tc>
        <w:tc>
          <w:tcPr>
            <w:tcW w:w="1234" w:type="dxa"/>
          </w:tcPr>
          <w:p w14:paraId="5FFE3F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6DCADE0D" w14:textId="77777777">
        <w:tc>
          <w:tcPr>
            <w:tcW w:w="1234" w:type="dxa"/>
          </w:tcPr>
          <w:p w14:paraId="6AD5331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0163A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3FE123B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3B242B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75AD54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0.13</w:t>
            </w:r>
          </w:p>
        </w:tc>
        <w:tc>
          <w:tcPr>
            <w:tcW w:w="1234" w:type="dxa"/>
          </w:tcPr>
          <w:p w14:paraId="158C069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37E52B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1385DAC3" w14:textId="77777777">
        <w:tc>
          <w:tcPr>
            <w:tcW w:w="1234" w:type="dxa"/>
          </w:tcPr>
          <w:p w14:paraId="1AB579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EF004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18FA42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53D253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46E370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1E5415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234" w:type="dxa"/>
          </w:tcPr>
          <w:p w14:paraId="1ACF08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5F68BC63" w14:textId="77777777">
        <w:tc>
          <w:tcPr>
            <w:tcW w:w="1234" w:type="dxa"/>
          </w:tcPr>
          <w:p w14:paraId="112630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01205B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Stage III periodontitis</w:t>
            </w:r>
          </w:p>
        </w:tc>
        <w:tc>
          <w:tcPr>
            <w:tcW w:w="1234" w:type="dxa"/>
          </w:tcPr>
          <w:p w14:paraId="5169AA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5DCE3C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4BF21F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22C0D0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5A0A7C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6150.00</w:t>
            </w:r>
          </w:p>
        </w:tc>
      </w:tr>
      <w:tr w:rsidR="002C4892" w:rsidRPr="00BB0F50" w14:paraId="73099127" w14:textId="77777777">
        <w:tc>
          <w:tcPr>
            <w:tcW w:w="1234" w:type="dxa"/>
          </w:tcPr>
          <w:p w14:paraId="501005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1B74E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4048F1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95971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075FD0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0.47</w:t>
            </w:r>
          </w:p>
        </w:tc>
        <w:tc>
          <w:tcPr>
            <w:tcW w:w="1234" w:type="dxa"/>
          </w:tcPr>
          <w:p w14:paraId="01D1DA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0.60</w:t>
            </w:r>
          </w:p>
        </w:tc>
        <w:tc>
          <w:tcPr>
            <w:tcW w:w="1234" w:type="dxa"/>
          </w:tcPr>
          <w:p w14:paraId="6AB313C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530DCDC6" w14:textId="77777777">
        <w:tc>
          <w:tcPr>
            <w:tcW w:w="1234" w:type="dxa"/>
          </w:tcPr>
          <w:p w14:paraId="511285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4E907F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1870FD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41BCBE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00DB92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0.23</w:t>
            </w:r>
          </w:p>
        </w:tc>
        <w:tc>
          <w:tcPr>
            <w:tcW w:w="1234" w:type="dxa"/>
          </w:tcPr>
          <w:p w14:paraId="029EEF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26457E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1421B21C" w14:textId="77777777">
        <w:tc>
          <w:tcPr>
            <w:tcW w:w="1234" w:type="dxa"/>
          </w:tcPr>
          <w:p w14:paraId="539C0C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249915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1FDC5D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63F8CF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5B4118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6B62DE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234" w:type="dxa"/>
          </w:tcPr>
          <w:p w14:paraId="4AFAD7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48AEBFD8" w14:textId="77777777">
        <w:tc>
          <w:tcPr>
            <w:tcW w:w="1234" w:type="dxa"/>
          </w:tcPr>
          <w:p w14:paraId="6BBAA4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7247A0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40F44B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770C02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22C360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3C6A7E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5C8A82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69342A7C" w14:textId="77777777">
        <w:tc>
          <w:tcPr>
            <w:tcW w:w="1234" w:type="dxa"/>
          </w:tcPr>
          <w:p w14:paraId="7302A0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46D34E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mild–moderate periodontitis</w:t>
            </w:r>
          </w:p>
        </w:tc>
        <w:tc>
          <w:tcPr>
            <w:tcW w:w="1234" w:type="dxa"/>
          </w:tcPr>
          <w:p w14:paraId="33755B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38417A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42F259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666219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234" w:type="dxa"/>
          </w:tcPr>
          <w:p w14:paraId="5C8804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1620.00</w:t>
            </w:r>
          </w:p>
        </w:tc>
      </w:tr>
      <w:tr w:rsidR="002C4892" w:rsidRPr="00BB0F50" w14:paraId="7070F1F5" w14:textId="77777777">
        <w:tc>
          <w:tcPr>
            <w:tcW w:w="1234" w:type="dxa"/>
          </w:tcPr>
          <w:p w14:paraId="114EC9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68DDB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5B3CDE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92F2A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31704F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0.62</w:t>
            </w:r>
          </w:p>
        </w:tc>
        <w:tc>
          <w:tcPr>
            <w:tcW w:w="1234" w:type="dxa"/>
          </w:tcPr>
          <w:p w14:paraId="3C9F9E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0.71</w:t>
            </w:r>
          </w:p>
        </w:tc>
        <w:tc>
          <w:tcPr>
            <w:tcW w:w="1234" w:type="dxa"/>
          </w:tcPr>
          <w:p w14:paraId="529670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11C52E71" w14:textId="77777777">
        <w:tc>
          <w:tcPr>
            <w:tcW w:w="1234" w:type="dxa"/>
          </w:tcPr>
          <w:p w14:paraId="37FF2D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5378DE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5EFF88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0C3084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3C5732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0.34</w:t>
            </w:r>
          </w:p>
        </w:tc>
        <w:tc>
          <w:tcPr>
            <w:tcW w:w="1234" w:type="dxa"/>
          </w:tcPr>
          <w:p w14:paraId="782FE4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0.34</w:t>
            </w:r>
          </w:p>
        </w:tc>
        <w:tc>
          <w:tcPr>
            <w:tcW w:w="1234" w:type="dxa"/>
          </w:tcPr>
          <w:p w14:paraId="604D551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04656042" w14:textId="77777777">
        <w:tc>
          <w:tcPr>
            <w:tcW w:w="1234" w:type="dxa"/>
          </w:tcPr>
          <w:p w14:paraId="549360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4EB96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4D07FC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4661F3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36D7EA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0.20</w:t>
            </w:r>
          </w:p>
        </w:tc>
        <w:tc>
          <w:tcPr>
            <w:tcW w:w="1234" w:type="dxa"/>
          </w:tcPr>
          <w:p w14:paraId="144804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29F3AD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08C88F05" w14:textId="77777777">
        <w:tc>
          <w:tcPr>
            <w:tcW w:w="1234" w:type="dxa"/>
          </w:tcPr>
          <w:p w14:paraId="402A65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58C2D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5DB8F2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1B49F0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EA81D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1291CA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E150E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0AFDE069" w14:textId="77777777">
        <w:tc>
          <w:tcPr>
            <w:tcW w:w="1234" w:type="dxa"/>
          </w:tcPr>
          <w:p w14:paraId="112370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7938BD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 severe periodontitis</w:t>
            </w:r>
          </w:p>
        </w:tc>
        <w:tc>
          <w:tcPr>
            <w:tcW w:w="1234" w:type="dxa"/>
          </w:tcPr>
          <w:p w14:paraId="1268D6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5AF32D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3E320B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234" w:type="dxa"/>
          </w:tcPr>
          <w:p w14:paraId="20F53C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234" w:type="dxa"/>
          </w:tcPr>
          <w:p w14:paraId="7B0F09F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5190.00</w:t>
            </w:r>
          </w:p>
        </w:tc>
      </w:tr>
      <w:tr w:rsidR="002C4892" w:rsidRPr="00BB0F50" w14:paraId="6F5F12C3" w14:textId="77777777">
        <w:tc>
          <w:tcPr>
            <w:tcW w:w="1234" w:type="dxa"/>
          </w:tcPr>
          <w:p w14:paraId="4896DE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5EF23E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0E4355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8306B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0.86</w:t>
            </w:r>
          </w:p>
        </w:tc>
        <w:tc>
          <w:tcPr>
            <w:tcW w:w="1234" w:type="dxa"/>
          </w:tcPr>
          <w:p w14:paraId="048867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  <w:tc>
          <w:tcPr>
            <w:tcW w:w="1234" w:type="dxa"/>
          </w:tcPr>
          <w:p w14:paraId="000240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0.90</w:t>
            </w:r>
          </w:p>
        </w:tc>
        <w:tc>
          <w:tcPr>
            <w:tcW w:w="1234" w:type="dxa"/>
          </w:tcPr>
          <w:p w14:paraId="71629E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14B44626" w14:textId="77777777">
        <w:tc>
          <w:tcPr>
            <w:tcW w:w="1234" w:type="dxa"/>
          </w:tcPr>
          <w:p w14:paraId="2D5FAB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4A54F6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388449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45F38E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2BA52A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0.71</w:t>
            </w:r>
          </w:p>
        </w:tc>
        <w:tc>
          <w:tcPr>
            <w:tcW w:w="1234" w:type="dxa"/>
          </w:tcPr>
          <w:p w14:paraId="7A51F2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0.68</w:t>
            </w:r>
          </w:p>
        </w:tc>
        <w:tc>
          <w:tcPr>
            <w:tcW w:w="1234" w:type="dxa"/>
          </w:tcPr>
          <w:p w14:paraId="34CC17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775363EF" w14:textId="77777777">
        <w:tc>
          <w:tcPr>
            <w:tcW w:w="1234" w:type="dxa"/>
          </w:tcPr>
          <w:p w14:paraId="62F3E98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4252FC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04AA71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19E1A8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0.53</w:t>
            </w:r>
          </w:p>
        </w:tc>
        <w:tc>
          <w:tcPr>
            <w:tcW w:w="1234" w:type="dxa"/>
          </w:tcPr>
          <w:p w14:paraId="00FFA1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0.56</w:t>
            </w:r>
          </w:p>
        </w:tc>
        <w:tc>
          <w:tcPr>
            <w:tcW w:w="1234" w:type="dxa"/>
          </w:tcPr>
          <w:p w14:paraId="69D30D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0.48</w:t>
            </w:r>
          </w:p>
        </w:tc>
        <w:tc>
          <w:tcPr>
            <w:tcW w:w="1234" w:type="dxa"/>
          </w:tcPr>
          <w:p w14:paraId="60C818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39542A37" w14:textId="77777777">
        <w:tc>
          <w:tcPr>
            <w:tcW w:w="1234" w:type="dxa"/>
          </w:tcPr>
          <w:p w14:paraId="552DCA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58CCC16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42235D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61B6ED5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  <w:tc>
          <w:tcPr>
            <w:tcW w:w="1234" w:type="dxa"/>
          </w:tcPr>
          <w:p w14:paraId="41BBB5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0.36</w:t>
            </w:r>
          </w:p>
        </w:tc>
        <w:tc>
          <w:tcPr>
            <w:tcW w:w="1234" w:type="dxa"/>
          </w:tcPr>
          <w:p w14:paraId="59340D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0.29</w:t>
            </w:r>
          </w:p>
        </w:tc>
        <w:tc>
          <w:tcPr>
            <w:tcW w:w="1234" w:type="dxa"/>
          </w:tcPr>
          <w:p w14:paraId="3CEF09B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21607BEB" w14:textId="77777777">
        <w:tc>
          <w:tcPr>
            <w:tcW w:w="1234" w:type="dxa"/>
          </w:tcPr>
          <w:p w14:paraId="6CE442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0BC767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IV periodontitis</w:t>
            </w:r>
          </w:p>
        </w:tc>
        <w:tc>
          <w:tcPr>
            <w:tcW w:w="1234" w:type="dxa"/>
          </w:tcPr>
          <w:p w14:paraId="7BEBFD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27689C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7340DB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  <w:tc>
          <w:tcPr>
            <w:tcW w:w="1234" w:type="dxa"/>
          </w:tcPr>
          <w:p w14:paraId="1A20CB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772354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7800.00</w:t>
            </w:r>
          </w:p>
        </w:tc>
      </w:tr>
      <w:tr w:rsidR="002C4892" w:rsidRPr="00BB0F50" w14:paraId="6861ED0E" w14:textId="77777777">
        <w:tc>
          <w:tcPr>
            <w:tcW w:w="1234" w:type="dxa"/>
          </w:tcPr>
          <w:p w14:paraId="0D7EA3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4E5C5A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480626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2F0C1F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7F25449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0.65</w:t>
            </w:r>
          </w:p>
        </w:tc>
        <w:tc>
          <w:tcPr>
            <w:tcW w:w="1234" w:type="dxa"/>
          </w:tcPr>
          <w:p w14:paraId="53C43E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0.74</w:t>
            </w:r>
          </w:p>
        </w:tc>
        <w:tc>
          <w:tcPr>
            <w:tcW w:w="1234" w:type="dxa"/>
          </w:tcPr>
          <w:p w14:paraId="2AA072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15AD172A" w14:textId="77777777">
        <w:tc>
          <w:tcPr>
            <w:tcW w:w="1234" w:type="dxa"/>
          </w:tcPr>
          <w:p w14:paraId="0FD01B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DB0BA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3FEB44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3FB588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0.25</w:t>
            </w:r>
          </w:p>
        </w:tc>
        <w:tc>
          <w:tcPr>
            <w:tcW w:w="1234" w:type="dxa"/>
          </w:tcPr>
          <w:p w14:paraId="324605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0.26</w:t>
            </w:r>
          </w:p>
        </w:tc>
        <w:tc>
          <w:tcPr>
            <w:tcW w:w="1234" w:type="dxa"/>
          </w:tcPr>
          <w:p w14:paraId="434C5C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0.29</w:t>
            </w:r>
          </w:p>
        </w:tc>
        <w:tc>
          <w:tcPr>
            <w:tcW w:w="1234" w:type="dxa"/>
          </w:tcPr>
          <w:p w14:paraId="637EE1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60DE7A2E" w14:textId="77777777">
        <w:tc>
          <w:tcPr>
            <w:tcW w:w="1234" w:type="dxa"/>
          </w:tcPr>
          <w:p w14:paraId="2C5E5B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ADED0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10ED13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720A20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  <w:tc>
          <w:tcPr>
            <w:tcW w:w="1234" w:type="dxa"/>
          </w:tcPr>
          <w:p w14:paraId="098708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  <w:tc>
          <w:tcPr>
            <w:tcW w:w="1234" w:type="dxa"/>
          </w:tcPr>
          <w:p w14:paraId="1C6052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  <w:tc>
          <w:tcPr>
            <w:tcW w:w="1234" w:type="dxa"/>
          </w:tcPr>
          <w:p w14:paraId="36406E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03AA7163" w14:textId="77777777">
        <w:tc>
          <w:tcPr>
            <w:tcW w:w="1234" w:type="dxa"/>
          </w:tcPr>
          <w:p w14:paraId="520217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55896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228CC3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0D471A0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BBE27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0.10</w:t>
            </w:r>
          </w:p>
        </w:tc>
        <w:tc>
          <w:tcPr>
            <w:tcW w:w="1234" w:type="dxa"/>
          </w:tcPr>
          <w:p w14:paraId="49022D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234" w:type="dxa"/>
          </w:tcPr>
          <w:p w14:paraId="739705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19960273" w14:textId="77777777">
        <w:tc>
          <w:tcPr>
            <w:tcW w:w="1234" w:type="dxa"/>
          </w:tcPr>
          <w:p w14:paraId="3CCCA1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157EB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Localised/Generalised Stage I–II periodontitis</w:t>
            </w:r>
          </w:p>
        </w:tc>
        <w:tc>
          <w:tcPr>
            <w:tcW w:w="1234" w:type="dxa"/>
          </w:tcPr>
          <w:p w14:paraId="74FF7CA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085D316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7A3D6B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215E5F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234" w:type="dxa"/>
          </w:tcPr>
          <w:p w14:paraId="3C941F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9270.00</w:t>
            </w:r>
          </w:p>
        </w:tc>
      </w:tr>
      <w:tr w:rsidR="002C4892" w:rsidRPr="00BB0F50" w14:paraId="6BDC1148" w14:textId="77777777">
        <w:tc>
          <w:tcPr>
            <w:tcW w:w="1234" w:type="dxa"/>
          </w:tcPr>
          <w:p w14:paraId="2AE8C7F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3F4C7F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74BB05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234" w:type="dxa"/>
          </w:tcPr>
          <w:p w14:paraId="45BEC5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  <w:tc>
          <w:tcPr>
            <w:tcW w:w="1234" w:type="dxa"/>
          </w:tcPr>
          <w:p w14:paraId="429891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0.63</w:t>
            </w:r>
          </w:p>
        </w:tc>
        <w:tc>
          <w:tcPr>
            <w:tcW w:w="1234" w:type="dxa"/>
          </w:tcPr>
          <w:p w14:paraId="720189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0.71</w:t>
            </w:r>
          </w:p>
        </w:tc>
        <w:tc>
          <w:tcPr>
            <w:tcW w:w="1234" w:type="dxa"/>
          </w:tcPr>
          <w:p w14:paraId="40111EE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3E6B71F0" w14:textId="77777777">
        <w:tc>
          <w:tcPr>
            <w:tcW w:w="1234" w:type="dxa"/>
          </w:tcPr>
          <w:p w14:paraId="748FF7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520E76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0FDA46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234" w:type="dxa"/>
          </w:tcPr>
          <w:p w14:paraId="43C780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5788D7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0.35</w:t>
            </w:r>
          </w:p>
        </w:tc>
        <w:tc>
          <w:tcPr>
            <w:tcW w:w="1234" w:type="dxa"/>
          </w:tcPr>
          <w:p w14:paraId="37B992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0.33</w:t>
            </w:r>
          </w:p>
        </w:tc>
        <w:tc>
          <w:tcPr>
            <w:tcW w:w="1234" w:type="dxa"/>
          </w:tcPr>
          <w:p w14:paraId="653507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1C6145A3" w14:textId="77777777">
        <w:tc>
          <w:tcPr>
            <w:tcW w:w="1234" w:type="dxa"/>
          </w:tcPr>
          <w:p w14:paraId="3AFECF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5C709D0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6745A0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234" w:type="dxa"/>
          </w:tcPr>
          <w:p w14:paraId="7525E2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0.19</w:t>
            </w:r>
          </w:p>
        </w:tc>
        <w:tc>
          <w:tcPr>
            <w:tcW w:w="1234" w:type="dxa"/>
          </w:tcPr>
          <w:p w14:paraId="497ADC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  <w:tc>
          <w:tcPr>
            <w:tcW w:w="1234" w:type="dxa"/>
          </w:tcPr>
          <w:p w14:paraId="096C77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0.18</w:t>
            </w:r>
          </w:p>
        </w:tc>
        <w:tc>
          <w:tcPr>
            <w:tcW w:w="1234" w:type="dxa"/>
          </w:tcPr>
          <w:p w14:paraId="213229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05E20C8A" w14:textId="77777777">
        <w:tc>
          <w:tcPr>
            <w:tcW w:w="1234" w:type="dxa"/>
          </w:tcPr>
          <w:p w14:paraId="5AB945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10B962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32F882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234" w:type="dxa"/>
          </w:tcPr>
          <w:p w14:paraId="02B0C2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0.12</w:t>
            </w:r>
          </w:p>
        </w:tc>
        <w:tc>
          <w:tcPr>
            <w:tcW w:w="1234" w:type="dxa"/>
          </w:tcPr>
          <w:p w14:paraId="522665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0.14</w:t>
            </w:r>
          </w:p>
        </w:tc>
        <w:tc>
          <w:tcPr>
            <w:tcW w:w="1234" w:type="dxa"/>
          </w:tcPr>
          <w:p w14:paraId="260F3F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234" w:type="dxa"/>
          </w:tcPr>
          <w:p w14:paraId="320BB31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  <w:tr w:rsidR="002C4892" w:rsidRPr="00BB0F50" w14:paraId="53C2CB84" w14:textId="77777777">
        <w:tc>
          <w:tcPr>
            <w:tcW w:w="1234" w:type="dxa"/>
          </w:tcPr>
          <w:p w14:paraId="4C07D0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(PPD-driven)</w:t>
            </w:r>
          </w:p>
        </w:tc>
        <w:tc>
          <w:tcPr>
            <w:tcW w:w="1234" w:type="dxa"/>
          </w:tcPr>
          <w:p w14:paraId="62E1BA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Other / Unmapped</w:t>
            </w:r>
          </w:p>
        </w:tc>
        <w:tc>
          <w:tcPr>
            <w:tcW w:w="1234" w:type="dxa"/>
          </w:tcPr>
          <w:p w14:paraId="08B27C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234" w:type="dxa"/>
          </w:tcPr>
          <w:p w14:paraId="425A03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12473D8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234" w:type="dxa"/>
          </w:tcPr>
          <w:p w14:paraId="520FF6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234" w:type="dxa"/>
          </w:tcPr>
          <w:p w14:paraId="496F740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15450.00</w:t>
            </w:r>
          </w:p>
        </w:tc>
      </w:tr>
    </w:tbl>
    <w:p w14:paraId="73066FC6" w14:textId="77777777" w:rsidR="002C4892" w:rsidRPr="00BB0F50" w:rsidRDefault="00000000">
      <w:pPr>
        <w:rPr>
          <w:sz w:val="24"/>
          <w:szCs w:val="24"/>
        </w:rPr>
      </w:pPr>
      <w:r w:rsidRPr="00BB0F50">
        <w:rPr>
          <w:sz w:val="24"/>
          <w:szCs w:val="24"/>
        </w:rPr>
        <w:br w:type="page"/>
      </w:r>
    </w:p>
    <w:p w14:paraId="58FB038D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t>Table S8. NMAR sensitivity: simulation site-level bias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883"/>
        <w:gridCol w:w="1728"/>
        <w:gridCol w:w="1728"/>
        <w:gridCol w:w="1728"/>
        <w:gridCol w:w="1728"/>
      </w:tblGrid>
      <w:tr w:rsidR="002C4892" w:rsidRPr="00BB0F50" w14:paraId="3C5A4592" w14:textId="77777777">
        <w:tc>
          <w:tcPr>
            <w:tcW w:w="1728" w:type="dxa"/>
          </w:tcPr>
          <w:p w14:paraId="30C425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Scenario</w:t>
            </w:r>
          </w:p>
        </w:tc>
        <w:tc>
          <w:tcPr>
            <w:tcW w:w="1728" w:type="dxa"/>
          </w:tcPr>
          <w:p w14:paraId="6FDB60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728" w:type="dxa"/>
          </w:tcPr>
          <w:p w14:paraId="4E0343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Endpoint</w:t>
            </w:r>
          </w:p>
        </w:tc>
        <w:tc>
          <w:tcPr>
            <w:tcW w:w="1728" w:type="dxa"/>
          </w:tcPr>
          <w:p w14:paraId="6E36EA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Obs_bias</w:t>
            </w:r>
          </w:p>
        </w:tc>
        <w:tc>
          <w:tcPr>
            <w:tcW w:w="1728" w:type="dxa"/>
          </w:tcPr>
          <w:p w14:paraId="4BC76A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Imp_bias</w:t>
            </w:r>
          </w:p>
        </w:tc>
      </w:tr>
      <w:tr w:rsidR="002C4892" w:rsidRPr="00BB0F50" w14:paraId="7A1D4984" w14:textId="77777777">
        <w:tc>
          <w:tcPr>
            <w:tcW w:w="1728" w:type="dxa"/>
          </w:tcPr>
          <w:p w14:paraId="6E2BC3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728" w:type="dxa"/>
          </w:tcPr>
          <w:p w14:paraId="2005B6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30%% / deep 10%%)</w:t>
            </w:r>
          </w:p>
        </w:tc>
        <w:tc>
          <w:tcPr>
            <w:tcW w:w="1728" w:type="dxa"/>
          </w:tcPr>
          <w:p w14:paraId="162D7B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728" w:type="dxa"/>
          </w:tcPr>
          <w:p w14:paraId="69E059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728" w:type="dxa"/>
          </w:tcPr>
          <w:p w14:paraId="5EC9ADC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</w:tr>
      <w:tr w:rsidR="002C4892" w:rsidRPr="00BB0F50" w14:paraId="3185D4C5" w14:textId="77777777">
        <w:tc>
          <w:tcPr>
            <w:tcW w:w="1728" w:type="dxa"/>
          </w:tcPr>
          <w:p w14:paraId="509A48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728" w:type="dxa"/>
          </w:tcPr>
          <w:p w14:paraId="49CB52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30%% / deep 10%%)</w:t>
            </w:r>
          </w:p>
        </w:tc>
        <w:tc>
          <w:tcPr>
            <w:tcW w:w="1728" w:type="dxa"/>
          </w:tcPr>
          <w:p w14:paraId="181868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728" w:type="dxa"/>
          </w:tcPr>
          <w:p w14:paraId="7B7119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728" w:type="dxa"/>
          </w:tcPr>
          <w:p w14:paraId="3CEB7F7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</w:tr>
      <w:tr w:rsidR="002C4892" w:rsidRPr="00BB0F50" w14:paraId="0A2481C5" w14:textId="77777777">
        <w:tc>
          <w:tcPr>
            <w:tcW w:w="1728" w:type="dxa"/>
          </w:tcPr>
          <w:p w14:paraId="764049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728" w:type="dxa"/>
          </w:tcPr>
          <w:p w14:paraId="1B52AB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30%% / deep 10%%)</w:t>
            </w:r>
          </w:p>
        </w:tc>
        <w:tc>
          <w:tcPr>
            <w:tcW w:w="1728" w:type="dxa"/>
          </w:tcPr>
          <w:p w14:paraId="4D79AD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728" w:type="dxa"/>
          </w:tcPr>
          <w:p w14:paraId="4FFB36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728" w:type="dxa"/>
          </w:tcPr>
          <w:p w14:paraId="73687A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</w:tr>
      <w:tr w:rsidR="002C4892" w:rsidRPr="00BB0F50" w14:paraId="63865F66" w14:textId="77777777">
        <w:tc>
          <w:tcPr>
            <w:tcW w:w="1728" w:type="dxa"/>
          </w:tcPr>
          <w:p w14:paraId="35931F7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728" w:type="dxa"/>
          </w:tcPr>
          <w:p w14:paraId="682BA5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30%% / deep 10%%)</w:t>
            </w:r>
          </w:p>
        </w:tc>
        <w:tc>
          <w:tcPr>
            <w:tcW w:w="1728" w:type="dxa"/>
          </w:tcPr>
          <w:p w14:paraId="6D7418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728" w:type="dxa"/>
          </w:tcPr>
          <w:p w14:paraId="19E5BB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728" w:type="dxa"/>
          </w:tcPr>
          <w:p w14:paraId="1D51BB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</w:tr>
      <w:tr w:rsidR="002C4892" w:rsidRPr="00BB0F50" w14:paraId="61B2A9EA" w14:textId="77777777">
        <w:tc>
          <w:tcPr>
            <w:tcW w:w="1728" w:type="dxa"/>
          </w:tcPr>
          <w:p w14:paraId="3506B2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728" w:type="dxa"/>
          </w:tcPr>
          <w:p w14:paraId="5D057D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30%% / deep 10%%)</w:t>
            </w:r>
          </w:p>
        </w:tc>
        <w:tc>
          <w:tcPr>
            <w:tcW w:w="1728" w:type="dxa"/>
          </w:tcPr>
          <w:p w14:paraId="36B103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728" w:type="dxa"/>
          </w:tcPr>
          <w:p w14:paraId="3FEE43F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728" w:type="dxa"/>
          </w:tcPr>
          <w:p w14:paraId="32B1952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NA</w:t>
            </w:r>
          </w:p>
        </w:tc>
      </w:tr>
      <w:tr w:rsidR="002C4892" w:rsidRPr="00BB0F50" w14:paraId="397A1F05" w14:textId="77777777">
        <w:tc>
          <w:tcPr>
            <w:tcW w:w="1728" w:type="dxa"/>
          </w:tcPr>
          <w:p w14:paraId="1E2D66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728" w:type="dxa"/>
          </w:tcPr>
          <w:p w14:paraId="4EB5A2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20%% / deep 5%%)</w:t>
            </w:r>
          </w:p>
        </w:tc>
        <w:tc>
          <w:tcPr>
            <w:tcW w:w="1728" w:type="dxa"/>
          </w:tcPr>
          <w:p w14:paraId="2939B6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728" w:type="dxa"/>
          </w:tcPr>
          <w:p w14:paraId="2621AF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754D81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</w:tr>
      <w:tr w:rsidR="002C4892" w:rsidRPr="00BB0F50" w14:paraId="78C41142" w14:textId="77777777">
        <w:tc>
          <w:tcPr>
            <w:tcW w:w="1728" w:type="dxa"/>
          </w:tcPr>
          <w:p w14:paraId="1D04D2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728" w:type="dxa"/>
          </w:tcPr>
          <w:p w14:paraId="5D0AFC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20%% / deep 5%%)</w:t>
            </w:r>
          </w:p>
        </w:tc>
        <w:tc>
          <w:tcPr>
            <w:tcW w:w="1728" w:type="dxa"/>
          </w:tcPr>
          <w:p w14:paraId="097D93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728" w:type="dxa"/>
          </w:tcPr>
          <w:p w14:paraId="31962F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69A1A1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</w:tr>
      <w:tr w:rsidR="002C4892" w:rsidRPr="00BB0F50" w14:paraId="4D8053DA" w14:textId="77777777">
        <w:tc>
          <w:tcPr>
            <w:tcW w:w="1728" w:type="dxa"/>
          </w:tcPr>
          <w:p w14:paraId="14D6FF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728" w:type="dxa"/>
          </w:tcPr>
          <w:p w14:paraId="171A41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20%% / deep 5%%)</w:t>
            </w:r>
          </w:p>
        </w:tc>
        <w:tc>
          <w:tcPr>
            <w:tcW w:w="1728" w:type="dxa"/>
          </w:tcPr>
          <w:p w14:paraId="655815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728" w:type="dxa"/>
          </w:tcPr>
          <w:p w14:paraId="7F3B9B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2CDA4B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</w:tr>
      <w:tr w:rsidR="002C4892" w:rsidRPr="00BB0F50" w14:paraId="126C5DC5" w14:textId="77777777">
        <w:tc>
          <w:tcPr>
            <w:tcW w:w="1728" w:type="dxa"/>
          </w:tcPr>
          <w:p w14:paraId="4F1DB4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728" w:type="dxa"/>
          </w:tcPr>
          <w:p w14:paraId="41A278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20%% / deep 5%%)</w:t>
            </w:r>
          </w:p>
        </w:tc>
        <w:tc>
          <w:tcPr>
            <w:tcW w:w="1728" w:type="dxa"/>
          </w:tcPr>
          <w:p w14:paraId="10EF02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728" w:type="dxa"/>
          </w:tcPr>
          <w:p w14:paraId="3C4306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728" w:type="dxa"/>
          </w:tcPr>
          <w:p w14:paraId="726471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</w:tr>
      <w:tr w:rsidR="002C4892" w:rsidRPr="00BB0F50" w14:paraId="423E3369" w14:textId="77777777">
        <w:tc>
          <w:tcPr>
            <w:tcW w:w="1728" w:type="dxa"/>
          </w:tcPr>
          <w:p w14:paraId="6255F6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728" w:type="dxa"/>
          </w:tcPr>
          <w:p w14:paraId="16E445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20%% / deep 5%%)</w:t>
            </w:r>
          </w:p>
        </w:tc>
        <w:tc>
          <w:tcPr>
            <w:tcW w:w="1728" w:type="dxa"/>
          </w:tcPr>
          <w:p w14:paraId="4E4467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728" w:type="dxa"/>
          </w:tcPr>
          <w:p w14:paraId="31353E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728" w:type="dxa"/>
          </w:tcPr>
          <w:p w14:paraId="62BE86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</w:tr>
      <w:tr w:rsidR="002C4892" w:rsidRPr="00BB0F50" w14:paraId="6206F7B7" w14:textId="77777777">
        <w:tc>
          <w:tcPr>
            <w:tcW w:w="1728" w:type="dxa"/>
          </w:tcPr>
          <w:p w14:paraId="674713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728" w:type="dxa"/>
          </w:tcPr>
          <w:p w14:paraId="2CD110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40%% / deep 15%%)</w:t>
            </w:r>
          </w:p>
        </w:tc>
        <w:tc>
          <w:tcPr>
            <w:tcW w:w="1728" w:type="dxa"/>
          </w:tcPr>
          <w:p w14:paraId="6B85E4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728" w:type="dxa"/>
          </w:tcPr>
          <w:p w14:paraId="0A8B73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728" w:type="dxa"/>
          </w:tcPr>
          <w:p w14:paraId="22E5B9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</w:tr>
      <w:tr w:rsidR="002C4892" w:rsidRPr="00BB0F50" w14:paraId="0FB9B712" w14:textId="77777777">
        <w:tc>
          <w:tcPr>
            <w:tcW w:w="1728" w:type="dxa"/>
          </w:tcPr>
          <w:p w14:paraId="405A0A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728" w:type="dxa"/>
          </w:tcPr>
          <w:p w14:paraId="593EE9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40%% / deep 15%%)</w:t>
            </w:r>
          </w:p>
        </w:tc>
        <w:tc>
          <w:tcPr>
            <w:tcW w:w="1728" w:type="dxa"/>
          </w:tcPr>
          <w:p w14:paraId="5D8F1B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728" w:type="dxa"/>
          </w:tcPr>
          <w:p w14:paraId="5621A9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728" w:type="dxa"/>
          </w:tcPr>
          <w:p w14:paraId="6478F7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</w:tr>
      <w:tr w:rsidR="002C4892" w:rsidRPr="00BB0F50" w14:paraId="05EAD302" w14:textId="77777777">
        <w:tc>
          <w:tcPr>
            <w:tcW w:w="1728" w:type="dxa"/>
          </w:tcPr>
          <w:p w14:paraId="62B0DB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728" w:type="dxa"/>
          </w:tcPr>
          <w:p w14:paraId="35D4F2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40%% / deep 15%%)</w:t>
            </w:r>
          </w:p>
        </w:tc>
        <w:tc>
          <w:tcPr>
            <w:tcW w:w="1728" w:type="dxa"/>
          </w:tcPr>
          <w:p w14:paraId="455CE9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728" w:type="dxa"/>
          </w:tcPr>
          <w:p w14:paraId="187850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728" w:type="dxa"/>
          </w:tcPr>
          <w:p w14:paraId="5AC300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</w:tr>
      <w:tr w:rsidR="002C4892" w:rsidRPr="00BB0F50" w14:paraId="16F41E2F" w14:textId="77777777">
        <w:tc>
          <w:tcPr>
            <w:tcW w:w="1728" w:type="dxa"/>
          </w:tcPr>
          <w:p w14:paraId="1CADB5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728" w:type="dxa"/>
          </w:tcPr>
          <w:p w14:paraId="4F1C2EB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40%% / deep 15%%)</w:t>
            </w:r>
          </w:p>
        </w:tc>
        <w:tc>
          <w:tcPr>
            <w:tcW w:w="1728" w:type="dxa"/>
          </w:tcPr>
          <w:p w14:paraId="0739A3B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728" w:type="dxa"/>
          </w:tcPr>
          <w:p w14:paraId="494A46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418143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NA</w:t>
            </w:r>
          </w:p>
        </w:tc>
      </w:tr>
      <w:tr w:rsidR="002C4892" w:rsidRPr="00BB0F50" w14:paraId="4DDE96C8" w14:textId="77777777">
        <w:tc>
          <w:tcPr>
            <w:tcW w:w="1728" w:type="dxa"/>
          </w:tcPr>
          <w:p w14:paraId="2E36B9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728" w:type="dxa"/>
          </w:tcPr>
          <w:p w14:paraId="0489A1E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(CAL ≥3mm prioritized, shallow 40%% / deep 15%%)</w:t>
            </w:r>
          </w:p>
        </w:tc>
        <w:tc>
          <w:tcPr>
            <w:tcW w:w="1728" w:type="dxa"/>
          </w:tcPr>
          <w:p w14:paraId="2F1525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728" w:type="dxa"/>
          </w:tcPr>
          <w:p w14:paraId="594534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728" w:type="dxa"/>
          </w:tcPr>
          <w:p w14:paraId="4EF5FC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</w:tr>
      <w:tr w:rsidR="002C4892" w:rsidRPr="00BB0F50" w14:paraId="28E09B78" w14:textId="77777777">
        <w:tc>
          <w:tcPr>
            <w:tcW w:w="1728" w:type="dxa"/>
          </w:tcPr>
          <w:p w14:paraId="6F4B56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728" w:type="dxa"/>
          </w:tcPr>
          <w:p w14:paraId="38365F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25%% / deep 5%%)</w:t>
            </w:r>
          </w:p>
        </w:tc>
        <w:tc>
          <w:tcPr>
            <w:tcW w:w="1728" w:type="dxa"/>
          </w:tcPr>
          <w:p w14:paraId="190CF3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728" w:type="dxa"/>
          </w:tcPr>
          <w:p w14:paraId="20DDD5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79540F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</w:tr>
      <w:tr w:rsidR="002C4892" w:rsidRPr="00BB0F50" w14:paraId="1B6416E5" w14:textId="77777777">
        <w:tc>
          <w:tcPr>
            <w:tcW w:w="1728" w:type="dxa"/>
          </w:tcPr>
          <w:p w14:paraId="4BB920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728" w:type="dxa"/>
          </w:tcPr>
          <w:p w14:paraId="181C4EF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25%% / deep 5%%)</w:t>
            </w:r>
          </w:p>
        </w:tc>
        <w:tc>
          <w:tcPr>
            <w:tcW w:w="1728" w:type="dxa"/>
          </w:tcPr>
          <w:p w14:paraId="110EC4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728" w:type="dxa"/>
          </w:tcPr>
          <w:p w14:paraId="7EA5BE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379648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</w:tr>
      <w:tr w:rsidR="002C4892" w:rsidRPr="00BB0F50" w14:paraId="10307D6B" w14:textId="77777777">
        <w:tc>
          <w:tcPr>
            <w:tcW w:w="1728" w:type="dxa"/>
          </w:tcPr>
          <w:p w14:paraId="69CF1E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728" w:type="dxa"/>
          </w:tcPr>
          <w:p w14:paraId="49D65B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25%% / deep 5%%)</w:t>
            </w:r>
          </w:p>
        </w:tc>
        <w:tc>
          <w:tcPr>
            <w:tcW w:w="1728" w:type="dxa"/>
          </w:tcPr>
          <w:p w14:paraId="3F832D5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728" w:type="dxa"/>
          </w:tcPr>
          <w:p w14:paraId="266FBC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27A215F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</w:tr>
      <w:tr w:rsidR="002C4892" w:rsidRPr="00BB0F50" w14:paraId="05341AE0" w14:textId="77777777">
        <w:tc>
          <w:tcPr>
            <w:tcW w:w="1728" w:type="dxa"/>
          </w:tcPr>
          <w:p w14:paraId="2F4834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728" w:type="dxa"/>
          </w:tcPr>
          <w:p w14:paraId="00151E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25%% / deep 5%%)</w:t>
            </w:r>
          </w:p>
        </w:tc>
        <w:tc>
          <w:tcPr>
            <w:tcW w:w="1728" w:type="dxa"/>
          </w:tcPr>
          <w:p w14:paraId="45498C8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728" w:type="dxa"/>
          </w:tcPr>
          <w:p w14:paraId="31A217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728" w:type="dxa"/>
          </w:tcPr>
          <w:p w14:paraId="326C70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NA</w:t>
            </w:r>
          </w:p>
        </w:tc>
      </w:tr>
      <w:tr w:rsidR="002C4892" w:rsidRPr="00BB0F50" w14:paraId="1C116FA0" w14:textId="77777777">
        <w:tc>
          <w:tcPr>
            <w:tcW w:w="1728" w:type="dxa"/>
          </w:tcPr>
          <w:p w14:paraId="3AF7A5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728" w:type="dxa"/>
          </w:tcPr>
          <w:p w14:paraId="4990D90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25%% / deep 5%%)</w:t>
            </w:r>
          </w:p>
        </w:tc>
        <w:tc>
          <w:tcPr>
            <w:tcW w:w="1728" w:type="dxa"/>
          </w:tcPr>
          <w:p w14:paraId="54E1AF8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728" w:type="dxa"/>
          </w:tcPr>
          <w:p w14:paraId="71171E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1EFE47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</w:tr>
      <w:tr w:rsidR="002C4892" w:rsidRPr="00BB0F50" w14:paraId="66578BEF" w14:textId="77777777">
        <w:tc>
          <w:tcPr>
            <w:tcW w:w="1728" w:type="dxa"/>
          </w:tcPr>
          <w:p w14:paraId="63F41F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728" w:type="dxa"/>
          </w:tcPr>
          <w:p w14:paraId="276B10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20%% / deep 5%%)</w:t>
            </w:r>
          </w:p>
        </w:tc>
        <w:tc>
          <w:tcPr>
            <w:tcW w:w="1728" w:type="dxa"/>
          </w:tcPr>
          <w:p w14:paraId="51598C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728" w:type="dxa"/>
          </w:tcPr>
          <w:p w14:paraId="7374F2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728" w:type="dxa"/>
          </w:tcPr>
          <w:p w14:paraId="688235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</w:tr>
      <w:tr w:rsidR="002C4892" w:rsidRPr="00BB0F50" w14:paraId="664827A3" w14:textId="77777777">
        <w:tc>
          <w:tcPr>
            <w:tcW w:w="1728" w:type="dxa"/>
          </w:tcPr>
          <w:p w14:paraId="47A037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728" w:type="dxa"/>
          </w:tcPr>
          <w:p w14:paraId="686DB9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20%% / deep 5%%)</w:t>
            </w:r>
          </w:p>
        </w:tc>
        <w:tc>
          <w:tcPr>
            <w:tcW w:w="1728" w:type="dxa"/>
          </w:tcPr>
          <w:p w14:paraId="5469CFC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728" w:type="dxa"/>
          </w:tcPr>
          <w:p w14:paraId="7A54F0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728" w:type="dxa"/>
          </w:tcPr>
          <w:p w14:paraId="27904F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</w:tr>
      <w:tr w:rsidR="002C4892" w:rsidRPr="00BB0F50" w14:paraId="608AC2EA" w14:textId="77777777">
        <w:tc>
          <w:tcPr>
            <w:tcW w:w="1728" w:type="dxa"/>
          </w:tcPr>
          <w:p w14:paraId="792595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728" w:type="dxa"/>
          </w:tcPr>
          <w:p w14:paraId="31E4F7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20%% / deep 5%%)</w:t>
            </w:r>
          </w:p>
        </w:tc>
        <w:tc>
          <w:tcPr>
            <w:tcW w:w="1728" w:type="dxa"/>
          </w:tcPr>
          <w:p w14:paraId="37FB16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728" w:type="dxa"/>
          </w:tcPr>
          <w:p w14:paraId="369075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5EFE65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</w:tr>
      <w:tr w:rsidR="002C4892" w:rsidRPr="00BB0F50" w14:paraId="0D33C4EC" w14:textId="77777777">
        <w:tc>
          <w:tcPr>
            <w:tcW w:w="1728" w:type="dxa"/>
          </w:tcPr>
          <w:p w14:paraId="46646C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728" w:type="dxa"/>
          </w:tcPr>
          <w:p w14:paraId="15919E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20%% / deep 5%%)</w:t>
            </w:r>
          </w:p>
        </w:tc>
        <w:tc>
          <w:tcPr>
            <w:tcW w:w="1728" w:type="dxa"/>
          </w:tcPr>
          <w:p w14:paraId="0E6AA5C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728" w:type="dxa"/>
          </w:tcPr>
          <w:p w14:paraId="2C65CF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728" w:type="dxa"/>
          </w:tcPr>
          <w:p w14:paraId="58CEB64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</w:tr>
      <w:tr w:rsidR="002C4892" w:rsidRPr="00BB0F50" w14:paraId="2F6ADA10" w14:textId="77777777">
        <w:tc>
          <w:tcPr>
            <w:tcW w:w="1728" w:type="dxa"/>
          </w:tcPr>
          <w:p w14:paraId="161640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728" w:type="dxa"/>
          </w:tcPr>
          <w:p w14:paraId="6EAC42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20%% / deep 5%%)</w:t>
            </w:r>
          </w:p>
        </w:tc>
        <w:tc>
          <w:tcPr>
            <w:tcW w:w="1728" w:type="dxa"/>
          </w:tcPr>
          <w:p w14:paraId="618C757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728" w:type="dxa"/>
          </w:tcPr>
          <w:p w14:paraId="648418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3AA6E3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</w:tr>
      <w:tr w:rsidR="002C4892" w:rsidRPr="00BB0F50" w14:paraId="3E4BE504" w14:textId="77777777">
        <w:tc>
          <w:tcPr>
            <w:tcW w:w="1728" w:type="dxa"/>
          </w:tcPr>
          <w:p w14:paraId="313C70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728" w:type="dxa"/>
          </w:tcPr>
          <w:p w14:paraId="76B5C74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35%% / deep 10%%)</w:t>
            </w:r>
          </w:p>
        </w:tc>
        <w:tc>
          <w:tcPr>
            <w:tcW w:w="1728" w:type="dxa"/>
          </w:tcPr>
          <w:p w14:paraId="36AADF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728" w:type="dxa"/>
          </w:tcPr>
          <w:p w14:paraId="545238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728" w:type="dxa"/>
          </w:tcPr>
          <w:p w14:paraId="715AAA8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</w:tr>
      <w:tr w:rsidR="002C4892" w:rsidRPr="00BB0F50" w14:paraId="222A3DE9" w14:textId="77777777">
        <w:tc>
          <w:tcPr>
            <w:tcW w:w="1728" w:type="dxa"/>
          </w:tcPr>
          <w:p w14:paraId="009D8F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728" w:type="dxa"/>
          </w:tcPr>
          <w:p w14:paraId="378FC7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35%% / deep 10%%)</w:t>
            </w:r>
          </w:p>
        </w:tc>
        <w:tc>
          <w:tcPr>
            <w:tcW w:w="1728" w:type="dxa"/>
          </w:tcPr>
          <w:p w14:paraId="21D7196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728" w:type="dxa"/>
          </w:tcPr>
          <w:p w14:paraId="53F55B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728" w:type="dxa"/>
          </w:tcPr>
          <w:p w14:paraId="06CDD9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</w:tr>
      <w:tr w:rsidR="002C4892" w:rsidRPr="00BB0F50" w14:paraId="0A84D96D" w14:textId="77777777">
        <w:tc>
          <w:tcPr>
            <w:tcW w:w="1728" w:type="dxa"/>
          </w:tcPr>
          <w:p w14:paraId="4995C7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728" w:type="dxa"/>
          </w:tcPr>
          <w:p w14:paraId="120D61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35%% / deep 10%%)</w:t>
            </w:r>
          </w:p>
        </w:tc>
        <w:tc>
          <w:tcPr>
            <w:tcW w:w="1728" w:type="dxa"/>
          </w:tcPr>
          <w:p w14:paraId="266404E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728" w:type="dxa"/>
          </w:tcPr>
          <w:p w14:paraId="661C47D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728" w:type="dxa"/>
          </w:tcPr>
          <w:p w14:paraId="65FBDE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</w:tr>
      <w:tr w:rsidR="002C4892" w:rsidRPr="00BB0F50" w14:paraId="479CABC8" w14:textId="77777777">
        <w:tc>
          <w:tcPr>
            <w:tcW w:w="1728" w:type="dxa"/>
          </w:tcPr>
          <w:p w14:paraId="2595EAB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728" w:type="dxa"/>
          </w:tcPr>
          <w:p w14:paraId="035B1AB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35%% / deep 10%%)</w:t>
            </w:r>
          </w:p>
        </w:tc>
        <w:tc>
          <w:tcPr>
            <w:tcW w:w="1728" w:type="dxa"/>
          </w:tcPr>
          <w:p w14:paraId="591CD8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728" w:type="dxa"/>
          </w:tcPr>
          <w:p w14:paraId="42A35C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728" w:type="dxa"/>
          </w:tcPr>
          <w:p w14:paraId="10166E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NA</w:t>
            </w:r>
          </w:p>
        </w:tc>
      </w:tr>
      <w:tr w:rsidR="002C4892" w:rsidRPr="00BB0F50" w14:paraId="793913B6" w14:textId="77777777">
        <w:tc>
          <w:tcPr>
            <w:tcW w:w="1728" w:type="dxa"/>
          </w:tcPr>
          <w:p w14:paraId="607702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728" w:type="dxa"/>
          </w:tcPr>
          <w:p w14:paraId="509C69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Outcome-dependent (PPD ≥5mm prioritized, shallow 35%% / deep 10%%)</w:t>
            </w:r>
          </w:p>
        </w:tc>
        <w:tc>
          <w:tcPr>
            <w:tcW w:w="1728" w:type="dxa"/>
          </w:tcPr>
          <w:p w14:paraId="1B9A2A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728" w:type="dxa"/>
          </w:tcPr>
          <w:p w14:paraId="045208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728" w:type="dxa"/>
          </w:tcPr>
          <w:p w14:paraId="5A152B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</w:tr>
    </w:tbl>
    <w:p w14:paraId="1DB63018" w14:textId="77777777" w:rsidR="002C4892" w:rsidRPr="00BB0F50" w:rsidRDefault="00000000">
      <w:pPr>
        <w:rPr>
          <w:sz w:val="24"/>
          <w:szCs w:val="24"/>
        </w:rPr>
      </w:pPr>
      <w:r w:rsidRPr="00BB0F50">
        <w:rPr>
          <w:sz w:val="24"/>
          <w:szCs w:val="24"/>
        </w:rPr>
        <w:br w:type="page"/>
      </w:r>
    </w:p>
    <w:p w14:paraId="715FCFAC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t>Table S9. NMAR sensitivity: simulation patient-level bias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C4892" w:rsidRPr="00BB0F50" w14:paraId="4509DAF8" w14:textId="77777777">
        <w:tc>
          <w:tcPr>
            <w:tcW w:w="2160" w:type="dxa"/>
          </w:tcPr>
          <w:p w14:paraId="03AEFA3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Scenario</w:t>
            </w:r>
          </w:p>
        </w:tc>
        <w:tc>
          <w:tcPr>
            <w:tcW w:w="2160" w:type="dxa"/>
          </w:tcPr>
          <w:p w14:paraId="6AC1C5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Endpoint</w:t>
            </w:r>
          </w:p>
        </w:tc>
        <w:tc>
          <w:tcPr>
            <w:tcW w:w="2160" w:type="dxa"/>
          </w:tcPr>
          <w:p w14:paraId="26CA6D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Obs_bias</w:t>
            </w:r>
          </w:p>
        </w:tc>
        <w:tc>
          <w:tcPr>
            <w:tcW w:w="2160" w:type="dxa"/>
          </w:tcPr>
          <w:p w14:paraId="3ECFCD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Imp_bias</w:t>
            </w:r>
          </w:p>
        </w:tc>
      </w:tr>
      <w:tr w:rsidR="002C4892" w:rsidRPr="00BB0F50" w14:paraId="086156F2" w14:textId="77777777">
        <w:tc>
          <w:tcPr>
            <w:tcW w:w="2160" w:type="dxa"/>
          </w:tcPr>
          <w:p w14:paraId="262231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2160" w:type="dxa"/>
          </w:tcPr>
          <w:p w14:paraId="08C9AB8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3BC5B3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-67.83</w:t>
            </w:r>
          </w:p>
        </w:tc>
        <w:tc>
          <w:tcPr>
            <w:tcW w:w="2160" w:type="dxa"/>
          </w:tcPr>
          <w:p w14:paraId="2A7C94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3.82</w:t>
            </w:r>
          </w:p>
        </w:tc>
      </w:tr>
      <w:tr w:rsidR="002C4892" w:rsidRPr="00BB0F50" w14:paraId="69220CE6" w14:textId="77777777">
        <w:tc>
          <w:tcPr>
            <w:tcW w:w="2160" w:type="dxa"/>
          </w:tcPr>
          <w:p w14:paraId="195133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2160" w:type="dxa"/>
          </w:tcPr>
          <w:p w14:paraId="5B20F3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1A1779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-60.09</w:t>
            </w:r>
          </w:p>
        </w:tc>
        <w:tc>
          <w:tcPr>
            <w:tcW w:w="2160" w:type="dxa"/>
          </w:tcPr>
          <w:p w14:paraId="11A7B0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1.99</w:t>
            </w:r>
          </w:p>
        </w:tc>
      </w:tr>
      <w:tr w:rsidR="002C4892" w:rsidRPr="00BB0F50" w14:paraId="052703C5" w14:textId="77777777">
        <w:tc>
          <w:tcPr>
            <w:tcW w:w="2160" w:type="dxa"/>
          </w:tcPr>
          <w:p w14:paraId="5A55B8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2160" w:type="dxa"/>
          </w:tcPr>
          <w:p w14:paraId="25933A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1C2D79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-51.35</w:t>
            </w:r>
          </w:p>
        </w:tc>
        <w:tc>
          <w:tcPr>
            <w:tcW w:w="2160" w:type="dxa"/>
          </w:tcPr>
          <w:p w14:paraId="17ADE4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</w:tr>
      <w:tr w:rsidR="002C4892" w:rsidRPr="00BB0F50" w14:paraId="60112D6D" w14:textId="77777777">
        <w:tc>
          <w:tcPr>
            <w:tcW w:w="2160" w:type="dxa"/>
          </w:tcPr>
          <w:p w14:paraId="44C855A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2160" w:type="dxa"/>
          </w:tcPr>
          <w:p w14:paraId="548B1D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2160" w:type="dxa"/>
          </w:tcPr>
          <w:p w14:paraId="78098A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-18.16</w:t>
            </w:r>
          </w:p>
        </w:tc>
        <w:tc>
          <w:tcPr>
            <w:tcW w:w="2160" w:type="dxa"/>
          </w:tcPr>
          <w:p w14:paraId="210BE3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0.39</w:t>
            </w:r>
          </w:p>
        </w:tc>
      </w:tr>
      <w:tr w:rsidR="002C4892" w:rsidRPr="00BB0F50" w14:paraId="68F81C9B" w14:textId="77777777">
        <w:tc>
          <w:tcPr>
            <w:tcW w:w="2160" w:type="dxa"/>
          </w:tcPr>
          <w:p w14:paraId="0E089D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7B7D7E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18761C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-66.12</w:t>
            </w:r>
          </w:p>
        </w:tc>
        <w:tc>
          <w:tcPr>
            <w:tcW w:w="2160" w:type="dxa"/>
          </w:tcPr>
          <w:p w14:paraId="06398D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1.23</w:t>
            </w:r>
          </w:p>
        </w:tc>
      </w:tr>
      <w:tr w:rsidR="002C4892" w:rsidRPr="00BB0F50" w14:paraId="3F381A1A" w14:textId="77777777">
        <w:tc>
          <w:tcPr>
            <w:tcW w:w="2160" w:type="dxa"/>
          </w:tcPr>
          <w:p w14:paraId="116E63F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52FDC5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6C94B0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-59.03</w:t>
            </w:r>
          </w:p>
        </w:tc>
        <w:tc>
          <w:tcPr>
            <w:tcW w:w="2160" w:type="dxa"/>
          </w:tcPr>
          <w:p w14:paraId="1F41ED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0.95</w:t>
            </w:r>
          </w:p>
        </w:tc>
      </w:tr>
      <w:tr w:rsidR="002C4892" w:rsidRPr="00BB0F50" w14:paraId="6F940279" w14:textId="77777777">
        <w:tc>
          <w:tcPr>
            <w:tcW w:w="2160" w:type="dxa"/>
          </w:tcPr>
          <w:p w14:paraId="664E2D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6032F5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1E0C0B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-50.39</w:t>
            </w:r>
          </w:p>
        </w:tc>
        <w:tc>
          <w:tcPr>
            <w:tcW w:w="2160" w:type="dxa"/>
          </w:tcPr>
          <w:p w14:paraId="4F2C3F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0.61</w:t>
            </w:r>
          </w:p>
        </w:tc>
      </w:tr>
      <w:tr w:rsidR="002C4892" w:rsidRPr="00BB0F50" w14:paraId="43F55147" w14:textId="77777777">
        <w:tc>
          <w:tcPr>
            <w:tcW w:w="2160" w:type="dxa"/>
          </w:tcPr>
          <w:p w14:paraId="1C2FDD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734BE0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2160" w:type="dxa"/>
          </w:tcPr>
          <w:p w14:paraId="40F32C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-19.15</w:t>
            </w:r>
          </w:p>
        </w:tc>
        <w:tc>
          <w:tcPr>
            <w:tcW w:w="2160" w:type="dxa"/>
          </w:tcPr>
          <w:p w14:paraId="4BF2FD8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-0.36</w:t>
            </w:r>
          </w:p>
        </w:tc>
      </w:tr>
      <w:tr w:rsidR="002C4892" w:rsidRPr="00BB0F50" w14:paraId="67D1DA19" w14:textId="77777777">
        <w:tc>
          <w:tcPr>
            <w:tcW w:w="2160" w:type="dxa"/>
          </w:tcPr>
          <w:p w14:paraId="353BE8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56601D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405D72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-6.31</w:t>
            </w:r>
          </w:p>
        </w:tc>
        <w:tc>
          <w:tcPr>
            <w:tcW w:w="2160" w:type="dxa"/>
          </w:tcPr>
          <w:p w14:paraId="5C05DB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-0.35</w:t>
            </w:r>
          </w:p>
        </w:tc>
      </w:tr>
      <w:tr w:rsidR="002C4892" w:rsidRPr="00BB0F50" w14:paraId="71D15FCB" w14:textId="77777777">
        <w:tc>
          <w:tcPr>
            <w:tcW w:w="2160" w:type="dxa"/>
          </w:tcPr>
          <w:p w14:paraId="78A8DF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2160" w:type="dxa"/>
          </w:tcPr>
          <w:p w14:paraId="01888E5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6ECA34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-75.53</w:t>
            </w:r>
          </w:p>
        </w:tc>
        <w:tc>
          <w:tcPr>
            <w:tcW w:w="2160" w:type="dxa"/>
          </w:tcPr>
          <w:p w14:paraId="5E51590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5.03</w:t>
            </w:r>
          </w:p>
        </w:tc>
      </w:tr>
      <w:tr w:rsidR="002C4892" w:rsidRPr="00BB0F50" w14:paraId="146AEB44" w14:textId="77777777">
        <w:tc>
          <w:tcPr>
            <w:tcW w:w="2160" w:type="dxa"/>
          </w:tcPr>
          <w:p w14:paraId="0854F1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2160" w:type="dxa"/>
          </w:tcPr>
          <w:p w14:paraId="3DBE8DA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524E370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-67.52</w:t>
            </w:r>
          </w:p>
        </w:tc>
        <w:tc>
          <w:tcPr>
            <w:tcW w:w="2160" w:type="dxa"/>
          </w:tcPr>
          <w:p w14:paraId="1DA3150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3.51</w:t>
            </w:r>
          </w:p>
        </w:tc>
      </w:tr>
      <w:tr w:rsidR="002C4892" w:rsidRPr="00BB0F50" w14:paraId="627DA504" w14:textId="77777777">
        <w:tc>
          <w:tcPr>
            <w:tcW w:w="2160" w:type="dxa"/>
          </w:tcPr>
          <w:p w14:paraId="64D03F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2160" w:type="dxa"/>
          </w:tcPr>
          <w:p w14:paraId="242F93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502A0E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-57.55</w:t>
            </w:r>
          </w:p>
        </w:tc>
        <w:tc>
          <w:tcPr>
            <w:tcW w:w="2160" w:type="dxa"/>
          </w:tcPr>
          <w:p w14:paraId="7886B29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2.27</w:t>
            </w:r>
          </w:p>
        </w:tc>
      </w:tr>
      <w:tr w:rsidR="002C4892" w:rsidRPr="00BB0F50" w14:paraId="70062496" w14:textId="77777777">
        <w:tc>
          <w:tcPr>
            <w:tcW w:w="2160" w:type="dxa"/>
          </w:tcPr>
          <w:p w14:paraId="09306E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2160" w:type="dxa"/>
          </w:tcPr>
          <w:p w14:paraId="2216D0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605593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-7.19</w:t>
            </w:r>
          </w:p>
        </w:tc>
        <w:tc>
          <w:tcPr>
            <w:tcW w:w="2160" w:type="dxa"/>
          </w:tcPr>
          <w:p w14:paraId="4E06A5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-0.36</w:t>
            </w:r>
          </w:p>
        </w:tc>
      </w:tr>
      <w:tr w:rsidR="002C4892" w:rsidRPr="00BB0F50" w14:paraId="3CF8A7DB" w14:textId="77777777">
        <w:tc>
          <w:tcPr>
            <w:tcW w:w="2160" w:type="dxa"/>
          </w:tcPr>
          <w:p w14:paraId="36B679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2160" w:type="dxa"/>
          </w:tcPr>
          <w:p w14:paraId="1159D9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3EEE1D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-78.63</w:t>
            </w:r>
          </w:p>
        </w:tc>
        <w:tc>
          <w:tcPr>
            <w:tcW w:w="2160" w:type="dxa"/>
          </w:tcPr>
          <w:p w14:paraId="4FF9CB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</w:tr>
      <w:tr w:rsidR="002C4892" w:rsidRPr="00BB0F50" w14:paraId="276F0E1A" w14:textId="77777777">
        <w:tc>
          <w:tcPr>
            <w:tcW w:w="2160" w:type="dxa"/>
          </w:tcPr>
          <w:p w14:paraId="2A4C4B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2160" w:type="dxa"/>
          </w:tcPr>
          <w:p w14:paraId="4BF7AB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777F4C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-69.80</w:t>
            </w:r>
          </w:p>
        </w:tc>
        <w:tc>
          <w:tcPr>
            <w:tcW w:w="2160" w:type="dxa"/>
          </w:tcPr>
          <w:p w14:paraId="69B6DD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-0.43</w:t>
            </w:r>
          </w:p>
        </w:tc>
      </w:tr>
      <w:tr w:rsidR="002C4892" w:rsidRPr="00BB0F50" w14:paraId="6E387711" w14:textId="77777777">
        <w:tc>
          <w:tcPr>
            <w:tcW w:w="2160" w:type="dxa"/>
          </w:tcPr>
          <w:p w14:paraId="6A7CB11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2160" w:type="dxa"/>
          </w:tcPr>
          <w:p w14:paraId="4CA2C1A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1AEC1F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-58.56</w:t>
            </w:r>
          </w:p>
        </w:tc>
        <w:tc>
          <w:tcPr>
            <w:tcW w:w="2160" w:type="dxa"/>
          </w:tcPr>
          <w:p w14:paraId="6F6E1C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0.29</w:t>
            </w:r>
          </w:p>
        </w:tc>
      </w:tr>
      <w:tr w:rsidR="002C4892" w:rsidRPr="00BB0F50" w14:paraId="093257E7" w14:textId="77777777">
        <w:tc>
          <w:tcPr>
            <w:tcW w:w="2160" w:type="dxa"/>
          </w:tcPr>
          <w:p w14:paraId="073CC9C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2160" w:type="dxa"/>
          </w:tcPr>
          <w:p w14:paraId="4215A1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52EED16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-6.16</w:t>
            </w:r>
          </w:p>
        </w:tc>
        <w:tc>
          <w:tcPr>
            <w:tcW w:w="2160" w:type="dxa"/>
          </w:tcPr>
          <w:p w14:paraId="2EE458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</w:tr>
      <w:tr w:rsidR="002C4892" w:rsidRPr="00BB0F50" w14:paraId="13EEBC0E" w14:textId="77777777">
        <w:tc>
          <w:tcPr>
            <w:tcW w:w="2160" w:type="dxa"/>
          </w:tcPr>
          <w:p w14:paraId="6B62FA2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4F2498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49FDD5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-75.13</w:t>
            </w:r>
          </w:p>
        </w:tc>
        <w:tc>
          <w:tcPr>
            <w:tcW w:w="2160" w:type="dxa"/>
          </w:tcPr>
          <w:p w14:paraId="29E366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-0.39</w:t>
            </w:r>
          </w:p>
        </w:tc>
      </w:tr>
      <w:tr w:rsidR="002C4892" w:rsidRPr="00BB0F50" w14:paraId="10D9B179" w14:textId="77777777">
        <w:tc>
          <w:tcPr>
            <w:tcW w:w="2160" w:type="dxa"/>
          </w:tcPr>
          <w:p w14:paraId="48B111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4BF14A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02C506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-66.71</w:t>
            </w:r>
          </w:p>
        </w:tc>
        <w:tc>
          <w:tcPr>
            <w:tcW w:w="2160" w:type="dxa"/>
          </w:tcPr>
          <w:p w14:paraId="5B98D2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-0.59</w:t>
            </w:r>
          </w:p>
        </w:tc>
      </w:tr>
      <w:tr w:rsidR="002C4892" w:rsidRPr="00BB0F50" w14:paraId="39F69F28" w14:textId="77777777">
        <w:tc>
          <w:tcPr>
            <w:tcW w:w="2160" w:type="dxa"/>
          </w:tcPr>
          <w:p w14:paraId="0A7A2F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0C7917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1C8C18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-56.01</w:t>
            </w:r>
          </w:p>
        </w:tc>
        <w:tc>
          <w:tcPr>
            <w:tcW w:w="2160" w:type="dxa"/>
          </w:tcPr>
          <w:p w14:paraId="4585D2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0.62</w:t>
            </w:r>
          </w:p>
        </w:tc>
      </w:tr>
      <w:tr w:rsidR="002C4892" w:rsidRPr="00BB0F50" w14:paraId="10C41AFF" w14:textId="77777777">
        <w:tc>
          <w:tcPr>
            <w:tcW w:w="2160" w:type="dxa"/>
          </w:tcPr>
          <w:p w14:paraId="454490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726B6F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2160" w:type="dxa"/>
          </w:tcPr>
          <w:p w14:paraId="1EAD1D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-18.25</w:t>
            </w:r>
          </w:p>
        </w:tc>
        <w:tc>
          <w:tcPr>
            <w:tcW w:w="2160" w:type="dxa"/>
          </w:tcPr>
          <w:p w14:paraId="72465F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3.93</w:t>
            </w:r>
          </w:p>
        </w:tc>
      </w:tr>
      <w:tr w:rsidR="002C4892" w:rsidRPr="00BB0F50" w14:paraId="67A555C1" w14:textId="77777777">
        <w:tc>
          <w:tcPr>
            <w:tcW w:w="2160" w:type="dxa"/>
          </w:tcPr>
          <w:p w14:paraId="4E4C575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61BE9E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68D2CFA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-6.00</w:t>
            </w:r>
          </w:p>
        </w:tc>
        <w:tc>
          <w:tcPr>
            <w:tcW w:w="2160" w:type="dxa"/>
          </w:tcPr>
          <w:p w14:paraId="7A74A3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0.87</w:t>
            </w:r>
          </w:p>
        </w:tc>
      </w:tr>
      <w:tr w:rsidR="002C4892" w:rsidRPr="00BB0F50" w14:paraId="4FC53FC7" w14:textId="77777777">
        <w:tc>
          <w:tcPr>
            <w:tcW w:w="2160" w:type="dxa"/>
          </w:tcPr>
          <w:p w14:paraId="4CD7CDE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2160" w:type="dxa"/>
          </w:tcPr>
          <w:p w14:paraId="0E036D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347BDD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-86.88</w:t>
            </w:r>
          </w:p>
        </w:tc>
        <w:tc>
          <w:tcPr>
            <w:tcW w:w="2160" w:type="dxa"/>
          </w:tcPr>
          <w:p w14:paraId="0EF107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1.01</w:t>
            </w:r>
          </w:p>
        </w:tc>
      </w:tr>
      <w:tr w:rsidR="002C4892" w:rsidRPr="00BB0F50" w14:paraId="4C7F1108" w14:textId="77777777">
        <w:tc>
          <w:tcPr>
            <w:tcW w:w="2160" w:type="dxa"/>
          </w:tcPr>
          <w:p w14:paraId="5D2C9C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2160" w:type="dxa"/>
          </w:tcPr>
          <w:p w14:paraId="1372E6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39FD6B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-76.52</w:t>
            </w:r>
          </w:p>
        </w:tc>
        <w:tc>
          <w:tcPr>
            <w:tcW w:w="2160" w:type="dxa"/>
          </w:tcPr>
          <w:p w14:paraId="4A0F6AB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-0.17</w:t>
            </w:r>
          </w:p>
        </w:tc>
      </w:tr>
      <w:tr w:rsidR="002C4892" w:rsidRPr="00BB0F50" w14:paraId="37132F7A" w14:textId="77777777">
        <w:tc>
          <w:tcPr>
            <w:tcW w:w="2160" w:type="dxa"/>
          </w:tcPr>
          <w:p w14:paraId="41BD2C1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2160" w:type="dxa"/>
          </w:tcPr>
          <w:p w14:paraId="1151FD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117A9EB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-63.51</w:t>
            </w:r>
          </w:p>
        </w:tc>
        <w:tc>
          <w:tcPr>
            <w:tcW w:w="2160" w:type="dxa"/>
          </w:tcPr>
          <w:p w14:paraId="28288F6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2.55</w:t>
            </w:r>
          </w:p>
        </w:tc>
      </w:tr>
      <w:tr w:rsidR="002C4892" w:rsidRPr="00BB0F50" w14:paraId="6344FA4D" w14:textId="77777777">
        <w:tc>
          <w:tcPr>
            <w:tcW w:w="2160" w:type="dxa"/>
          </w:tcPr>
          <w:p w14:paraId="76111D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2160" w:type="dxa"/>
          </w:tcPr>
          <w:p w14:paraId="09B33F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3CA2EB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-5.84</w:t>
            </w:r>
          </w:p>
        </w:tc>
        <w:tc>
          <w:tcPr>
            <w:tcW w:w="2160" w:type="dxa"/>
          </w:tcPr>
          <w:p w14:paraId="5123BE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1.35</w:t>
            </w:r>
          </w:p>
        </w:tc>
      </w:tr>
    </w:tbl>
    <w:p w14:paraId="68435042" w14:textId="77777777" w:rsidR="002C4892" w:rsidRPr="00BB0F50" w:rsidRDefault="00000000">
      <w:pPr>
        <w:rPr>
          <w:sz w:val="24"/>
          <w:szCs w:val="24"/>
        </w:rPr>
      </w:pPr>
      <w:r w:rsidRPr="00BB0F50">
        <w:rPr>
          <w:sz w:val="24"/>
          <w:szCs w:val="24"/>
        </w:rPr>
        <w:br w:type="page"/>
      </w:r>
    </w:p>
    <w:p w14:paraId="796AF094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t>Table S10. NMAR sensitivity: ODR site-level bias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883"/>
        <w:gridCol w:w="1431"/>
        <w:gridCol w:w="1378"/>
        <w:gridCol w:w="1374"/>
        <w:gridCol w:w="1378"/>
        <w:gridCol w:w="1412"/>
      </w:tblGrid>
      <w:tr w:rsidR="002C4892" w:rsidRPr="00BB0F50" w14:paraId="331FFADF" w14:textId="77777777">
        <w:tc>
          <w:tcPr>
            <w:tcW w:w="1440" w:type="dxa"/>
          </w:tcPr>
          <w:p w14:paraId="169C60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Scenario</w:t>
            </w:r>
          </w:p>
        </w:tc>
        <w:tc>
          <w:tcPr>
            <w:tcW w:w="1440" w:type="dxa"/>
          </w:tcPr>
          <w:p w14:paraId="083260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440" w:type="dxa"/>
          </w:tcPr>
          <w:p w14:paraId="0FA2E6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Endpoint</w:t>
            </w:r>
          </w:p>
        </w:tc>
        <w:tc>
          <w:tcPr>
            <w:tcW w:w="1440" w:type="dxa"/>
          </w:tcPr>
          <w:p w14:paraId="777BC8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Obs_bias</w:t>
            </w:r>
          </w:p>
        </w:tc>
        <w:tc>
          <w:tcPr>
            <w:tcW w:w="1440" w:type="dxa"/>
          </w:tcPr>
          <w:p w14:paraId="62C940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Imp_bias</w:t>
            </w:r>
          </w:p>
        </w:tc>
        <w:tc>
          <w:tcPr>
            <w:tcW w:w="1440" w:type="dxa"/>
          </w:tcPr>
          <w:p w14:paraId="5DAC39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Mask_rate</w:t>
            </w:r>
          </w:p>
        </w:tc>
      </w:tr>
      <w:tr w:rsidR="002C4892" w:rsidRPr="00BB0F50" w14:paraId="77E5336A" w14:textId="77777777">
        <w:tc>
          <w:tcPr>
            <w:tcW w:w="1440" w:type="dxa"/>
          </w:tcPr>
          <w:p w14:paraId="6CE80F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440" w:type="dxa"/>
          </w:tcPr>
          <w:p w14:paraId="1D9688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30% / deep 10%</w:t>
            </w:r>
          </w:p>
        </w:tc>
        <w:tc>
          <w:tcPr>
            <w:tcW w:w="1440" w:type="dxa"/>
          </w:tcPr>
          <w:p w14:paraId="32F86B6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440" w:type="dxa"/>
          </w:tcPr>
          <w:p w14:paraId="7F3D68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440" w:type="dxa"/>
          </w:tcPr>
          <w:p w14:paraId="71E92E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  <w:tc>
          <w:tcPr>
            <w:tcW w:w="1440" w:type="dxa"/>
          </w:tcPr>
          <w:p w14:paraId="19A206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</w:tr>
      <w:tr w:rsidR="002C4892" w:rsidRPr="00BB0F50" w14:paraId="6A3E60EA" w14:textId="77777777">
        <w:tc>
          <w:tcPr>
            <w:tcW w:w="1440" w:type="dxa"/>
          </w:tcPr>
          <w:p w14:paraId="2EF25D0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440" w:type="dxa"/>
          </w:tcPr>
          <w:p w14:paraId="22E872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30% / deep 10%</w:t>
            </w:r>
          </w:p>
        </w:tc>
        <w:tc>
          <w:tcPr>
            <w:tcW w:w="1440" w:type="dxa"/>
          </w:tcPr>
          <w:p w14:paraId="4A8303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440" w:type="dxa"/>
          </w:tcPr>
          <w:p w14:paraId="1F2089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440" w:type="dxa"/>
          </w:tcPr>
          <w:p w14:paraId="3E56A8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440" w:type="dxa"/>
          </w:tcPr>
          <w:p w14:paraId="1D9B4F5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</w:tr>
      <w:tr w:rsidR="002C4892" w:rsidRPr="00BB0F50" w14:paraId="6DA1496A" w14:textId="77777777">
        <w:tc>
          <w:tcPr>
            <w:tcW w:w="1440" w:type="dxa"/>
          </w:tcPr>
          <w:p w14:paraId="7618DB5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440" w:type="dxa"/>
          </w:tcPr>
          <w:p w14:paraId="32A31C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30% / deep 10%</w:t>
            </w:r>
          </w:p>
        </w:tc>
        <w:tc>
          <w:tcPr>
            <w:tcW w:w="1440" w:type="dxa"/>
          </w:tcPr>
          <w:p w14:paraId="3678063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440" w:type="dxa"/>
          </w:tcPr>
          <w:p w14:paraId="3592A6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14:paraId="56084E0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-0.03</w:t>
            </w:r>
          </w:p>
        </w:tc>
        <w:tc>
          <w:tcPr>
            <w:tcW w:w="1440" w:type="dxa"/>
          </w:tcPr>
          <w:p w14:paraId="17A69B5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</w:tr>
      <w:tr w:rsidR="002C4892" w:rsidRPr="00BB0F50" w14:paraId="0060BFE9" w14:textId="77777777">
        <w:tc>
          <w:tcPr>
            <w:tcW w:w="1440" w:type="dxa"/>
          </w:tcPr>
          <w:p w14:paraId="5F8A63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440" w:type="dxa"/>
          </w:tcPr>
          <w:p w14:paraId="5B0FEA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30% / deep 10%</w:t>
            </w:r>
          </w:p>
        </w:tc>
        <w:tc>
          <w:tcPr>
            <w:tcW w:w="1440" w:type="dxa"/>
          </w:tcPr>
          <w:p w14:paraId="0CA0F13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440" w:type="dxa"/>
          </w:tcPr>
          <w:p w14:paraId="1552F63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440" w:type="dxa"/>
          </w:tcPr>
          <w:p w14:paraId="2ABB91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-0.02</w:t>
            </w:r>
          </w:p>
        </w:tc>
        <w:tc>
          <w:tcPr>
            <w:tcW w:w="1440" w:type="dxa"/>
          </w:tcPr>
          <w:p w14:paraId="78CA35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</w:tr>
      <w:tr w:rsidR="002C4892" w:rsidRPr="00BB0F50" w14:paraId="2FBEACFE" w14:textId="77777777">
        <w:tc>
          <w:tcPr>
            <w:tcW w:w="1440" w:type="dxa"/>
          </w:tcPr>
          <w:p w14:paraId="1AAEFEE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1440" w:type="dxa"/>
          </w:tcPr>
          <w:p w14:paraId="467497D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30% / deep 10%</w:t>
            </w:r>
          </w:p>
        </w:tc>
        <w:tc>
          <w:tcPr>
            <w:tcW w:w="1440" w:type="dxa"/>
          </w:tcPr>
          <w:p w14:paraId="01F0F6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440" w:type="dxa"/>
          </w:tcPr>
          <w:p w14:paraId="143B42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440" w:type="dxa"/>
          </w:tcPr>
          <w:p w14:paraId="406CFD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-0.01</w:t>
            </w:r>
          </w:p>
        </w:tc>
        <w:tc>
          <w:tcPr>
            <w:tcW w:w="1440" w:type="dxa"/>
          </w:tcPr>
          <w:p w14:paraId="3043AFD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0.15</w:t>
            </w:r>
          </w:p>
        </w:tc>
      </w:tr>
      <w:tr w:rsidR="002C4892" w:rsidRPr="00BB0F50" w14:paraId="492DC847" w14:textId="77777777">
        <w:tc>
          <w:tcPr>
            <w:tcW w:w="1440" w:type="dxa"/>
          </w:tcPr>
          <w:p w14:paraId="40FF61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440" w:type="dxa"/>
          </w:tcPr>
          <w:p w14:paraId="20595F9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20% / deep 5%</w:t>
            </w:r>
          </w:p>
        </w:tc>
        <w:tc>
          <w:tcPr>
            <w:tcW w:w="1440" w:type="dxa"/>
          </w:tcPr>
          <w:p w14:paraId="1FB48E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440" w:type="dxa"/>
          </w:tcPr>
          <w:p w14:paraId="6CDA06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440" w:type="dxa"/>
          </w:tcPr>
          <w:p w14:paraId="033C63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440" w:type="dxa"/>
          </w:tcPr>
          <w:p w14:paraId="3EBBE43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</w:tr>
      <w:tr w:rsidR="002C4892" w:rsidRPr="00BB0F50" w14:paraId="21D14EA0" w14:textId="77777777">
        <w:tc>
          <w:tcPr>
            <w:tcW w:w="1440" w:type="dxa"/>
          </w:tcPr>
          <w:p w14:paraId="7C6917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440" w:type="dxa"/>
          </w:tcPr>
          <w:p w14:paraId="66AAC2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20% / deep 5%</w:t>
            </w:r>
          </w:p>
        </w:tc>
        <w:tc>
          <w:tcPr>
            <w:tcW w:w="1440" w:type="dxa"/>
          </w:tcPr>
          <w:p w14:paraId="3FF3DE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440" w:type="dxa"/>
          </w:tcPr>
          <w:p w14:paraId="09A1F0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14:paraId="249441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440" w:type="dxa"/>
          </w:tcPr>
          <w:p w14:paraId="66A6A3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</w:tr>
      <w:tr w:rsidR="002C4892" w:rsidRPr="00BB0F50" w14:paraId="7D066179" w14:textId="77777777">
        <w:tc>
          <w:tcPr>
            <w:tcW w:w="1440" w:type="dxa"/>
          </w:tcPr>
          <w:p w14:paraId="75C226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440" w:type="dxa"/>
          </w:tcPr>
          <w:p w14:paraId="3449A0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20% / deep 5%</w:t>
            </w:r>
          </w:p>
        </w:tc>
        <w:tc>
          <w:tcPr>
            <w:tcW w:w="1440" w:type="dxa"/>
          </w:tcPr>
          <w:p w14:paraId="079E6A0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440" w:type="dxa"/>
          </w:tcPr>
          <w:p w14:paraId="63562B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440" w:type="dxa"/>
          </w:tcPr>
          <w:p w14:paraId="7BD9D1E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-0.01</w:t>
            </w:r>
          </w:p>
        </w:tc>
        <w:tc>
          <w:tcPr>
            <w:tcW w:w="1440" w:type="dxa"/>
          </w:tcPr>
          <w:p w14:paraId="6E563A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</w:tr>
      <w:tr w:rsidR="002C4892" w:rsidRPr="00BB0F50" w14:paraId="1130B57F" w14:textId="77777777">
        <w:tc>
          <w:tcPr>
            <w:tcW w:w="1440" w:type="dxa"/>
          </w:tcPr>
          <w:p w14:paraId="78D65B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440" w:type="dxa"/>
          </w:tcPr>
          <w:p w14:paraId="527800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20% / deep 5%</w:t>
            </w:r>
          </w:p>
        </w:tc>
        <w:tc>
          <w:tcPr>
            <w:tcW w:w="1440" w:type="dxa"/>
          </w:tcPr>
          <w:p w14:paraId="60B2E6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440" w:type="dxa"/>
          </w:tcPr>
          <w:p w14:paraId="4A491E9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440" w:type="dxa"/>
          </w:tcPr>
          <w:p w14:paraId="722879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-0.01</w:t>
            </w:r>
          </w:p>
        </w:tc>
        <w:tc>
          <w:tcPr>
            <w:tcW w:w="1440" w:type="dxa"/>
          </w:tcPr>
          <w:p w14:paraId="15B9BA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</w:tr>
      <w:tr w:rsidR="002C4892" w:rsidRPr="00BB0F50" w14:paraId="42BF1693" w14:textId="77777777">
        <w:tc>
          <w:tcPr>
            <w:tcW w:w="1440" w:type="dxa"/>
          </w:tcPr>
          <w:p w14:paraId="14AF85D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1440" w:type="dxa"/>
          </w:tcPr>
          <w:p w14:paraId="2CADF4C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20% / deep 5%</w:t>
            </w:r>
          </w:p>
        </w:tc>
        <w:tc>
          <w:tcPr>
            <w:tcW w:w="1440" w:type="dxa"/>
          </w:tcPr>
          <w:p w14:paraId="28952D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440" w:type="dxa"/>
          </w:tcPr>
          <w:p w14:paraId="7E06DB9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440" w:type="dxa"/>
          </w:tcPr>
          <w:p w14:paraId="6823B0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440" w:type="dxa"/>
          </w:tcPr>
          <w:p w14:paraId="3C2DC3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</w:tr>
      <w:tr w:rsidR="002C4892" w:rsidRPr="00BB0F50" w14:paraId="08C9354D" w14:textId="77777777">
        <w:tc>
          <w:tcPr>
            <w:tcW w:w="1440" w:type="dxa"/>
          </w:tcPr>
          <w:p w14:paraId="37D1EED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440" w:type="dxa"/>
          </w:tcPr>
          <w:p w14:paraId="0BC4044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40% / deep 15%</w:t>
            </w:r>
          </w:p>
        </w:tc>
        <w:tc>
          <w:tcPr>
            <w:tcW w:w="1440" w:type="dxa"/>
          </w:tcPr>
          <w:p w14:paraId="79E5A3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440" w:type="dxa"/>
          </w:tcPr>
          <w:p w14:paraId="79CA31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440" w:type="dxa"/>
          </w:tcPr>
          <w:p w14:paraId="5CEC7F1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0.11</w:t>
            </w:r>
          </w:p>
        </w:tc>
        <w:tc>
          <w:tcPr>
            <w:tcW w:w="1440" w:type="dxa"/>
          </w:tcPr>
          <w:p w14:paraId="77D386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</w:tr>
      <w:tr w:rsidR="002C4892" w:rsidRPr="00BB0F50" w14:paraId="159247E6" w14:textId="77777777">
        <w:tc>
          <w:tcPr>
            <w:tcW w:w="1440" w:type="dxa"/>
          </w:tcPr>
          <w:p w14:paraId="2A0E896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440" w:type="dxa"/>
          </w:tcPr>
          <w:p w14:paraId="0AB9809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40% / deep 15%</w:t>
            </w:r>
          </w:p>
        </w:tc>
        <w:tc>
          <w:tcPr>
            <w:tcW w:w="1440" w:type="dxa"/>
          </w:tcPr>
          <w:p w14:paraId="0986203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440" w:type="dxa"/>
          </w:tcPr>
          <w:p w14:paraId="798E49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440" w:type="dxa"/>
          </w:tcPr>
          <w:p w14:paraId="62A4A37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0.00</w:t>
            </w:r>
          </w:p>
        </w:tc>
        <w:tc>
          <w:tcPr>
            <w:tcW w:w="1440" w:type="dxa"/>
          </w:tcPr>
          <w:p w14:paraId="611FA1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</w:tr>
      <w:tr w:rsidR="002C4892" w:rsidRPr="00BB0F50" w14:paraId="7D42C9B8" w14:textId="77777777">
        <w:tc>
          <w:tcPr>
            <w:tcW w:w="1440" w:type="dxa"/>
          </w:tcPr>
          <w:p w14:paraId="27DD128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440" w:type="dxa"/>
          </w:tcPr>
          <w:p w14:paraId="671BB1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40% / deep 15%</w:t>
            </w:r>
          </w:p>
        </w:tc>
        <w:tc>
          <w:tcPr>
            <w:tcW w:w="1440" w:type="dxa"/>
          </w:tcPr>
          <w:p w14:paraId="2C72CF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440" w:type="dxa"/>
          </w:tcPr>
          <w:p w14:paraId="4B9356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14:paraId="6E7613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-0.04</w:t>
            </w:r>
          </w:p>
        </w:tc>
        <w:tc>
          <w:tcPr>
            <w:tcW w:w="1440" w:type="dxa"/>
          </w:tcPr>
          <w:p w14:paraId="42D4EA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</w:tr>
      <w:tr w:rsidR="002C4892" w:rsidRPr="00BB0F50" w14:paraId="00597F8C" w14:textId="77777777">
        <w:tc>
          <w:tcPr>
            <w:tcW w:w="1440" w:type="dxa"/>
          </w:tcPr>
          <w:p w14:paraId="064182D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440" w:type="dxa"/>
          </w:tcPr>
          <w:p w14:paraId="1A455A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40% / deep 15%</w:t>
            </w:r>
          </w:p>
        </w:tc>
        <w:tc>
          <w:tcPr>
            <w:tcW w:w="1440" w:type="dxa"/>
          </w:tcPr>
          <w:p w14:paraId="71B2BB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440" w:type="dxa"/>
          </w:tcPr>
          <w:p w14:paraId="70C5EA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14:paraId="73C02F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-0.03</w:t>
            </w:r>
          </w:p>
        </w:tc>
        <w:tc>
          <w:tcPr>
            <w:tcW w:w="1440" w:type="dxa"/>
          </w:tcPr>
          <w:p w14:paraId="2EDD718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</w:tr>
      <w:tr w:rsidR="002C4892" w:rsidRPr="00BB0F50" w14:paraId="076DBD49" w14:textId="77777777">
        <w:tc>
          <w:tcPr>
            <w:tcW w:w="1440" w:type="dxa"/>
          </w:tcPr>
          <w:p w14:paraId="047ECB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1440" w:type="dxa"/>
          </w:tcPr>
          <w:p w14:paraId="0F430C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CAL: shallow 40% / deep 15%</w:t>
            </w:r>
          </w:p>
        </w:tc>
        <w:tc>
          <w:tcPr>
            <w:tcW w:w="1440" w:type="dxa"/>
          </w:tcPr>
          <w:p w14:paraId="1A4920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440" w:type="dxa"/>
          </w:tcPr>
          <w:p w14:paraId="027DDEA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440" w:type="dxa"/>
          </w:tcPr>
          <w:p w14:paraId="31D305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-0.02</w:t>
            </w:r>
          </w:p>
        </w:tc>
        <w:tc>
          <w:tcPr>
            <w:tcW w:w="1440" w:type="dxa"/>
          </w:tcPr>
          <w:p w14:paraId="0784A9A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0.22</w:t>
            </w:r>
          </w:p>
        </w:tc>
      </w:tr>
      <w:tr w:rsidR="002C4892" w:rsidRPr="00BB0F50" w14:paraId="746168C0" w14:textId="77777777">
        <w:tc>
          <w:tcPr>
            <w:tcW w:w="1440" w:type="dxa"/>
          </w:tcPr>
          <w:p w14:paraId="18033F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440" w:type="dxa"/>
          </w:tcPr>
          <w:p w14:paraId="4F9B4C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25% / deep 5%</w:t>
            </w:r>
          </w:p>
        </w:tc>
        <w:tc>
          <w:tcPr>
            <w:tcW w:w="1440" w:type="dxa"/>
          </w:tcPr>
          <w:p w14:paraId="13C5F34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440" w:type="dxa"/>
          </w:tcPr>
          <w:p w14:paraId="2C12273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440" w:type="dxa"/>
          </w:tcPr>
          <w:p w14:paraId="4F76FC3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0.07</w:t>
            </w:r>
          </w:p>
        </w:tc>
        <w:tc>
          <w:tcPr>
            <w:tcW w:w="1440" w:type="dxa"/>
          </w:tcPr>
          <w:p w14:paraId="22B77D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</w:tr>
      <w:tr w:rsidR="002C4892" w:rsidRPr="00BB0F50" w14:paraId="16C23D62" w14:textId="77777777">
        <w:tc>
          <w:tcPr>
            <w:tcW w:w="1440" w:type="dxa"/>
          </w:tcPr>
          <w:p w14:paraId="57FC7A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440" w:type="dxa"/>
          </w:tcPr>
          <w:p w14:paraId="0BFBDC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25% / deep 5%</w:t>
            </w:r>
          </w:p>
        </w:tc>
        <w:tc>
          <w:tcPr>
            <w:tcW w:w="1440" w:type="dxa"/>
          </w:tcPr>
          <w:p w14:paraId="5848D78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440" w:type="dxa"/>
          </w:tcPr>
          <w:p w14:paraId="7D821D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440" w:type="dxa"/>
          </w:tcPr>
          <w:p w14:paraId="03A9291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440" w:type="dxa"/>
          </w:tcPr>
          <w:p w14:paraId="0B9964F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</w:tr>
      <w:tr w:rsidR="002C4892" w:rsidRPr="00BB0F50" w14:paraId="0EB0E7FE" w14:textId="77777777">
        <w:tc>
          <w:tcPr>
            <w:tcW w:w="1440" w:type="dxa"/>
          </w:tcPr>
          <w:p w14:paraId="34B985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440" w:type="dxa"/>
          </w:tcPr>
          <w:p w14:paraId="4C3738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25% / deep 5%</w:t>
            </w:r>
          </w:p>
        </w:tc>
        <w:tc>
          <w:tcPr>
            <w:tcW w:w="1440" w:type="dxa"/>
          </w:tcPr>
          <w:p w14:paraId="7D8C3EA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440" w:type="dxa"/>
          </w:tcPr>
          <w:p w14:paraId="084BC5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440" w:type="dxa"/>
          </w:tcPr>
          <w:p w14:paraId="5DDE51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-0.02</w:t>
            </w:r>
          </w:p>
        </w:tc>
        <w:tc>
          <w:tcPr>
            <w:tcW w:w="1440" w:type="dxa"/>
          </w:tcPr>
          <w:p w14:paraId="34D948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</w:tr>
      <w:tr w:rsidR="002C4892" w:rsidRPr="00BB0F50" w14:paraId="7279BC3F" w14:textId="77777777">
        <w:tc>
          <w:tcPr>
            <w:tcW w:w="1440" w:type="dxa"/>
          </w:tcPr>
          <w:p w14:paraId="33C0B2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440" w:type="dxa"/>
          </w:tcPr>
          <w:p w14:paraId="027E279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25% / deep 5%</w:t>
            </w:r>
          </w:p>
        </w:tc>
        <w:tc>
          <w:tcPr>
            <w:tcW w:w="1440" w:type="dxa"/>
          </w:tcPr>
          <w:p w14:paraId="3CC21E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440" w:type="dxa"/>
          </w:tcPr>
          <w:p w14:paraId="7E20BE7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440" w:type="dxa"/>
          </w:tcPr>
          <w:p w14:paraId="49382C0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440" w:type="dxa"/>
          </w:tcPr>
          <w:p w14:paraId="0AFEF7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</w:tr>
      <w:tr w:rsidR="002C4892" w:rsidRPr="00BB0F50" w14:paraId="694DFA1E" w14:textId="77777777">
        <w:tc>
          <w:tcPr>
            <w:tcW w:w="1440" w:type="dxa"/>
          </w:tcPr>
          <w:p w14:paraId="4337C0D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1440" w:type="dxa"/>
          </w:tcPr>
          <w:p w14:paraId="4CEDA6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25% / deep 5%</w:t>
            </w:r>
          </w:p>
        </w:tc>
        <w:tc>
          <w:tcPr>
            <w:tcW w:w="1440" w:type="dxa"/>
          </w:tcPr>
          <w:p w14:paraId="541E8D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440" w:type="dxa"/>
          </w:tcPr>
          <w:p w14:paraId="3320F9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14:paraId="1300502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440" w:type="dxa"/>
          </w:tcPr>
          <w:p w14:paraId="0E0ECF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0.21</w:t>
            </w:r>
          </w:p>
        </w:tc>
      </w:tr>
      <w:tr w:rsidR="002C4892" w:rsidRPr="00BB0F50" w14:paraId="5E3C10B2" w14:textId="77777777">
        <w:tc>
          <w:tcPr>
            <w:tcW w:w="1440" w:type="dxa"/>
          </w:tcPr>
          <w:p w14:paraId="6F814F9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440" w:type="dxa"/>
          </w:tcPr>
          <w:p w14:paraId="4ED7A6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20% / deep 5%</w:t>
            </w:r>
          </w:p>
        </w:tc>
        <w:tc>
          <w:tcPr>
            <w:tcW w:w="1440" w:type="dxa"/>
          </w:tcPr>
          <w:p w14:paraId="422326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440" w:type="dxa"/>
          </w:tcPr>
          <w:p w14:paraId="5987DD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440" w:type="dxa"/>
          </w:tcPr>
          <w:p w14:paraId="4C3827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440" w:type="dxa"/>
          </w:tcPr>
          <w:p w14:paraId="2151E7F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</w:tr>
      <w:tr w:rsidR="002C4892" w:rsidRPr="00BB0F50" w14:paraId="798E0E15" w14:textId="77777777">
        <w:tc>
          <w:tcPr>
            <w:tcW w:w="1440" w:type="dxa"/>
          </w:tcPr>
          <w:p w14:paraId="4159581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440" w:type="dxa"/>
          </w:tcPr>
          <w:p w14:paraId="1B94C1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20% / deep 5%</w:t>
            </w:r>
          </w:p>
        </w:tc>
        <w:tc>
          <w:tcPr>
            <w:tcW w:w="1440" w:type="dxa"/>
          </w:tcPr>
          <w:p w14:paraId="34DC64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440" w:type="dxa"/>
          </w:tcPr>
          <w:p w14:paraId="061648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14:paraId="1FE37FC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440" w:type="dxa"/>
          </w:tcPr>
          <w:p w14:paraId="75A9437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</w:tr>
      <w:tr w:rsidR="002C4892" w:rsidRPr="00BB0F50" w14:paraId="3969C490" w14:textId="77777777">
        <w:tc>
          <w:tcPr>
            <w:tcW w:w="1440" w:type="dxa"/>
          </w:tcPr>
          <w:p w14:paraId="59BF445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440" w:type="dxa"/>
          </w:tcPr>
          <w:p w14:paraId="19AEDD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20% / deep 5%</w:t>
            </w:r>
          </w:p>
        </w:tc>
        <w:tc>
          <w:tcPr>
            <w:tcW w:w="1440" w:type="dxa"/>
          </w:tcPr>
          <w:p w14:paraId="646FCF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440" w:type="dxa"/>
          </w:tcPr>
          <w:p w14:paraId="3078EF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14:paraId="2A9312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-0.02</w:t>
            </w:r>
          </w:p>
        </w:tc>
        <w:tc>
          <w:tcPr>
            <w:tcW w:w="1440" w:type="dxa"/>
          </w:tcPr>
          <w:p w14:paraId="674767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</w:tr>
      <w:tr w:rsidR="002C4892" w:rsidRPr="00BB0F50" w14:paraId="777F2766" w14:textId="77777777">
        <w:tc>
          <w:tcPr>
            <w:tcW w:w="1440" w:type="dxa"/>
          </w:tcPr>
          <w:p w14:paraId="29A692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440" w:type="dxa"/>
          </w:tcPr>
          <w:p w14:paraId="76461F4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20% / deep 5%</w:t>
            </w:r>
          </w:p>
        </w:tc>
        <w:tc>
          <w:tcPr>
            <w:tcW w:w="1440" w:type="dxa"/>
          </w:tcPr>
          <w:p w14:paraId="7B29F7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440" w:type="dxa"/>
          </w:tcPr>
          <w:p w14:paraId="140F737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440" w:type="dxa"/>
          </w:tcPr>
          <w:p w14:paraId="2FCCE7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-0.01</w:t>
            </w:r>
          </w:p>
        </w:tc>
        <w:tc>
          <w:tcPr>
            <w:tcW w:w="1440" w:type="dxa"/>
          </w:tcPr>
          <w:p w14:paraId="62D098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</w:tr>
      <w:tr w:rsidR="002C4892" w:rsidRPr="00BB0F50" w14:paraId="2B594956" w14:textId="77777777">
        <w:tc>
          <w:tcPr>
            <w:tcW w:w="1440" w:type="dxa"/>
          </w:tcPr>
          <w:p w14:paraId="641777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1440" w:type="dxa"/>
          </w:tcPr>
          <w:p w14:paraId="734F74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20% / deep 5%</w:t>
            </w:r>
          </w:p>
        </w:tc>
        <w:tc>
          <w:tcPr>
            <w:tcW w:w="1440" w:type="dxa"/>
          </w:tcPr>
          <w:p w14:paraId="4A2557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440" w:type="dxa"/>
          </w:tcPr>
          <w:p w14:paraId="15AD899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0.01</w:t>
            </w:r>
          </w:p>
        </w:tc>
        <w:tc>
          <w:tcPr>
            <w:tcW w:w="1440" w:type="dxa"/>
          </w:tcPr>
          <w:p w14:paraId="3D84F3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440" w:type="dxa"/>
          </w:tcPr>
          <w:p w14:paraId="307C4B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0.17</w:t>
            </w:r>
          </w:p>
        </w:tc>
      </w:tr>
      <w:tr w:rsidR="002C4892" w:rsidRPr="00BB0F50" w14:paraId="6A6D270B" w14:textId="77777777">
        <w:tc>
          <w:tcPr>
            <w:tcW w:w="1440" w:type="dxa"/>
          </w:tcPr>
          <w:p w14:paraId="1B5F208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440" w:type="dxa"/>
          </w:tcPr>
          <w:p w14:paraId="2B6F2B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35% / deep 10%</w:t>
            </w:r>
          </w:p>
        </w:tc>
        <w:tc>
          <w:tcPr>
            <w:tcW w:w="1440" w:type="dxa"/>
          </w:tcPr>
          <w:p w14:paraId="62DAA1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1440" w:type="dxa"/>
          </w:tcPr>
          <w:p w14:paraId="786C932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0.02</w:t>
            </w:r>
          </w:p>
        </w:tc>
        <w:tc>
          <w:tcPr>
            <w:tcW w:w="1440" w:type="dxa"/>
          </w:tcPr>
          <w:p w14:paraId="7856CF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0.09</w:t>
            </w:r>
          </w:p>
        </w:tc>
        <w:tc>
          <w:tcPr>
            <w:tcW w:w="1440" w:type="dxa"/>
          </w:tcPr>
          <w:p w14:paraId="3564787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</w:tr>
      <w:tr w:rsidR="002C4892" w:rsidRPr="00BB0F50" w14:paraId="772DBAB6" w14:textId="77777777">
        <w:tc>
          <w:tcPr>
            <w:tcW w:w="1440" w:type="dxa"/>
          </w:tcPr>
          <w:p w14:paraId="787FC0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440" w:type="dxa"/>
          </w:tcPr>
          <w:p w14:paraId="5802A04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35% / deep 10%</w:t>
            </w:r>
          </w:p>
        </w:tc>
        <w:tc>
          <w:tcPr>
            <w:tcW w:w="1440" w:type="dxa"/>
          </w:tcPr>
          <w:p w14:paraId="77CC639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1440" w:type="dxa"/>
          </w:tcPr>
          <w:p w14:paraId="77158B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0.04</w:t>
            </w:r>
          </w:p>
        </w:tc>
        <w:tc>
          <w:tcPr>
            <w:tcW w:w="1440" w:type="dxa"/>
          </w:tcPr>
          <w:p w14:paraId="10A2BE3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440" w:type="dxa"/>
          </w:tcPr>
          <w:p w14:paraId="4E67978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</w:tr>
      <w:tr w:rsidR="002C4892" w:rsidRPr="00BB0F50" w14:paraId="0F14CC96" w14:textId="77777777">
        <w:tc>
          <w:tcPr>
            <w:tcW w:w="1440" w:type="dxa"/>
          </w:tcPr>
          <w:p w14:paraId="3060C4B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440" w:type="dxa"/>
          </w:tcPr>
          <w:p w14:paraId="0B6675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35% / deep 10%</w:t>
            </w:r>
          </w:p>
        </w:tc>
        <w:tc>
          <w:tcPr>
            <w:tcW w:w="1440" w:type="dxa"/>
          </w:tcPr>
          <w:p w14:paraId="74B36FC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1440" w:type="dxa"/>
          </w:tcPr>
          <w:p w14:paraId="22D3D9F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0.05</w:t>
            </w:r>
          </w:p>
        </w:tc>
        <w:tc>
          <w:tcPr>
            <w:tcW w:w="1440" w:type="dxa"/>
          </w:tcPr>
          <w:p w14:paraId="345DCD3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-0.00</w:t>
            </w:r>
          </w:p>
        </w:tc>
        <w:tc>
          <w:tcPr>
            <w:tcW w:w="1440" w:type="dxa"/>
          </w:tcPr>
          <w:p w14:paraId="0D97AEA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</w:tr>
      <w:tr w:rsidR="002C4892" w:rsidRPr="00BB0F50" w14:paraId="5B538F36" w14:textId="77777777">
        <w:tc>
          <w:tcPr>
            <w:tcW w:w="1440" w:type="dxa"/>
          </w:tcPr>
          <w:p w14:paraId="2BF950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440" w:type="dxa"/>
          </w:tcPr>
          <w:p w14:paraId="169755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35% / deep 10%</w:t>
            </w:r>
          </w:p>
        </w:tc>
        <w:tc>
          <w:tcPr>
            <w:tcW w:w="1440" w:type="dxa"/>
          </w:tcPr>
          <w:p w14:paraId="46AE88D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1440" w:type="dxa"/>
          </w:tcPr>
          <w:p w14:paraId="30C54F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0.06</w:t>
            </w:r>
          </w:p>
        </w:tc>
        <w:tc>
          <w:tcPr>
            <w:tcW w:w="1440" w:type="dxa"/>
          </w:tcPr>
          <w:p w14:paraId="1C875A0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-0.01</w:t>
            </w:r>
          </w:p>
        </w:tc>
        <w:tc>
          <w:tcPr>
            <w:tcW w:w="1440" w:type="dxa"/>
          </w:tcPr>
          <w:p w14:paraId="0F94D24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</w:tr>
      <w:tr w:rsidR="002C4892" w:rsidRPr="00BB0F50" w14:paraId="2FC160E5" w14:textId="77777777">
        <w:tc>
          <w:tcPr>
            <w:tcW w:w="1440" w:type="dxa"/>
          </w:tcPr>
          <w:p w14:paraId="2FA9E4E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1440" w:type="dxa"/>
          </w:tcPr>
          <w:p w14:paraId="23BF6D6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 PPD: shallow 35% / deep 10%</w:t>
            </w:r>
          </w:p>
        </w:tc>
        <w:tc>
          <w:tcPr>
            <w:tcW w:w="1440" w:type="dxa"/>
          </w:tcPr>
          <w:p w14:paraId="01D4C91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1440" w:type="dxa"/>
          </w:tcPr>
          <w:p w14:paraId="5B32FB1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0.03</w:t>
            </w:r>
          </w:p>
        </w:tc>
        <w:tc>
          <w:tcPr>
            <w:tcW w:w="1440" w:type="dxa"/>
          </w:tcPr>
          <w:p w14:paraId="4DD7F1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-0.01</w:t>
            </w:r>
          </w:p>
        </w:tc>
        <w:tc>
          <w:tcPr>
            <w:tcW w:w="1440" w:type="dxa"/>
          </w:tcPr>
          <w:p w14:paraId="705609C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0.30</w:t>
            </w:r>
          </w:p>
        </w:tc>
      </w:tr>
    </w:tbl>
    <w:p w14:paraId="28AF0FFA" w14:textId="77777777" w:rsidR="002C4892" w:rsidRPr="00BB0F50" w:rsidRDefault="00000000">
      <w:pPr>
        <w:rPr>
          <w:sz w:val="24"/>
          <w:szCs w:val="24"/>
        </w:rPr>
      </w:pPr>
      <w:r w:rsidRPr="00BB0F50">
        <w:rPr>
          <w:sz w:val="24"/>
          <w:szCs w:val="24"/>
        </w:rPr>
        <w:br w:type="page"/>
      </w:r>
    </w:p>
    <w:p w14:paraId="5F04BB0A" w14:textId="77777777" w:rsidR="002C4892" w:rsidRPr="00BB0F50" w:rsidRDefault="00000000">
      <w:pPr>
        <w:rPr>
          <w:sz w:val="24"/>
          <w:szCs w:val="24"/>
        </w:rPr>
      </w:pPr>
      <w:r w:rsidRPr="00BB0F50">
        <w:rPr>
          <w:b/>
          <w:sz w:val="24"/>
          <w:szCs w:val="24"/>
        </w:rPr>
        <w:t>Table S11. NMAR sensitivity: ODR patient-level bias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C4892" w:rsidRPr="00BB0F50" w14:paraId="34632639" w14:textId="77777777">
        <w:tc>
          <w:tcPr>
            <w:tcW w:w="2160" w:type="dxa"/>
          </w:tcPr>
          <w:p w14:paraId="53886AF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Scenario</w:t>
            </w:r>
          </w:p>
        </w:tc>
        <w:tc>
          <w:tcPr>
            <w:tcW w:w="2160" w:type="dxa"/>
          </w:tcPr>
          <w:p w14:paraId="337B602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Endpoint</w:t>
            </w:r>
          </w:p>
        </w:tc>
        <w:tc>
          <w:tcPr>
            <w:tcW w:w="2160" w:type="dxa"/>
          </w:tcPr>
          <w:p w14:paraId="1F240E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Obs_bias</w:t>
            </w:r>
          </w:p>
        </w:tc>
        <w:tc>
          <w:tcPr>
            <w:tcW w:w="2160" w:type="dxa"/>
          </w:tcPr>
          <w:p w14:paraId="45504B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b/>
                <w:sz w:val="24"/>
                <w:szCs w:val="24"/>
              </w:rPr>
              <w:t>Imp_bias</w:t>
            </w:r>
          </w:p>
        </w:tc>
      </w:tr>
      <w:tr w:rsidR="002C4892" w:rsidRPr="00BB0F50" w14:paraId="3A97FA73" w14:textId="77777777">
        <w:tc>
          <w:tcPr>
            <w:tcW w:w="2160" w:type="dxa"/>
          </w:tcPr>
          <w:p w14:paraId="5ABE21F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2160" w:type="dxa"/>
          </w:tcPr>
          <w:p w14:paraId="4B2AB3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40262EF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-10.28</w:t>
            </w:r>
          </w:p>
        </w:tc>
        <w:tc>
          <w:tcPr>
            <w:tcW w:w="2160" w:type="dxa"/>
          </w:tcPr>
          <w:p w14:paraId="13E45B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12.04</w:t>
            </w:r>
          </w:p>
        </w:tc>
      </w:tr>
      <w:tr w:rsidR="002C4892" w:rsidRPr="00BB0F50" w14:paraId="37449DF8" w14:textId="77777777">
        <w:tc>
          <w:tcPr>
            <w:tcW w:w="2160" w:type="dxa"/>
          </w:tcPr>
          <w:p w14:paraId="736FCE4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2160" w:type="dxa"/>
          </w:tcPr>
          <w:p w14:paraId="2349D5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629B3EE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-6.30</w:t>
            </w:r>
          </w:p>
        </w:tc>
        <w:tc>
          <w:tcPr>
            <w:tcW w:w="2160" w:type="dxa"/>
          </w:tcPr>
          <w:p w14:paraId="78C84D2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0.64</w:t>
            </w:r>
          </w:p>
        </w:tc>
      </w:tr>
      <w:tr w:rsidR="002C4892" w:rsidRPr="00BB0F50" w14:paraId="03FF1B82" w14:textId="77777777">
        <w:tc>
          <w:tcPr>
            <w:tcW w:w="2160" w:type="dxa"/>
          </w:tcPr>
          <w:p w14:paraId="5E6D13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2160" w:type="dxa"/>
          </w:tcPr>
          <w:p w14:paraId="19A4325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4B2C094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-4.19</w:t>
            </w:r>
          </w:p>
        </w:tc>
        <w:tc>
          <w:tcPr>
            <w:tcW w:w="2160" w:type="dxa"/>
          </w:tcPr>
          <w:p w14:paraId="736BA7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-3.48</w:t>
            </w:r>
          </w:p>
        </w:tc>
      </w:tr>
      <w:tr w:rsidR="002C4892" w:rsidRPr="00BB0F50" w14:paraId="32E6796F" w14:textId="77777777">
        <w:tc>
          <w:tcPr>
            <w:tcW w:w="2160" w:type="dxa"/>
          </w:tcPr>
          <w:p w14:paraId="6CCF038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2160" w:type="dxa"/>
          </w:tcPr>
          <w:p w14:paraId="5CC7E9F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2160" w:type="dxa"/>
          </w:tcPr>
          <w:p w14:paraId="7C67E6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-2.72</w:t>
            </w:r>
          </w:p>
        </w:tc>
        <w:tc>
          <w:tcPr>
            <w:tcW w:w="2160" w:type="dxa"/>
          </w:tcPr>
          <w:p w14:paraId="39093FE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-2.53</w:t>
            </w:r>
          </w:p>
        </w:tc>
      </w:tr>
      <w:tr w:rsidR="002C4892" w:rsidRPr="00BB0F50" w14:paraId="648762A6" w14:textId="77777777">
        <w:tc>
          <w:tcPr>
            <w:tcW w:w="2160" w:type="dxa"/>
          </w:tcPr>
          <w:p w14:paraId="4ECD67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nmar_cal_base</w:t>
            </w:r>
          </w:p>
        </w:tc>
        <w:tc>
          <w:tcPr>
            <w:tcW w:w="2160" w:type="dxa"/>
          </w:tcPr>
          <w:p w14:paraId="39029AD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33FC392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-1.39</w:t>
            </w:r>
          </w:p>
        </w:tc>
        <w:tc>
          <w:tcPr>
            <w:tcW w:w="2160" w:type="dxa"/>
          </w:tcPr>
          <w:p w14:paraId="6E2A36D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-1.39</w:t>
            </w:r>
          </w:p>
        </w:tc>
      </w:tr>
      <w:tr w:rsidR="002C4892" w:rsidRPr="00BB0F50" w14:paraId="6073E3E7" w14:textId="77777777">
        <w:tc>
          <w:tcPr>
            <w:tcW w:w="2160" w:type="dxa"/>
          </w:tcPr>
          <w:p w14:paraId="38E0542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1108E1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1CB0EE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-5.16</w:t>
            </w:r>
          </w:p>
        </w:tc>
        <w:tc>
          <w:tcPr>
            <w:tcW w:w="2160" w:type="dxa"/>
          </w:tcPr>
          <w:p w14:paraId="4ACAC8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8.21</w:t>
            </w:r>
          </w:p>
        </w:tc>
      </w:tr>
      <w:tr w:rsidR="002C4892" w:rsidRPr="00BB0F50" w14:paraId="1BF462BF" w14:textId="77777777">
        <w:tc>
          <w:tcPr>
            <w:tcW w:w="2160" w:type="dxa"/>
          </w:tcPr>
          <w:p w14:paraId="58FB07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31524FD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3DCE7F7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-3.13</w:t>
            </w:r>
          </w:p>
        </w:tc>
        <w:tc>
          <w:tcPr>
            <w:tcW w:w="2160" w:type="dxa"/>
          </w:tcPr>
          <w:p w14:paraId="35FBE7B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0.88</w:t>
            </w:r>
          </w:p>
        </w:tc>
      </w:tr>
      <w:tr w:rsidR="002C4892" w:rsidRPr="00BB0F50" w14:paraId="720048DC" w14:textId="77777777">
        <w:tc>
          <w:tcPr>
            <w:tcW w:w="2160" w:type="dxa"/>
          </w:tcPr>
          <w:p w14:paraId="097CED0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189D6BB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6A3983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-2.04</w:t>
            </w:r>
          </w:p>
        </w:tc>
        <w:tc>
          <w:tcPr>
            <w:tcW w:w="2160" w:type="dxa"/>
          </w:tcPr>
          <w:p w14:paraId="3B6A245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-1.62</w:t>
            </w:r>
          </w:p>
        </w:tc>
      </w:tr>
      <w:tr w:rsidR="002C4892" w:rsidRPr="00BB0F50" w14:paraId="4CB7CD89" w14:textId="77777777">
        <w:tc>
          <w:tcPr>
            <w:tcW w:w="2160" w:type="dxa"/>
          </w:tcPr>
          <w:p w14:paraId="0FF80F6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3A743A2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2160" w:type="dxa"/>
          </w:tcPr>
          <w:p w14:paraId="17E7286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-1.35</w:t>
            </w:r>
          </w:p>
        </w:tc>
        <w:tc>
          <w:tcPr>
            <w:tcW w:w="2160" w:type="dxa"/>
          </w:tcPr>
          <w:p w14:paraId="1A04FF0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-1.27</w:t>
            </w:r>
          </w:p>
        </w:tc>
      </w:tr>
      <w:tr w:rsidR="002C4892" w:rsidRPr="00BB0F50" w14:paraId="2A41E649" w14:textId="77777777">
        <w:tc>
          <w:tcPr>
            <w:tcW w:w="2160" w:type="dxa"/>
          </w:tcPr>
          <w:p w14:paraId="4254EA7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nmar_cal_light</w:t>
            </w:r>
          </w:p>
        </w:tc>
        <w:tc>
          <w:tcPr>
            <w:tcW w:w="2160" w:type="dxa"/>
          </w:tcPr>
          <w:p w14:paraId="4EB4C8E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088D0E2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-0.69</w:t>
            </w:r>
          </w:p>
        </w:tc>
        <w:tc>
          <w:tcPr>
            <w:tcW w:w="2160" w:type="dxa"/>
          </w:tcPr>
          <w:p w14:paraId="2665CB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-0.69</w:t>
            </w:r>
          </w:p>
        </w:tc>
      </w:tr>
      <w:tr w:rsidR="002C4892" w:rsidRPr="00BB0F50" w14:paraId="3B1307B6" w14:textId="77777777">
        <w:tc>
          <w:tcPr>
            <w:tcW w:w="2160" w:type="dxa"/>
          </w:tcPr>
          <w:p w14:paraId="3D2C4F9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2160" w:type="dxa"/>
          </w:tcPr>
          <w:p w14:paraId="67F6423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6D5773E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-15.68</w:t>
            </w:r>
          </w:p>
        </w:tc>
        <w:tc>
          <w:tcPr>
            <w:tcW w:w="2160" w:type="dxa"/>
          </w:tcPr>
          <w:p w14:paraId="4F062D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15.86</w:t>
            </w:r>
          </w:p>
        </w:tc>
      </w:tr>
      <w:tr w:rsidR="002C4892" w:rsidRPr="00BB0F50" w14:paraId="5321E8E1" w14:textId="77777777">
        <w:tc>
          <w:tcPr>
            <w:tcW w:w="2160" w:type="dxa"/>
          </w:tcPr>
          <w:p w14:paraId="641B9D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2160" w:type="dxa"/>
          </w:tcPr>
          <w:p w14:paraId="1289010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2CFA192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-9.66</w:t>
            </w:r>
          </w:p>
        </w:tc>
        <w:tc>
          <w:tcPr>
            <w:tcW w:w="2160" w:type="dxa"/>
          </w:tcPr>
          <w:p w14:paraId="11A3C74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0.44</w:t>
            </w:r>
          </w:p>
        </w:tc>
      </w:tr>
      <w:tr w:rsidR="002C4892" w:rsidRPr="00BB0F50" w14:paraId="5EE0180F" w14:textId="77777777">
        <w:tc>
          <w:tcPr>
            <w:tcW w:w="2160" w:type="dxa"/>
          </w:tcPr>
          <w:p w14:paraId="56EFEF0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2160" w:type="dxa"/>
          </w:tcPr>
          <w:p w14:paraId="4DB0EF7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17DEF2C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-6.53</w:t>
            </w:r>
          </w:p>
        </w:tc>
        <w:tc>
          <w:tcPr>
            <w:tcW w:w="2160" w:type="dxa"/>
          </w:tcPr>
          <w:p w14:paraId="5F15B5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-5.57</w:t>
            </w:r>
          </w:p>
        </w:tc>
      </w:tr>
      <w:tr w:rsidR="002C4892" w:rsidRPr="00BB0F50" w14:paraId="1655E1E9" w14:textId="77777777">
        <w:tc>
          <w:tcPr>
            <w:tcW w:w="2160" w:type="dxa"/>
          </w:tcPr>
          <w:p w14:paraId="5607D24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2160" w:type="dxa"/>
          </w:tcPr>
          <w:p w14:paraId="051A33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2160" w:type="dxa"/>
          </w:tcPr>
          <w:p w14:paraId="5944E28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-4.35</w:t>
            </w:r>
          </w:p>
        </w:tc>
        <w:tc>
          <w:tcPr>
            <w:tcW w:w="2160" w:type="dxa"/>
          </w:tcPr>
          <w:p w14:paraId="42B434A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-4.08</w:t>
            </w:r>
          </w:p>
        </w:tc>
      </w:tr>
      <w:tr w:rsidR="002C4892" w:rsidRPr="00BB0F50" w14:paraId="160AD7FE" w14:textId="77777777">
        <w:tc>
          <w:tcPr>
            <w:tcW w:w="2160" w:type="dxa"/>
          </w:tcPr>
          <w:p w14:paraId="77C8744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nmar_cal_heavy</w:t>
            </w:r>
          </w:p>
        </w:tc>
        <w:tc>
          <w:tcPr>
            <w:tcW w:w="2160" w:type="dxa"/>
          </w:tcPr>
          <w:p w14:paraId="60225A7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20F5F67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-2.20</w:t>
            </w:r>
          </w:p>
        </w:tc>
        <w:tc>
          <w:tcPr>
            <w:tcW w:w="2160" w:type="dxa"/>
          </w:tcPr>
          <w:p w14:paraId="16FD7F5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-2.20</w:t>
            </w:r>
          </w:p>
        </w:tc>
      </w:tr>
      <w:tr w:rsidR="002C4892" w:rsidRPr="00BB0F50" w14:paraId="5A1E9A8D" w14:textId="77777777">
        <w:tc>
          <w:tcPr>
            <w:tcW w:w="2160" w:type="dxa"/>
          </w:tcPr>
          <w:p w14:paraId="390CE54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2160" w:type="dxa"/>
          </w:tcPr>
          <w:p w14:paraId="3EC4522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0C912E1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-20.52</w:t>
            </w:r>
          </w:p>
        </w:tc>
        <w:tc>
          <w:tcPr>
            <w:tcW w:w="2160" w:type="dxa"/>
          </w:tcPr>
          <w:p w14:paraId="38A2D6F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10.17</w:t>
            </w:r>
          </w:p>
        </w:tc>
      </w:tr>
      <w:tr w:rsidR="002C4892" w:rsidRPr="00BB0F50" w14:paraId="3F9B95C9" w14:textId="77777777">
        <w:tc>
          <w:tcPr>
            <w:tcW w:w="2160" w:type="dxa"/>
          </w:tcPr>
          <w:p w14:paraId="631BE9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2160" w:type="dxa"/>
          </w:tcPr>
          <w:p w14:paraId="40DE16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230F777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-10.29</w:t>
            </w:r>
          </w:p>
        </w:tc>
        <w:tc>
          <w:tcPr>
            <w:tcW w:w="2160" w:type="dxa"/>
          </w:tcPr>
          <w:p w14:paraId="2366F39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0.16</w:t>
            </w:r>
          </w:p>
        </w:tc>
      </w:tr>
      <w:tr w:rsidR="002C4892" w:rsidRPr="00BB0F50" w14:paraId="41B3D79F" w14:textId="77777777">
        <w:tc>
          <w:tcPr>
            <w:tcW w:w="2160" w:type="dxa"/>
          </w:tcPr>
          <w:p w14:paraId="4ECE271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2160" w:type="dxa"/>
          </w:tcPr>
          <w:p w14:paraId="55BFA7B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34917D4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-4.93</w:t>
            </w:r>
          </w:p>
        </w:tc>
        <w:tc>
          <w:tcPr>
            <w:tcW w:w="2160" w:type="dxa"/>
          </w:tcPr>
          <w:p w14:paraId="4C7F10C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-2.20</w:t>
            </w:r>
          </w:p>
        </w:tc>
      </w:tr>
      <w:tr w:rsidR="002C4892" w:rsidRPr="00BB0F50" w14:paraId="5087F53F" w14:textId="77777777">
        <w:tc>
          <w:tcPr>
            <w:tcW w:w="2160" w:type="dxa"/>
          </w:tcPr>
          <w:p w14:paraId="2B63B81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2160" w:type="dxa"/>
          </w:tcPr>
          <w:p w14:paraId="2B9B2A1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2160" w:type="dxa"/>
          </w:tcPr>
          <w:p w14:paraId="7AA9BFD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-1.36</w:t>
            </w:r>
          </w:p>
        </w:tc>
        <w:tc>
          <w:tcPr>
            <w:tcW w:w="2160" w:type="dxa"/>
          </w:tcPr>
          <w:p w14:paraId="5D3189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-0.43</w:t>
            </w:r>
          </w:p>
        </w:tc>
      </w:tr>
      <w:tr w:rsidR="002C4892" w:rsidRPr="00BB0F50" w14:paraId="282CFF48" w14:textId="77777777">
        <w:tc>
          <w:tcPr>
            <w:tcW w:w="2160" w:type="dxa"/>
          </w:tcPr>
          <w:p w14:paraId="0AD8442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nmar_ppd_base</w:t>
            </w:r>
          </w:p>
        </w:tc>
        <w:tc>
          <w:tcPr>
            <w:tcW w:w="2160" w:type="dxa"/>
          </w:tcPr>
          <w:p w14:paraId="25BB9D4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298E8CF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-0.66</w:t>
            </w:r>
          </w:p>
        </w:tc>
        <w:tc>
          <w:tcPr>
            <w:tcW w:w="2160" w:type="dxa"/>
          </w:tcPr>
          <w:p w14:paraId="5CC261C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-0.66</w:t>
            </w:r>
          </w:p>
        </w:tc>
      </w:tr>
      <w:tr w:rsidR="002C4892" w:rsidRPr="00BB0F50" w14:paraId="377AF25A" w14:textId="77777777">
        <w:tc>
          <w:tcPr>
            <w:tcW w:w="2160" w:type="dxa"/>
          </w:tcPr>
          <w:p w14:paraId="614A42A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78EBBD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06DD90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-16.37</w:t>
            </w:r>
          </w:p>
        </w:tc>
        <w:tc>
          <w:tcPr>
            <w:tcW w:w="2160" w:type="dxa"/>
          </w:tcPr>
          <w:p w14:paraId="7CFAAAE4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8.05</w:t>
            </w:r>
          </w:p>
        </w:tc>
      </w:tr>
      <w:tr w:rsidR="002C4892" w:rsidRPr="00BB0F50" w14:paraId="3B7A4C11" w14:textId="77777777">
        <w:tc>
          <w:tcPr>
            <w:tcW w:w="2160" w:type="dxa"/>
          </w:tcPr>
          <w:p w14:paraId="02B0346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3CD6EE65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1C845B28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-8.31</w:t>
            </w:r>
          </w:p>
        </w:tc>
        <w:tc>
          <w:tcPr>
            <w:tcW w:w="2160" w:type="dxa"/>
          </w:tcPr>
          <w:p w14:paraId="1CA9DC6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0.08</w:t>
            </w:r>
          </w:p>
        </w:tc>
      </w:tr>
      <w:tr w:rsidR="002C4892" w:rsidRPr="00BB0F50" w14:paraId="3AED39F9" w14:textId="77777777">
        <w:tc>
          <w:tcPr>
            <w:tcW w:w="2160" w:type="dxa"/>
          </w:tcPr>
          <w:p w14:paraId="5DC4F5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68083AD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1EC6986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-4.13</w:t>
            </w:r>
          </w:p>
        </w:tc>
        <w:tc>
          <w:tcPr>
            <w:tcW w:w="2160" w:type="dxa"/>
          </w:tcPr>
          <w:p w14:paraId="43D0C3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-2.17</w:t>
            </w:r>
          </w:p>
        </w:tc>
      </w:tr>
      <w:tr w:rsidR="002C4892" w:rsidRPr="00BB0F50" w14:paraId="657080C2" w14:textId="77777777">
        <w:tc>
          <w:tcPr>
            <w:tcW w:w="2160" w:type="dxa"/>
          </w:tcPr>
          <w:p w14:paraId="39D5DA6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5C2960B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2160" w:type="dxa"/>
          </w:tcPr>
          <w:p w14:paraId="3A6F18A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-1.36</w:t>
            </w:r>
          </w:p>
        </w:tc>
        <w:tc>
          <w:tcPr>
            <w:tcW w:w="2160" w:type="dxa"/>
          </w:tcPr>
          <w:p w14:paraId="53119AE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-0.75</w:t>
            </w:r>
          </w:p>
        </w:tc>
      </w:tr>
      <w:tr w:rsidR="002C4892" w:rsidRPr="00BB0F50" w14:paraId="4A9691E2" w14:textId="77777777">
        <w:tc>
          <w:tcPr>
            <w:tcW w:w="2160" w:type="dxa"/>
          </w:tcPr>
          <w:p w14:paraId="2808817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nmar_ppd_light</w:t>
            </w:r>
          </w:p>
        </w:tc>
        <w:tc>
          <w:tcPr>
            <w:tcW w:w="2160" w:type="dxa"/>
          </w:tcPr>
          <w:p w14:paraId="695ACCA0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5B690AA3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-0.67</w:t>
            </w:r>
          </w:p>
        </w:tc>
        <w:tc>
          <w:tcPr>
            <w:tcW w:w="2160" w:type="dxa"/>
          </w:tcPr>
          <w:p w14:paraId="67C9FA5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-0.67</w:t>
            </w:r>
          </w:p>
        </w:tc>
      </w:tr>
      <w:tr w:rsidR="002C4892" w:rsidRPr="00BB0F50" w14:paraId="27E58E4B" w14:textId="77777777">
        <w:tc>
          <w:tcPr>
            <w:tcW w:w="2160" w:type="dxa"/>
          </w:tcPr>
          <w:p w14:paraId="0D676B9D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2160" w:type="dxa"/>
          </w:tcPr>
          <w:p w14:paraId="539817B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cal3</w:t>
            </w:r>
          </w:p>
        </w:tc>
        <w:tc>
          <w:tcPr>
            <w:tcW w:w="2160" w:type="dxa"/>
          </w:tcPr>
          <w:p w14:paraId="0CD28B5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-29.30</w:t>
            </w:r>
          </w:p>
        </w:tc>
        <w:tc>
          <w:tcPr>
            <w:tcW w:w="2160" w:type="dxa"/>
          </w:tcPr>
          <w:p w14:paraId="04395E5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13.92</w:t>
            </w:r>
          </w:p>
        </w:tc>
      </w:tr>
      <w:tr w:rsidR="002C4892" w:rsidRPr="00BB0F50" w14:paraId="490ECCAA" w14:textId="77777777">
        <w:tc>
          <w:tcPr>
            <w:tcW w:w="2160" w:type="dxa"/>
          </w:tcPr>
          <w:p w14:paraId="2C90A6C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2160" w:type="dxa"/>
          </w:tcPr>
          <w:p w14:paraId="445B8187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cal4</w:t>
            </w:r>
          </w:p>
        </w:tc>
        <w:tc>
          <w:tcPr>
            <w:tcW w:w="2160" w:type="dxa"/>
          </w:tcPr>
          <w:p w14:paraId="0584F256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-15.12</w:t>
            </w:r>
          </w:p>
        </w:tc>
        <w:tc>
          <w:tcPr>
            <w:tcW w:w="2160" w:type="dxa"/>
          </w:tcPr>
          <w:p w14:paraId="58517BFF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-0.15</w:t>
            </w:r>
          </w:p>
        </w:tc>
      </w:tr>
      <w:tr w:rsidR="002C4892" w:rsidRPr="00BB0F50" w14:paraId="39DAD07C" w14:textId="77777777">
        <w:tc>
          <w:tcPr>
            <w:tcW w:w="2160" w:type="dxa"/>
          </w:tcPr>
          <w:p w14:paraId="57CE663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2160" w:type="dxa"/>
          </w:tcPr>
          <w:p w14:paraId="2434C26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cal5</w:t>
            </w:r>
          </w:p>
        </w:tc>
        <w:tc>
          <w:tcPr>
            <w:tcW w:w="2160" w:type="dxa"/>
          </w:tcPr>
          <w:p w14:paraId="17136CA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-7.84</w:t>
            </w:r>
          </w:p>
        </w:tc>
        <w:tc>
          <w:tcPr>
            <w:tcW w:w="2160" w:type="dxa"/>
          </w:tcPr>
          <w:p w14:paraId="5F3CC83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-0.35</w:t>
            </w:r>
          </w:p>
        </w:tc>
      </w:tr>
      <w:tr w:rsidR="002C4892" w:rsidRPr="00BB0F50" w14:paraId="2D2DD2F5" w14:textId="77777777">
        <w:tc>
          <w:tcPr>
            <w:tcW w:w="2160" w:type="dxa"/>
          </w:tcPr>
          <w:p w14:paraId="1A7CF659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2160" w:type="dxa"/>
          </w:tcPr>
          <w:p w14:paraId="47036AE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ppd5</w:t>
            </w:r>
          </w:p>
        </w:tc>
        <w:tc>
          <w:tcPr>
            <w:tcW w:w="2160" w:type="dxa"/>
          </w:tcPr>
          <w:p w14:paraId="69281C91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-2.85</w:t>
            </w:r>
          </w:p>
        </w:tc>
        <w:tc>
          <w:tcPr>
            <w:tcW w:w="2160" w:type="dxa"/>
          </w:tcPr>
          <w:p w14:paraId="42DCD6EB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-0.99</w:t>
            </w:r>
          </w:p>
        </w:tc>
      </w:tr>
      <w:tr w:rsidR="002C4892" w:rsidRPr="00BB0F50" w14:paraId="059D8366" w14:textId="77777777">
        <w:tc>
          <w:tcPr>
            <w:tcW w:w="2160" w:type="dxa"/>
          </w:tcPr>
          <w:p w14:paraId="5202D5D2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nmar_ppd_heavy</w:t>
            </w:r>
          </w:p>
        </w:tc>
        <w:tc>
          <w:tcPr>
            <w:tcW w:w="2160" w:type="dxa"/>
          </w:tcPr>
          <w:p w14:paraId="51D1CACE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ppd6</w:t>
            </w:r>
          </w:p>
        </w:tc>
        <w:tc>
          <w:tcPr>
            <w:tcW w:w="2160" w:type="dxa"/>
          </w:tcPr>
          <w:p w14:paraId="785E21CA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-1.47</w:t>
            </w:r>
          </w:p>
        </w:tc>
        <w:tc>
          <w:tcPr>
            <w:tcW w:w="2160" w:type="dxa"/>
          </w:tcPr>
          <w:p w14:paraId="4E43443C" w14:textId="77777777" w:rsidR="002C4892" w:rsidRPr="00BB0F50" w:rsidRDefault="00000000">
            <w:pPr>
              <w:rPr>
                <w:sz w:val="24"/>
                <w:szCs w:val="24"/>
              </w:rPr>
            </w:pPr>
            <w:r w:rsidRPr="00BB0F50">
              <w:rPr>
                <w:sz w:val="24"/>
                <w:szCs w:val="24"/>
              </w:rPr>
              <w:t>-1.47</w:t>
            </w:r>
          </w:p>
        </w:tc>
      </w:tr>
    </w:tbl>
    <w:p w14:paraId="34B4400C" w14:textId="51A87273" w:rsidR="002C4892" w:rsidRPr="00BB0F50" w:rsidRDefault="002C4892">
      <w:pPr>
        <w:rPr>
          <w:sz w:val="24"/>
          <w:szCs w:val="24"/>
        </w:rPr>
      </w:pPr>
    </w:p>
    <w:sectPr w:rsidR="002C4892" w:rsidRPr="00BB0F50" w:rsidSect="00034616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8C792" w14:textId="77777777" w:rsidR="006A2E95" w:rsidRDefault="006A2E95" w:rsidP="00EE7182">
      <w:pPr>
        <w:spacing w:after="0" w:line="240" w:lineRule="auto"/>
      </w:pPr>
      <w:r>
        <w:separator/>
      </w:r>
    </w:p>
  </w:endnote>
  <w:endnote w:type="continuationSeparator" w:id="0">
    <w:p w14:paraId="343C8712" w14:textId="77777777" w:rsidR="006A2E95" w:rsidRDefault="006A2E95" w:rsidP="00EE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9"/>
      </w:rPr>
      <w:id w:val="-961721472"/>
      <w:docPartObj>
        <w:docPartGallery w:val="Page Numbers (Bottom of Page)"/>
        <w:docPartUnique/>
      </w:docPartObj>
    </w:sdtPr>
    <w:sdtContent>
      <w:p w14:paraId="7DBF94E3" w14:textId="0AE737E0" w:rsidR="00EE7182" w:rsidRDefault="00EE7182" w:rsidP="006B134D">
        <w:pPr>
          <w:pStyle w:val="a7"/>
          <w:framePr w:wrap="none" w:vAnchor="text" w:hAnchor="margin" w:xAlign="center" w:y="1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end"/>
        </w:r>
      </w:p>
    </w:sdtContent>
  </w:sdt>
  <w:p w14:paraId="53734062" w14:textId="77777777" w:rsidR="00EE7182" w:rsidRDefault="00EE718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9"/>
      </w:rPr>
      <w:id w:val="-437288812"/>
      <w:docPartObj>
        <w:docPartGallery w:val="Page Numbers (Bottom of Page)"/>
        <w:docPartUnique/>
      </w:docPartObj>
    </w:sdtPr>
    <w:sdtContent>
      <w:p w14:paraId="640D11E6" w14:textId="17A20D07" w:rsidR="00EE7182" w:rsidRDefault="00EE7182" w:rsidP="006B134D">
        <w:pPr>
          <w:pStyle w:val="a7"/>
          <w:framePr w:wrap="none" w:vAnchor="text" w:hAnchor="margin" w:xAlign="center" w:y="1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separate"/>
        </w:r>
        <w:r>
          <w:rPr>
            <w:rStyle w:val="aff9"/>
            <w:noProof/>
          </w:rPr>
          <w:t>1</w:t>
        </w:r>
        <w:r>
          <w:rPr>
            <w:rStyle w:val="aff9"/>
          </w:rPr>
          <w:fldChar w:fldCharType="end"/>
        </w:r>
      </w:p>
    </w:sdtContent>
  </w:sdt>
  <w:p w14:paraId="656B6EA5" w14:textId="77777777" w:rsidR="00EE7182" w:rsidRDefault="00EE71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D76FA" w14:textId="77777777" w:rsidR="006A2E95" w:rsidRDefault="006A2E95" w:rsidP="00EE7182">
      <w:pPr>
        <w:spacing w:after="0" w:line="240" w:lineRule="auto"/>
      </w:pPr>
      <w:r>
        <w:separator/>
      </w:r>
    </w:p>
  </w:footnote>
  <w:footnote w:type="continuationSeparator" w:id="0">
    <w:p w14:paraId="6518DD14" w14:textId="77777777" w:rsidR="006A2E95" w:rsidRDefault="006A2E95" w:rsidP="00EE7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6861496">
    <w:abstractNumId w:val="8"/>
  </w:num>
  <w:num w:numId="2" w16cid:durableId="479034514">
    <w:abstractNumId w:val="6"/>
  </w:num>
  <w:num w:numId="3" w16cid:durableId="282273436">
    <w:abstractNumId w:val="5"/>
  </w:num>
  <w:num w:numId="4" w16cid:durableId="1257983835">
    <w:abstractNumId w:val="4"/>
  </w:num>
  <w:num w:numId="5" w16cid:durableId="670761416">
    <w:abstractNumId w:val="7"/>
  </w:num>
  <w:num w:numId="6" w16cid:durableId="1809320662">
    <w:abstractNumId w:val="3"/>
  </w:num>
  <w:num w:numId="7" w16cid:durableId="94985534">
    <w:abstractNumId w:val="2"/>
  </w:num>
  <w:num w:numId="8" w16cid:durableId="2128816772">
    <w:abstractNumId w:val="1"/>
  </w:num>
  <w:num w:numId="9" w16cid:durableId="1831948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569"/>
    <w:rsid w:val="0006063C"/>
    <w:rsid w:val="0015074B"/>
    <w:rsid w:val="0029639D"/>
    <w:rsid w:val="002A7592"/>
    <w:rsid w:val="002C4892"/>
    <w:rsid w:val="00326F90"/>
    <w:rsid w:val="006842B3"/>
    <w:rsid w:val="006A2E95"/>
    <w:rsid w:val="00867FAF"/>
    <w:rsid w:val="00943035"/>
    <w:rsid w:val="00AA1D8D"/>
    <w:rsid w:val="00B002E6"/>
    <w:rsid w:val="00B142F5"/>
    <w:rsid w:val="00B47730"/>
    <w:rsid w:val="00BB0F50"/>
    <w:rsid w:val="00CB0664"/>
    <w:rsid w:val="00D62FE9"/>
    <w:rsid w:val="00DA6091"/>
    <w:rsid w:val="00DB709D"/>
    <w:rsid w:val="00EE71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D15B38"/>
  <w14:defaultImageDpi w14:val="300"/>
  <w15:docId w15:val="{13E9B223-8FD1-A54D-8895-3ECA9705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/>
    </w:pPr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9">
    <w:name w:val="page number"/>
    <w:basedOn w:val="a2"/>
    <w:uiPriority w:val="99"/>
    <w:semiHidden/>
    <w:unhideWhenUsed/>
    <w:rsid w:val="00EE7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36</Pages>
  <Words>6608</Words>
  <Characters>38133</Characters>
  <Application>Microsoft Office Word</Application>
  <DocSecurity>0</DocSecurity>
  <Lines>1089</Lines>
  <Paragraphs>828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Pinyan LIU</cp:lastModifiedBy>
  <cp:revision>16</cp:revision>
  <dcterms:created xsi:type="dcterms:W3CDTF">2013-12-23T23:15:00Z</dcterms:created>
  <dcterms:modified xsi:type="dcterms:W3CDTF">2026-05-13T06:59:00Z</dcterms:modified>
  <cp:category/>
</cp:coreProperties>
</file>