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2881A" w14:textId="77777777" w:rsidR="0003230C" w:rsidRDefault="005D7D2F">
      <w:pPr>
        <w:jc w:val="center"/>
      </w:pPr>
      <w:r>
        <w:rPr>
          <w:b/>
          <w:sz w:val="30"/>
        </w:rPr>
        <w:t>APPENDICES</w:t>
      </w:r>
    </w:p>
    <w:p w14:paraId="1710BEF3" w14:textId="77777777" w:rsidR="0003230C" w:rsidRDefault="005D7D2F" w:rsidP="00516C6E">
      <w:pPr>
        <w:spacing w:after="60"/>
        <w:jc w:val="center"/>
      </w:pPr>
      <w:r>
        <w:rPr>
          <w:b/>
          <w:color w:val="1F4E79"/>
          <w:sz w:val="24"/>
        </w:rPr>
        <w:t>Appendix A. Propensity to Disclose Electronic Rumors on Social Media Scale</w:t>
      </w:r>
    </w:p>
    <w:p w14:paraId="787A2459" w14:textId="77777777" w:rsidR="0003230C" w:rsidRDefault="005D7D2F">
      <w:pPr>
        <w:spacing w:after="80"/>
      </w:pPr>
      <w:r>
        <w:rPr>
          <w:b/>
        </w:rPr>
        <w:t xml:space="preserve">Instructions. </w:t>
      </w:r>
      <w:r>
        <w:t>Please place a check mark (✓) in the response category that best reflects the extent to which each statement applies to you.</w:t>
      </w:r>
    </w:p>
    <w:p w14:paraId="00D173C1" w14:textId="77777777" w:rsidR="0003230C" w:rsidRDefault="005D7D2F">
      <w:pPr>
        <w:spacing w:after="100"/>
      </w:pPr>
      <w:r>
        <w:rPr>
          <w:b/>
        </w:rPr>
        <w:t xml:space="preserve">Response continuum. </w:t>
      </w:r>
      <w:r>
        <w:t>Applies to Me Very Strongly; Applies to Me; Applies Sometimes; Applies Rarely; Does Not Apply to Me.</w:t>
      </w:r>
    </w:p>
    <w:p w14:paraId="7E526BAE" w14:textId="77777777" w:rsidR="0003230C" w:rsidRDefault="005D7D2F" w:rsidP="00516C6E">
      <w:pPr>
        <w:spacing w:before="80" w:after="40"/>
        <w:ind w:firstLine="720"/>
      </w:pPr>
      <w:r>
        <w:rPr>
          <w:b/>
        </w:rPr>
        <w:t>Dimension 1. Suggestibility / Credulity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7257"/>
        <w:gridCol w:w="1219"/>
        <w:gridCol w:w="1134"/>
        <w:gridCol w:w="1134"/>
        <w:gridCol w:w="1134"/>
        <w:gridCol w:w="1219"/>
      </w:tblGrid>
      <w:tr w:rsidR="0003230C" w14:paraId="5D14536D" w14:textId="77777777">
        <w:trPr>
          <w:tblHeader/>
          <w:jc w:val="center"/>
        </w:trPr>
        <w:tc>
          <w:tcPr>
            <w:tcW w:w="567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F9F7BC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7257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A1C08A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Item Statement</w:t>
            </w:r>
          </w:p>
        </w:tc>
        <w:tc>
          <w:tcPr>
            <w:tcW w:w="1219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642E6C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Applies</w:t>
            </w:r>
            <w:r>
              <w:rPr>
                <w:b/>
                <w:sz w:val="18"/>
              </w:rPr>
              <w:br/>
              <w:t>Very Strongly</w:t>
            </w:r>
          </w:p>
        </w:tc>
        <w:tc>
          <w:tcPr>
            <w:tcW w:w="1134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55B93B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Applies</w:t>
            </w:r>
            <w:r>
              <w:rPr>
                <w:b/>
                <w:sz w:val="18"/>
              </w:rPr>
              <w:br/>
              <w:t>to Me</w:t>
            </w:r>
          </w:p>
        </w:tc>
        <w:tc>
          <w:tcPr>
            <w:tcW w:w="1134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AFD7AA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Applies</w:t>
            </w:r>
            <w:r>
              <w:rPr>
                <w:b/>
                <w:sz w:val="18"/>
              </w:rPr>
              <w:br/>
              <w:t>Sometimes</w:t>
            </w:r>
          </w:p>
        </w:tc>
        <w:tc>
          <w:tcPr>
            <w:tcW w:w="1134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F15652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Applies</w:t>
            </w:r>
            <w:r>
              <w:rPr>
                <w:b/>
                <w:sz w:val="18"/>
              </w:rPr>
              <w:br/>
              <w:t>Rarely</w:t>
            </w:r>
          </w:p>
        </w:tc>
        <w:tc>
          <w:tcPr>
            <w:tcW w:w="1219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895F28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Does Not</w:t>
            </w:r>
            <w:r>
              <w:rPr>
                <w:b/>
                <w:sz w:val="18"/>
              </w:rPr>
              <w:br/>
              <w:t>Apply</w:t>
            </w:r>
          </w:p>
        </w:tc>
      </w:tr>
      <w:tr w:rsidR="0003230C" w14:paraId="227F1FEA" w14:textId="77777777">
        <w:trPr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D16AE4" w14:textId="77777777" w:rsidR="0003230C" w:rsidRDefault="005D7D2F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72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FE950E" w14:textId="77777777" w:rsidR="0003230C" w:rsidRDefault="005D7D2F">
            <w:r>
              <w:rPr>
                <w:sz w:val="18"/>
              </w:rPr>
              <w:t>I do not pass on information that I hear without first verifying its accuracy.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A90709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7FD304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CF05EA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22A419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FE0E7F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  <w:tr w:rsidR="0003230C" w14:paraId="6956612C" w14:textId="77777777">
        <w:trPr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F81E91" w14:textId="77777777" w:rsidR="0003230C" w:rsidRDefault="005D7D2F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72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B949E3" w14:textId="77777777" w:rsidR="0003230C" w:rsidRDefault="005D7D2F">
            <w:r>
              <w:rPr>
                <w:sz w:val="18"/>
              </w:rPr>
              <w:t>I tend to believe everything published on the internet.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545F90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E2D67B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4AE4E1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3B6E6B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07E12E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  <w:tr w:rsidR="0003230C" w14:paraId="2CF67744" w14:textId="77777777">
        <w:trPr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DACF6B" w14:textId="77777777" w:rsidR="0003230C" w:rsidRDefault="005D7D2F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72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540E12" w14:textId="77777777" w:rsidR="0003230C" w:rsidRDefault="005D7D2F">
            <w:r>
              <w:rPr>
                <w:sz w:val="18"/>
              </w:rPr>
              <w:t>I am easily influenced by unconfirmed news circulated by others.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AC85FB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9CC5ED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61E37A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6072A6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1B0E0A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</w:tbl>
    <w:p w14:paraId="064A392F" w14:textId="77777777" w:rsidR="0003230C" w:rsidRDefault="005D7D2F" w:rsidP="00516C6E">
      <w:pPr>
        <w:spacing w:before="80" w:after="40"/>
        <w:ind w:firstLine="720"/>
      </w:pPr>
      <w:r>
        <w:rPr>
          <w:b/>
        </w:rPr>
        <w:t>Dimension 2. Personal Dispositions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7257"/>
        <w:gridCol w:w="1219"/>
        <w:gridCol w:w="1134"/>
        <w:gridCol w:w="1134"/>
        <w:gridCol w:w="1134"/>
        <w:gridCol w:w="1219"/>
      </w:tblGrid>
      <w:tr w:rsidR="0003230C" w14:paraId="5BE0AC33" w14:textId="77777777">
        <w:trPr>
          <w:tblHeader/>
          <w:jc w:val="center"/>
        </w:trPr>
        <w:tc>
          <w:tcPr>
            <w:tcW w:w="567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806C81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7257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CF860E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Item Statement</w:t>
            </w:r>
          </w:p>
        </w:tc>
        <w:tc>
          <w:tcPr>
            <w:tcW w:w="1219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567DDC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Applies</w:t>
            </w:r>
            <w:r>
              <w:rPr>
                <w:b/>
                <w:sz w:val="18"/>
              </w:rPr>
              <w:br/>
              <w:t>Very Strongly</w:t>
            </w:r>
          </w:p>
        </w:tc>
        <w:tc>
          <w:tcPr>
            <w:tcW w:w="1134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27324B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Applies</w:t>
            </w:r>
            <w:r>
              <w:rPr>
                <w:b/>
                <w:sz w:val="18"/>
              </w:rPr>
              <w:br/>
              <w:t>to Me</w:t>
            </w:r>
          </w:p>
        </w:tc>
        <w:tc>
          <w:tcPr>
            <w:tcW w:w="1134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C14B21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Applies</w:t>
            </w:r>
            <w:r>
              <w:rPr>
                <w:b/>
                <w:sz w:val="18"/>
              </w:rPr>
              <w:br/>
              <w:t>Sometimes</w:t>
            </w:r>
          </w:p>
        </w:tc>
        <w:tc>
          <w:tcPr>
            <w:tcW w:w="1134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6BE956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Applies</w:t>
            </w:r>
            <w:r>
              <w:rPr>
                <w:b/>
                <w:sz w:val="18"/>
              </w:rPr>
              <w:br/>
              <w:t>Rarely</w:t>
            </w:r>
          </w:p>
        </w:tc>
        <w:tc>
          <w:tcPr>
            <w:tcW w:w="1219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E3527E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Does Not</w:t>
            </w:r>
            <w:r>
              <w:rPr>
                <w:b/>
                <w:sz w:val="18"/>
              </w:rPr>
              <w:br/>
              <w:t>Apply</w:t>
            </w:r>
          </w:p>
        </w:tc>
      </w:tr>
      <w:tr w:rsidR="0003230C" w14:paraId="3691E7E4" w14:textId="77777777">
        <w:trPr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3B0741" w14:textId="77777777" w:rsidR="0003230C" w:rsidRDefault="005D7D2F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72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922393" w14:textId="77777777" w:rsidR="0003230C" w:rsidRDefault="005D7D2F">
            <w:r>
              <w:rPr>
                <w:sz w:val="18"/>
              </w:rPr>
              <w:t>I feel curious about stories that have not yet been verified.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6BABE0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AD7251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073AE9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6BB9F0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C8F5FF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  <w:tr w:rsidR="0003230C" w14:paraId="74F0EA3E" w14:textId="77777777">
        <w:trPr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79EEC5" w14:textId="77777777" w:rsidR="0003230C" w:rsidRDefault="005D7D2F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72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C9C658" w14:textId="77777777" w:rsidR="0003230C" w:rsidRDefault="005D7D2F">
            <w:r>
              <w:rPr>
                <w:sz w:val="18"/>
              </w:rPr>
              <w:t>I feel responsible when transmitting information to others.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CB0272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29BF81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A4ADE1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AF4783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573DF6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  <w:tr w:rsidR="0003230C" w14:paraId="1AE633BF" w14:textId="77777777">
        <w:trPr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5751AB" w14:textId="77777777" w:rsidR="0003230C" w:rsidRDefault="005D7D2F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72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E504C9" w14:textId="77777777" w:rsidR="0003230C" w:rsidRDefault="005D7D2F">
            <w:r>
              <w:rPr>
                <w:sz w:val="18"/>
              </w:rPr>
              <w:t>I do not like sharing sensational news with others.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F54991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142283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7C9F1B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F0AC65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127382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  <w:tr w:rsidR="0003230C" w14:paraId="1D5B820C" w14:textId="77777777">
        <w:trPr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5BE10F" w14:textId="77777777" w:rsidR="0003230C" w:rsidRDefault="005D7D2F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72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D5B88B" w14:textId="77777777" w:rsidR="0003230C" w:rsidRDefault="005D7D2F">
            <w:r>
              <w:rPr>
                <w:sz w:val="18"/>
              </w:rPr>
              <w:t>I refrain from posting about an issue without first checking the accuracy of the information.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1579E6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F23861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69DA8D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F209B3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6ACD86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</w:tbl>
    <w:p w14:paraId="5A98BD48" w14:textId="77777777" w:rsidR="0003230C" w:rsidRDefault="005D7D2F" w:rsidP="00516C6E">
      <w:pPr>
        <w:spacing w:before="80" w:after="40"/>
        <w:ind w:firstLine="720"/>
      </w:pPr>
      <w:r>
        <w:rPr>
          <w:b/>
        </w:rPr>
        <w:t>Dimension 3. Digital Awareness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7257"/>
        <w:gridCol w:w="1219"/>
        <w:gridCol w:w="1134"/>
        <w:gridCol w:w="1134"/>
        <w:gridCol w:w="1134"/>
        <w:gridCol w:w="1219"/>
      </w:tblGrid>
      <w:tr w:rsidR="0003230C" w14:paraId="2AFB7EB6" w14:textId="77777777">
        <w:trPr>
          <w:tblHeader/>
          <w:jc w:val="center"/>
        </w:trPr>
        <w:tc>
          <w:tcPr>
            <w:tcW w:w="567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A25277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7257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427ADE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Item Statement</w:t>
            </w:r>
          </w:p>
        </w:tc>
        <w:tc>
          <w:tcPr>
            <w:tcW w:w="1219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70761C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Applies</w:t>
            </w:r>
            <w:r>
              <w:rPr>
                <w:b/>
                <w:sz w:val="18"/>
              </w:rPr>
              <w:br/>
              <w:t>Very Strongly</w:t>
            </w:r>
          </w:p>
        </w:tc>
        <w:tc>
          <w:tcPr>
            <w:tcW w:w="1134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6FD361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Applies</w:t>
            </w:r>
            <w:r>
              <w:rPr>
                <w:b/>
                <w:sz w:val="18"/>
              </w:rPr>
              <w:br/>
              <w:t>to Me</w:t>
            </w:r>
          </w:p>
        </w:tc>
        <w:tc>
          <w:tcPr>
            <w:tcW w:w="1134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0D2DD2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Applies</w:t>
            </w:r>
            <w:r>
              <w:rPr>
                <w:b/>
                <w:sz w:val="18"/>
              </w:rPr>
              <w:br/>
              <w:t>Sometimes</w:t>
            </w:r>
          </w:p>
        </w:tc>
        <w:tc>
          <w:tcPr>
            <w:tcW w:w="1134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A39540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Applies</w:t>
            </w:r>
            <w:r>
              <w:rPr>
                <w:b/>
                <w:sz w:val="18"/>
              </w:rPr>
              <w:br/>
              <w:t>Rarely</w:t>
            </w:r>
          </w:p>
        </w:tc>
        <w:tc>
          <w:tcPr>
            <w:tcW w:w="1219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A1886D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Does Not</w:t>
            </w:r>
            <w:r>
              <w:rPr>
                <w:b/>
                <w:sz w:val="18"/>
              </w:rPr>
              <w:br/>
              <w:t>Apply</w:t>
            </w:r>
          </w:p>
        </w:tc>
      </w:tr>
      <w:tr w:rsidR="0003230C" w14:paraId="0C3E2874" w14:textId="77777777">
        <w:trPr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38E00A" w14:textId="77777777" w:rsidR="0003230C" w:rsidRDefault="005D7D2F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72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F7A3E4" w14:textId="77777777" w:rsidR="0003230C" w:rsidRDefault="005D7D2F">
            <w:r>
              <w:rPr>
                <w:sz w:val="18"/>
              </w:rPr>
              <w:t>I believe it is important to warn others about suspicious matters.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574DE1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53615F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CB2890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E01F37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1A410B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  <w:tr w:rsidR="0003230C" w14:paraId="3A1499AD" w14:textId="77777777">
        <w:trPr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A29B5E" w14:textId="77777777" w:rsidR="0003230C" w:rsidRDefault="005D7D2F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72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2F4BF3" w14:textId="77777777" w:rsidR="0003230C" w:rsidRDefault="005D7D2F">
            <w:r>
              <w:rPr>
                <w:sz w:val="18"/>
              </w:rPr>
              <w:t>I think that passing on unreliable information can be harmful.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818B35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C6599B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6851A0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101115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6C480B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  <w:tr w:rsidR="0003230C" w14:paraId="17BBA41D" w14:textId="77777777">
        <w:trPr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5846DB" w14:textId="77777777" w:rsidR="0003230C" w:rsidRDefault="005D7D2F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72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A32490" w14:textId="77777777" w:rsidR="0003230C" w:rsidRDefault="005D7D2F">
            <w:r>
              <w:rPr>
                <w:sz w:val="18"/>
              </w:rPr>
              <w:t>I consult multiple sources before posting any news item.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BE7C76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B96DAB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B118CE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116F06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DD315D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</w:tbl>
    <w:p w14:paraId="629B4547" w14:textId="77777777" w:rsidR="0013348D" w:rsidRDefault="0013348D" w:rsidP="00516C6E">
      <w:pPr>
        <w:spacing w:before="80" w:after="40"/>
        <w:ind w:firstLine="720"/>
        <w:rPr>
          <w:b/>
        </w:rPr>
      </w:pPr>
    </w:p>
    <w:p w14:paraId="7BB9049E" w14:textId="77777777" w:rsidR="0013348D" w:rsidRDefault="0013348D" w:rsidP="00516C6E">
      <w:pPr>
        <w:spacing w:before="80" w:after="40"/>
        <w:ind w:firstLine="720"/>
        <w:rPr>
          <w:b/>
        </w:rPr>
      </w:pPr>
    </w:p>
    <w:p w14:paraId="2270D647" w14:textId="77777777" w:rsidR="0013348D" w:rsidRDefault="0013348D" w:rsidP="00516C6E">
      <w:pPr>
        <w:spacing w:before="80" w:after="40"/>
        <w:ind w:firstLine="720"/>
        <w:rPr>
          <w:b/>
        </w:rPr>
      </w:pPr>
    </w:p>
    <w:p w14:paraId="70FFB0F6" w14:textId="77777777" w:rsidR="0013348D" w:rsidRDefault="0013348D" w:rsidP="00516C6E">
      <w:pPr>
        <w:spacing w:before="80" w:after="40"/>
        <w:ind w:firstLine="720"/>
        <w:rPr>
          <w:b/>
        </w:rPr>
      </w:pPr>
    </w:p>
    <w:p w14:paraId="1493B285" w14:textId="5DD93629" w:rsidR="0003230C" w:rsidRDefault="005D7D2F" w:rsidP="00516C6E">
      <w:pPr>
        <w:spacing w:before="80" w:after="40"/>
        <w:ind w:firstLine="720"/>
      </w:pPr>
      <w:r>
        <w:rPr>
          <w:b/>
        </w:rPr>
        <w:lastRenderedPageBreak/>
        <w:t>Dimension 4. Attitudes Toward Information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7257"/>
        <w:gridCol w:w="1219"/>
        <w:gridCol w:w="1134"/>
        <w:gridCol w:w="1134"/>
        <w:gridCol w:w="1134"/>
        <w:gridCol w:w="1219"/>
      </w:tblGrid>
      <w:tr w:rsidR="0003230C" w14:paraId="656B99F1" w14:textId="77777777">
        <w:trPr>
          <w:tblHeader/>
          <w:jc w:val="center"/>
        </w:trPr>
        <w:tc>
          <w:tcPr>
            <w:tcW w:w="567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3464D3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7257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0C9139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Item Statement</w:t>
            </w:r>
          </w:p>
        </w:tc>
        <w:tc>
          <w:tcPr>
            <w:tcW w:w="1219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2C15BE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Applies</w:t>
            </w:r>
            <w:r>
              <w:rPr>
                <w:b/>
                <w:sz w:val="18"/>
              </w:rPr>
              <w:br/>
              <w:t>Very Strongly</w:t>
            </w:r>
          </w:p>
        </w:tc>
        <w:tc>
          <w:tcPr>
            <w:tcW w:w="1134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4AFDC2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Applies</w:t>
            </w:r>
            <w:r>
              <w:rPr>
                <w:b/>
                <w:sz w:val="18"/>
              </w:rPr>
              <w:br/>
              <w:t>to Me</w:t>
            </w:r>
          </w:p>
        </w:tc>
        <w:tc>
          <w:tcPr>
            <w:tcW w:w="1134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F5A5E3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Applies</w:t>
            </w:r>
            <w:r>
              <w:rPr>
                <w:b/>
                <w:sz w:val="18"/>
              </w:rPr>
              <w:br/>
              <w:t>Sometimes</w:t>
            </w:r>
          </w:p>
        </w:tc>
        <w:tc>
          <w:tcPr>
            <w:tcW w:w="1134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E9C7F6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Applies</w:t>
            </w:r>
            <w:r>
              <w:rPr>
                <w:b/>
                <w:sz w:val="18"/>
              </w:rPr>
              <w:br/>
              <w:t>Rarely</w:t>
            </w:r>
          </w:p>
        </w:tc>
        <w:tc>
          <w:tcPr>
            <w:tcW w:w="1219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A90D2E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Does Not</w:t>
            </w:r>
            <w:r>
              <w:rPr>
                <w:b/>
                <w:sz w:val="18"/>
              </w:rPr>
              <w:br/>
              <w:t>Apply</w:t>
            </w:r>
          </w:p>
        </w:tc>
      </w:tr>
      <w:tr w:rsidR="0003230C" w14:paraId="661420A0" w14:textId="77777777">
        <w:trPr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FD92AE" w14:textId="77777777" w:rsidR="0003230C" w:rsidRDefault="005D7D2F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72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F11F22" w14:textId="77777777" w:rsidR="0003230C" w:rsidRDefault="005D7D2F">
            <w:r>
              <w:rPr>
                <w:sz w:val="18"/>
              </w:rPr>
              <w:t>I do not mind sharing unconfirmed news if it is interesting.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445A5B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4B2A68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A686FC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955C07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F820EE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  <w:tr w:rsidR="0003230C" w14:paraId="6DEC3529" w14:textId="77777777">
        <w:trPr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3495FC" w14:textId="77777777" w:rsidR="0003230C" w:rsidRDefault="005D7D2F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72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6AA1B0" w14:textId="77777777" w:rsidR="0003230C" w:rsidRDefault="005D7D2F">
            <w:r>
              <w:rPr>
                <w:sz w:val="18"/>
              </w:rPr>
              <w:t>I feel proud when I convey information that others have not heard before.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C9BF2A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B7B37B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6D4E07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571BF1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D7A545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  <w:tr w:rsidR="0003230C" w14:paraId="12AB77C8" w14:textId="77777777">
        <w:trPr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C051B8" w14:textId="77777777" w:rsidR="0003230C" w:rsidRDefault="005D7D2F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72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0BC202" w14:textId="77777777" w:rsidR="0003230C" w:rsidRDefault="005D7D2F">
            <w:r>
              <w:rPr>
                <w:sz w:val="18"/>
              </w:rPr>
              <w:t>I do not share news quickly without checking its accuracy.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1E891E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7EF4D4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834AF3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DF0F43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596604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</w:tbl>
    <w:p w14:paraId="571EDC57" w14:textId="77777777" w:rsidR="0003230C" w:rsidRDefault="005D7D2F" w:rsidP="00516C6E">
      <w:pPr>
        <w:spacing w:before="80" w:after="40"/>
        <w:ind w:firstLine="720"/>
      </w:pPr>
      <w:r>
        <w:rPr>
          <w:b/>
        </w:rPr>
        <w:t>Dimension 5. Social Influence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7257"/>
        <w:gridCol w:w="1219"/>
        <w:gridCol w:w="1134"/>
        <w:gridCol w:w="1134"/>
        <w:gridCol w:w="1134"/>
        <w:gridCol w:w="1219"/>
      </w:tblGrid>
      <w:tr w:rsidR="0003230C" w14:paraId="135BDE20" w14:textId="77777777">
        <w:trPr>
          <w:tblHeader/>
          <w:jc w:val="center"/>
        </w:trPr>
        <w:tc>
          <w:tcPr>
            <w:tcW w:w="567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F7E7A5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7257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7E9051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Item Statement</w:t>
            </w:r>
          </w:p>
        </w:tc>
        <w:tc>
          <w:tcPr>
            <w:tcW w:w="1219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733210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Applies</w:t>
            </w:r>
            <w:r>
              <w:rPr>
                <w:b/>
                <w:sz w:val="18"/>
              </w:rPr>
              <w:br/>
              <w:t>Very Strongly</w:t>
            </w:r>
          </w:p>
        </w:tc>
        <w:tc>
          <w:tcPr>
            <w:tcW w:w="1134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548A53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Applies</w:t>
            </w:r>
            <w:r>
              <w:rPr>
                <w:b/>
                <w:sz w:val="18"/>
              </w:rPr>
              <w:br/>
              <w:t>to Me</w:t>
            </w:r>
          </w:p>
        </w:tc>
        <w:tc>
          <w:tcPr>
            <w:tcW w:w="1134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4B4508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Applies</w:t>
            </w:r>
            <w:r>
              <w:rPr>
                <w:b/>
                <w:sz w:val="18"/>
              </w:rPr>
              <w:br/>
              <w:t>Sometimes</w:t>
            </w:r>
          </w:p>
        </w:tc>
        <w:tc>
          <w:tcPr>
            <w:tcW w:w="1134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A40432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Applies</w:t>
            </w:r>
            <w:r>
              <w:rPr>
                <w:b/>
                <w:sz w:val="18"/>
              </w:rPr>
              <w:br/>
              <w:t>Rarely</w:t>
            </w:r>
          </w:p>
        </w:tc>
        <w:tc>
          <w:tcPr>
            <w:tcW w:w="1219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41C629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Does Not</w:t>
            </w:r>
            <w:r>
              <w:rPr>
                <w:b/>
                <w:sz w:val="18"/>
              </w:rPr>
              <w:br/>
              <w:t>Apply</w:t>
            </w:r>
          </w:p>
        </w:tc>
      </w:tr>
      <w:tr w:rsidR="0003230C" w14:paraId="1B78A5FA" w14:textId="77777777">
        <w:trPr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653330" w14:textId="77777777" w:rsidR="0003230C" w:rsidRDefault="005D7D2F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72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698FCE" w14:textId="77777777" w:rsidR="0003230C" w:rsidRDefault="005D7D2F">
            <w:r>
              <w:rPr>
                <w:sz w:val="18"/>
              </w:rPr>
              <w:t>I am not easily influenced by what my friends and family post.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BEA3BB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9C2B3A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33384C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03888F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9AC4B2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  <w:tr w:rsidR="0003230C" w14:paraId="43BED643" w14:textId="77777777">
        <w:trPr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841BF8" w14:textId="77777777" w:rsidR="0003230C" w:rsidRDefault="005D7D2F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72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31E31E" w14:textId="77777777" w:rsidR="0003230C" w:rsidRDefault="005D7D2F">
            <w:r>
              <w:rPr>
                <w:sz w:val="18"/>
              </w:rPr>
              <w:t>I rely on news shared by people close to me.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E2D0A2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6AD5C8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98281B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477477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4BDF35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  <w:tr w:rsidR="0003230C" w14:paraId="74D4798E" w14:textId="77777777">
        <w:trPr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2E924C" w14:textId="77777777" w:rsidR="0003230C" w:rsidRDefault="005D7D2F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725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AF2BCE" w14:textId="77777777" w:rsidR="0003230C" w:rsidRDefault="005D7D2F">
            <w:r>
              <w:rPr>
                <w:sz w:val="18"/>
              </w:rPr>
              <w:t>I feel gratified when I am a source of new information.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30282C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81EB84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34DE07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36796C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DD1DFF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</w:tbl>
    <w:p w14:paraId="16482616" w14:textId="29A7CCEA" w:rsidR="0003230C" w:rsidRDefault="005D7D2F">
      <w:pPr>
        <w:spacing w:before="80"/>
      </w:pPr>
      <w:r>
        <w:rPr>
          <w:b/>
        </w:rPr>
        <w:t xml:space="preserve">Scoring note. </w:t>
      </w:r>
      <w:r>
        <w:t xml:space="preserve">The response categories may be coded 5–1 in the following order: Applies to Me Very Strongly = 5, Applies to Me = 4, Applies Sometimes = 3, Applies Rarely = 2, Does Not Apply to Me = 1. Negatively worded items </w:t>
      </w:r>
      <w:r w:rsidR="0013348D">
        <w:t>were</w:t>
      </w:r>
      <w:r>
        <w:t xml:space="preserve"> </w:t>
      </w:r>
      <w:proofErr w:type="gramStart"/>
      <w:r>
        <w:t>reverse-scored</w:t>
      </w:r>
      <w:proofErr w:type="gramEnd"/>
      <w:r>
        <w:t xml:space="preserve"> in the final scoring key.</w:t>
      </w:r>
    </w:p>
    <w:p w14:paraId="68E9EA3D" w14:textId="77777777" w:rsidR="0003230C" w:rsidRDefault="005D7D2F">
      <w:r>
        <w:br w:type="page"/>
      </w:r>
    </w:p>
    <w:p w14:paraId="70CC149A" w14:textId="77777777" w:rsidR="0003230C" w:rsidRDefault="005D7D2F" w:rsidP="00516C6E">
      <w:pPr>
        <w:spacing w:after="60"/>
        <w:jc w:val="center"/>
      </w:pPr>
      <w:r>
        <w:rPr>
          <w:b/>
          <w:color w:val="1F4E79"/>
          <w:sz w:val="24"/>
        </w:rPr>
        <w:lastRenderedPageBreak/>
        <w:t>Appendix B. Psychological Resilience Scale: Administration and Scoring Framework</w:t>
      </w:r>
    </w:p>
    <w:p w14:paraId="603F4E1B" w14:textId="7541DE97" w:rsidR="0003230C" w:rsidRDefault="005D7D2F">
      <w:pPr>
        <w:spacing w:after="100"/>
        <w:jc w:val="both"/>
      </w:pPr>
      <w:r>
        <w:t xml:space="preserve">According to the </w:t>
      </w:r>
      <w:r w:rsidR="00516C6E">
        <w:t>objectives of this research</w:t>
      </w:r>
      <w:r>
        <w:t>, the psychological resilience instrument used in the study consist</w:t>
      </w:r>
      <w:r w:rsidR="00516C6E">
        <w:t>s</w:t>
      </w:r>
      <w:r>
        <w:t xml:space="preserve"> of 13 retained items </w:t>
      </w:r>
      <w:proofErr w:type="gramStart"/>
      <w:r>
        <w:t>on the basis of</w:t>
      </w:r>
      <w:proofErr w:type="gramEnd"/>
      <w:r>
        <w:t xml:space="preserve"> item–total correlations. 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8"/>
        <w:gridCol w:w="11565"/>
      </w:tblGrid>
      <w:tr w:rsidR="0003230C" w14:paraId="57EE1310" w14:textId="77777777">
        <w:trPr>
          <w:tblHeader/>
          <w:jc w:val="center"/>
        </w:trPr>
        <w:tc>
          <w:tcPr>
            <w:tcW w:w="3458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A44CE1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Component</w:t>
            </w:r>
          </w:p>
        </w:tc>
        <w:tc>
          <w:tcPr>
            <w:tcW w:w="11565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26433B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Description</w:t>
            </w:r>
          </w:p>
        </w:tc>
      </w:tr>
      <w:tr w:rsidR="0003230C" w14:paraId="672F9C0E" w14:textId="77777777">
        <w:trPr>
          <w:jc w:val="center"/>
        </w:trPr>
        <w:tc>
          <w:tcPr>
            <w:tcW w:w="34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5E248D" w14:textId="77777777" w:rsidR="0003230C" w:rsidRDefault="005D7D2F">
            <w:r>
              <w:rPr>
                <w:sz w:val="18"/>
              </w:rPr>
              <w:t>Response format</w:t>
            </w:r>
          </w:p>
        </w:tc>
        <w:tc>
          <w:tcPr>
            <w:tcW w:w="115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AD29F6" w14:textId="77777777" w:rsidR="0003230C" w:rsidRDefault="005D7D2F">
            <w:r>
              <w:rPr>
                <w:sz w:val="18"/>
              </w:rPr>
              <w:t>Five-point Likert response format.</w:t>
            </w:r>
          </w:p>
        </w:tc>
      </w:tr>
      <w:tr w:rsidR="0003230C" w14:paraId="413B103B" w14:textId="77777777">
        <w:trPr>
          <w:jc w:val="center"/>
        </w:trPr>
        <w:tc>
          <w:tcPr>
            <w:tcW w:w="34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82AF30" w14:textId="77777777" w:rsidR="0003230C" w:rsidRDefault="005D7D2F">
            <w:r>
              <w:rPr>
                <w:sz w:val="18"/>
              </w:rPr>
              <w:t>Response categories</w:t>
            </w:r>
          </w:p>
        </w:tc>
        <w:tc>
          <w:tcPr>
            <w:tcW w:w="115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877FB5" w14:textId="77777777" w:rsidR="0003230C" w:rsidRDefault="005D7D2F">
            <w:r>
              <w:rPr>
                <w:sz w:val="18"/>
              </w:rPr>
              <w:t>Applies to Me Very Strongly; Applies to Me; Applies Sometimes; Applies Rarely; Does Not Apply to Me.</w:t>
            </w:r>
          </w:p>
        </w:tc>
      </w:tr>
      <w:tr w:rsidR="0003230C" w14:paraId="5BC3D91C" w14:textId="77777777">
        <w:trPr>
          <w:jc w:val="center"/>
        </w:trPr>
        <w:tc>
          <w:tcPr>
            <w:tcW w:w="34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EA7A3C" w14:textId="77777777" w:rsidR="0003230C" w:rsidRDefault="005D7D2F">
            <w:r>
              <w:rPr>
                <w:sz w:val="18"/>
              </w:rPr>
              <w:t>Scoring of positively worded items</w:t>
            </w:r>
          </w:p>
        </w:tc>
        <w:tc>
          <w:tcPr>
            <w:tcW w:w="115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5FF841" w14:textId="77777777" w:rsidR="0003230C" w:rsidRDefault="005D7D2F">
            <w:r>
              <w:rPr>
                <w:sz w:val="18"/>
              </w:rPr>
              <w:t>5, 4, 3, 2, 1</w:t>
            </w:r>
          </w:p>
        </w:tc>
      </w:tr>
      <w:tr w:rsidR="0003230C" w14:paraId="26B2E37F" w14:textId="77777777">
        <w:trPr>
          <w:jc w:val="center"/>
        </w:trPr>
        <w:tc>
          <w:tcPr>
            <w:tcW w:w="34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6CFEFC" w14:textId="77777777" w:rsidR="0003230C" w:rsidRDefault="005D7D2F">
            <w:r>
              <w:rPr>
                <w:sz w:val="18"/>
              </w:rPr>
              <w:t>Scoring of negatively worded items</w:t>
            </w:r>
          </w:p>
        </w:tc>
        <w:tc>
          <w:tcPr>
            <w:tcW w:w="115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7ECE09" w14:textId="77777777" w:rsidR="0003230C" w:rsidRDefault="005D7D2F">
            <w:r>
              <w:rPr>
                <w:sz w:val="18"/>
              </w:rPr>
              <w:t>1, 2, 3, 4, 5</w:t>
            </w:r>
          </w:p>
        </w:tc>
      </w:tr>
      <w:tr w:rsidR="0003230C" w14:paraId="5139035C" w14:textId="77777777">
        <w:trPr>
          <w:jc w:val="center"/>
        </w:trPr>
        <w:tc>
          <w:tcPr>
            <w:tcW w:w="345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CE49C4" w14:textId="77777777" w:rsidR="0003230C" w:rsidRDefault="005D7D2F">
            <w:r>
              <w:rPr>
                <w:sz w:val="18"/>
              </w:rPr>
              <w:t>Reported reliability coefficients in the uploaded source</w:t>
            </w:r>
          </w:p>
        </w:tc>
        <w:tc>
          <w:tcPr>
            <w:tcW w:w="115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F0BABE" w14:textId="77777777" w:rsidR="0003230C" w:rsidRDefault="005D7D2F">
            <w:r>
              <w:rPr>
                <w:sz w:val="18"/>
              </w:rPr>
              <w:t>Cronbach’s alpha = .710; split-half reliability (after correction) = .652.</w:t>
            </w:r>
          </w:p>
        </w:tc>
      </w:tr>
    </w:tbl>
    <w:p w14:paraId="1342AF79" w14:textId="7B054E19" w:rsidR="0003230C" w:rsidRDefault="0003230C">
      <w:pPr>
        <w:spacing w:before="100" w:after="100"/>
        <w:jc w:val="both"/>
        <w:rPr>
          <w:b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4"/>
        <w:gridCol w:w="6690"/>
        <w:gridCol w:w="1219"/>
        <w:gridCol w:w="1134"/>
        <w:gridCol w:w="1134"/>
        <w:gridCol w:w="1134"/>
        <w:gridCol w:w="1219"/>
      </w:tblGrid>
      <w:tr w:rsidR="0003230C" w14:paraId="7AD5B485" w14:textId="77777777">
        <w:trPr>
          <w:tblHeader/>
          <w:jc w:val="center"/>
        </w:trPr>
        <w:tc>
          <w:tcPr>
            <w:tcW w:w="794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5280A4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Item No.</w:t>
            </w:r>
          </w:p>
        </w:tc>
        <w:tc>
          <w:tcPr>
            <w:tcW w:w="6690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1DB239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Final Item Wording</w:t>
            </w:r>
          </w:p>
        </w:tc>
        <w:tc>
          <w:tcPr>
            <w:tcW w:w="1219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4B19B7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Applies</w:t>
            </w:r>
            <w:r>
              <w:rPr>
                <w:b/>
                <w:sz w:val="18"/>
              </w:rPr>
              <w:br/>
              <w:t>Very Strongly</w:t>
            </w:r>
          </w:p>
        </w:tc>
        <w:tc>
          <w:tcPr>
            <w:tcW w:w="1134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263DA6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Applies</w:t>
            </w:r>
            <w:r>
              <w:rPr>
                <w:b/>
                <w:sz w:val="18"/>
              </w:rPr>
              <w:br/>
              <w:t>to Me</w:t>
            </w:r>
          </w:p>
        </w:tc>
        <w:tc>
          <w:tcPr>
            <w:tcW w:w="1134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17DDAD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Applies</w:t>
            </w:r>
            <w:r>
              <w:rPr>
                <w:b/>
                <w:sz w:val="18"/>
              </w:rPr>
              <w:br/>
              <w:t>Sometimes</w:t>
            </w:r>
          </w:p>
        </w:tc>
        <w:tc>
          <w:tcPr>
            <w:tcW w:w="1134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9FFD8D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Applies</w:t>
            </w:r>
            <w:r>
              <w:rPr>
                <w:b/>
                <w:sz w:val="18"/>
              </w:rPr>
              <w:br/>
              <w:t>Rarely</w:t>
            </w:r>
          </w:p>
        </w:tc>
        <w:tc>
          <w:tcPr>
            <w:tcW w:w="1219" w:type="dxa"/>
            <w:shd w:val="clear" w:color="auto" w:fill="DC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CF03E9" w14:textId="77777777" w:rsidR="0003230C" w:rsidRDefault="005D7D2F">
            <w:pPr>
              <w:jc w:val="center"/>
            </w:pPr>
            <w:r>
              <w:rPr>
                <w:b/>
                <w:sz w:val="18"/>
              </w:rPr>
              <w:t>Does Not</w:t>
            </w:r>
            <w:r>
              <w:rPr>
                <w:b/>
                <w:sz w:val="18"/>
              </w:rPr>
              <w:br/>
              <w:t>Apply</w:t>
            </w:r>
          </w:p>
        </w:tc>
      </w:tr>
      <w:tr w:rsidR="0003230C" w14:paraId="33B369C1" w14:textId="77777777">
        <w:trPr>
          <w:jc w:val="center"/>
        </w:trPr>
        <w:tc>
          <w:tcPr>
            <w:tcW w:w="79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7B38F7" w14:textId="77777777" w:rsidR="0003230C" w:rsidRDefault="005D7D2F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45563D" w14:textId="77777777" w:rsidR="0003230C" w:rsidRDefault="005D7D2F">
            <w:r>
              <w:rPr>
                <w:sz w:val="18"/>
              </w:rPr>
              <w:t>[Insert the final approved wording of Item 3 from the validated source instrument]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0A3B66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959EB5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F659C0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DDE5FA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CC8FBF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  <w:tr w:rsidR="0003230C" w14:paraId="57632592" w14:textId="77777777">
        <w:trPr>
          <w:jc w:val="center"/>
        </w:trPr>
        <w:tc>
          <w:tcPr>
            <w:tcW w:w="79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ECE304" w14:textId="77777777" w:rsidR="0003230C" w:rsidRDefault="005D7D2F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CDB206" w14:textId="77777777" w:rsidR="0003230C" w:rsidRDefault="005D7D2F">
            <w:r>
              <w:rPr>
                <w:sz w:val="18"/>
              </w:rPr>
              <w:t>[Insert the final approved wording of Item 4 from the validated source instrument]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33520C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DF3CDF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2F1EC9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BCF4D1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08A9B4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  <w:tr w:rsidR="0003230C" w14:paraId="20A30647" w14:textId="77777777">
        <w:trPr>
          <w:jc w:val="center"/>
        </w:trPr>
        <w:tc>
          <w:tcPr>
            <w:tcW w:w="79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A54150" w14:textId="77777777" w:rsidR="0003230C" w:rsidRDefault="005D7D2F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C7436D" w14:textId="77777777" w:rsidR="0003230C" w:rsidRDefault="005D7D2F">
            <w:r>
              <w:rPr>
                <w:sz w:val="18"/>
              </w:rPr>
              <w:t>[Insert the final approved wording of Item 5 from the validated source instrument]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726A43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6378FD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254412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B14F4A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3BA12D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  <w:tr w:rsidR="0003230C" w14:paraId="3A3B5FE3" w14:textId="77777777">
        <w:trPr>
          <w:jc w:val="center"/>
        </w:trPr>
        <w:tc>
          <w:tcPr>
            <w:tcW w:w="79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349DD9" w14:textId="77777777" w:rsidR="0003230C" w:rsidRDefault="005D7D2F">
            <w:pPr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984F51" w14:textId="77777777" w:rsidR="0003230C" w:rsidRDefault="005D7D2F">
            <w:r>
              <w:rPr>
                <w:sz w:val="18"/>
              </w:rPr>
              <w:t>[Insert the final approved wording of Item 7 from the validated source instrument]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27CD31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F78074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07D010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C5BB45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AE2E84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  <w:tr w:rsidR="0003230C" w14:paraId="01343543" w14:textId="77777777">
        <w:trPr>
          <w:jc w:val="center"/>
        </w:trPr>
        <w:tc>
          <w:tcPr>
            <w:tcW w:w="79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DA4A74" w14:textId="77777777" w:rsidR="0003230C" w:rsidRDefault="005D7D2F"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670673" w14:textId="77777777" w:rsidR="0003230C" w:rsidRDefault="005D7D2F">
            <w:r>
              <w:rPr>
                <w:sz w:val="18"/>
              </w:rPr>
              <w:t>[Insert the final approved wording of Item 10 from the validated source instrument]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6F6077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D48448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E389D6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2B9BC0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02F9C2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  <w:tr w:rsidR="0003230C" w14:paraId="55FF7BED" w14:textId="77777777">
        <w:trPr>
          <w:jc w:val="center"/>
        </w:trPr>
        <w:tc>
          <w:tcPr>
            <w:tcW w:w="79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EBFE24" w14:textId="77777777" w:rsidR="0003230C" w:rsidRDefault="005D7D2F">
            <w:pPr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818AC3" w14:textId="77777777" w:rsidR="0003230C" w:rsidRDefault="005D7D2F">
            <w:r>
              <w:rPr>
                <w:sz w:val="18"/>
              </w:rPr>
              <w:t>[Insert the final approved wording of Item 11 from the validated source instrument]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B53E6C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287812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932547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09ED5C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E3B0B9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  <w:tr w:rsidR="0003230C" w14:paraId="1301082E" w14:textId="77777777">
        <w:trPr>
          <w:jc w:val="center"/>
        </w:trPr>
        <w:tc>
          <w:tcPr>
            <w:tcW w:w="79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422151" w14:textId="77777777" w:rsidR="0003230C" w:rsidRDefault="005D7D2F">
            <w:pPr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0501B0" w14:textId="77777777" w:rsidR="0003230C" w:rsidRDefault="005D7D2F">
            <w:r>
              <w:rPr>
                <w:sz w:val="18"/>
              </w:rPr>
              <w:t>[Insert the final approved wording of Item 12 from the validated source instrument]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1E6792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783371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5A4300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C945BF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8575B2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  <w:tr w:rsidR="0003230C" w14:paraId="4AA696FC" w14:textId="77777777">
        <w:trPr>
          <w:jc w:val="center"/>
        </w:trPr>
        <w:tc>
          <w:tcPr>
            <w:tcW w:w="79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A3905F" w14:textId="77777777" w:rsidR="0003230C" w:rsidRDefault="005D7D2F">
            <w:pPr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E6672E" w14:textId="77777777" w:rsidR="0003230C" w:rsidRDefault="005D7D2F">
            <w:r>
              <w:rPr>
                <w:sz w:val="18"/>
              </w:rPr>
              <w:t>[Insert the final approved wording of Item 15 from the validated source instrument]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10FAF1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77E857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191498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37CD87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D4AABC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  <w:tr w:rsidR="0003230C" w14:paraId="3DEC8124" w14:textId="77777777">
        <w:trPr>
          <w:jc w:val="center"/>
        </w:trPr>
        <w:tc>
          <w:tcPr>
            <w:tcW w:w="79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FB0D39" w14:textId="77777777" w:rsidR="0003230C" w:rsidRDefault="005D7D2F">
            <w:pPr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372F15" w14:textId="77777777" w:rsidR="0003230C" w:rsidRDefault="005D7D2F">
            <w:r>
              <w:rPr>
                <w:sz w:val="18"/>
              </w:rPr>
              <w:t>[Insert the final approved wording of Item 16 from the validated source instrument]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15F758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BEC616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C1F423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BFBAC1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6C685D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  <w:tr w:rsidR="0003230C" w14:paraId="0B7BDE88" w14:textId="77777777">
        <w:trPr>
          <w:jc w:val="center"/>
        </w:trPr>
        <w:tc>
          <w:tcPr>
            <w:tcW w:w="79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231540" w14:textId="77777777" w:rsidR="0003230C" w:rsidRDefault="005D7D2F">
            <w:pPr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F3038E" w14:textId="77777777" w:rsidR="0003230C" w:rsidRDefault="005D7D2F">
            <w:r>
              <w:rPr>
                <w:sz w:val="18"/>
              </w:rPr>
              <w:t>[Insert the final approved wording of Item 17 from the validated source instrument]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DC271F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D57D25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2EC6B6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8A1EE4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CFE472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  <w:tr w:rsidR="0003230C" w14:paraId="7B9B76EA" w14:textId="77777777">
        <w:trPr>
          <w:jc w:val="center"/>
        </w:trPr>
        <w:tc>
          <w:tcPr>
            <w:tcW w:w="79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14B736" w14:textId="77777777" w:rsidR="0003230C" w:rsidRDefault="005D7D2F">
            <w:pPr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C5681B" w14:textId="77777777" w:rsidR="0003230C" w:rsidRDefault="005D7D2F">
            <w:r>
              <w:rPr>
                <w:sz w:val="18"/>
              </w:rPr>
              <w:t>[Insert the final approved wording of Item 18 from the validated source instrument]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37DDAD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401814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E89634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D701B0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688AA4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  <w:tr w:rsidR="0003230C" w14:paraId="26C225B9" w14:textId="77777777">
        <w:trPr>
          <w:jc w:val="center"/>
        </w:trPr>
        <w:tc>
          <w:tcPr>
            <w:tcW w:w="79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2DD7D6" w14:textId="77777777" w:rsidR="0003230C" w:rsidRDefault="005D7D2F">
            <w:pPr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BDE4B6" w14:textId="77777777" w:rsidR="0003230C" w:rsidRDefault="005D7D2F">
            <w:r>
              <w:rPr>
                <w:sz w:val="18"/>
              </w:rPr>
              <w:t>[Insert the final approved wording of Item 19 from the validated source instrument]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FC0E41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BBC26F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1EE89A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CE3257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6DF7A4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  <w:tr w:rsidR="0003230C" w14:paraId="2B83DE74" w14:textId="77777777">
        <w:trPr>
          <w:jc w:val="center"/>
        </w:trPr>
        <w:tc>
          <w:tcPr>
            <w:tcW w:w="79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2DE734" w14:textId="77777777" w:rsidR="0003230C" w:rsidRDefault="005D7D2F">
            <w:pPr>
              <w:jc w:val="center"/>
            </w:pPr>
            <w:r>
              <w:rPr>
                <w:sz w:val="18"/>
              </w:rPr>
              <w:t>20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0B63D2" w14:textId="77777777" w:rsidR="0003230C" w:rsidRDefault="005D7D2F">
            <w:r>
              <w:rPr>
                <w:sz w:val="18"/>
              </w:rPr>
              <w:t>[Insert the final approved wording of Item 20 from the validated source instrument]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015665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5C1D3C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DA57A5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612E69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121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3E20FA" w14:textId="77777777" w:rsidR="0003230C" w:rsidRDefault="005D7D2F">
            <w:pPr>
              <w:jc w:val="center"/>
            </w:pPr>
            <w:r>
              <w:rPr>
                <w:sz w:val="18"/>
              </w:rPr>
              <w:t>☐</w:t>
            </w:r>
          </w:p>
        </w:tc>
      </w:tr>
    </w:tbl>
    <w:p w14:paraId="7CF9D47D" w14:textId="467713B7" w:rsidR="0003230C" w:rsidRDefault="0003230C">
      <w:pPr>
        <w:spacing w:before="80"/>
        <w:jc w:val="both"/>
      </w:pPr>
    </w:p>
    <w:sectPr w:rsidR="0003230C" w:rsidSect="00034616"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9216927">
    <w:abstractNumId w:val="8"/>
  </w:num>
  <w:num w:numId="2" w16cid:durableId="395130691">
    <w:abstractNumId w:val="6"/>
  </w:num>
  <w:num w:numId="3" w16cid:durableId="877544825">
    <w:abstractNumId w:val="5"/>
  </w:num>
  <w:num w:numId="4" w16cid:durableId="122239766">
    <w:abstractNumId w:val="4"/>
  </w:num>
  <w:num w:numId="5" w16cid:durableId="1883471184">
    <w:abstractNumId w:val="7"/>
  </w:num>
  <w:num w:numId="6" w16cid:durableId="1565991450">
    <w:abstractNumId w:val="3"/>
  </w:num>
  <w:num w:numId="7" w16cid:durableId="1182551865">
    <w:abstractNumId w:val="2"/>
  </w:num>
  <w:num w:numId="8" w16cid:durableId="1603417539">
    <w:abstractNumId w:val="1"/>
  </w:num>
  <w:num w:numId="9" w16cid:durableId="738139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230C"/>
    <w:rsid w:val="00034616"/>
    <w:rsid w:val="0006063C"/>
    <w:rsid w:val="0013348D"/>
    <w:rsid w:val="0015074B"/>
    <w:rsid w:val="0029639D"/>
    <w:rsid w:val="00326F90"/>
    <w:rsid w:val="00516C6E"/>
    <w:rsid w:val="005D7D2F"/>
    <w:rsid w:val="00AA1D8D"/>
    <w:rsid w:val="00B47730"/>
    <w:rsid w:val="00CB0664"/>
    <w:rsid w:val="00F906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972EFB"/>
  <w14:defaultImageDpi w14:val="300"/>
  <w15:docId w15:val="{5A495FFB-1519-4F97-BD2C-603B1ECAA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850</Words>
  <Characters>3759</Characters>
  <Application>Microsoft Office Word</Application>
  <DocSecurity>0</DocSecurity>
  <Lines>313</Lines>
  <Paragraphs>329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Fatemah Aldosari</cp:lastModifiedBy>
  <cp:revision>3</cp:revision>
  <dcterms:created xsi:type="dcterms:W3CDTF">2026-03-27T14:28:00Z</dcterms:created>
  <dcterms:modified xsi:type="dcterms:W3CDTF">2026-03-27T15:00:00Z</dcterms:modified>
  <cp:category/>
</cp:coreProperties>
</file>