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2A88F" w14:textId="3530E251" w:rsidR="00F07178" w:rsidRPr="00F51375" w:rsidRDefault="00CE6917" w:rsidP="00F06ED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51375">
        <w:rPr>
          <w:rFonts w:ascii="Times New Roman" w:hAnsi="Times New Roman" w:cs="Times New Roman"/>
          <w:b/>
          <w:bCs/>
          <w:sz w:val="24"/>
          <w:szCs w:val="24"/>
        </w:rPr>
        <w:t>Supplementary</w:t>
      </w:r>
      <w:r w:rsidR="00F07178" w:rsidRPr="00F51375">
        <w:rPr>
          <w:rFonts w:ascii="Times New Roman" w:hAnsi="Times New Roman" w:cs="Times New Roman"/>
          <w:b/>
          <w:sz w:val="24"/>
          <w:szCs w:val="24"/>
        </w:rPr>
        <w:t xml:space="preserve"> 1. Questionnaire</w:t>
      </w:r>
    </w:p>
    <w:p w14:paraId="456B400E" w14:textId="0D3A83E5" w:rsidR="00F07178" w:rsidRPr="00F51375" w:rsidRDefault="00F07178" w:rsidP="00F06ED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51375">
        <w:rPr>
          <w:rFonts w:ascii="Times New Roman" w:hAnsi="Times New Roman" w:cs="Times New Roman"/>
          <w:b/>
          <w:sz w:val="24"/>
          <w:szCs w:val="24"/>
        </w:rPr>
        <w:t>Postoperative Patient Satisfaction Questionnaire (PPSQ)</w:t>
      </w:r>
    </w:p>
    <w:p w14:paraId="2388B92E" w14:textId="23ECB640" w:rsidR="001D087D" w:rsidRPr="00F51375" w:rsidRDefault="001D087D" w:rsidP="00F06EDE">
      <w:pPr>
        <w:pStyle w:val="ListeParagraf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F51375">
        <w:rPr>
          <w:rFonts w:ascii="Times New Roman" w:hAnsi="Times New Roman" w:cs="Times New Roman"/>
          <w:sz w:val="24"/>
          <w:szCs w:val="24"/>
        </w:rPr>
        <w:t>If you had to decide again, would you choose to undergo the same surgical procedure?</w:t>
      </w:r>
    </w:p>
    <w:p w14:paraId="3790C05F" w14:textId="77777777" w:rsidR="00F06EDE" w:rsidRPr="00F51375" w:rsidRDefault="00F06EDE" w:rsidP="00F06EDE">
      <w:pPr>
        <w:autoSpaceDE w:val="0"/>
        <w:autoSpaceDN w:val="0"/>
        <w:adjustRightInd w:val="0"/>
        <w:ind w:left="1068" w:firstLine="348"/>
        <w:rPr>
          <w:rFonts w:ascii="Times New Roman" w:hAnsi="Times New Roman" w:cs="Times New Roman"/>
          <w:sz w:val="24"/>
          <w:szCs w:val="24"/>
        </w:rPr>
      </w:pPr>
      <w:r w:rsidRPr="00F51375">
        <w:rPr>
          <w:rFonts w:ascii="Times New Roman" w:hAnsi="Times New Roman" w:cs="Times New Roman"/>
          <w:sz w:val="24"/>
          <w:szCs w:val="24"/>
        </w:rPr>
        <w:t>1</w:t>
      </w:r>
      <w:r w:rsidRPr="00F51375">
        <w:rPr>
          <w:rFonts w:ascii="Times New Roman" w:hAnsi="Times New Roman" w:cs="Times New Roman"/>
          <w:sz w:val="24"/>
          <w:szCs w:val="24"/>
        </w:rPr>
        <w:tab/>
        <w:t>2</w:t>
      </w:r>
      <w:r w:rsidRPr="00F51375">
        <w:rPr>
          <w:rFonts w:ascii="Times New Roman" w:hAnsi="Times New Roman" w:cs="Times New Roman"/>
          <w:sz w:val="24"/>
          <w:szCs w:val="24"/>
        </w:rPr>
        <w:tab/>
        <w:t>3</w:t>
      </w:r>
      <w:r w:rsidRPr="00F51375">
        <w:rPr>
          <w:rFonts w:ascii="Times New Roman" w:hAnsi="Times New Roman" w:cs="Times New Roman"/>
          <w:sz w:val="24"/>
          <w:szCs w:val="24"/>
        </w:rPr>
        <w:tab/>
        <w:t>4</w:t>
      </w:r>
      <w:r w:rsidRPr="00F51375">
        <w:rPr>
          <w:rFonts w:ascii="Times New Roman" w:hAnsi="Times New Roman" w:cs="Times New Roman"/>
          <w:sz w:val="24"/>
          <w:szCs w:val="24"/>
        </w:rPr>
        <w:tab/>
        <w:t>5</w:t>
      </w:r>
      <w:r w:rsidRPr="00F51375">
        <w:rPr>
          <w:rFonts w:ascii="Times New Roman" w:hAnsi="Times New Roman" w:cs="Times New Roman"/>
          <w:sz w:val="24"/>
          <w:szCs w:val="24"/>
        </w:rPr>
        <w:tab/>
        <w:t>6</w:t>
      </w:r>
      <w:r w:rsidRPr="00F51375">
        <w:rPr>
          <w:rFonts w:ascii="Times New Roman" w:hAnsi="Times New Roman" w:cs="Times New Roman"/>
          <w:sz w:val="24"/>
          <w:szCs w:val="24"/>
        </w:rPr>
        <w:tab/>
        <w:t>7</w:t>
      </w:r>
    </w:p>
    <w:p w14:paraId="07FCB99E" w14:textId="5D353939" w:rsidR="001D087D" w:rsidRPr="00F51375" w:rsidRDefault="00163726" w:rsidP="00F06EDE">
      <w:pPr>
        <w:pStyle w:val="ListeParagraf"/>
        <w:numPr>
          <w:ilvl w:val="0"/>
          <w:numId w:val="10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F51375">
        <w:rPr>
          <w:rFonts w:ascii="Times New Roman" w:hAnsi="Times New Roman" w:cs="Times New Roman"/>
          <w:sz w:val="24"/>
          <w:szCs w:val="24"/>
        </w:rPr>
        <w:t>To what extent would you recommend the same surgical procedure to others?</w:t>
      </w:r>
    </w:p>
    <w:p w14:paraId="6F2FF453" w14:textId="77777777" w:rsidR="00F06EDE" w:rsidRPr="00F51375" w:rsidRDefault="00F06EDE" w:rsidP="00F06EDE">
      <w:pPr>
        <w:autoSpaceDE w:val="0"/>
        <w:autoSpaceDN w:val="0"/>
        <w:adjustRightInd w:val="0"/>
        <w:ind w:left="750" w:firstLine="666"/>
        <w:rPr>
          <w:rFonts w:ascii="Times New Roman" w:hAnsi="Times New Roman" w:cs="Times New Roman"/>
          <w:sz w:val="24"/>
          <w:szCs w:val="24"/>
        </w:rPr>
      </w:pPr>
      <w:r w:rsidRPr="00F51375">
        <w:rPr>
          <w:rFonts w:ascii="Times New Roman" w:hAnsi="Times New Roman" w:cs="Times New Roman"/>
          <w:sz w:val="24"/>
          <w:szCs w:val="24"/>
        </w:rPr>
        <w:t>1</w:t>
      </w:r>
      <w:r w:rsidRPr="00F51375">
        <w:rPr>
          <w:rFonts w:ascii="Times New Roman" w:hAnsi="Times New Roman" w:cs="Times New Roman"/>
          <w:sz w:val="24"/>
          <w:szCs w:val="24"/>
        </w:rPr>
        <w:tab/>
        <w:t>2</w:t>
      </w:r>
      <w:r w:rsidRPr="00F51375">
        <w:rPr>
          <w:rFonts w:ascii="Times New Roman" w:hAnsi="Times New Roman" w:cs="Times New Roman"/>
          <w:sz w:val="24"/>
          <w:szCs w:val="24"/>
        </w:rPr>
        <w:tab/>
        <w:t>3</w:t>
      </w:r>
      <w:r w:rsidRPr="00F51375">
        <w:rPr>
          <w:rFonts w:ascii="Times New Roman" w:hAnsi="Times New Roman" w:cs="Times New Roman"/>
          <w:sz w:val="24"/>
          <w:szCs w:val="24"/>
        </w:rPr>
        <w:tab/>
        <w:t>4</w:t>
      </w:r>
      <w:r w:rsidRPr="00F51375">
        <w:rPr>
          <w:rFonts w:ascii="Times New Roman" w:hAnsi="Times New Roman" w:cs="Times New Roman"/>
          <w:sz w:val="24"/>
          <w:szCs w:val="24"/>
        </w:rPr>
        <w:tab/>
        <w:t>5</w:t>
      </w:r>
      <w:r w:rsidRPr="00F51375">
        <w:rPr>
          <w:rFonts w:ascii="Times New Roman" w:hAnsi="Times New Roman" w:cs="Times New Roman"/>
          <w:sz w:val="24"/>
          <w:szCs w:val="24"/>
        </w:rPr>
        <w:tab/>
        <w:t>6</w:t>
      </w:r>
      <w:r w:rsidRPr="00F51375">
        <w:rPr>
          <w:rFonts w:ascii="Times New Roman" w:hAnsi="Times New Roman" w:cs="Times New Roman"/>
          <w:sz w:val="24"/>
          <w:szCs w:val="24"/>
        </w:rPr>
        <w:tab/>
        <w:t>7</w:t>
      </w:r>
    </w:p>
    <w:p w14:paraId="53D94BE4" w14:textId="77777777" w:rsidR="00924AB3" w:rsidRPr="00F51375" w:rsidRDefault="00924AB3" w:rsidP="00924AB3">
      <w:pPr>
        <w:pStyle w:val="ListeParagraf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proofErr w:type="spellStart"/>
      <w:r w:rsidRPr="00F5137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Overall</w:t>
      </w:r>
      <w:proofErr w:type="spellEnd"/>
      <w:r w:rsidRPr="00F5137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, how </w:t>
      </w:r>
      <w:proofErr w:type="spellStart"/>
      <w:r w:rsidRPr="00F5137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satisfied</w:t>
      </w:r>
      <w:proofErr w:type="spellEnd"/>
      <w:r w:rsidRPr="00F5137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F5137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are</w:t>
      </w:r>
      <w:proofErr w:type="spellEnd"/>
      <w:r w:rsidRPr="00F5137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F5137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you</w:t>
      </w:r>
      <w:proofErr w:type="spellEnd"/>
      <w:r w:rsidRPr="00F5137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F5137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with</w:t>
      </w:r>
      <w:proofErr w:type="spellEnd"/>
      <w:r w:rsidRPr="00F5137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F5137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the</w:t>
      </w:r>
      <w:proofErr w:type="spellEnd"/>
      <w:r w:rsidRPr="00F5137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F5137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results</w:t>
      </w:r>
      <w:proofErr w:type="spellEnd"/>
      <w:r w:rsidRPr="00F5137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of </w:t>
      </w:r>
      <w:proofErr w:type="spellStart"/>
      <w:r w:rsidRPr="00F5137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the</w:t>
      </w:r>
      <w:proofErr w:type="spellEnd"/>
      <w:r w:rsidRPr="00F5137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F5137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surgery</w:t>
      </w:r>
      <w:proofErr w:type="spellEnd"/>
      <w:r w:rsidRPr="00F5137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at </w:t>
      </w:r>
      <w:proofErr w:type="spellStart"/>
      <w:r w:rsidRPr="00F5137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this</w:t>
      </w:r>
      <w:proofErr w:type="spellEnd"/>
      <w:r w:rsidRPr="00F5137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time?</w:t>
      </w:r>
    </w:p>
    <w:p w14:paraId="2F356523" w14:textId="77777777" w:rsidR="00163726" w:rsidRPr="00F51375" w:rsidRDefault="00163726" w:rsidP="00B22271">
      <w:pPr>
        <w:pStyle w:val="ListeParagraf"/>
        <w:autoSpaceDE w:val="0"/>
        <w:autoSpaceDN w:val="0"/>
        <w:adjustRightInd w:val="0"/>
        <w:spacing w:after="0"/>
        <w:ind w:left="750"/>
        <w:rPr>
          <w:rFonts w:ascii="Times New Roman" w:hAnsi="Times New Roman" w:cs="Times New Roman"/>
          <w:sz w:val="24"/>
          <w:szCs w:val="24"/>
        </w:rPr>
      </w:pPr>
    </w:p>
    <w:p w14:paraId="644D561E" w14:textId="77777777" w:rsidR="00F06EDE" w:rsidRPr="00F51375" w:rsidRDefault="00F06EDE" w:rsidP="00F06EDE">
      <w:pPr>
        <w:autoSpaceDE w:val="0"/>
        <w:autoSpaceDN w:val="0"/>
        <w:adjustRightInd w:val="0"/>
        <w:ind w:left="750" w:firstLine="666"/>
        <w:rPr>
          <w:rFonts w:ascii="Times New Roman" w:hAnsi="Times New Roman" w:cs="Times New Roman"/>
          <w:sz w:val="24"/>
          <w:szCs w:val="24"/>
        </w:rPr>
      </w:pPr>
      <w:r w:rsidRPr="00F51375">
        <w:rPr>
          <w:rFonts w:ascii="Times New Roman" w:hAnsi="Times New Roman" w:cs="Times New Roman"/>
          <w:sz w:val="24"/>
          <w:szCs w:val="24"/>
        </w:rPr>
        <w:t xml:space="preserve"> 1</w:t>
      </w:r>
      <w:r w:rsidRPr="00F51375">
        <w:rPr>
          <w:rFonts w:ascii="Times New Roman" w:hAnsi="Times New Roman" w:cs="Times New Roman"/>
          <w:sz w:val="24"/>
          <w:szCs w:val="24"/>
        </w:rPr>
        <w:tab/>
        <w:t>2</w:t>
      </w:r>
      <w:r w:rsidRPr="00F51375">
        <w:rPr>
          <w:rFonts w:ascii="Times New Roman" w:hAnsi="Times New Roman" w:cs="Times New Roman"/>
          <w:sz w:val="24"/>
          <w:szCs w:val="24"/>
        </w:rPr>
        <w:tab/>
        <w:t>3</w:t>
      </w:r>
      <w:r w:rsidRPr="00F51375">
        <w:rPr>
          <w:rFonts w:ascii="Times New Roman" w:hAnsi="Times New Roman" w:cs="Times New Roman"/>
          <w:sz w:val="24"/>
          <w:szCs w:val="24"/>
        </w:rPr>
        <w:tab/>
        <w:t>4</w:t>
      </w:r>
      <w:r w:rsidRPr="00F51375">
        <w:rPr>
          <w:rFonts w:ascii="Times New Roman" w:hAnsi="Times New Roman" w:cs="Times New Roman"/>
          <w:sz w:val="24"/>
          <w:szCs w:val="24"/>
        </w:rPr>
        <w:tab/>
        <w:t>5</w:t>
      </w:r>
      <w:r w:rsidRPr="00F51375">
        <w:rPr>
          <w:rFonts w:ascii="Times New Roman" w:hAnsi="Times New Roman" w:cs="Times New Roman"/>
          <w:sz w:val="24"/>
          <w:szCs w:val="24"/>
        </w:rPr>
        <w:tab/>
        <w:t>6</w:t>
      </w:r>
      <w:r w:rsidRPr="00F51375">
        <w:rPr>
          <w:rFonts w:ascii="Times New Roman" w:hAnsi="Times New Roman" w:cs="Times New Roman"/>
          <w:sz w:val="24"/>
          <w:szCs w:val="24"/>
        </w:rPr>
        <w:tab/>
        <w:t>7</w:t>
      </w:r>
    </w:p>
    <w:p w14:paraId="45C70710" w14:textId="77777777" w:rsidR="00B22271" w:rsidRPr="00F51375" w:rsidRDefault="00B22271" w:rsidP="00B22271">
      <w:pPr>
        <w:pStyle w:val="ListeParagraf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F5137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How </w:t>
      </w:r>
      <w:proofErr w:type="spellStart"/>
      <w:r w:rsidRPr="00F5137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satisfied</w:t>
      </w:r>
      <w:proofErr w:type="spellEnd"/>
      <w:r w:rsidRPr="00F5137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F5137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are</w:t>
      </w:r>
      <w:proofErr w:type="spellEnd"/>
      <w:r w:rsidRPr="00F5137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F5137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you</w:t>
      </w:r>
      <w:proofErr w:type="spellEnd"/>
      <w:r w:rsidRPr="00F5137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F5137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with</w:t>
      </w:r>
      <w:proofErr w:type="spellEnd"/>
      <w:r w:rsidRPr="00F5137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F5137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your</w:t>
      </w:r>
      <w:proofErr w:type="spellEnd"/>
      <w:r w:rsidRPr="00F5137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F5137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current</w:t>
      </w:r>
      <w:proofErr w:type="spellEnd"/>
      <w:r w:rsidRPr="00F5137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bite (</w:t>
      </w:r>
      <w:proofErr w:type="spellStart"/>
      <w:r w:rsidRPr="00F5137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teeth</w:t>
      </w:r>
      <w:proofErr w:type="spellEnd"/>
      <w:r w:rsidRPr="00F5137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)/bite </w:t>
      </w:r>
      <w:proofErr w:type="spellStart"/>
      <w:r w:rsidRPr="00F5137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alignment</w:t>
      </w:r>
      <w:proofErr w:type="spellEnd"/>
      <w:r w:rsidRPr="00F5137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?</w:t>
      </w:r>
    </w:p>
    <w:p w14:paraId="4845F25A" w14:textId="77777777" w:rsidR="00B22271" w:rsidRPr="00F51375" w:rsidRDefault="00B22271" w:rsidP="00FE6A28">
      <w:pPr>
        <w:pStyle w:val="ListeParagraf"/>
        <w:autoSpaceDE w:val="0"/>
        <w:autoSpaceDN w:val="0"/>
        <w:adjustRightInd w:val="0"/>
        <w:spacing w:after="0"/>
        <w:ind w:left="750"/>
        <w:rPr>
          <w:rFonts w:ascii="Times New Roman" w:hAnsi="Times New Roman" w:cs="Times New Roman"/>
          <w:sz w:val="24"/>
          <w:szCs w:val="24"/>
        </w:rPr>
      </w:pPr>
    </w:p>
    <w:p w14:paraId="713EA174" w14:textId="757A9F5C" w:rsidR="00F06EDE" w:rsidRPr="00F51375" w:rsidRDefault="00F06EDE" w:rsidP="008A40CC">
      <w:pPr>
        <w:autoSpaceDE w:val="0"/>
        <w:autoSpaceDN w:val="0"/>
        <w:adjustRightInd w:val="0"/>
        <w:ind w:left="750" w:firstLine="666"/>
        <w:rPr>
          <w:rFonts w:ascii="Times New Roman" w:hAnsi="Times New Roman" w:cs="Times New Roman"/>
          <w:sz w:val="24"/>
          <w:szCs w:val="24"/>
        </w:rPr>
      </w:pPr>
      <w:r w:rsidRPr="00F51375">
        <w:rPr>
          <w:rFonts w:ascii="Times New Roman" w:hAnsi="Times New Roman" w:cs="Times New Roman"/>
          <w:sz w:val="24"/>
          <w:szCs w:val="24"/>
        </w:rPr>
        <w:t xml:space="preserve"> 1</w:t>
      </w:r>
      <w:r w:rsidRPr="00F51375">
        <w:rPr>
          <w:rFonts w:ascii="Times New Roman" w:hAnsi="Times New Roman" w:cs="Times New Roman"/>
          <w:sz w:val="24"/>
          <w:szCs w:val="24"/>
        </w:rPr>
        <w:tab/>
        <w:t>2</w:t>
      </w:r>
      <w:r w:rsidRPr="00F51375">
        <w:rPr>
          <w:rFonts w:ascii="Times New Roman" w:hAnsi="Times New Roman" w:cs="Times New Roman"/>
          <w:sz w:val="24"/>
          <w:szCs w:val="24"/>
        </w:rPr>
        <w:tab/>
        <w:t>3</w:t>
      </w:r>
      <w:r w:rsidRPr="00F51375">
        <w:rPr>
          <w:rFonts w:ascii="Times New Roman" w:hAnsi="Times New Roman" w:cs="Times New Roman"/>
          <w:sz w:val="24"/>
          <w:szCs w:val="24"/>
        </w:rPr>
        <w:tab/>
        <w:t>4</w:t>
      </w:r>
      <w:r w:rsidRPr="00F51375">
        <w:rPr>
          <w:rFonts w:ascii="Times New Roman" w:hAnsi="Times New Roman" w:cs="Times New Roman"/>
          <w:sz w:val="24"/>
          <w:szCs w:val="24"/>
        </w:rPr>
        <w:tab/>
        <w:t>5</w:t>
      </w:r>
      <w:r w:rsidRPr="00F51375">
        <w:rPr>
          <w:rFonts w:ascii="Times New Roman" w:hAnsi="Times New Roman" w:cs="Times New Roman"/>
          <w:sz w:val="24"/>
          <w:szCs w:val="24"/>
        </w:rPr>
        <w:tab/>
        <w:t>6</w:t>
      </w:r>
      <w:r w:rsidRPr="00F51375">
        <w:rPr>
          <w:rFonts w:ascii="Times New Roman" w:hAnsi="Times New Roman" w:cs="Times New Roman"/>
          <w:sz w:val="24"/>
          <w:szCs w:val="24"/>
        </w:rPr>
        <w:tab/>
        <w:t>7</w:t>
      </w:r>
    </w:p>
    <w:p w14:paraId="0E7FEE59" w14:textId="77777777" w:rsidR="00FE6A28" w:rsidRPr="00F51375" w:rsidRDefault="00FE6A28" w:rsidP="00FE6A28">
      <w:pPr>
        <w:pStyle w:val="ListeParagraf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F5137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How </w:t>
      </w:r>
      <w:proofErr w:type="spellStart"/>
      <w:r w:rsidRPr="00F5137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satisfied</w:t>
      </w:r>
      <w:proofErr w:type="spellEnd"/>
      <w:r w:rsidRPr="00F5137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F5137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are</w:t>
      </w:r>
      <w:proofErr w:type="spellEnd"/>
      <w:r w:rsidRPr="00F5137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F5137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you</w:t>
      </w:r>
      <w:proofErr w:type="spellEnd"/>
      <w:r w:rsidRPr="00F5137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F5137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with</w:t>
      </w:r>
      <w:proofErr w:type="spellEnd"/>
      <w:r w:rsidRPr="00F5137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F5137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your</w:t>
      </w:r>
      <w:proofErr w:type="spellEnd"/>
      <w:r w:rsidRPr="00F5137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F5137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current</w:t>
      </w:r>
      <w:proofErr w:type="spellEnd"/>
      <w:r w:rsidRPr="00F5137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F5137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speech</w:t>
      </w:r>
      <w:proofErr w:type="spellEnd"/>
      <w:r w:rsidRPr="00F5137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? </w:t>
      </w:r>
    </w:p>
    <w:p w14:paraId="4BA3D553" w14:textId="77777777" w:rsidR="00FE6A28" w:rsidRPr="00F51375" w:rsidRDefault="00FE6A28" w:rsidP="00442E1E">
      <w:pPr>
        <w:pStyle w:val="ListeParagraf"/>
        <w:autoSpaceDE w:val="0"/>
        <w:autoSpaceDN w:val="0"/>
        <w:adjustRightInd w:val="0"/>
        <w:ind w:left="750"/>
        <w:rPr>
          <w:rFonts w:ascii="Times New Roman" w:hAnsi="Times New Roman" w:cs="Times New Roman"/>
          <w:sz w:val="24"/>
          <w:szCs w:val="24"/>
        </w:rPr>
      </w:pPr>
    </w:p>
    <w:p w14:paraId="0F9139D8" w14:textId="1A598927" w:rsidR="00F06EDE" w:rsidRPr="00F51375" w:rsidRDefault="00F06EDE" w:rsidP="008A40CC">
      <w:pPr>
        <w:autoSpaceDE w:val="0"/>
        <w:autoSpaceDN w:val="0"/>
        <w:adjustRightInd w:val="0"/>
        <w:ind w:left="750" w:firstLine="666"/>
        <w:rPr>
          <w:rFonts w:ascii="Times New Roman" w:hAnsi="Times New Roman" w:cs="Times New Roman"/>
          <w:sz w:val="24"/>
          <w:szCs w:val="24"/>
        </w:rPr>
      </w:pPr>
      <w:r w:rsidRPr="00F51375">
        <w:rPr>
          <w:rFonts w:ascii="Times New Roman" w:hAnsi="Times New Roman" w:cs="Times New Roman"/>
          <w:sz w:val="24"/>
          <w:szCs w:val="24"/>
        </w:rPr>
        <w:t>1</w:t>
      </w:r>
      <w:r w:rsidRPr="00F51375">
        <w:rPr>
          <w:rFonts w:ascii="Times New Roman" w:hAnsi="Times New Roman" w:cs="Times New Roman"/>
          <w:sz w:val="24"/>
          <w:szCs w:val="24"/>
        </w:rPr>
        <w:tab/>
        <w:t>2</w:t>
      </w:r>
      <w:r w:rsidRPr="00F51375">
        <w:rPr>
          <w:rFonts w:ascii="Times New Roman" w:hAnsi="Times New Roman" w:cs="Times New Roman"/>
          <w:sz w:val="24"/>
          <w:szCs w:val="24"/>
        </w:rPr>
        <w:tab/>
        <w:t>3</w:t>
      </w:r>
      <w:r w:rsidRPr="00F51375">
        <w:rPr>
          <w:rFonts w:ascii="Times New Roman" w:hAnsi="Times New Roman" w:cs="Times New Roman"/>
          <w:sz w:val="24"/>
          <w:szCs w:val="24"/>
        </w:rPr>
        <w:tab/>
        <w:t>4</w:t>
      </w:r>
      <w:r w:rsidRPr="00F51375">
        <w:rPr>
          <w:rFonts w:ascii="Times New Roman" w:hAnsi="Times New Roman" w:cs="Times New Roman"/>
          <w:sz w:val="24"/>
          <w:szCs w:val="24"/>
        </w:rPr>
        <w:tab/>
        <w:t>5</w:t>
      </w:r>
      <w:r w:rsidRPr="00F51375">
        <w:rPr>
          <w:rFonts w:ascii="Times New Roman" w:hAnsi="Times New Roman" w:cs="Times New Roman"/>
          <w:sz w:val="24"/>
          <w:szCs w:val="24"/>
        </w:rPr>
        <w:tab/>
        <w:t>6</w:t>
      </w:r>
      <w:r w:rsidRPr="00F51375">
        <w:rPr>
          <w:rFonts w:ascii="Times New Roman" w:hAnsi="Times New Roman" w:cs="Times New Roman"/>
          <w:sz w:val="24"/>
          <w:szCs w:val="24"/>
        </w:rPr>
        <w:tab/>
        <w:t>7</w:t>
      </w:r>
    </w:p>
    <w:p w14:paraId="6BC26DAF" w14:textId="77777777" w:rsidR="00A63F3E" w:rsidRPr="00F51375" w:rsidRDefault="00A63F3E" w:rsidP="00A63F3E">
      <w:pPr>
        <w:pStyle w:val="ListeParagraf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F5137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How </w:t>
      </w:r>
      <w:proofErr w:type="spellStart"/>
      <w:r w:rsidRPr="00F5137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satisfied</w:t>
      </w:r>
      <w:proofErr w:type="spellEnd"/>
      <w:r w:rsidRPr="00F5137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F5137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are</w:t>
      </w:r>
      <w:proofErr w:type="spellEnd"/>
      <w:r w:rsidRPr="00F5137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F5137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you</w:t>
      </w:r>
      <w:proofErr w:type="spellEnd"/>
      <w:r w:rsidRPr="00F5137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F5137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with</w:t>
      </w:r>
      <w:proofErr w:type="spellEnd"/>
      <w:r w:rsidRPr="00F5137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F5137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your</w:t>
      </w:r>
      <w:proofErr w:type="spellEnd"/>
      <w:r w:rsidRPr="00F5137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F5137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current</w:t>
      </w:r>
      <w:proofErr w:type="spellEnd"/>
      <w:r w:rsidRPr="00F5137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F5137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lip</w:t>
      </w:r>
      <w:proofErr w:type="spellEnd"/>
      <w:r w:rsidRPr="00F5137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F5137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position</w:t>
      </w:r>
      <w:proofErr w:type="spellEnd"/>
      <w:r w:rsidRPr="00F5137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F5137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and</w:t>
      </w:r>
      <w:proofErr w:type="spellEnd"/>
      <w:r w:rsidRPr="00F5137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F5137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lip</w:t>
      </w:r>
      <w:proofErr w:type="spellEnd"/>
      <w:r w:rsidRPr="00F5137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F5137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closure</w:t>
      </w:r>
      <w:proofErr w:type="spellEnd"/>
      <w:r w:rsidRPr="00F5137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?</w:t>
      </w:r>
    </w:p>
    <w:p w14:paraId="29424187" w14:textId="77777777" w:rsidR="00A63F3E" w:rsidRPr="00F51375" w:rsidRDefault="00A63F3E" w:rsidP="00A63F3E">
      <w:pPr>
        <w:pStyle w:val="ListeParagraf"/>
        <w:autoSpaceDE w:val="0"/>
        <w:autoSpaceDN w:val="0"/>
        <w:adjustRightInd w:val="0"/>
        <w:ind w:left="750"/>
        <w:rPr>
          <w:rFonts w:ascii="Times New Roman" w:hAnsi="Times New Roman" w:cs="Times New Roman"/>
          <w:sz w:val="24"/>
          <w:szCs w:val="24"/>
        </w:rPr>
      </w:pPr>
    </w:p>
    <w:p w14:paraId="2FA4EADB" w14:textId="6DA847E5" w:rsidR="00F06EDE" w:rsidRPr="00F51375" w:rsidRDefault="00F06EDE" w:rsidP="008A40CC">
      <w:pPr>
        <w:autoSpaceDE w:val="0"/>
        <w:autoSpaceDN w:val="0"/>
        <w:adjustRightInd w:val="0"/>
        <w:ind w:left="750" w:firstLine="666"/>
        <w:rPr>
          <w:rFonts w:ascii="Times New Roman" w:hAnsi="Times New Roman" w:cs="Times New Roman"/>
          <w:sz w:val="24"/>
          <w:szCs w:val="24"/>
        </w:rPr>
      </w:pPr>
      <w:r w:rsidRPr="00F51375">
        <w:rPr>
          <w:rFonts w:ascii="Times New Roman" w:hAnsi="Times New Roman" w:cs="Times New Roman"/>
          <w:sz w:val="24"/>
          <w:szCs w:val="24"/>
        </w:rPr>
        <w:t>1</w:t>
      </w:r>
      <w:r w:rsidRPr="00F51375">
        <w:rPr>
          <w:rFonts w:ascii="Times New Roman" w:hAnsi="Times New Roman" w:cs="Times New Roman"/>
          <w:sz w:val="24"/>
          <w:szCs w:val="24"/>
        </w:rPr>
        <w:tab/>
        <w:t>2</w:t>
      </w:r>
      <w:r w:rsidRPr="00F51375">
        <w:rPr>
          <w:rFonts w:ascii="Times New Roman" w:hAnsi="Times New Roman" w:cs="Times New Roman"/>
          <w:sz w:val="24"/>
          <w:szCs w:val="24"/>
        </w:rPr>
        <w:tab/>
        <w:t>3</w:t>
      </w:r>
      <w:r w:rsidRPr="00F51375">
        <w:rPr>
          <w:rFonts w:ascii="Times New Roman" w:hAnsi="Times New Roman" w:cs="Times New Roman"/>
          <w:sz w:val="24"/>
          <w:szCs w:val="24"/>
        </w:rPr>
        <w:tab/>
        <w:t>4</w:t>
      </w:r>
      <w:r w:rsidRPr="00F51375">
        <w:rPr>
          <w:rFonts w:ascii="Times New Roman" w:hAnsi="Times New Roman" w:cs="Times New Roman"/>
          <w:sz w:val="24"/>
          <w:szCs w:val="24"/>
        </w:rPr>
        <w:tab/>
        <w:t>5</w:t>
      </w:r>
      <w:r w:rsidRPr="00F51375">
        <w:rPr>
          <w:rFonts w:ascii="Times New Roman" w:hAnsi="Times New Roman" w:cs="Times New Roman"/>
          <w:sz w:val="24"/>
          <w:szCs w:val="24"/>
        </w:rPr>
        <w:tab/>
        <w:t>6</w:t>
      </w:r>
      <w:r w:rsidRPr="00F51375">
        <w:rPr>
          <w:rFonts w:ascii="Times New Roman" w:hAnsi="Times New Roman" w:cs="Times New Roman"/>
          <w:sz w:val="24"/>
          <w:szCs w:val="24"/>
        </w:rPr>
        <w:tab/>
        <w:t>7</w:t>
      </w:r>
    </w:p>
    <w:p w14:paraId="6D9F2942" w14:textId="77777777" w:rsidR="00FE0785" w:rsidRPr="00F51375" w:rsidRDefault="00FE0785" w:rsidP="00FE0785">
      <w:pPr>
        <w:pStyle w:val="ListeParagraf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F5137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How </w:t>
      </w:r>
      <w:proofErr w:type="spellStart"/>
      <w:r w:rsidRPr="00F5137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satisfied</w:t>
      </w:r>
      <w:proofErr w:type="spellEnd"/>
      <w:r w:rsidRPr="00F5137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F5137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are</w:t>
      </w:r>
      <w:proofErr w:type="spellEnd"/>
      <w:r w:rsidRPr="00F5137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F5137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you</w:t>
      </w:r>
      <w:proofErr w:type="spellEnd"/>
      <w:r w:rsidRPr="00F5137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F5137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with</w:t>
      </w:r>
      <w:proofErr w:type="spellEnd"/>
      <w:r w:rsidRPr="00F5137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F5137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your</w:t>
      </w:r>
      <w:proofErr w:type="spellEnd"/>
      <w:r w:rsidRPr="00F5137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F5137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current</w:t>
      </w:r>
      <w:proofErr w:type="spellEnd"/>
      <w:r w:rsidRPr="00F5137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F5137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breathing</w:t>
      </w:r>
      <w:proofErr w:type="spellEnd"/>
      <w:r w:rsidRPr="00F5137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/</w:t>
      </w:r>
      <w:proofErr w:type="spellStart"/>
      <w:r w:rsidRPr="00F5137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respiration</w:t>
      </w:r>
      <w:proofErr w:type="spellEnd"/>
      <w:r w:rsidRPr="00F5137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?</w:t>
      </w:r>
    </w:p>
    <w:p w14:paraId="313E16AC" w14:textId="77777777" w:rsidR="00FE0785" w:rsidRPr="00F51375" w:rsidRDefault="00FE0785" w:rsidP="00FE0785">
      <w:pPr>
        <w:pStyle w:val="ListeParagraf"/>
        <w:autoSpaceDE w:val="0"/>
        <w:autoSpaceDN w:val="0"/>
        <w:adjustRightInd w:val="0"/>
        <w:ind w:left="750"/>
        <w:rPr>
          <w:rFonts w:ascii="Times New Roman" w:hAnsi="Times New Roman" w:cs="Times New Roman"/>
          <w:sz w:val="24"/>
          <w:szCs w:val="24"/>
        </w:rPr>
      </w:pPr>
    </w:p>
    <w:p w14:paraId="002E9AC2" w14:textId="65EAEDB6" w:rsidR="00F06EDE" w:rsidRPr="00F51375" w:rsidRDefault="00F06EDE" w:rsidP="008A40CC">
      <w:pPr>
        <w:autoSpaceDE w:val="0"/>
        <w:autoSpaceDN w:val="0"/>
        <w:adjustRightInd w:val="0"/>
        <w:ind w:left="750" w:firstLine="666"/>
        <w:rPr>
          <w:rFonts w:ascii="Times New Roman" w:hAnsi="Times New Roman" w:cs="Times New Roman"/>
          <w:sz w:val="24"/>
          <w:szCs w:val="24"/>
        </w:rPr>
      </w:pPr>
      <w:r w:rsidRPr="00F51375">
        <w:rPr>
          <w:rFonts w:ascii="Times New Roman" w:hAnsi="Times New Roman" w:cs="Times New Roman"/>
          <w:sz w:val="24"/>
          <w:szCs w:val="24"/>
        </w:rPr>
        <w:t>1</w:t>
      </w:r>
      <w:r w:rsidRPr="00F51375">
        <w:rPr>
          <w:rFonts w:ascii="Times New Roman" w:hAnsi="Times New Roman" w:cs="Times New Roman"/>
          <w:sz w:val="24"/>
          <w:szCs w:val="24"/>
        </w:rPr>
        <w:tab/>
        <w:t>2</w:t>
      </w:r>
      <w:r w:rsidRPr="00F51375">
        <w:rPr>
          <w:rFonts w:ascii="Times New Roman" w:hAnsi="Times New Roman" w:cs="Times New Roman"/>
          <w:sz w:val="24"/>
          <w:szCs w:val="24"/>
        </w:rPr>
        <w:tab/>
        <w:t>3</w:t>
      </w:r>
      <w:r w:rsidRPr="00F51375">
        <w:rPr>
          <w:rFonts w:ascii="Times New Roman" w:hAnsi="Times New Roman" w:cs="Times New Roman"/>
          <w:sz w:val="24"/>
          <w:szCs w:val="24"/>
        </w:rPr>
        <w:tab/>
        <w:t>4</w:t>
      </w:r>
      <w:r w:rsidRPr="00F51375">
        <w:rPr>
          <w:rFonts w:ascii="Times New Roman" w:hAnsi="Times New Roman" w:cs="Times New Roman"/>
          <w:sz w:val="24"/>
          <w:szCs w:val="24"/>
        </w:rPr>
        <w:tab/>
        <w:t>5</w:t>
      </w:r>
      <w:r w:rsidRPr="00F51375">
        <w:rPr>
          <w:rFonts w:ascii="Times New Roman" w:hAnsi="Times New Roman" w:cs="Times New Roman"/>
          <w:sz w:val="24"/>
          <w:szCs w:val="24"/>
        </w:rPr>
        <w:tab/>
        <w:t>6</w:t>
      </w:r>
      <w:r w:rsidRPr="00F51375">
        <w:rPr>
          <w:rFonts w:ascii="Times New Roman" w:hAnsi="Times New Roman" w:cs="Times New Roman"/>
          <w:sz w:val="24"/>
          <w:szCs w:val="24"/>
        </w:rPr>
        <w:tab/>
        <w:t>7</w:t>
      </w:r>
    </w:p>
    <w:p w14:paraId="6B7FFB59" w14:textId="77777777" w:rsidR="00FE0785" w:rsidRPr="00F51375" w:rsidRDefault="00FE0785" w:rsidP="00FE0785">
      <w:pPr>
        <w:pStyle w:val="ListeParagraf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F5137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How </w:t>
      </w:r>
      <w:proofErr w:type="spellStart"/>
      <w:r w:rsidRPr="00F5137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acceptable</w:t>
      </w:r>
      <w:proofErr w:type="spellEnd"/>
      <w:r w:rsidRPr="00F5137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is </w:t>
      </w:r>
      <w:proofErr w:type="spellStart"/>
      <w:r w:rsidRPr="00F5137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your</w:t>
      </w:r>
      <w:proofErr w:type="spellEnd"/>
      <w:r w:rsidRPr="00F5137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F5137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current</w:t>
      </w:r>
      <w:proofErr w:type="spellEnd"/>
      <w:r w:rsidRPr="00F5137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F5137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level</w:t>
      </w:r>
      <w:proofErr w:type="spellEnd"/>
      <w:r w:rsidRPr="00F5137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of </w:t>
      </w:r>
      <w:proofErr w:type="spellStart"/>
      <w:r w:rsidRPr="00F5137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temporomandibular</w:t>
      </w:r>
      <w:proofErr w:type="spellEnd"/>
      <w:r w:rsidRPr="00F5137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F5137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joint</w:t>
      </w:r>
      <w:proofErr w:type="spellEnd"/>
      <w:r w:rsidRPr="00F5137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/</w:t>
      </w:r>
      <w:proofErr w:type="spellStart"/>
      <w:r w:rsidRPr="00F5137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facial</w:t>
      </w:r>
      <w:proofErr w:type="spellEnd"/>
      <w:r w:rsidRPr="00F5137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F5137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pain</w:t>
      </w:r>
      <w:proofErr w:type="spellEnd"/>
      <w:r w:rsidRPr="00F5137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?</w:t>
      </w:r>
    </w:p>
    <w:p w14:paraId="3425EFC6" w14:textId="77777777" w:rsidR="00FE0785" w:rsidRPr="00F51375" w:rsidRDefault="00FE0785" w:rsidP="00FE0785">
      <w:pPr>
        <w:pStyle w:val="ListeParagraf"/>
        <w:autoSpaceDE w:val="0"/>
        <w:autoSpaceDN w:val="0"/>
        <w:adjustRightInd w:val="0"/>
        <w:ind w:left="750"/>
        <w:rPr>
          <w:rFonts w:ascii="Times New Roman" w:hAnsi="Times New Roman" w:cs="Times New Roman"/>
          <w:sz w:val="24"/>
          <w:szCs w:val="24"/>
        </w:rPr>
      </w:pPr>
    </w:p>
    <w:p w14:paraId="1C5588A3" w14:textId="77777777" w:rsidR="00F06EDE" w:rsidRPr="00F51375" w:rsidRDefault="00F06EDE" w:rsidP="00F06EDE">
      <w:pPr>
        <w:autoSpaceDE w:val="0"/>
        <w:autoSpaceDN w:val="0"/>
        <w:adjustRightInd w:val="0"/>
        <w:ind w:left="750" w:firstLine="666"/>
        <w:rPr>
          <w:rFonts w:ascii="Times New Roman" w:hAnsi="Times New Roman" w:cs="Times New Roman"/>
          <w:sz w:val="24"/>
          <w:szCs w:val="24"/>
        </w:rPr>
      </w:pPr>
      <w:r w:rsidRPr="00F51375">
        <w:rPr>
          <w:rFonts w:ascii="Times New Roman" w:hAnsi="Times New Roman" w:cs="Times New Roman"/>
          <w:sz w:val="24"/>
          <w:szCs w:val="24"/>
        </w:rPr>
        <w:t>1</w:t>
      </w:r>
      <w:r w:rsidRPr="00F51375">
        <w:rPr>
          <w:rFonts w:ascii="Times New Roman" w:hAnsi="Times New Roman" w:cs="Times New Roman"/>
          <w:sz w:val="24"/>
          <w:szCs w:val="24"/>
        </w:rPr>
        <w:tab/>
        <w:t>2</w:t>
      </w:r>
      <w:r w:rsidRPr="00F51375">
        <w:rPr>
          <w:rFonts w:ascii="Times New Roman" w:hAnsi="Times New Roman" w:cs="Times New Roman"/>
          <w:sz w:val="24"/>
          <w:szCs w:val="24"/>
        </w:rPr>
        <w:tab/>
        <w:t>3</w:t>
      </w:r>
      <w:r w:rsidRPr="00F51375">
        <w:rPr>
          <w:rFonts w:ascii="Times New Roman" w:hAnsi="Times New Roman" w:cs="Times New Roman"/>
          <w:sz w:val="24"/>
          <w:szCs w:val="24"/>
        </w:rPr>
        <w:tab/>
        <w:t>4</w:t>
      </w:r>
      <w:r w:rsidRPr="00F51375">
        <w:rPr>
          <w:rFonts w:ascii="Times New Roman" w:hAnsi="Times New Roman" w:cs="Times New Roman"/>
          <w:sz w:val="24"/>
          <w:szCs w:val="24"/>
        </w:rPr>
        <w:tab/>
        <w:t>5</w:t>
      </w:r>
      <w:r w:rsidRPr="00F51375">
        <w:rPr>
          <w:rFonts w:ascii="Times New Roman" w:hAnsi="Times New Roman" w:cs="Times New Roman"/>
          <w:sz w:val="24"/>
          <w:szCs w:val="24"/>
        </w:rPr>
        <w:tab/>
        <w:t>6</w:t>
      </w:r>
      <w:r w:rsidRPr="00F51375">
        <w:rPr>
          <w:rFonts w:ascii="Times New Roman" w:hAnsi="Times New Roman" w:cs="Times New Roman"/>
          <w:sz w:val="24"/>
          <w:szCs w:val="24"/>
        </w:rPr>
        <w:tab/>
        <w:t>7</w:t>
      </w:r>
    </w:p>
    <w:p w14:paraId="5C7846FB" w14:textId="77777777" w:rsidR="004A0F78" w:rsidRPr="00F51375" w:rsidRDefault="004A0F78" w:rsidP="004A0F78">
      <w:pPr>
        <w:pStyle w:val="ListeParagraf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F5137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How </w:t>
      </w:r>
      <w:proofErr w:type="spellStart"/>
      <w:r w:rsidRPr="00F5137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acceptable</w:t>
      </w:r>
      <w:proofErr w:type="spellEnd"/>
      <w:r w:rsidRPr="00F5137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is </w:t>
      </w:r>
      <w:proofErr w:type="spellStart"/>
      <w:r w:rsidRPr="00F5137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your</w:t>
      </w:r>
      <w:proofErr w:type="spellEnd"/>
      <w:r w:rsidRPr="00F5137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F5137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current</w:t>
      </w:r>
      <w:proofErr w:type="spellEnd"/>
      <w:r w:rsidRPr="00F5137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F5137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level</w:t>
      </w:r>
      <w:proofErr w:type="spellEnd"/>
      <w:r w:rsidRPr="00F5137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of </w:t>
      </w:r>
      <w:proofErr w:type="spellStart"/>
      <w:r w:rsidRPr="00F5137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sensation</w:t>
      </w:r>
      <w:proofErr w:type="spellEnd"/>
      <w:r w:rsidRPr="00F5137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in </w:t>
      </w:r>
      <w:proofErr w:type="spellStart"/>
      <w:r w:rsidRPr="00F5137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your</w:t>
      </w:r>
      <w:proofErr w:type="spellEnd"/>
      <w:r w:rsidRPr="00F5137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F5137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lower</w:t>
      </w:r>
      <w:proofErr w:type="spellEnd"/>
      <w:r w:rsidRPr="00F5137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F5137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lip</w:t>
      </w:r>
      <w:proofErr w:type="spellEnd"/>
      <w:r w:rsidRPr="00F5137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/</w:t>
      </w:r>
      <w:proofErr w:type="spellStart"/>
      <w:r w:rsidRPr="00F5137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jaw</w:t>
      </w:r>
      <w:proofErr w:type="spellEnd"/>
      <w:r w:rsidRPr="00F5137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?</w:t>
      </w:r>
    </w:p>
    <w:p w14:paraId="38BC189A" w14:textId="77777777" w:rsidR="004A0F78" w:rsidRPr="00F51375" w:rsidRDefault="004A0F78" w:rsidP="004A0F78">
      <w:pPr>
        <w:pStyle w:val="ListeParagraf"/>
        <w:autoSpaceDE w:val="0"/>
        <w:autoSpaceDN w:val="0"/>
        <w:adjustRightInd w:val="0"/>
        <w:ind w:left="750"/>
        <w:rPr>
          <w:rFonts w:ascii="Times New Roman" w:hAnsi="Times New Roman" w:cs="Times New Roman"/>
          <w:sz w:val="24"/>
          <w:szCs w:val="24"/>
        </w:rPr>
      </w:pPr>
    </w:p>
    <w:p w14:paraId="2AB60F8D" w14:textId="77777777" w:rsidR="00F06EDE" w:rsidRPr="00F51375" w:rsidRDefault="00F06EDE" w:rsidP="00F06EDE">
      <w:pPr>
        <w:autoSpaceDE w:val="0"/>
        <w:autoSpaceDN w:val="0"/>
        <w:adjustRightInd w:val="0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F51375">
        <w:rPr>
          <w:rFonts w:ascii="Times New Roman" w:hAnsi="Times New Roman" w:cs="Times New Roman"/>
          <w:sz w:val="24"/>
          <w:szCs w:val="24"/>
        </w:rPr>
        <w:t>1</w:t>
      </w:r>
      <w:r w:rsidRPr="00F51375">
        <w:rPr>
          <w:rFonts w:ascii="Times New Roman" w:hAnsi="Times New Roman" w:cs="Times New Roman"/>
          <w:sz w:val="24"/>
          <w:szCs w:val="24"/>
        </w:rPr>
        <w:tab/>
        <w:t>2</w:t>
      </w:r>
      <w:r w:rsidRPr="00F51375">
        <w:rPr>
          <w:rFonts w:ascii="Times New Roman" w:hAnsi="Times New Roman" w:cs="Times New Roman"/>
          <w:sz w:val="24"/>
          <w:szCs w:val="24"/>
        </w:rPr>
        <w:tab/>
        <w:t>3</w:t>
      </w:r>
      <w:r w:rsidRPr="00F51375">
        <w:rPr>
          <w:rFonts w:ascii="Times New Roman" w:hAnsi="Times New Roman" w:cs="Times New Roman"/>
          <w:sz w:val="24"/>
          <w:szCs w:val="24"/>
        </w:rPr>
        <w:tab/>
        <w:t>4</w:t>
      </w:r>
      <w:r w:rsidRPr="00F51375">
        <w:rPr>
          <w:rFonts w:ascii="Times New Roman" w:hAnsi="Times New Roman" w:cs="Times New Roman"/>
          <w:sz w:val="24"/>
          <w:szCs w:val="24"/>
        </w:rPr>
        <w:tab/>
        <w:t>5</w:t>
      </w:r>
      <w:r w:rsidRPr="00F51375">
        <w:rPr>
          <w:rFonts w:ascii="Times New Roman" w:hAnsi="Times New Roman" w:cs="Times New Roman"/>
          <w:sz w:val="24"/>
          <w:szCs w:val="24"/>
        </w:rPr>
        <w:tab/>
        <w:t>6</w:t>
      </w:r>
      <w:r w:rsidRPr="00F51375">
        <w:rPr>
          <w:rFonts w:ascii="Times New Roman" w:hAnsi="Times New Roman" w:cs="Times New Roman"/>
          <w:sz w:val="24"/>
          <w:szCs w:val="24"/>
        </w:rPr>
        <w:tab/>
        <w:t>7</w:t>
      </w:r>
    </w:p>
    <w:p w14:paraId="580A0D2F" w14:textId="77777777" w:rsidR="0043258C" w:rsidRPr="00F51375" w:rsidRDefault="0043258C" w:rsidP="0043258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5354A35" w14:textId="77777777" w:rsidR="00F06EDE" w:rsidRPr="00F51375" w:rsidRDefault="00F06EDE" w:rsidP="0043258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9A32041" w14:textId="6D835E91" w:rsidR="0043258C" w:rsidRPr="00F51375" w:rsidRDefault="00804C93" w:rsidP="0043258C">
      <w:pPr>
        <w:rPr>
          <w:rFonts w:ascii="Times New Roman" w:hAnsi="Times New Roman" w:cs="Times New Roman"/>
          <w:sz w:val="24"/>
          <w:szCs w:val="24"/>
        </w:rPr>
      </w:pPr>
      <w:r w:rsidRPr="00F5137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2. </w:t>
      </w:r>
      <w:r w:rsidRPr="00F51375">
        <w:rPr>
          <w:rFonts w:ascii="Times New Roman" w:hAnsi="Times New Roman" w:cs="Times New Roman"/>
          <w:sz w:val="24"/>
          <w:szCs w:val="24"/>
        </w:rPr>
        <w:t>Distribution of responses by class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854"/>
        <w:gridCol w:w="1550"/>
        <w:gridCol w:w="1610"/>
        <w:gridCol w:w="1609"/>
      </w:tblGrid>
      <w:tr w:rsidR="0043258C" w:rsidRPr="00F51375" w14:paraId="0BCD4B02" w14:textId="77777777" w:rsidTr="00DA0FF6">
        <w:trPr>
          <w:trHeight w:val="312"/>
        </w:trPr>
        <w:tc>
          <w:tcPr>
            <w:tcW w:w="116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924DE" w14:textId="77777777" w:rsidR="0043258C" w:rsidRPr="00F51375" w:rsidRDefault="0043258C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07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A84EE3" w14:textId="368D592D" w:rsidR="0043258C" w:rsidRPr="00F51375" w:rsidRDefault="001F3735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Class II</w:t>
            </w:r>
          </w:p>
        </w:tc>
        <w:tc>
          <w:tcPr>
            <w:tcW w:w="89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E72637" w14:textId="2C32D7DE" w:rsidR="0043258C" w:rsidRPr="00F51375" w:rsidRDefault="001F3735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Class III</w:t>
            </w:r>
          </w:p>
        </w:tc>
        <w:tc>
          <w:tcPr>
            <w:tcW w:w="93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1FE52" w14:textId="5025B162" w:rsidR="0043258C" w:rsidRPr="00F51375" w:rsidRDefault="00B32ED0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Test </w:t>
            </w: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</w:t>
            </w: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tatistic</w:t>
            </w:r>
          </w:p>
        </w:tc>
        <w:tc>
          <w:tcPr>
            <w:tcW w:w="93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670AB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p</w:t>
            </w:r>
          </w:p>
        </w:tc>
      </w:tr>
      <w:tr w:rsidR="0043258C" w:rsidRPr="00F51375" w14:paraId="60810562" w14:textId="77777777" w:rsidTr="00DA0FF6">
        <w:trPr>
          <w:trHeight w:val="312"/>
        </w:trPr>
        <w:tc>
          <w:tcPr>
            <w:tcW w:w="116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33B01" w14:textId="3FD3054C" w:rsidR="0043258C" w:rsidRPr="00F51375" w:rsidRDefault="00B32ED0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Question 1  </w:t>
            </w:r>
          </w:p>
        </w:tc>
        <w:tc>
          <w:tcPr>
            <w:tcW w:w="107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BB86CF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89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2F66D4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93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88C44" w14:textId="77777777" w:rsidR="0043258C" w:rsidRPr="00F51375" w:rsidRDefault="0043258C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93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9B77D" w14:textId="77777777" w:rsidR="0043258C" w:rsidRPr="00F51375" w:rsidRDefault="0043258C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43258C" w:rsidRPr="00F51375" w14:paraId="3020C81A" w14:textId="77777777" w:rsidTr="00DA0FF6">
        <w:trPr>
          <w:trHeight w:val="312"/>
        </w:trPr>
        <w:tc>
          <w:tcPr>
            <w:tcW w:w="11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86BAC" w14:textId="7B0C6083" w:rsidR="0043258C" w:rsidRPr="00F51375" w:rsidRDefault="00DA0FF6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Negative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0794FA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 (6,3)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EB1F74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5 (7,7)</w:t>
            </w:r>
          </w:p>
        </w:tc>
        <w:tc>
          <w:tcPr>
            <w:tcW w:w="932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E225672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1,966</w:t>
            </w:r>
          </w:p>
        </w:tc>
        <w:tc>
          <w:tcPr>
            <w:tcW w:w="931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65B1AD2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0,473</w:t>
            </w: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tr-TR"/>
              </w:rPr>
              <w:t>*</w:t>
            </w:r>
          </w:p>
        </w:tc>
      </w:tr>
      <w:tr w:rsidR="0043258C" w:rsidRPr="00F51375" w14:paraId="316A6810" w14:textId="77777777" w:rsidTr="00DA0FF6">
        <w:trPr>
          <w:trHeight w:val="312"/>
        </w:trPr>
        <w:tc>
          <w:tcPr>
            <w:tcW w:w="11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950CE" w14:textId="16A9B50A" w:rsidR="0043258C" w:rsidRPr="00F51375" w:rsidRDefault="00DA0FF6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Neutral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8DD3FE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 (3,1)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0A7324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 (0)</w:t>
            </w:r>
          </w:p>
        </w:tc>
        <w:tc>
          <w:tcPr>
            <w:tcW w:w="93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F00AF0" w14:textId="77777777" w:rsidR="0043258C" w:rsidRPr="00F51375" w:rsidRDefault="0043258C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3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E07162" w14:textId="77777777" w:rsidR="0043258C" w:rsidRPr="00F51375" w:rsidRDefault="0043258C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43258C" w:rsidRPr="00F51375" w14:paraId="32FFE9BF" w14:textId="77777777" w:rsidTr="00DA0FF6">
        <w:trPr>
          <w:trHeight w:val="312"/>
        </w:trPr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26EEC6" w14:textId="6956B596" w:rsidR="0043258C" w:rsidRPr="00F51375" w:rsidRDefault="00DA0FF6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Positive  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A30E47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29 (90,6)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467864B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60 (92,3)</w:t>
            </w:r>
          </w:p>
        </w:tc>
        <w:tc>
          <w:tcPr>
            <w:tcW w:w="93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97D68A" w14:textId="77777777" w:rsidR="0043258C" w:rsidRPr="00F51375" w:rsidRDefault="0043258C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3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60E7088" w14:textId="77777777" w:rsidR="0043258C" w:rsidRPr="00F51375" w:rsidRDefault="0043258C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43258C" w:rsidRPr="00F51375" w14:paraId="64102E4F" w14:textId="77777777" w:rsidTr="00DA0FF6">
        <w:trPr>
          <w:trHeight w:val="312"/>
        </w:trPr>
        <w:tc>
          <w:tcPr>
            <w:tcW w:w="11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72426" w14:textId="672EFE90" w:rsidR="0043258C" w:rsidRPr="00F51375" w:rsidRDefault="00B32ED0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Question </w:t>
            </w: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 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F27E86" w14:textId="77777777" w:rsidR="0043258C" w:rsidRPr="00F51375" w:rsidRDefault="0043258C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ECC7C6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B8E2C1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DFC833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DA0FF6" w:rsidRPr="00F51375" w14:paraId="3A8D8B94" w14:textId="77777777" w:rsidTr="00DA0FF6">
        <w:trPr>
          <w:trHeight w:val="312"/>
        </w:trPr>
        <w:tc>
          <w:tcPr>
            <w:tcW w:w="11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D681C" w14:textId="131F2249" w:rsidR="00DA0FF6" w:rsidRPr="00F51375" w:rsidRDefault="00DA0FF6" w:rsidP="00DA0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Negative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1FEB16" w14:textId="77777777" w:rsidR="00DA0FF6" w:rsidRPr="00F51375" w:rsidRDefault="00DA0FF6" w:rsidP="00DA0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 (6,3)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8AA0EE" w14:textId="77777777" w:rsidR="00DA0FF6" w:rsidRPr="00F51375" w:rsidRDefault="00DA0FF6" w:rsidP="00DA0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 (4,6)</w:t>
            </w:r>
          </w:p>
        </w:tc>
        <w:tc>
          <w:tcPr>
            <w:tcW w:w="932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A4CA0B4" w14:textId="77777777" w:rsidR="00DA0FF6" w:rsidRPr="00F51375" w:rsidRDefault="00DA0FF6" w:rsidP="00DA0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0,49</w:t>
            </w:r>
          </w:p>
        </w:tc>
        <w:tc>
          <w:tcPr>
            <w:tcW w:w="931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8BDF5DA" w14:textId="77777777" w:rsidR="00DA0FF6" w:rsidRPr="00F51375" w:rsidRDefault="00DA0FF6" w:rsidP="00DA0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</w:t>
            </w: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tr-TR"/>
              </w:rPr>
              <w:t>*</w:t>
            </w:r>
          </w:p>
        </w:tc>
      </w:tr>
      <w:tr w:rsidR="00DA0FF6" w:rsidRPr="00F51375" w14:paraId="4338FA8E" w14:textId="77777777" w:rsidTr="00DA0FF6">
        <w:trPr>
          <w:trHeight w:val="312"/>
        </w:trPr>
        <w:tc>
          <w:tcPr>
            <w:tcW w:w="11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08F5F" w14:textId="53A38481" w:rsidR="00DA0FF6" w:rsidRPr="00F51375" w:rsidRDefault="00DA0FF6" w:rsidP="00DA0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Neutral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F90AD9" w14:textId="77777777" w:rsidR="00DA0FF6" w:rsidRPr="00F51375" w:rsidRDefault="00DA0FF6" w:rsidP="00DA0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 (3,1)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2210C7" w14:textId="77777777" w:rsidR="00DA0FF6" w:rsidRPr="00F51375" w:rsidRDefault="00DA0FF6" w:rsidP="00DA0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 (3,1)</w:t>
            </w:r>
          </w:p>
        </w:tc>
        <w:tc>
          <w:tcPr>
            <w:tcW w:w="93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EA9C59" w14:textId="77777777" w:rsidR="00DA0FF6" w:rsidRPr="00F51375" w:rsidRDefault="00DA0FF6" w:rsidP="00DA0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3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7CFE6A" w14:textId="77777777" w:rsidR="00DA0FF6" w:rsidRPr="00F51375" w:rsidRDefault="00DA0FF6" w:rsidP="00DA0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DA0FF6" w:rsidRPr="00F51375" w14:paraId="3567D314" w14:textId="77777777" w:rsidTr="00DA0FF6">
        <w:trPr>
          <w:trHeight w:val="312"/>
        </w:trPr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BF0EF73" w14:textId="1E8B6DA8" w:rsidR="00DA0FF6" w:rsidRPr="00F51375" w:rsidRDefault="00DA0FF6" w:rsidP="00DA0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Positive  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1F151F" w14:textId="77777777" w:rsidR="00DA0FF6" w:rsidRPr="00F51375" w:rsidRDefault="00DA0FF6" w:rsidP="00DA0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29 (90,6)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7A3A53" w14:textId="77777777" w:rsidR="00DA0FF6" w:rsidRPr="00F51375" w:rsidRDefault="00DA0FF6" w:rsidP="00DA0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60 (92,3)</w:t>
            </w:r>
          </w:p>
        </w:tc>
        <w:tc>
          <w:tcPr>
            <w:tcW w:w="93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01C69DB" w14:textId="77777777" w:rsidR="00DA0FF6" w:rsidRPr="00F51375" w:rsidRDefault="00DA0FF6" w:rsidP="00DA0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3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15B905" w14:textId="77777777" w:rsidR="00DA0FF6" w:rsidRPr="00F51375" w:rsidRDefault="00DA0FF6" w:rsidP="00DA0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43258C" w:rsidRPr="00F51375" w14:paraId="55F4BF94" w14:textId="77777777" w:rsidTr="00DA0FF6">
        <w:trPr>
          <w:trHeight w:val="312"/>
        </w:trPr>
        <w:tc>
          <w:tcPr>
            <w:tcW w:w="11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96D12" w14:textId="5DD26477" w:rsidR="0043258C" w:rsidRPr="00F51375" w:rsidRDefault="00B32ED0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Question </w:t>
            </w: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7A3E54" w14:textId="77777777" w:rsidR="0043258C" w:rsidRPr="00F51375" w:rsidRDefault="0043258C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B600D8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4B409F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FB122A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DA0FF6" w:rsidRPr="00F51375" w14:paraId="08D1738B" w14:textId="77777777" w:rsidTr="00DA0FF6">
        <w:trPr>
          <w:trHeight w:val="312"/>
        </w:trPr>
        <w:tc>
          <w:tcPr>
            <w:tcW w:w="11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6874E" w14:textId="674DD259" w:rsidR="00DA0FF6" w:rsidRPr="00F51375" w:rsidRDefault="00DA0FF6" w:rsidP="00DA0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Negative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617C72" w14:textId="77777777" w:rsidR="00DA0FF6" w:rsidRPr="00F51375" w:rsidRDefault="00DA0FF6" w:rsidP="00DA0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 (3,1)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F01BB2" w14:textId="77777777" w:rsidR="00DA0FF6" w:rsidRPr="00F51375" w:rsidRDefault="00DA0FF6" w:rsidP="00DA0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 (3,1)</w:t>
            </w:r>
          </w:p>
        </w:tc>
        <w:tc>
          <w:tcPr>
            <w:tcW w:w="932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963664A" w14:textId="77777777" w:rsidR="00DA0FF6" w:rsidRPr="00F51375" w:rsidRDefault="00DA0FF6" w:rsidP="00DA0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0,806</w:t>
            </w:r>
          </w:p>
        </w:tc>
        <w:tc>
          <w:tcPr>
            <w:tcW w:w="931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557EAA4" w14:textId="77777777" w:rsidR="00DA0FF6" w:rsidRPr="00F51375" w:rsidRDefault="00DA0FF6" w:rsidP="00DA0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</w:t>
            </w: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tr-TR"/>
              </w:rPr>
              <w:t>*</w:t>
            </w:r>
          </w:p>
        </w:tc>
      </w:tr>
      <w:tr w:rsidR="00DA0FF6" w:rsidRPr="00F51375" w14:paraId="4ADA2231" w14:textId="77777777" w:rsidTr="00DA0FF6">
        <w:trPr>
          <w:trHeight w:val="312"/>
        </w:trPr>
        <w:tc>
          <w:tcPr>
            <w:tcW w:w="11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A466E" w14:textId="168148A6" w:rsidR="00DA0FF6" w:rsidRPr="00F51375" w:rsidRDefault="00DA0FF6" w:rsidP="00DA0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Neutral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7CC6DF" w14:textId="77777777" w:rsidR="00DA0FF6" w:rsidRPr="00F51375" w:rsidRDefault="00DA0FF6" w:rsidP="00DA0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 (0)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E63BD8" w14:textId="77777777" w:rsidR="00DA0FF6" w:rsidRPr="00F51375" w:rsidRDefault="00DA0FF6" w:rsidP="00DA0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 (3,1)</w:t>
            </w:r>
          </w:p>
        </w:tc>
        <w:tc>
          <w:tcPr>
            <w:tcW w:w="93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929759" w14:textId="77777777" w:rsidR="00DA0FF6" w:rsidRPr="00F51375" w:rsidRDefault="00DA0FF6" w:rsidP="00DA0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3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C50EEB" w14:textId="77777777" w:rsidR="00DA0FF6" w:rsidRPr="00F51375" w:rsidRDefault="00DA0FF6" w:rsidP="00DA0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DA0FF6" w:rsidRPr="00F51375" w14:paraId="6B9C722B" w14:textId="77777777" w:rsidTr="00DA0FF6">
        <w:trPr>
          <w:trHeight w:val="312"/>
        </w:trPr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5E7CF5" w14:textId="626F0C44" w:rsidR="00DA0FF6" w:rsidRPr="00F51375" w:rsidRDefault="00DA0FF6" w:rsidP="00DA0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Positive  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EC7D9A" w14:textId="77777777" w:rsidR="00DA0FF6" w:rsidRPr="00F51375" w:rsidRDefault="00DA0FF6" w:rsidP="00DA0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31 (96,9)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9B3212" w14:textId="77777777" w:rsidR="00DA0FF6" w:rsidRPr="00F51375" w:rsidRDefault="00DA0FF6" w:rsidP="00DA0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61 (93,8)</w:t>
            </w:r>
          </w:p>
        </w:tc>
        <w:tc>
          <w:tcPr>
            <w:tcW w:w="93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DCAE0F" w14:textId="77777777" w:rsidR="00DA0FF6" w:rsidRPr="00F51375" w:rsidRDefault="00DA0FF6" w:rsidP="00DA0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3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0E6744" w14:textId="77777777" w:rsidR="00DA0FF6" w:rsidRPr="00F51375" w:rsidRDefault="00DA0FF6" w:rsidP="00DA0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43258C" w:rsidRPr="00F51375" w14:paraId="0A19D372" w14:textId="77777777" w:rsidTr="00DA0FF6">
        <w:trPr>
          <w:trHeight w:val="312"/>
        </w:trPr>
        <w:tc>
          <w:tcPr>
            <w:tcW w:w="11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4CCFC" w14:textId="10D8454C" w:rsidR="0043258C" w:rsidRPr="00F51375" w:rsidRDefault="00B32ED0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Question </w:t>
            </w: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C8D901" w14:textId="77777777" w:rsidR="0043258C" w:rsidRPr="00F51375" w:rsidRDefault="0043258C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39E622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3EA056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99D1FE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DA0FF6" w:rsidRPr="00F51375" w14:paraId="7638D282" w14:textId="77777777" w:rsidTr="00DA0FF6">
        <w:trPr>
          <w:trHeight w:val="312"/>
        </w:trPr>
        <w:tc>
          <w:tcPr>
            <w:tcW w:w="11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16B8C" w14:textId="2E87A9E8" w:rsidR="00DA0FF6" w:rsidRPr="00F51375" w:rsidRDefault="00DA0FF6" w:rsidP="00DA0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Negative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179700" w14:textId="77777777" w:rsidR="00DA0FF6" w:rsidRPr="00F51375" w:rsidRDefault="00DA0FF6" w:rsidP="00DA0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 (6,3)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08BD3B" w14:textId="77777777" w:rsidR="00DA0FF6" w:rsidRPr="00F51375" w:rsidRDefault="00DA0FF6" w:rsidP="00DA0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 (3,1)</w:t>
            </w:r>
          </w:p>
        </w:tc>
        <w:tc>
          <w:tcPr>
            <w:tcW w:w="932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A505F4B" w14:textId="77777777" w:rsidR="00DA0FF6" w:rsidRPr="00F51375" w:rsidRDefault="00DA0FF6" w:rsidP="00DA0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2,882</w:t>
            </w:r>
          </w:p>
        </w:tc>
        <w:tc>
          <w:tcPr>
            <w:tcW w:w="931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864986F" w14:textId="77777777" w:rsidR="00DA0FF6" w:rsidRPr="00F51375" w:rsidRDefault="00DA0FF6" w:rsidP="00DA0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0,245</w:t>
            </w: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tr-TR"/>
              </w:rPr>
              <w:t>*</w:t>
            </w:r>
          </w:p>
        </w:tc>
      </w:tr>
      <w:tr w:rsidR="00DA0FF6" w:rsidRPr="00F51375" w14:paraId="1D51E67A" w14:textId="77777777" w:rsidTr="00DA0FF6">
        <w:trPr>
          <w:trHeight w:val="312"/>
        </w:trPr>
        <w:tc>
          <w:tcPr>
            <w:tcW w:w="11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0AC8D" w14:textId="54260D6A" w:rsidR="00DA0FF6" w:rsidRPr="00F51375" w:rsidRDefault="00DA0FF6" w:rsidP="00DA0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Neutral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1889A5" w14:textId="77777777" w:rsidR="00DA0FF6" w:rsidRPr="00F51375" w:rsidRDefault="00DA0FF6" w:rsidP="00DA0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 (12,5)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65527D" w14:textId="77777777" w:rsidR="00DA0FF6" w:rsidRPr="00F51375" w:rsidRDefault="00DA0FF6" w:rsidP="00DA0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 (4,6)</w:t>
            </w:r>
          </w:p>
        </w:tc>
        <w:tc>
          <w:tcPr>
            <w:tcW w:w="93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1A4D30" w14:textId="77777777" w:rsidR="00DA0FF6" w:rsidRPr="00F51375" w:rsidRDefault="00DA0FF6" w:rsidP="00DA0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3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E102B18" w14:textId="77777777" w:rsidR="00DA0FF6" w:rsidRPr="00F51375" w:rsidRDefault="00DA0FF6" w:rsidP="00DA0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DA0FF6" w:rsidRPr="00F51375" w14:paraId="56CA5666" w14:textId="77777777" w:rsidTr="00DA0FF6">
        <w:trPr>
          <w:trHeight w:val="312"/>
        </w:trPr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A0396FB" w14:textId="1821C405" w:rsidR="00DA0FF6" w:rsidRPr="00F51375" w:rsidRDefault="00DA0FF6" w:rsidP="00DA0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Positive  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C41206" w14:textId="77777777" w:rsidR="00DA0FF6" w:rsidRPr="00F51375" w:rsidRDefault="00DA0FF6" w:rsidP="00DA0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26 (81,3)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AF426CD" w14:textId="77777777" w:rsidR="00DA0FF6" w:rsidRPr="00F51375" w:rsidRDefault="00DA0FF6" w:rsidP="00DA0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60 (92,3)</w:t>
            </w:r>
          </w:p>
        </w:tc>
        <w:tc>
          <w:tcPr>
            <w:tcW w:w="93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3817046" w14:textId="77777777" w:rsidR="00DA0FF6" w:rsidRPr="00F51375" w:rsidRDefault="00DA0FF6" w:rsidP="00DA0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3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7BCF330" w14:textId="77777777" w:rsidR="00DA0FF6" w:rsidRPr="00F51375" w:rsidRDefault="00DA0FF6" w:rsidP="00DA0F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43258C" w:rsidRPr="00F51375" w14:paraId="4CCCC96A" w14:textId="77777777" w:rsidTr="00DA0FF6">
        <w:trPr>
          <w:trHeight w:val="312"/>
        </w:trPr>
        <w:tc>
          <w:tcPr>
            <w:tcW w:w="11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1585A" w14:textId="384AFCB6" w:rsidR="00CE6917" w:rsidRPr="00F51375" w:rsidRDefault="00B32ED0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Question </w:t>
            </w: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5</w:t>
            </w:r>
            <w:r w:rsidR="00CE6917"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87519B" w14:textId="47FAD35C" w:rsidR="0043258C" w:rsidRPr="00F51375" w:rsidRDefault="00CE6917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           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528A23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8A50F5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50A4BD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43258C" w:rsidRPr="00F51375" w14:paraId="4164E6DE" w14:textId="77777777" w:rsidTr="00DA0FF6">
        <w:trPr>
          <w:trHeight w:val="312"/>
        </w:trPr>
        <w:tc>
          <w:tcPr>
            <w:tcW w:w="11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4F77B" w14:textId="76C54223" w:rsidR="00832355" w:rsidRPr="00F51375" w:rsidRDefault="00832355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Negative</w:t>
            </w:r>
          </w:p>
          <w:p w14:paraId="6757D0C8" w14:textId="412712B1" w:rsidR="0043258C" w:rsidRPr="00F51375" w:rsidRDefault="0043258C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Nötr</w:t>
            </w:r>
            <w:proofErr w:type="spellEnd"/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719AE5" w14:textId="6A16CAB8" w:rsidR="00832355" w:rsidRPr="00F51375" w:rsidRDefault="00832355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 (0)</w:t>
            </w:r>
          </w:p>
          <w:p w14:paraId="2EF16A5D" w14:textId="247743D2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 (3,1)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4C1D90" w14:textId="076BD189" w:rsidR="00832355" w:rsidRPr="00F51375" w:rsidRDefault="00832355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 (0)</w:t>
            </w:r>
          </w:p>
          <w:p w14:paraId="7E8A463A" w14:textId="3750013C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 (1,5)</w:t>
            </w:r>
          </w:p>
        </w:tc>
        <w:tc>
          <w:tcPr>
            <w:tcW w:w="932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B5141C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---</w:t>
            </w:r>
          </w:p>
        </w:tc>
        <w:tc>
          <w:tcPr>
            <w:tcW w:w="931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D14585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</w:t>
            </w: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tr-TR"/>
              </w:rPr>
              <w:t>**</w:t>
            </w:r>
          </w:p>
        </w:tc>
      </w:tr>
      <w:tr w:rsidR="0043258C" w:rsidRPr="00F51375" w14:paraId="2CBA196B" w14:textId="77777777" w:rsidTr="00DA0FF6">
        <w:trPr>
          <w:trHeight w:val="312"/>
        </w:trPr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6F9AD89" w14:textId="77777777" w:rsidR="0043258C" w:rsidRPr="00F51375" w:rsidRDefault="0043258C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Olumlu</w:t>
            </w:r>
            <w:proofErr w:type="spellEnd"/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834746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31 (96,9)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520E7D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64 (98,5)</w:t>
            </w:r>
          </w:p>
        </w:tc>
        <w:tc>
          <w:tcPr>
            <w:tcW w:w="93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02A4E1" w14:textId="77777777" w:rsidR="0043258C" w:rsidRPr="00F51375" w:rsidRDefault="0043258C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3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7C32E9" w14:textId="77777777" w:rsidR="0043258C" w:rsidRPr="00F51375" w:rsidRDefault="0043258C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43258C" w:rsidRPr="00F51375" w14:paraId="5636CB57" w14:textId="77777777" w:rsidTr="00DA0FF6">
        <w:trPr>
          <w:trHeight w:val="312"/>
        </w:trPr>
        <w:tc>
          <w:tcPr>
            <w:tcW w:w="11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DF29D" w14:textId="65DC2BC2" w:rsidR="0043258C" w:rsidRPr="00F51375" w:rsidRDefault="00B32ED0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Question </w:t>
            </w: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6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015B95" w14:textId="77777777" w:rsidR="0043258C" w:rsidRPr="00F51375" w:rsidRDefault="0043258C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23485C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93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9BB41B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93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5962F9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CE6917" w:rsidRPr="00F51375" w14:paraId="53C4822F" w14:textId="77777777" w:rsidTr="00DA0FF6">
        <w:trPr>
          <w:trHeight w:val="312"/>
        </w:trPr>
        <w:tc>
          <w:tcPr>
            <w:tcW w:w="11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39D21" w14:textId="2FFC7F12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Negative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4FAA44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 (6,3)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43E425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 (0)</w:t>
            </w:r>
          </w:p>
        </w:tc>
        <w:tc>
          <w:tcPr>
            <w:tcW w:w="932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A94396E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5,49</w:t>
            </w:r>
          </w:p>
        </w:tc>
        <w:tc>
          <w:tcPr>
            <w:tcW w:w="931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36C1092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0,22</w:t>
            </w: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tr-TR"/>
              </w:rPr>
              <w:t>*</w:t>
            </w:r>
          </w:p>
        </w:tc>
      </w:tr>
      <w:tr w:rsidR="00CE6917" w:rsidRPr="00F51375" w14:paraId="38595674" w14:textId="77777777" w:rsidTr="00DA0FF6">
        <w:trPr>
          <w:trHeight w:val="312"/>
        </w:trPr>
        <w:tc>
          <w:tcPr>
            <w:tcW w:w="11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33A6A" w14:textId="1618F316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Neutral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A4B938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 (0)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62627A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5 (7,7)</w:t>
            </w:r>
          </w:p>
        </w:tc>
        <w:tc>
          <w:tcPr>
            <w:tcW w:w="93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B68A095" w14:textId="77777777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3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E57228" w14:textId="77777777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CE6917" w:rsidRPr="00F51375" w14:paraId="03F21FD4" w14:textId="77777777" w:rsidTr="00DA0FF6">
        <w:trPr>
          <w:trHeight w:val="312"/>
        </w:trPr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6566599" w14:textId="6369E862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Positive  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848708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30 (93,8)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3D1FB0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60 (92,3)</w:t>
            </w:r>
          </w:p>
        </w:tc>
        <w:tc>
          <w:tcPr>
            <w:tcW w:w="93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F57E59" w14:textId="77777777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3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FD0D40" w14:textId="77777777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43258C" w:rsidRPr="00F51375" w14:paraId="2483FF55" w14:textId="77777777" w:rsidTr="00DA0FF6">
        <w:trPr>
          <w:trHeight w:val="312"/>
        </w:trPr>
        <w:tc>
          <w:tcPr>
            <w:tcW w:w="11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BB7BE" w14:textId="75867A60" w:rsidR="0043258C" w:rsidRPr="00F51375" w:rsidRDefault="00B32ED0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Question </w:t>
            </w: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84E8EA" w14:textId="77777777" w:rsidR="0043258C" w:rsidRPr="00F51375" w:rsidRDefault="0043258C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E81A46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44AAED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5E021E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CE6917" w:rsidRPr="00F51375" w14:paraId="64BDA51A" w14:textId="77777777" w:rsidTr="00DA0FF6">
        <w:trPr>
          <w:trHeight w:val="312"/>
        </w:trPr>
        <w:tc>
          <w:tcPr>
            <w:tcW w:w="11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72FD3" w14:textId="06A86BAE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Negative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22AA97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 (6,3)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F71CED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 (1,5)</w:t>
            </w:r>
          </w:p>
        </w:tc>
        <w:tc>
          <w:tcPr>
            <w:tcW w:w="932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D1D812B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1,978</w:t>
            </w:r>
          </w:p>
        </w:tc>
        <w:tc>
          <w:tcPr>
            <w:tcW w:w="931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FF13CFD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0,419</w:t>
            </w: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tr-TR"/>
              </w:rPr>
              <w:t>*</w:t>
            </w:r>
          </w:p>
        </w:tc>
      </w:tr>
      <w:tr w:rsidR="00CE6917" w:rsidRPr="00F51375" w14:paraId="3BFBFE04" w14:textId="77777777" w:rsidTr="00DA0FF6">
        <w:trPr>
          <w:trHeight w:val="312"/>
        </w:trPr>
        <w:tc>
          <w:tcPr>
            <w:tcW w:w="11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3C590" w14:textId="1F9445D8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Neutral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6F0D77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 (6,3)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645424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 (4,6)</w:t>
            </w:r>
          </w:p>
        </w:tc>
        <w:tc>
          <w:tcPr>
            <w:tcW w:w="93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FCAE9C" w14:textId="77777777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3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C38617" w14:textId="77777777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CE6917" w:rsidRPr="00F51375" w14:paraId="1BD35F02" w14:textId="77777777" w:rsidTr="00DA0FF6">
        <w:trPr>
          <w:trHeight w:val="312"/>
        </w:trPr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D4CBB3D" w14:textId="6C5122F7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Positive  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B8008F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28 (87,5)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FA28EC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61 (93,8)</w:t>
            </w:r>
          </w:p>
        </w:tc>
        <w:tc>
          <w:tcPr>
            <w:tcW w:w="93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009756" w14:textId="77777777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3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BAA186" w14:textId="77777777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43258C" w:rsidRPr="00F51375" w14:paraId="38643E71" w14:textId="77777777" w:rsidTr="00DA0FF6">
        <w:trPr>
          <w:trHeight w:val="312"/>
        </w:trPr>
        <w:tc>
          <w:tcPr>
            <w:tcW w:w="11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09497" w14:textId="57DE85EC" w:rsidR="0043258C" w:rsidRPr="00F51375" w:rsidRDefault="00B32ED0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Question </w:t>
            </w: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811590" w14:textId="77777777" w:rsidR="0043258C" w:rsidRPr="00F51375" w:rsidRDefault="0043258C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24EB56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651AA8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BC85C3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CE6917" w:rsidRPr="00F51375" w14:paraId="32E9ADF5" w14:textId="77777777" w:rsidTr="00DA0FF6">
        <w:trPr>
          <w:trHeight w:val="312"/>
        </w:trPr>
        <w:tc>
          <w:tcPr>
            <w:tcW w:w="11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C3C28" w14:textId="093FB37E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Negative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5CC9D5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 (6,3)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B7E198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 (3,1)</w:t>
            </w:r>
          </w:p>
        </w:tc>
        <w:tc>
          <w:tcPr>
            <w:tcW w:w="932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B566FAB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1,285</w:t>
            </w:r>
          </w:p>
        </w:tc>
        <w:tc>
          <w:tcPr>
            <w:tcW w:w="931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E06B8BC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0,589</w:t>
            </w: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tr-TR"/>
              </w:rPr>
              <w:t>*</w:t>
            </w:r>
          </w:p>
        </w:tc>
      </w:tr>
      <w:tr w:rsidR="00CE6917" w:rsidRPr="00F51375" w14:paraId="50368659" w14:textId="77777777" w:rsidTr="00DA0FF6">
        <w:trPr>
          <w:trHeight w:val="312"/>
        </w:trPr>
        <w:tc>
          <w:tcPr>
            <w:tcW w:w="11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3698B" w14:textId="7EE8FD1F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Neutral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B4D5A8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 (9,4)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7577E7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 (6,2)</w:t>
            </w:r>
          </w:p>
        </w:tc>
        <w:tc>
          <w:tcPr>
            <w:tcW w:w="93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185CC02" w14:textId="77777777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3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F04291" w14:textId="77777777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CE6917" w:rsidRPr="00F51375" w14:paraId="27B0624D" w14:textId="77777777" w:rsidTr="00DA0FF6">
        <w:trPr>
          <w:trHeight w:val="312"/>
        </w:trPr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6CCDDB8" w14:textId="7B0AADF9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Positive  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62D070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27 (84,4)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E2FE14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59 (90,8)</w:t>
            </w:r>
          </w:p>
        </w:tc>
        <w:tc>
          <w:tcPr>
            <w:tcW w:w="93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03A113F" w14:textId="77777777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3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EB45868" w14:textId="77777777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43258C" w:rsidRPr="00F51375" w14:paraId="47180BCE" w14:textId="77777777" w:rsidTr="00DA0FF6">
        <w:trPr>
          <w:trHeight w:val="312"/>
        </w:trPr>
        <w:tc>
          <w:tcPr>
            <w:tcW w:w="11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7F99E" w14:textId="7340A451" w:rsidR="0043258C" w:rsidRPr="00F51375" w:rsidRDefault="00B32ED0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Question </w:t>
            </w: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9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EFED7B" w14:textId="77777777" w:rsidR="0043258C" w:rsidRPr="00F51375" w:rsidRDefault="0043258C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763B4F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CE254F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7A18D8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CE6917" w:rsidRPr="00F51375" w14:paraId="384C51CA" w14:textId="77777777" w:rsidTr="00DA0FF6">
        <w:trPr>
          <w:trHeight w:val="312"/>
        </w:trPr>
        <w:tc>
          <w:tcPr>
            <w:tcW w:w="11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9C8EA" w14:textId="15E28EF9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Negative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ED5BC6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6 (18,8)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E69F8F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14 (21,5)</w:t>
            </w:r>
          </w:p>
        </w:tc>
        <w:tc>
          <w:tcPr>
            <w:tcW w:w="932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6841414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1,013</w:t>
            </w:r>
          </w:p>
        </w:tc>
        <w:tc>
          <w:tcPr>
            <w:tcW w:w="931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4032917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0,603</w:t>
            </w: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tr-TR"/>
              </w:rPr>
              <w:t>***</w:t>
            </w:r>
          </w:p>
        </w:tc>
      </w:tr>
      <w:tr w:rsidR="00CE6917" w:rsidRPr="00F51375" w14:paraId="2F457F35" w14:textId="77777777" w:rsidTr="00DA0FF6">
        <w:trPr>
          <w:trHeight w:val="312"/>
        </w:trPr>
        <w:tc>
          <w:tcPr>
            <w:tcW w:w="11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A84BA" w14:textId="4D7F4C3F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Neutral</w:t>
            </w:r>
          </w:p>
        </w:tc>
        <w:tc>
          <w:tcPr>
            <w:tcW w:w="10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F2C54F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 (21,9)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885D90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9 (13,8)</w:t>
            </w:r>
          </w:p>
        </w:tc>
        <w:tc>
          <w:tcPr>
            <w:tcW w:w="93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7A2C6F" w14:textId="77777777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3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079756" w14:textId="77777777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CE6917" w:rsidRPr="00F51375" w14:paraId="752FBF03" w14:textId="77777777" w:rsidTr="00DA0FF6">
        <w:trPr>
          <w:trHeight w:val="312"/>
        </w:trPr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2DDA3D" w14:textId="473E36E9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Positive  </w:t>
            </w:r>
          </w:p>
        </w:tc>
        <w:tc>
          <w:tcPr>
            <w:tcW w:w="107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1A22AA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19 (59,4)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B098B1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42 (64,6)</w:t>
            </w:r>
          </w:p>
        </w:tc>
        <w:tc>
          <w:tcPr>
            <w:tcW w:w="93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DE9C56" w14:textId="77777777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3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206783" w14:textId="77777777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</w:tbl>
    <w:p w14:paraId="59FF13B0" w14:textId="7237780D" w:rsidR="0043258C" w:rsidRPr="00F51375" w:rsidRDefault="00E84724">
      <w:pPr>
        <w:rPr>
          <w:rFonts w:ascii="Times New Roman" w:hAnsi="Times New Roman" w:cs="Times New Roman"/>
          <w:sz w:val="24"/>
          <w:szCs w:val="24"/>
        </w:rPr>
      </w:pPr>
      <w:r w:rsidRPr="00F51375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* Fisher-Freeman-Halton </w:t>
      </w:r>
      <w:proofErr w:type="gramStart"/>
      <w:r w:rsidRPr="00F51375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Test;*</w:t>
      </w:r>
      <w:proofErr w:type="gramEnd"/>
      <w:r w:rsidRPr="00F51375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* Fisher’s Exact Test ***Pearson Chi-Square Test</w:t>
      </w:r>
    </w:p>
    <w:p w14:paraId="5370409E" w14:textId="3C5C5A57" w:rsidR="0043258C" w:rsidRPr="00F51375" w:rsidRDefault="00C61999" w:rsidP="0043258C">
      <w:pPr>
        <w:rPr>
          <w:rFonts w:ascii="Times New Roman" w:hAnsi="Times New Roman" w:cs="Times New Roman"/>
          <w:sz w:val="24"/>
          <w:szCs w:val="24"/>
        </w:rPr>
      </w:pPr>
      <w:r w:rsidRPr="00F5137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</w:t>
      </w:r>
      <w:r w:rsidR="00224EBE" w:rsidRPr="00F51375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224EBE" w:rsidRPr="00F51375">
        <w:rPr>
          <w:rFonts w:ascii="Times New Roman" w:hAnsi="Times New Roman" w:cs="Times New Roman"/>
          <w:sz w:val="24"/>
          <w:szCs w:val="24"/>
        </w:rPr>
        <w:t>Distribution of responses by income level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5"/>
        <w:gridCol w:w="1424"/>
        <w:gridCol w:w="1424"/>
        <w:gridCol w:w="1232"/>
        <w:gridCol w:w="1495"/>
        <w:gridCol w:w="1360"/>
      </w:tblGrid>
      <w:tr w:rsidR="0043258C" w:rsidRPr="00F51375" w14:paraId="255318F6" w14:textId="77777777" w:rsidTr="00CE6917">
        <w:trPr>
          <w:trHeight w:val="312"/>
        </w:trPr>
        <w:tc>
          <w:tcPr>
            <w:tcW w:w="9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6BC67E" w14:textId="77777777" w:rsidR="0043258C" w:rsidRPr="00F51375" w:rsidRDefault="0043258C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36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AA8221" w14:textId="4707BCA2" w:rsidR="0043258C" w:rsidRPr="00F51375" w:rsidRDefault="00317040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 Income level</w:t>
            </w:r>
          </w:p>
        </w:tc>
        <w:tc>
          <w:tcPr>
            <w:tcW w:w="865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94EE1DC" w14:textId="4F07B37C" w:rsidR="0043258C" w:rsidRPr="00F51375" w:rsidRDefault="00CE6917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Test Statistic</w:t>
            </w:r>
          </w:p>
        </w:tc>
        <w:tc>
          <w:tcPr>
            <w:tcW w:w="787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23BA5C3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p</w:t>
            </w:r>
          </w:p>
        </w:tc>
      </w:tr>
      <w:tr w:rsidR="0043258C" w:rsidRPr="00F51375" w14:paraId="08E9BA15" w14:textId="77777777" w:rsidTr="00CE6917">
        <w:trPr>
          <w:trHeight w:val="312"/>
        </w:trPr>
        <w:tc>
          <w:tcPr>
            <w:tcW w:w="98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FF15727" w14:textId="77777777" w:rsidR="0043258C" w:rsidRPr="00F51375" w:rsidRDefault="0043258C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A95F70" w14:textId="7158E64F" w:rsidR="0043258C" w:rsidRPr="00F51375" w:rsidRDefault="00317040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Low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4BF37A9" w14:textId="5255B5E5" w:rsidR="0043258C" w:rsidRPr="00F51375" w:rsidRDefault="00317040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Medium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C71E6A" w14:textId="10EDF944" w:rsidR="0043258C" w:rsidRPr="00F51375" w:rsidRDefault="00317040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High</w:t>
            </w:r>
          </w:p>
        </w:tc>
        <w:tc>
          <w:tcPr>
            <w:tcW w:w="865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E6C869" w14:textId="77777777" w:rsidR="0043258C" w:rsidRPr="00F51375" w:rsidRDefault="0043258C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78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A34061" w14:textId="77777777" w:rsidR="0043258C" w:rsidRPr="00F51375" w:rsidRDefault="0043258C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43258C" w:rsidRPr="00F51375" w14:paraId="703A1970" w14:textId="77777777" w:rsidTr="00CE6917">
        <w:trPr>
          <w:trHeight w:val="312"/>
        </w:trPr>
        <w:tc>
          <w:tcPr>
            <w:tcW w:w="987" w:type="pct"/>
            <w:tcBorders>
              <w:top w:val="nil"/>
              <w:left w:val="nil"/>
              <w:right w:val="nil"/>
            </w:tcBorders>
            <w:noWrap/>
            <w:vAlign w:val="bottom"/>
          </w:tcPr>
          <w:p w14:paraId="0994803D" w14:textId="0F8FA6DB" w:rsidR="0043258C" w:rsidRPr="00F51375" w:rsidRDefault="00B32ED0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Question 1  </w:t>
            </w:r>
          </w:p>
        </w:tc>
        <w:tc>
          <w:tcPr>
            <w:tcW w:w="824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21085803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824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5825393D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713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2711C44F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865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FA4DACC" w14:textId="77777777" w:rsidR="0043258C" w:rsidRPr="00F51375" w:rsidRDefault="0043258C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787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26AA49F" w14:textId="77777777" w:rsidR="0043258C" w:rsidRPr="00F51375" w:rsidRDefault="0043258C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CE6917" w:rsidRPr="00F51375" w14:paraId="4B1E3738" w14:textId="77777777" w:rsidTr="00CE6917">
        <w:trPr>
          <w:trHeight w:val="312"/>
        </w:trPr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EC7EF" w14:textId="2F937207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Negative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790B8C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 (0)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BCA6BD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 (8,6)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55994C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 (0)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6BD2C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3FC2E" w14:textId="77777777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CE6917" w:rsidRPr="00F51375" w14:paraId="18BA2838" w14:textId="77777777" w:rsidTr="00CE6917">
        <w:trPr>
          <w:trHeight w:val="312"/>
        </w:trPr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93642" w14:textId="4290F8E7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Neutral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E376CA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 (0)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51040B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 (1,2)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14D9C3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 (0)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2D76C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2,579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F0BF3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0,771</w:t>
            </w: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tr-TR"/>
              </w:rPr>
              <w:t>*</w:t>
            </w:r>
          </w:p>
        </w:tc>
      </w:tr>
      <w:tr w:rsidR="00CE6917" w:rsidRPr="00F51375" w14:paraId="75F27178" w14:textId="77777777" w:rsidTr="00CE6917">
        <w:trPr>
          <w:trHeight w:val="312"/>
        </w:trPr>
        <w:tc>
          <w:tcPr>
            <w:tcW w:w="98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8A5B600" w14:textId="5BDCE18D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Positive  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43E6AE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 (100)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FF58264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73 (90,1)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9826B9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5 (100)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0124C5E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087EBA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43258C" w:rsidRPr="00F51375" w14:paraId="622F8BE4" w14:textId="77777777" w:rsidTr="00CE6917">
        <w:trPr>
          <w:trHeight w:val="312"/>
        </w:trPr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808DE" w14:textId="16E64095" w:rsidR="0043258C" w:rsidRPr="00F51375" w:rsidRDefault="00B32ED0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Question </w:t>
            </w: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 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792BA6" w14:textId="77777777" w:rsidR="0043258C" w:rsidRPr="00F51375" w:rsidRDefault="0043258C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8C7B03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57F7BC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7B260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2E6DE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CE6917" w:rsidRPr="00F51375" w14:paraId="55F1111C" w14:textId="77777777" w:rsidTr="00CE6917">
        <w:trPr>
          <w:trHeight w:val="312"/>
        </w:trPr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6A156" w14:textId="50194FC8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Negative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385594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 (0)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37F9D6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5 (6,2)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78763C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 (0)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CC06D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EED44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CE6917" w:rsidRPr="00F51375" w14:paraId="381FD1BA" w14:textId="77777777" w:rsidTr="00CE6917">
        <w:trPr>
          <w:trHeight w:val="312"/>
        </w:trPr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A3CFC" w14:textId="59094AF0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Neutral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7252E9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 (9,1)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E37370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 (2,5)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D04B68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 (0)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9A5B4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2,669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6CAD2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0,608</w:t>
            </w: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tr-TR"/>
              </w:rPr>
              <w:t>*</w:t>
            </w:r>
          </w:p>
        </w:tc>
      </w:tr>
      <w:tr w:rsidR="00CE6917" w:rsidRPr="00F51375" w14:paraId="6145C440" w14:textId="77777777" w:rsidTr="00CE6917">
        <w:trPr>
          <w:trHeight w:val="312"/>
        </w:trPr>
        <w:tc>
          <w:tcPr>
            <w:tcW w:w="98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BD94BA" w14:textId="354C9EC0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Positive  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EFF7A55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 (90,9)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051C1F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74 (91,4)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1493E0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5 (100)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79BE36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282DC2F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43258C" w:rsidRPr="00F51375" w14:paraId="41C95E99" w14:textId="77777777" w:rsidTr="00CE6917">
        <w:trPr>
          <w:trHeight w:val="312"/>
        </w:trPr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6A889" w14:textId="06ABE084" w:rsidR="0043258C" w:rsidRPr="00F51375" w:rsidRDefault="00B32ED0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Question </w:t>
            </w: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FC6F14" w14:textId="77777777" w:rsidR="0043258C" w:rsidRPr="00F51375" w:rsidRDefault="0043258C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3E2DE7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73D660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40A73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1B4FF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CE6917" w:rsidRPr="00F51375" w14:paraId="01CD8DC3" w14:textId="77777777" w:rsidTr="00CE6917">
        <w:trPr>
          <w:trHeight w:val="312"/>
        </w:trPr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EE3C1" w14:textId="717969B8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Negative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B44A97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 (0)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9E56C6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 (3,7)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73D48E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 (0)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E1158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C3AEE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CE6917" w:rsidRPr="00F51375" w14:paraId="7608A60D" w14:textId="77777777" w:rsidTr="00CE6917">
        <w:trPr>
          <w:trHeight w:val="312"/>
        </w:trPr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42863" w14:textId="115C6BC3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Neutral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4E40CD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 (9,1)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18B2FF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 (1,2)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978ECC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 (0)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DD764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4,166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CF966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0,426</w:t>
            </w: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tr-TR"/>
              </w:rPr>
              <w:t>*</w:t>
            </w:r>
          </w:p>
        </w:tc>
      </w:tr>
      <w:tr w:rsidR="00CE6917" w:rsidRPr="00F51375" w14:paraId="01FD3B91" w14:textId="77777777" w:rsidTr="00CE6917">
        <w:trPr>
          <w:trHeight w:val="312"/>
        </w:trPr>
        <w:tc>
          <w:tcPr>
            <w:tcW w:w="98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D7456C" w14:textId="673AADF2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Positive  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18F0E17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 (90,9)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1C3144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77 (95,1)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9ADE4A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5 (100)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4E7587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FFA22B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43258C" w:rsidRPr="00F51375" w14:paraId="32008C5D" w14:textId="77777777" w:rsidTr="00CE6917">
        <w:trPr>
          <w:trHeight w:val="312"/>
        </w:trPr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2EB89" w14:textId="36EAA992" w:rsidR="0043258C" w:rsidRPr="00F51375" w:rsidRDefault="00B32ED0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Question </w:t>
            </w: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72DA04" w14:textId="77777777" w:rsidR="0043258C" w:rsidRPr="00F51375" w:rsidRDefault="0043258C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227D95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388476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E79B6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00299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CE6917" w:rsidRPr="00F51375" w14:paraId="6CDBBE09" w14:textId="77777777" w:rsidTr="00CE6917">
        <w:trPr>
          <w:trHeight w:val="312"/>
        </w:trPr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58B06" w14:textId="4516D81C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Negative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834AB6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 (0)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D5E050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 (4,9)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0B3FBE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 (0)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93E55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90257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CE6917" w:rsidRPr="00F51375" w14:paraId="52BCDE99" w14:textId="77777777" w:rsidTr="00CE6917">
        <w:trPr>
          <w:trHeight w:val="312"/>
        </w:trPr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657FB" w14:textId="399CB939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Neutral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3A03A4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 (0)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AA5AAF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 (8,6)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65B694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 (0)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A1EC8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1,079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BE8C0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0,869</w:t>
            </w: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tr-TR"/>
              </w:rPr>
              <w:t>*</w:t>
            </w:r>
          </w:p>
        </w:tc>
      </w:tr>
      <w:tr w:rsidR="00CE6917" w:rsidRPr="00F51375" w14:paraId="285700C9" w14:textId="77777777" w:rsidTr="00CE6917">
        <w:trPr>
          <w:trHeight w:val="312"/>
        </w:trPr>
        <w:tc>
          <w:tcPr>
            <w:tcW w:w="98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2B46D0C" w14:textId="161984C4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Positive  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C83A8D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 (100)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7B2137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70 (86,4)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8B62DB1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5 (100)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003E31B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2C2367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43258C" w:rsidRPr="00F51375" w14:paraId="35639FAE" w14:textId="77777777" w:rsidTr="00CE6917">
        <w:trPr>
          <w:trHeight w:val="312"/>
        </w:trPr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5E292" w14:textId="469F8724" w:rsidR="0043258C" w:rsidRPr="00F51375" w:rsidRDefault="00B32ED0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Question </w:t>
            </w: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91B812" w14:textId="77777777" w:rsidR="0043258C" w:rsidRPr="00F51375" w:rsidRDefault="0043258C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4F4F22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9BC38A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94618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2F310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43258C" w:rsidRPr="00F51375" w14:paraId="729B5E6B" w14:textId="77777777" w:rsidTr="00CE6917">
        <w:trPr>
          <w:trHeight w:val="312"/>
        </w:trPr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06C98" w14:textId="71533CA4" w:rsidR="00832355" w:rsidRPr="00F51375" w:rsidRDefault="00832355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Negative</w:t>
            </w:r>
          </w:p>
          <w:p w14:paraId="49F19B25" w14:textId="4051E4B9" w:rsidR="0043258C" w:rsidRPr="00F51375" w:rsidRDefault="0043258C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Nötr</w:t>
            </w:r>
            <w:proofErr w:type="spellEnd"/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DEF243" w14:textId="117E42F8" w:rsidR="0035557A" w:rsidRPr="00F51375" w:rsidRDefault="0035557A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 (0)</w:t>
            </w:r>
          </w:p>
          <w:p w14:paraId="54D9B87A" w14:textId="214A5D03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 (9,1)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D296C9" w14:textId="33DBE488" w:rsidR="0035557A" w:rsidRPr="00F51375" w:rsidRDefault="0035557A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 (0)</w:t>
            </w:r>
          </w:p>
          <w:p w14:paraId="3F86F896" w14:textId="5000DAB1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 (1,2)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F7845C" w14:textId="77777777" w:rsidR="0035557A" w:rsidRPr="00F51375" w:rsidRDefault="0035557A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  <w:p w14:paraId="37FB6B48" w14:textId="68EF78BB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 (0)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F8C5D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3,609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89224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0,303</w:t>
            </w: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tr-TR"/>
              </w:rPr>
              <w:t>*</w:t>
            </w:r>
          </w:p>
        </w:tc>
      </w:tr>
      <w:tr w:rsidR="0043258C" w:rsidRPr="00F51375" w14:paraId="33A6CD85" w14:textId="77777777" w:rsidTr="00CE6917">
        <w:trPr>
          <w:trHeight w:val="312"/>
        </w:trPr>
        <w:tc>
          <w:tcPr>
            <w:tcW w:w="98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D822BED" w14:textId="77777777" w:rsidR="0043258C" w:rsidRPr="00F51375" w:rsidRDefault="0043258C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Olumlu</w:t>
            </w:r>
            <w:proofErr w:type="spellEnd"/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DC0315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 (90,9)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6F0A41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80 (98,8)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E94059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5 (100)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565CEA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375AE5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43258C" w:rsidRPr="00F51375" w14:paraId="32754442" w14:textId="77777777" w:rsidTr="00CE6917">
        <w:trPr>
          <w:trHeight w:val="312"/>
        </w:trPr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7485A" w14:textId="37C4CE98" w:rsidR="0043258C" w:rsidRPr="00F51375" w:rsidRDefault="00B32ED0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Question </w:t>
            </w: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6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0F60C9" w14:textId="77777777" w:rsidR="0043258C" w:rsidRPr="00F51375" w:rsidRDefault="0043258C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00F2C9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6ED4EB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B3BA5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C27F1" w14:textId="77777777" w:rsidR="0043258C" w:rsidRPr="00F51375" w:rsidRDefault="0043258C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CE6917" w:rsidRPr="00F51375" w14:paraId="60D62CDA" w14:textId="77777777" w:rsidTr="00CE6917">
        <w:trPr>
          <w:trHeight w:val="312"/>
        </w:trPr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86D8B" w14:textId="4B7B3D34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Negative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1F57F8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 (0)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7EA334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 (2,5)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47E121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 (0)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45D4C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BE9D4" w14:textId="77777777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CE6917" w:rsidRPr="00F51375" w14:paraId="6727F3FA" w14:textId="77777777" w:rsidTr="00CE6917">
        <w:trPr>
          <w:trHeight w:val="312"/>
        </w:trPr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381F0" w14:textId="43CC7C1E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Neutral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1C8664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 (0)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5C78A0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5 (6,2)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8C8B35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 (0)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55E79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1,451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62936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</w:t>
            </w: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tr-TR"/>
              </w:rPr>
              <w:t>*</w:t>
            </w:r>
          </w:p>
        </w:tc>
      </w:tr>
      <w:tr w:rsidR="00CE6917" w:rsidRPr="00F51375" w14:paraId="0D8731F5" w14:textId="77777777" w:rsidTr="00CE6917">
        <w:trPr>
          <w:trHeight w:val="312"/>
        </w:trPr>
        <w:tc>
          <w:tcPr>
            <w:tcW w:w="98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C7A53A" w14:textId="38077635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Positive  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1A48A9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 (100)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6243C7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74 (91,4)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CF059C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5 (100)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816DCC2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1FC2F5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43258C" w:rsidRPr="00F51375" w14:paraId="2F681324" w14:textId="77777777" w:rsidTr="00CE6917">
        <w:trPr>
          <w:trHeight w:val="312"/>
        </w:trPr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44EB6" w14:textId="7C0DE7E6" w:rsidR="0043258C" w:rsidRPr="00F51375" w:rsidRDefault="00B32ED0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Question </w:t>
            </w: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9C5343" w14:textId="77777777" w:rsidR="0043258C" w:rsidRPr="00F51375" w:rsidRDefault="0043258C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33258E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3487DD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CE381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0AAE0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CE6917" w:rsidRPr="00F51375" w14:paraId="481342F9" w14:textId="77777777" w:rsidTr="00CE6917">
        <w:trPr>
          <w:trHeight w:val="312"/>
        </w:trPr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315A8" w14:textId="06A15CF9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Negative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52B61B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 (0)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210F1E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 (3,7)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4D9531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 (0)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1417D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A03DE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CE6917" w:rsidRPr="00F51375" w14:paraId="28323411" w14:textId="77777777" w:rsidTr="00CE6917">
        <w:trPr>
          <w:trHeight w:val="312"/>
        </w:trPr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D36E1" w14:textId="622E9836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Neutral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2F2934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 (9,1)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4CBD6D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 (4,9)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0C0373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 (0)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D0834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1,648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079EB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0,77</w:t>
            </w: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tr-TR"/>
              </w:rPr>
              <w:t>*</w:t>
            </w:r>
          </w:p>
        </w:tc>
      </w:tr>
      <w:tr w:rsidR="00CE6917" w:rsidRPr="00F51375" w14:paraId="43837EEE" w14:textId="77777777" w:rsidTr="00CE6917">
        <w:trPr>
          <w:trHeight w:val="312"/>
        </w:trPr>
        <w:tc>
          <w:tcPr>
            <w:tcW w:w="98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044838" w14:textId="73B76EE1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Positive  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53503B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 (90,9)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39B0A4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74 (91,4)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3A48CF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5 (100)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08271B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D124F5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43258C" w:rsidRPr="00F51375" w14:paraId="18E5F9ED" w14:textId="77777777" w:rsidTr="00CE6917">
        <w:trPr>
          <w:trHeight w:val="312"/>
        </w:trPr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94595" w14:textId="1BA0E13E" w:rsidR="0043258C" w:rsidRPr="00F51375" w:rsidRDefault="00B32ED0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Question </w:t>
            </w: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DF25CB" w14:textId="77777777" w:rsidR="0043258C" w:rsidRPr="00F51375" w:rsidRDefault="0043258C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B9AD37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371A54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9F263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4B30E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CE6917" w:rsidRPr="00F51375" w14:paraId="486DD0D9" w14:textId="77777777" w:rsidTr="00CE6917">
        <w:trPr>
          <w:trHeight w:val="312"/>
        </w:trPr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1CAC5" w14:textId="17803CFE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Negative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BCC0F5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 (0)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43453B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 (4,9)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C3B42F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 (0)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4616A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A0064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CE6917" w:rsidRPr="00F51375" w14:paraId="5733EE56" w14:textId="77777777" w:rsidTr="00CE6917">
        <w:trPr>
          <w:trHeight w:val="312"/>
        </w:trPr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1EA7A" w14:textId="6AC69C10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Neutral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BD1566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 (9,1)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EAC40C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6 (7,4)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6FB99A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 (0)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04074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0,917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5978D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</w:t>
            </w: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tr-TR"/>
              </w:rPr>
              <w:t>*</w:t>
            </w:r>
          </w:p>
        </w:tc>
      </w:tr>
      <w:tr w:rsidR="00CE6917" w:rsidRPr="00F51375" w14:paraId="1EB75F2D" w14:textId="77777777" w:rsidTr="00CE6917">
        <w:trPr>
          <w:trHeight w:val="312"/>
        </w:trPr>
        <w:tc>
          <w:tcPr>
            <w:tcW w:w="98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E4B4B94" w14:textId="1444D0DC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Positive  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9F7403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 (90,9)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326BAF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71 (87,7)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59F52F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5 (100)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1FF965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DAF720F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43258C" w:rsidRPr="00F51375" w14:paraId="329F0AE9" w14:textId="77777777" w:rsidTr="00CE6917">
        <w:trPr>
          <w:trHeight w:val="312"/>
        </w:trPr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AFDE3" w14:textId="1DBFCD8B" w:rsidR="0043258C" w:rsidRPr="00F51375" w:rsidRDefault="00B32ED0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Question </w:t>
            </w: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9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7AE4AD" w14:textId="77777777" w:rsidR="0043258C" w:rsidRPr="00F51375" w:rsidRDefault="0043258C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A39A63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66A421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34980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7803A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CE6917" w:rsidRPr="00F51375" w14:paraId="49206369" w14:textId="77777777" w:rsidTr="00CE6917">
        <w:trPr>
          <w:trHeight w:val="312"/>
        </w:trPr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25E52" w14:textId="7CA04DF2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Negative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9922D1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 (18,2)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D97A26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16 (19,8)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2FF5EC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 (40)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A2ACA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848DF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CE6917" w:rsidRPr="00F51375" w14:paraId="471A1C59" w14:textId="77777777" w:rsidTr="00CE6917">
        <w:trPr>
          <w:trHeight w:val="312"/>
        </w:trPr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28929" w14:textId="6F96D2BB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Neutral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A4D7D0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 (18,2)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F83262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14 (17,3)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B1C20E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 (0)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E4E82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1,723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68646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0,829</w:t>
            </w: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tr-TR"/>
              </w:rPr>
              <w:t>*</w:t>
            </w:r>
          </w:p>
        </w:tc>
      </w:tr>
      <w:tr w:rsidR="00CE6917" w:rsidRPr="00F51375" w14:paraId="4EF162CD" w14:textId="77777777" w:rsidTr="00CE6917">
        <w:trPr>
          <w:trHeight w:val="312"/>
        </w:trPr>
        <w:tc>
          <w:tcPr>
            <w:tcW w:w="98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BE68E9" w14:textId="34607FBE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Positive  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6CB7FAB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 (63,6)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EDB8D5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51 (63)</w:t>
            </w:r>
          </w:p>
        </w:tc>
        <w:tc>
          <w:tcPr>
            <w:tcW w:w="71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D8AAEE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 (60)</w:t>
            </w:r>
          </w:p>
        </w:tc>
        <w:tc>
          <w:tcPr>
            <w:tcW w:w="86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4224759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1807D5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</w:tbl>
    <w:p w14:paraId="1D6825F2" w14:textId="1F160078" w:rsidR="0043258C" w:rsidRPr="00C61999" w:rsidRDefault="0043258C" w:rsidP="0043258C">
      <w:pPr>
        <w:rPr>
          <w:rFonts w:ascii="Times New Roman" w:hAnsi="Times New Roman" w:cs="Times New Roman"/>
          <w:i/>
          <w:iCs/>
          <w:sz w:val="20"/>
          <w:szCs w:val="20"/>
          <w:vertAlign w:val="superscript"/>
        </w:rPr>
      </w:pPr>
      <w:r w:rsidRPr="00C61999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*</w:t>
      </w:r>
      <w:r w:rsidRPr="00C61999">
        <w:rPr>
          <w:rFonts w:ascii="Times New Roman" w:hAnsi="Times New Roman" w:cs="Times New Roman"/>
          <w:i/>
          <w:iCs/>
          <w:sz w:val="20"/>
          <w:szCs w:val="20"/>
        </w:rPr>
        <w:t xml:space="preserve"> Fisher Freeman Halton Test</w:t>
      </w:r>
    </w:p>
    <w:p w14:paraId="39FA53DE" w14:textId="77777777" w:rsidR="0043258C" w:rsidRPr="00F51375" w:rsidRDefault="0043258C">
      <w:pPr>
        <w:rPr>
          <w:rFonts w:ascii="Times New Roman" w:hAnsi="Times New Roman" w:cs="Times New Roman"/>
          <w:sz w:val="24"/>
          <w:szCs w:val="24"/>
        </w:rPr>
      </w:pPr>
    </w:p>
    <w:p w14:paraId="5781E632" w14:textId="0573B959" w:rsidR="0043258C" w:rsidRPr="00F51375" w:rsidRDefault="00C61999" w:rsidP="0043258C">
      <w:pPr>
        <w:rPr>
          <w:rFonts w:ascii="Times New Roman" w:hAnsi="Times New Roman" w:cs="Times New Roman"/>
          <w:sz w:val="24"/>
          <w:szCs w:val="24"/>
        </w:rPr>
      </w:pPr>
      <w:r w:rsidRPr="00F51375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</w:t>
      </w:r>
      <w:r w:rsidR="0042121A" w:rsidRPr="00F51375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="0042121A" w:rsidRPr="00F51375">
        <w:rPr>
          <w:rFonts w:ascii="Times New Roman" w:hAnsi="Times New Roman" w:cs="Times New Roman"/>
          <w:sz w:val="24"/>
          <w:szCs w:val="24"/>
        </w:rPr>
        <w:t xml:space="preserve"> Distribution of responses by marital status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96"/>
        <w:gridCol w:w="1730"/>
        <w:gridCol w:w="1730"/>
        <w:gridCol w:w="1593"/>
        <w:gridCol w:w="1591"/>
      </w:tblGrid>
      <w:tr w:rsidR="0043258C" w:rsidRPr="00F51375" w14:paraId="65D784BD" w14:textId="77777777" w:rsidTr="00BA0118">
        <w:trPr>
          <w:trHeight w:val="312"/>
        </w:trPr>
        <w:tc>
          <w:tcPr>
            <w:tcW w:w="1155" w:type="pct"/>
            <w:tcBorders>
              <w:top w:val="single" w:sz="4" w:space="0" w:color="auto"/>
              <w:left w:val="nil"/>
              <w:right w:val="nil"/>
            </w:tcBorders>
            <w:noWrap/>
            <w:vAlign w:val="bottom"/>
            <w:hideMark/>
          </w:tcPr>
          <w:p w14:paraId="2D68E7E1" w14:textId="77777777" w:rsidR="0043258C" w:rsidRPr="00F51375" w:rsidRDefault="0043258C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0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9462CE" w14:textId="583A2CA2" w:rsidR="0043258C" w:rsidRPr="00F51375" w:rsidRDefault="00AA574F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 Marital status  </w:t>
            </w:r>
          </w:p>
        </w:tc>
        <w:tc>
          <w:tcPr>
            <w:tcW w:w="922" w:type="pct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539F37ED" w14:textId="6A84C719" w:rsidR="0043258C" w:rsidRPr="00F51375" w:rsidRDefault="00CE6917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Test Statistic</w:t>
            </w:r>
          </w:p>
        </w:tc>
        <w:tc>
          <w:tcPr>
            <w:tcW w:w="921" w:type="pct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1E3156B1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P</w:t>
            </w:r>
          </w:p>
        </w:tc>
      </w:tr>
      <w:tr w:rsidR="0043258C" w:rsidRPr="00F51375" w14:paraId="2A98457A" w14:textId="77777777" w:rsidTr="00BA0118">
        <w:trPr>
          <w:trHeight w:val="312"/>
        </w:trPr>
        <w:tc>
          <w:tcPr>
            <w:tcW w:w="115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0C2898" w14:textId="77777777" w:rsidR="0043258C" w:rsidRPr="00F51375" w:rsidRDefault="0043258C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7E1235" w14:textId="331A6B12" w:rsidR="0043258C" w:rsidRPr="00F51375" w:rsidRDefault="00AA574F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Single</w:t>
            </w:r>
          </w:p>
        </w:tc>
        <w:tc>
          <w:tcPr>
            <w:tcW w:w="10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8D3D90" w14:textId="3CE508AB" w:rsidR="0043258C" w:rsidRPr="00F51375" w:rsidRDefault="00AA574F" w:rsidP="00AA5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   Married</w:t>
            </w:r>
          </w:p>
        </w:tc>
        <w:tc>
          <w:tcPr>
            <w:tcW w:w="922" w:type="pct"/>
            <w:vMerge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57FB3FF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21" w:type="pct"/>
            <w:vMerge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29330D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43258C" w:rsidRPr="00F51375" w14:paraId="5F2B1445" w14:textId="77777777" w:rsidTr="00BA0118">
        <w:trPr>
          <w:trHeight w:val="312"/>
        </w:trPr>
        <w:tc>
          <w:tcPr>
            <w:tcW w:w="1155" w:type="pct"/>
            <w:tcBorders>
              <w:top w:val="nil"/>
              <w:left w:val="nil"/>
              <w:right w:val="nil"/>
            </w:tcBorders>
            <w:noWrap/>
            <w:vAlign w:val="bottom"/>
          </w:tcPr>
          <w:p w14:paraId="2EAE254D" w14:textId="1068358D" w:rsidR="0043258C" w:rsidRPr="00F51375" w:rsidRDefault="00B32ED0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Question 1  </w:t>
            </w:r>
          </w:p>
        </w:tc>
        <w:tc>
          <w:tcPr>
            <w:tcW w:w="1001" w:type="pc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69D9B57D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6014774A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22" w:type="pct"/>
            <w:tcBorders>
              <w:left w:val="nil"/>
              <w:right w:val="nil"/>
            </w:tcBorders>
            <w:noWrap/>
            <w:vAlign w:val="center"/>
          </w:tcPr>
          <w:p w14:paraId="0C314DE5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21" w:type="pct"/>
            <w:tcBorders>
              <w:left w:val="nil"/>
              <w:right w:val="nil"/>
            </w:tcBorders>
            <w:noWrap/>
            <w:vAlign w:val="center"/>
          </w:tcPr>
          <w:p w14:paraId="5A85EEE8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CE6917" w:rsidRPr="00F51375" w14:paraId="15A5AF96" w14:textId="77777777" w:rsidTr="00BA0118">
        <w:trPr>
          <w:trHeight w:val="312"/>
        </w:trPr>
        <w:tc>
          <w:tcPr>
            <w:tcW w:w="1155" w:type="pct"/>
            <w:tcBorders>
              <w:left w:val="nil"/>
              <w:right w:val="nil"/>
            </w:tcBorders>
            <w:noWrap/>
            <w:vAlign w:val="bottom"/>
            <w:hideMark/>
          </w:tcPr>
          <w:p w14:paraId="12B57AAE" w14:textId="45DDA021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Negative</w:t>
            </w:r>
          </w:p>
        </w:tc>
        <w:tc>
          <w:tcPr>
            <w:tcW w:w="1001" w:type="pct"/>
            <w:tcBorders>
              <w:left w:val="nil"/>
              <w:right w:val="nil"/>
            </w:tcBorders>
            <w:noWrap/>
            <w:vAlign w:val="center"/>
            <w:hideMark/>
          </w:tcPr>
          <w:p w14:paraId="57300FFE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5 (6,4)</w:t>
            </w:r>
          </w:p>
        </w:tc>
        <w:tc>
          <w:tcPr>
            <w:tcW w:w="1001" w:type="pct"/>
            <w:tcBorders>
              <w:left w:val="nil"/>
              <w:right w:val="nil"/>
            </w:tcBorders>
            <w:noWrap/>
            <w:vAlign w:val="center"/>
            <w:hideMark/>
          </w:tcPr>
          <w:p w14:paraId="69E2789C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 (10,5)</w:t>
            </w:r>
          </w:p>
        </w:tc>
        <w:tc>
          <w:tcPr>
            <w:tcW w:w="922" w:type="pct"/>
            <w:vMerge w:val="restart"/>
            <w:tcBorders>
              <w:left w:val="nil"/>
              <w:right w:val="nil"/>
            </w:tcBorders>
            <w:noWrap/>
            <w:vAlign w:val="center"/>
            <w:hideMark/>
          </w:tcPr>
          <w:p w14:paraId="3039E3BF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1,118</w:t>
            </w:r>
          </w:p>
        </w:tc>
        <w:tc>
          <w:tcPr>
            <w:tcW w:w="921" w:type="pct"/>
            <w:vMerge w:val="restart"/>
            <w:tcBorders>
              <w:left w:val="nil"/>
              <w:right w:val="nil"/>
            </w:tcBorders>
            <w:noWrap/>
            <w:vAlign w:val="center"/>
            <w:hideMark/>
          </w:tcPr>
          <w:p w14:paraId="37E2DF84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0,694</w:t>
            </w: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tr-TR"/>
              </w:rPr>
              <w:t>*</w:t>
            </w:r>
          </w:p>
        </w:tc>
      </w:tr>
      <w:tr w:rsidR="00CE6917" w:rsidRPr="00F51375" w14:paraId="7C08264F" w14:textId="77777777" w:rsidTr="00BA0118">
        <w:trPr>
          <w:trHeight w:val="312"/>
        </w:trPr>
        <w:tc>
          <w:tcPr>
            <w:tcW w:w="1155" w:type="pct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04DBECC" w14:textId="70E1DEEC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Neutral</w:t>
            </w:r>
          </w:p>
        </w:tc>
        <w:tc>
          <w:tcPr>
            <w:tcW w:w="1001" w:type="pct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119D5F85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 (1,3)</w:t>
            </w:r>
          </w:p>
        </w:tc>
        <w:tc>
          <w:tcPr>
            <w:tcW w:w="1001" w:type="pct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5D6628C3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 (0)</w:t>
            </w:r>
          </w:p>
        </w:tc>
        <w:tc>
          <w:tcPr>
            <w:tcW w:w="922" w:type="pct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36AA91" w14:textId="77777777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21" w:type="pct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3A3B77" w14:textId="77777777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CE6917" w:rsidRPr="00F51375" w14:paraId="3B5128FF" w14:textId="77777777" w:rsidTr="00BA0118">
        <w:trPr>
          <w:trHeight w:val="312"/>
        </w:trPr>
        <w:tc>
          <w:tcPr>
            <w:tcW w:w="115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B29BFC" w14:textId="2E469A81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Positive  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16F2FA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72 (92,3)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745842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17 (89,5)</w:t>
            </w:r>
          </w:p>
        </w:tc>
        <w:tc>
          <w:tcPr>
            <w:tcW w:w="92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B6AA3FB" w14:textId="77777777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2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21C361" w14:textId="77777777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43258C" w:rsidRPr="00F51375" w14:paraId="73DAD0FB" w14:textId="77777777" w:rsidTr="00BA0118">
        <w:trPr>
          <w:trHeight w:val="312"/>
        </w:trPr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E806D" w14:textId="3087109B" w:rsidR="0043258C" w:rsidRPr="00F51375" w:rsidRDefault="00B32ED0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Question</w:t>
            </w:r>
            <w:r w:rsidR="00172A2A"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2</w:t>
            </w: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B19B81" w14:textId="77777777" w:rsidR="0043258C" w:rsidRPr="00F51375" w:rsidRDefault="0043258C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A78FC2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42F4E6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B9D2DB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CE6917" w:rsidRPr="00F51375" w14:paraId="00912F0E" w14:textId="77777777" w:rsidTr="00BA0118">
        <w:trPr>
          <w:trHeight w:val="312"/>
        </w:trPr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02614" w14:textId="1592F532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Negative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11A65B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 (5,1)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27C9C7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 (5,3)</w:t>
            </w:r>
          </w:p>
        </w:tc>
        <w:tc>
          <w:tcPr>
            <w:tcW w:w="922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A748D2B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1,029</w:t>
            </w:r>
          </w:p>
        </w:tc>
        <w:tc>
          <w:tcPr>
            <w:tcW w:w="921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4587519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0,783</w:t>
            </w: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tr-TR"/>
              </w:rPr>
              <w:t>*</w:t>
            </w:r>
          </w:p>
        </w:tc>
      </w:tr>
      <w:tr w:rsidR="00CE6917" w:rsidRPr="00F51375" w14:paraId="7C882DC7" w14:textId="77777777" w:rsidTr="00BA0118">
        <w:trPr>
          <w:trHeight w:val="312"/>
        </w:trPr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6E003" w14:textId="2D01585C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Neutral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8CA835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 (2,6)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1DEBBF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 (5,3)</w:t>
            </w:r>
          </w:p>
        </w:tc>
        <w:tc>
          <w:tcPr>
            <w:tcW w:w="92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E9C6D8" w14:textId="77777777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2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7E18BF" w14:textId="77777777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CE6917" w:rsidRPr="00F51375" w14:paraId="2A866FCE" w14:textId="77777777" w:rsidTr="00BA0118">
        <w:trPr>
          <w:trHeight w:val="312"/>
        </w:trPr>
        <w:tc>
          <w:tcPr>
            <w:tcW w:w="115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5115B2" w14:textId="63D6CCB1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Positive  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B9FE72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72 (92,3)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E631867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17 (89,5)</w:t>
            </w:r>
          </w:p>
        </w:tc>
        <w:tc>
          <w:tcPr>
            <w:tcW w:w="92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AC2214" w14:textId="77777777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2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A41A01" w14:textId="77777777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43258C" w:rsidRPr="00F51375" w14:paraId="1EE1D0B5" w14:textId="77777777" w:rsidTr="00BA0118">
        <w:trPr>
          <w:trHeight w:val="312"/>
        </w:trPr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C0AB4" w14:textId="56E74E9A" w:rsidR="0043258C" w:rsidRPr="00F51375" w:rsidRDefault="00172A2A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Question </w:t>
            </w: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B35F33" w14:textId="77777777" w:rsidR="0043258C" w:rsidRPr="00F51375" w:rsidRDefault="0043258C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581021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6FA26B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B6DA4F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CE6917" w:rsidRPr="00F51375" w14:paraId="7459A2F5" w14:textId="77777777" w:rsidTr="00BA0118">
        <w:trPr>
          <w:trHeight w:val="312"/>
        </w:trPr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07895" w14:textId="06B9D478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Negative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EEDB40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 (2,6)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5DE80A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 (5,3)</w:t>
            </w:r>
          </w:p>
        </w:tc>
        <w:tc>
          <w:tcPr>
            <w:tcW w:w="922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59B8D8B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2,504</w:t>
            </w:r>
          </w:p>
        </w:tc>
        <w:tc>
          <w:tcPr>
            <w:tcW w:w="921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B91D308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0,253</w:t>
            </w: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tr-TR"/>
              </w:rPr>
              <w:t>*</w:t>
            </w:r>
          </w:p>
        </w:tc>
      </w:tr>
      <w:tr w:rsidR="00CE6917" w:rsidRPr="00F51375" w14:paraId="5BF55209" w14:textId="77777777" w:rsidTr="00BA0118">
        <w:trPr>
          <w:trHeight w:val="312"/>
        </w:trPr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D9507" w14:textId="29E23C78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Neutral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DB097B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 (1,3)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0788A6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 (5,3)</w:t>
            </w:r>
          </w:p>
        </w:tc>
        <w:tc>
          <w:tcPr>
            <w:tcW w:w="92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1247C3" w14:textId="77777777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2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C57B631" w14:textId="77777777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CE6917" w:rsidRPr="00F51375" w14:paraId="6D956467" w14:textId="77777777" w:rsidTr="00BA0118">
        <w:trPr>
          <w:trHeight w:val="312"/>
        </w:trPr>
        <w:tc>
          <w:tcPr>
            <w:tcW w:w="115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59141C" w14:textId="34608211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Positive  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D656525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75 (96,2)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E5F05F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17 (89,5)</w:t>
            </w:r>
          </w:p>
        </w:tc>
        <w:tc>
          <w:tcPr>
            <w:tcW w:w="92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431B44" w14:textId="77777777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2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79E6BA" w14:textId="77777777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43258C" w:rsidRPr="00F51375" w14:paraId="05F8A4A6" w14:textId="77777777" w:rsidTr="00BA0118">
        <w:trPr>
          <w:trHeight w:val="312"/>
        </w:trPr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9C6C5" w14:textId="2446B25B" w:rsidR="0043258C" w:rsidRPr="00F51375" w:rsidRDefault="00172A2A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Question </w:t>
            </w: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8B3714" w14:textId="77777777" w:rsidR="0043258C" w:rsidRPr="00F51375" w:rsidRDefault="0043258C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CCC6FE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FAD81E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41A236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CE6917" w:rsidRPr="00F51375" w14:paraId="4A3A26AA" w14:textId="77777777" w:rsidTr="00BA0118">
        <w:trPr>
          <w:trHeight w:val="312"/>
        </w:trPr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11C2B" w14:textId="7BE2C47D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Negative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326960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 (3,8)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0153DA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 (5,3)</w:t>
            </w:r>
          </w:p>
        </w:tc>
        <w:tc>
          <w:tcPr>
            <w:tcW w:w="922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1FAB314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3,071</w:t>
            </w:r>
          </w:p>
        </w:tc>
        <w:tc>
          <w:tcPr>
            <w:tcW w:w="921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9B4DACA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0,176</w:t>
            </w: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tr-TR"/>
              </w:rPr>
              <w:t>*</w:t>
            </w:r>
          </w:p>
        </w:tc>
      </w:tr>
      <w:tr w:rsidR="00CE6917" w:rsidRPr="00F51375" w14:paraId="5615EF14" w14:textId="77777777" w:rsidTr="00BA0118">
        <w:trPr>
          <w:trHeight w:val="312"/>
        </w:trPr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A12D6" w14:textId="15F6B9C1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Neutral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E175BB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 (5,1)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6E668B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 (15,8)</w:t>
            </w:r>
          </w:p>
        </w:tc>
        <w:tc>
          <w:tcPr>
            <w:tcW w:w="92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760B3A5" w14:textId="77777777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2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D88FEA" w14:textId="77777777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CE6917" w:rsidRPr="00F51375" w14:paraId="62FDE8DE" w14:textId="77777777" w:rsidTr="00BA0118">
        <w:trPr>
          <w:trHeight w:val="312"/>
        </w:trPr>
        <w:tc>
          <w:tcPr>
            <w:tcW w:w="115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81C1D6" w14:textId="11D825A9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Positive  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F5F3F9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71 (91)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49D915F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15 (78,9)</w:t>
            </w:r>
          </w:p>
        </w:tc>
        <w:tc>
          <w:tcPr>
            <w:tcW w:w="92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BDE8AEE" w14:textId="77777777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2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384A6C1" w14:textId="77777777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43258C" w:rsidRPr="00F51375" w14:paraId="2101A243" w14:textId="77777777" w:rsidTr="00BA0118">
        <w:trPr>
          <w:trHeight w:val="312"/>
        </w:trPr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B73AD" w14:textId="4D5A4406" w:rsidR="0035557A" w:rsidRPr="00F51375" w:rsidRDefault="00172A2A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Question </w:t>
            </w: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F18453" w14:textId="77777777" w:rsidR="0043258C" w:rsidRPr="00F51375" w:rsidRDefault="0043258C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6E1AC7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0607BB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6356B0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43258C" w:rsidRPr="00F51375" w14:paraId="106E8813" w14:textId="77777777" w:rsidTr="00BA0118">
        <w:trPr>
          <w:trHeight w:val="312"/>
        </w:trPr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912B9" w14:textId="25FC3B96" w:rsidR="0035557A" w:rsidRPr="00F51375" w:rsidRDefault="0035557A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Negative</w:t>
            </w:r>
          </w:p>
          <w:p w14:paraId="56BAB5C9" w14:textId="6306E556" w:rsidR="0043258C" w:rsidRPr="00F51375" w:rsidRDefault="0043258C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Nötr</w:t>
            </w:r>
            <w:proofErr w:type="spellEnd"/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66F0E9" w14:textId="7C34BF48" w:rsidR="0035557A" w:rsidRPr="00F51375" w:rsidRDefault="0035557A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 (0)</w:t>
            </w:r>
          </w:p>
          <w:p w14:paraId="53DCCADE" w14:textId="287DFD30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 (1,3)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225FDC" w14:textId="4EC4720F" w:rsidR="0035557A" w:rsidRPr="00F51375" w:rsidRDefault="0035557A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 (0)</w:t>
            </w:r>
          </w:p>
          <w:p w14:paraId="585F813C" w14:textId="0E9B268B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 (5,3)</w:t>
            </w:r>
          </w:p>
        </w:tc>
        <w:tc>
          <w:tcPr>
            <w:tcW w:w="922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2EDCBC9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---</w:t>
            </w:r>
          </w:p>
        </w:tc>
        <w:tc>
          <w:tcPr>
            <w:tcW w:w="921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7AFDAED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0,355</w:t>
            </w: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tr-TR"/>
              </w:rPr>
              <w:t>**</w:t>
            </w:r>
          </w:p>
        </w:tc>
      </w:tr>
      <w:tr w:rsidR="0043258C" w:rsidRPr="00F51375" w14:paraId="27BF4678" w14:textId="77777777" w:rsidTr="00BA0118">
        <w:trPr>
          <w:trHeight w:val="312"/>
        </w:trPr>
        <w:tc>
          <w:tcPr>
            <w:tcW w:w="115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B66E96F" w14:textId="77777777" w:rsidR="0043258C" w:rsidRPr="00F51375" w:rsidRDefault="0043258C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Olumlu</w:t>
            </w:r>
            <w:proofErr w:type="spellEnd"/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1651CB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77 (98,7)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14CA600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18 (94,7)</w:t>
            </w:r>
          </w:p>
        </w:tc>
        <w:tc>
          <w:tcPr>
            <w:tcW w:w="92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890BE4" w14:textId="77777777" w:rsidR="0043258C" w:rsidRPr="00F51375" w:rsidRDefault="0043258C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2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9A0504" w14:textId="77777777" w:rsidR="0043258C" w:rsidRPr="00F51375" w:rsidRDefault="0043258C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43258C" w:rsidRPr="00F51375" w14:paraId="2BE70888" w14:textId="77777777" w:rsidTr="00BA0118">
        <w:trPr>
          <w:trHeight w:val="312"/>
        </w:trPr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F1F2A" w14:textId="79EAC914" w:rsidR="0043258C" w:rsidRPr="00F51375" w:rsidRDefault="00172A2A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Question </w:t>
            </w: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6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5B8997" w14:textId="77777777" w:rsidR="0043258C" w:rsidRPr="00F51375" w:rsidRDefault="0043258C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BA3F19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13625E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B1AA82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CE6917" w:rsidRPr="00F51375" w14:paraId="7A3D7AF0" w14:textId="77777777" w:rsidTr="00BA0118">
        <w:trPr>
          <w:trHeight w:val="312"/>
        </w:trPr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F11F0" w14:textId="5909ED62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Negative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9FF76E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 (2,6)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E42F99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 (0)</w:t>
            </w:r>
          </w:p>
        </w:tc>
        <w:tc>
          <w:tcPr>
            <w:tcW w:w="922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F02C4FD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4,757</w:t>
            </w:r>
          </w:p>
        </w:tc>
        <w:tc>
          <w:tcPr>
            <w:tcW w:w="921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84C17E4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0,087</w:t>
            </w: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tr-TR"/>
              </w:rPr>
              <w:t>*</w:t>
            </w:r>
          </w:p>
        </w:tc>
      </w:tr>
      <w:tr w:rsidR="00CE6917" w:rsidRPr="00F51375" w14:paraId="002636E9" w14:textId="77777777" w:rsidTr="00BA0118">
        <w:trPr>
          <w:trHeight w:val="312"/>
        </w:trPr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245B8" w14:textId="19CB5FA4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Neutral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59797D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 (2,6)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967B7D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 (15,8)</w:t>
            </w:r>
          </w:p>
        </w:tc>
        <w:tc>
          <w:tcPr>
            <w:tcW w:w="92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0C4466" w14:textId="77777777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2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3A8DCAB" w14:textId="77777777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CE6917" w:rsidRPr="00F51375" w14:paraId="6D8DA333" w14:textId="77777777" w:rsidTr="00BA0118">
        <w:trPr>
          <w:trHeight w:val="312"/>
        </w:trPr>
        <w:tc>
          <w:tcPr>
            <w:tcW w:w="115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153141" w14:textId="475BC81A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Positive  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0F75B0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74 (94,9)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22B874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16 (84,2)</w:t>
            </w:r>
          </w:p>
        </w:tc>
        <w:tc>
          <w:tcPr>
            <w:tcW w:w="92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0B19F9" w14:textId="77777777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2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0F04B83" w14:textId="77777777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43258C" w:rsidRPr="00F51375" w14:paraId="01753D50" w14:textId="77777777" w:rsidTr="00BA0118">
        <w:trPr>
          <w:trHeight w:val="312"/>
        </w:trPr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AC7B9" w14:textId="27646F5C" w:rsidR="0043258C" w:rsidRPr="00F51375" w:rsidRDefault="005060B1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Question</w:t>
            </w: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7</w:t>
            </w: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 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8CE923" w14:textId="77777777" w:rsidR="0043258C" w:rsidRPr="00F51375" w:rsidRDefault="0043258C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D8B0F8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09D7FC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AFB9BC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CE6917" w:rsidRPr="00F51375" w14:paraId="10404F4A" w14:textId="77777777" w:rsidTr="00BA0118">
        <w:trPr>
          <w:trHeight w:val="312"/>
        </w:trPr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DDBA4" w14:textId="67A38D42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Negative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9FD12F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 (3,8)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28DCAB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 (0)</w:t>
            </w:r>
          </w:p>
        </w:tc>
        <w:tc>
          <w:tcPr>
            <w:tcW w:w="922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BA64D28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0,454</w:t>
            </w:r>
          </w:p>
        </w:tc>
        <w:tc>
          <w:tcPr>
            <w:tcW w:w="921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5EAEAD9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</w:t>
            </w: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tr-TR"/>
              </w:rPr>
              <w:t>*</w:t>
            </w:r>
          </w:p>
        </w:tc>
      </w:tr>
      <w:tr w:rsidR="00CE6917" w:rsidRPr="00F51375" w14:paraId="4F361535" w14:textId="77777777" w:rsidTr="00BA0118">
        <w:trPr>
          <w:trHeight w:val="312"/>
        </w:trPr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E962A" w14:textId="2840F096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Neutral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43794A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 (5,1)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90CFEB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 (5,3)</w:t>
            </w:r>
          </w:p>
        </w:tc>
        <w:tc>
          <w:tcPr>
            <w:tcW w:w="92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854183" w14:textId="77777777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2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42F21F1" w14:textId="77777777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CE6917" w:rsidRPr="00F51375" w14:paraId="44842CA5" w14:textId="77777777" w:rsidTr="00BA0118">
        <w:trPr>
          <w:trHeight w:val="312"/>
        </w:trPr>
        <w:tc>
          <w:tcPr>
            <w:tcW w:w="115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8D8796E" w14:textId="4D691288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Positive  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B74F5F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71 (91)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6CC442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18 (94,7)</w:t>
            </w:r>
          </w:p>
        </w:tc>
        <w:tc>
          <w:tcPr>
            <w:tcW w:w="92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B1DC28" w14:textId="77777777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2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57F5F9" w14:textId="77777777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43258C" w:rsidRPr="00F51375" w14:paraId="75DA8572" w14:textId="77777777" w:rsidTr="00BA0118">
        <w:trPr>
          <w:trHeight w:val="312"/>
        </w:trPr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191F5" w14:textId="6195C054" w:rsidR="0043258C" w:rsidRPr="00F51375" w:rsidRDefault="005060B1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Question </w:t>
            </w: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391994" w14:textId="77777777" w:rsidR="0043258C" w:rsidRPr="00F51375" w:rsidRDefault="0043258C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9717BB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766062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5C8EAE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CE6917" w:rsidRPr="00F51375" w14:paraId="1BF6E469" w14:textId="77777777" w:rsidTr="00BA0118">
        <w:trPr>
          <w:trHeight w:val="312"/>
        </w:trPr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E5741" w14:textId="1AB343FF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Negative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A647BC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 (3,8)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1AB915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 (5,3)</w:t>
            </w:r>
          </w:p>
        </w:tc>
        <w:tc>
          <w:tcPr>
            <w:tcW w:w="922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33B46E8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1,683</w:t>
            </w:r>
          </w:p>
        </w:tc>
        <w:tc>
          <w:tcPr>
            <w:tcW w:w="921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41BDCEA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0,455</w:t>
            </w: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tr-TR"/>
              </w:rPr>
              <w:t>*</w:t>
            </w:r>
          </w:p>
        </w:tc>
      </w:tr>
      <w:tr w:rsidR="00CE6917" w:rsidRPr="00F51375" w14:paraId="05E72F66" w14:textId="77777777" w:rsidTr="00BA0118">
        <w:trPr>
          <w:trHeight w:val="312"/>
        </w:trPr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55D18" w14:textId="5B56FB1B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Neutral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F15077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 (9)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A8AA8A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 (0)</w:t>
            </w:r>
          </w:p>
        </w:tc>
        <w:tc>
          <w:tcPr>
            <w:tcW w:w="92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A34AA6" w14:textId="77777777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2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7385F7" w14:textId="77777777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CE6917" w:rsidRPr="00F51375" w14:paraId="5744BFF6" w14:textId="77777777" w:rsidTr="00BA0118">
        <w:trPr>
          <w:trHeight w:val="312"/>
        </w:trPr>
        <w:tc>
          <w:tcPr>
            <w:tcW w:w="115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12074B" w14:textId="27EEFE50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Positive  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AE744D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68 (87,2)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B0A6AE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18 (94,7)</w:t>
            </w:r>
          </w:p>
        </w:tc>
        <w:tc>
          <w:tcPr>
            <w:tcW w:w="92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F75308" w14:textId="77777777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2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390A15" w14:textId="77777777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43258C" w:rsidRPr="00F51375" w14:paraId="36DA51A4" w14:textId="77777777" w:rsidTr="00BA0118">
        <w:trPr>
          <w:trHeight w:val="312"/>
        </w:trPr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535C9" w14:textId="456CF55E" w:rsidR="0043258C" w:rsidRPr="00F51375" w:rsidRDefault="005060B1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Question </w:t>
            </w: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9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6D0556" w14:textId="77777777" w:rsidR="0043258C" w:rsidRPr="00F51375" w:rsidRDefault="0043258C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72793F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A27141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DF9EC1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CE6917" w:rsidRPr="00F51375" w14:paraId="7DC646FB" w14:textId="77777777" w:rsidTr="00BA0118">
        <w:trPr>
          <w:trHeight w:val="312"/>
        </w:trPr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AE069" w14:textId="2ABA94C2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Negative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000233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16 (20,5)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612149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 (21,1)</w:t>
            </w:r>
          </w:p>
        </w:tc>
        <w:tc>
          <w:tcPr>
            <w:tcW w:w="922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546E7A8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1,916</w:t>
            </w:r>
          </w:p>
        </w:tc>
        <w:tc>
          <w:tcPr>
            <w:tcW w:w="921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C31CE5A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0,374</w:t>
            </w: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tr-TR"/>
              </w:rPr>
              <w:t>*</w:t>
            </w:r>
          </w:p>
        </w:tc>
      </w:tr>
      <w:tr w:rsidR="00CE6917" w:rsidRPr="00F51375" w14:paraId="05C77F85" w14:textId="77777777" w:rsidTr="00BA0118">
        <w:trPr>
          <w:trHeight w:val="312"/>
        </w:trPr>
        <w:tc>
          <w:tcPr>
            <w:tcW w:w="115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E07CA" w14:textId="67C7FFFF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Neutral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9DACEB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 (14,1)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FF99B9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5 (26,3)</w:t>
            </w:r>
          </w:p>
        </w:tc>
        <w:tc>
          <w:tcPr>
            <w:tcW w:w="92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B92CB1" w14:textId="77777777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2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F45E03" w14:textId="77777777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CE6917" w:rsidRPr="00F51375" w14:paraId="6CF2BB6F" w14:textId="77777777" w:rsidTr="00BA0118">
        <w:trPr>
          <w:trHeight w:val="312"/>
        </w:trPr>
        <w:tc>
          <w:tcPr>
            <w:tcW w:w="115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73D068" w14:textId="773ECB01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lastRenderedPageBreak/>
              <w:t xml:space="preserve">Positive  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30EFD5F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51 (65,4)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1B0C50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 (52,6)</w:t>
            </w:r>
          </w:p>
        </w:tc>
        <w:tc>
          <w:tcPr>
            <w:tcW w:w="922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5B43AFF" w14:textId="77777777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21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E480B9F" w14:textId="77777777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</w:tbl>
    <w:p w14:paraId="2C9E7F2F" w14:textId="0DB76237" w:rsidR="0043258C" w:rsidRPr="00C61999" w:rsidRDefault="0043258C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C61999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*</w:t>
      </w:r>
      <w:r w:rsidRPr="00C61999">
        <w:rPr>
          <w:rFonts w:ascii="Times New Roman" w:hAnsi="Times New Roman" w:cs="Times New Roman"/>
          <w:i/>
          <w:iCs/>
          <w:sz w:val="20"/>
          <w:szCs w:val="20"/>
        </w:rPr>
        <w:t xml:space="preserve"> Fisher Freeman Halton </w:t>
      </w:r>
      <w:proofErr w:type="gramStart"/>
      <w:r w:rsidRPr="00C61999">
        <w:rPr>
          <w:rFonts w:ascii="Times New Roman" w:hAnsi="Times New Roman" w:cs="Times New Roman"/>
          <w:i/>
          <w:iCs/>
          <w:sz w:val="20"/>
          <w:szCs w:val="20"/>
        </w:rPr>
        <w:t>Test;</w:t>
      </w:r>
      <w:r w:rsidRPr="00C61999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*</w:t>
      </w:r>
      <w:proofErr w:type="gramEnd"/>
      <w:r w:rsidRPr="00C61999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*</w:t>
      </w:r>
      <w:r w:rsidRPr="00C61999">
        <w:rPr>
          <w:rFonts w:ascii="Times New Roman" w:hAnsi="Times New Roman" w:cs="Times New Roman"/>
          <w:i/>
          <w:iCs/>
          <w:sz w:val="20"/>
          <w:szCs w:val="20"/>
        </w:rPr>
        <w:t xml:space="preserve"> Fisher’s Exact Test</w:t>
      </w:r>
    </w:p>
    <w:p w14:paraId="1348CBDF" w14:textId="77777777" w:rsidR="0043258C" w:rsidRPr="00F51375" w:rsidRDefault="0043258C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0B1DF7D6" w14:textId="0DECEDF2" w:rsidR="0043258C" w:rsidRPr="00F51375" w:rsidRDefault="00C61999" w:rsidP="0043258C">
      <w:pPr>
        <w:rPr>
          <w:rFonts w:ascii="Times New Roman" w:hAnsi="Times New Roman" w:cs="Times New Roman"/>
          <w:sz w:val="24"/>
          <w:szCs w:val="24"/>
        </w:rPr>
      </w:pPr>
      <w:r w:rsidRPr="00F51375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</w:t>
      </w:r>
      <w:r w:rsidR="00C53782" w:rsidRPr="00F51375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="00C53782" w:rsidRPr="00F51375">
        <w:rPr>
          <w:rFonts w:ascii="Times New Roman" w:hAnsi="Times New Roman" w:cs="Times New Roman"/>
          <w:sz w:val="24"/>
          <w:szCs w:val="24"/>
        </w:rPr>
        <w:t xml:space="preserve"> Distribution of responses by employment status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3"/>
        <w:gridCol w:w="1531"/>
        <w:gridCol w:w="1752"/>
        <w:gridCol w:w="1647"/>
        <w:gridCol w:w="1647"/>
      </w:tblGrid>
      <w:tr w:rsidR="0043258C" w:rsidRPr="00F51375" w14:paraId="700932E8" w14:textId="77777777" w:rsidTr="00BA0118">
        <w:trPr>
          <w:trHeight w:val="312"/>
        </w:trPr>
        <w:tc>
          <w:tcPr>
            <w:tcW w:w="1194" w:type="pct"/>
            <w:tcBorders>
              <w:top w:val="single" w:sz="4" w:space="0" w:color="auto"/>
              <w:left w:val="nil"/>
              <w:right w:val="nil"/>
            </w:tcBorders>
            <w:noWrap/>
            <w:vAlign w:val="bottom"/>
            <w:hideMark/>
          </w:tcPr>
          <w:p w14:paraId="17B97BA6" w14:textId="77777777" w:rsidR="0043258C" w:rsidRPr="00F51375" w:rsidRDefault="0043258C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9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C95DE8" w14:textId="44DF6554" w:rsidR="0043258C" w:rsidRPr="00F51375" w:rsidRDefault="00001448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    Employment </w:t>
            </w: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</w:t>
            </w: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tatus</w:t>
            </w:r>
          </w:p>
        </w:tc>
        <w:tc>
          <w:tcPr>
            <w:tcW w:w="953" w:type="pct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65245583" w14:textId="0CCF79EC" w:rsidR="0043258C" w:rsidRPr="00F51375" w:rsidRDefault="00CE6917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Test Statistic</w:t>
            </w:r>
          </w:p>
        </w:tc>
        <w:tc>
          <w:tcPr>
            <w:tcW w:w="953" w:type="pct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3DF16053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p</w:t>
            </w:r>
          </w:p>
        </w:tc>
      </w:tr>
      <w:tr w:rsidR="0043258C" w:rsidRPr="00F51375" w14:paraId="0512ABCE" w14:textId="77777777" w:rsidTr="00BA0118">
        <w:trPr>
          <w:trHeight w:val="312"/>
        </w:trPr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BF2D78F" w14:textId="77777777" w:rsidR="0043258C" w:rsidRPr="00F51375" w:rsidRDefault="0043258C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44445F" w14:textId="7F6CBC7E" w:rsidR="0043258C" w:rsidRPr="00F51375" w:rsidRDefault="00001448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Employed</w:t>
            </w:r>
          </w:p>
        </w:tc>
        <w:tc>
          <w:tcPr>
            <w:tcW w:w="10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FFA590" w14:textId="432F20C7" w:rsidR="0043258C" w:rsidRPr="00F51375" w:rsidRDefault="00001448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Une</w:t>
            </w: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mployed</w:t>
            </w:r>
          </w:p>
        </w:tc>
        <w:tc>
          <w:tcPr>
            <w:tcW w:w="953" w:type="pct"/>
            <w:vMerge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7F4FDD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53" w:type="pct"/>
            <w:vMerge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427C73A" w14:textId="77777777" w:rsidR="0043258C" w:rsidRPr="00F51375" w:rsidRDefault="0043258C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43258C" w:rsidRPr="00F51375" w14:paraId="12F66533" w14:textId="77777777" w:rsidTr="00BA0118">
        <w:trPr>
          <w:trHeight w:val="312"/>
        </w:trPr>
        <w:tc>
          <w:tcPr>
            <w:tcW w:w="1194" w:type="pct"/>
            <w:tcBorders>
              <w:top w:val="nil"/>
              <w:left w:val="nil"/>
              <w:right w:val="nil"/>
            </w:tcBorders>
            <w:noWrap/>
            <w:vAlign w:val="bottom"/>
          </w:tcPr>
          <w:p w14:paraId="3855A600" w14:textId="4CF8BB65" w:rsidR="0043258C" w:rsidRPr="00F51375" w:rsidRDefault="005060B1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Question 1  </w:t>
            </w:r>
          </w:p>
        </w:tc>
        <w:tc>
          <w:tcPr>
            <w:tcW w:w="886" w:type="pc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48CE0F43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14" w:type="pc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242C5F33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53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554CE38B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53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01C2384C" w14:textId="77777777" w:rsidR="0043258C" w:rsidRPr="00F51375" w:rsidRDefault="0043258C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CE6917" w:rsidRPr="00F51375" w14:paraId="7AC2F349" w14:textId="77777777" w:rsidTr="00BA0118">
        <w:trPr>
          <w:trHeight w:val="312"/>
        </w:trPr>
        <w:tc>
          <w:tcPr>
            <w:tcW w:w="1194" w:type="pct"/>
            <w:tcBorders>
              <w:left w:val="nil"/>
              <w:right w:val="nil"/>
            </w:tcBorders>
            <w:noWrap/>
            <w:vAlign w:val="bottom"/>
            <w:hideMark/>
          </w:tcPr>
          <w:p w14:paraId="119501BE" w14:textId="16DA8741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Negative</w:t>
            </w:r>
          </w:p>
        </w:tc>
        <w:tc>
          <w:tcPr>
            <w:tcW w:w="886" w:type="pct"/>
            <w:tcBorders>
              <w:left w:val="nil"/>
              <w:right w:val="nil"/>
            </w:tcBorders>
            <w:noWrap/>
            <w:vAlign w:val="center"/>
            <w:hideMark/>
          </w:tcPr>
          <w:p w14:paraId="1C708096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5 (7,6)</w:t>
            </w:r>
          </w:p>
        </w:tc>
        <w:tc>
          <w:tcPr>
            <w:tcW w:w="1014" w:type="pct"/>
            <w:tcBorders>
              <w:left w:val="nil"/>
              <w:right w:val="nil"/>
            </w:tcBorders>
            <w:noWrap/>
            <w:vAlign w:val="center"/>
            <w:hideMark/>
          </w:tcPr>
          <w:p w14:paraId="2301B490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 (6,5)</w:t>
            </w:r>
          </w:p>
        </w:tc>
        <w:tc>
          <w:tcPr>
            <w:tcW w:w="953" w:type="pct"/>
            <w:vMerge w:val="restart"/>
            <w:tcBorders>
              <w:left w:val="nil"/>
              <w:right w:val="nil"/>
            </w:tcBorders>
            <w:noWrap/>
            <w:vAlign w:val="center"/>
            <w:hideMark/>
          </w:tcPr>
          <w:p w14:paraId="1378C963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0,551</w:t>
            </w:r>
          </w:p>
        </w:tc>
        <w:tc>
          <w:tcPr>
            <w:tcW w:w="953" w:type="pct"/>
            <w:vMerge w:val="restart"/>
            <w:tcBorders>
              <w:left w:val="nil"/>
              <w:right w:val="nil"/>
            </w:tcBorders>
            <w:noWrap/>
            <w:vAlign w:val="center"/>
            <w:hideMark/>
          </w:tcPr>
          <w:p w14:paraId="1BD2A2F9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</w:t>
            </w: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tr-TR"/>
              </w:rPr>
              <w:t>*</w:t>
            </w:r>
          </w:p>
        </w:tc>
      </w:tr>
      <w:tr w:rsidR="00CE6917" w:rsidRPr="00F51375" w14:paraId="4B12A7F9" w14:textId="77777777" w:rsidTr="00BA0118">
        <w:trPr>
          <w:trHeight w:val="312"/>
        </w:trPr>
        <w:tc>
          <w:tcPr>
            <w:tcW w:w="1194" w:type="pct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3FC26A4" w14:textId="4AE845BD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Neutral</w:t>
            </w:r>
          </w:p>
        </w:tc>
        <w:tc>
          <w:tcPr>
            <w:tcW w:w="886" w:type="pct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1B632371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 (1,5)</w:t>
            </w:r>
          </w:p>
        </w:tc>
        <w:tc>
          <w:tcPr>
            <w:tcW w:w="1014" w:type="pct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455372ED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 (0)</w:t>
            </w:r>
          </w:p>
        </w:tc>
        <w:tc>
          <w:tcPr>
            <w:tcW w:w="953" w:type="pct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6CD5E0" w14:textId="77777777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53" w:type="pct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355BBCE" w14:textId="77777777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CE6917" w:rsidRPr="00F51375" w14:paraId="0E15F8C3" w14:textId="77777777" w:rsidTr="00BA0118">
        <w:trPr>
          <w:trHeight w:val="312"/>
        </w:trPr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C2E901" w14:textId="5B20125A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Positive  </w:t>
            </w:r>
          </w:p>
        </w:tc>
        <w:tc>
          <w:tcPr>
            <w:tcW w:w="88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719445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60 (90,9)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D51EACA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29 (93,5)</w:t>
            </w:r>
          </w:p>
        </w:tc>
        <w:tc>
          <w:tcPr>
            <w:tcW w:w="95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A92B6A" w14:textId="77777777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5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6F347CB" w14:textId="77777777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43258C" w:rsidRPr="00F51375" w14:paraId="425D7E26" w14:textId="77777777" w:rsidTr="00BA0118">
        <w:trPr>
          <w:trHeight w:val="312"/>
        </w:trPr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50549" w14:textId="341E0812" w:rsidR="0043258C" w:rsidRPr="00F51375" w:rsidRDefault="005060B1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Question </w:t>
            </w: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D8C76C" w14:textId="77777777" w:rsidR="0043258C" w:rsidRPr="00F51375" w:rsidRDefault="0043258C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671E1F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FB8BB1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2ADC97" w14:textId="77777777" w:rsidR="0043258C" w:rsidRPr="00F51375" w:rsidRDefault="0043258C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CE6917" w:rsidRPr="00F51375" w14:paraId="393B9FF9" w14:textId="77777777" w:rsidTr="00BA0118">
        <w:trPr>
          <w:trHeight w:val="312"/>
        </w:trPr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D43DC" w14:textId="51EFAB6B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Negative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E11069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5 (7,6)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3F5C8B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 (0)</w:t>
            </w:r>
          </w:p>
        </w:tc>
        <w:tc>
          <w:tcPr>
            <w:tcW w:w="953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CCE1683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2,294</w:t>
            </w:r>
          </w:p>
        </w:tc>
        <w:tc>
          <w:tcPr>
            <w:tcW w:w="953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9428D82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0,276</w:t>
            </w: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tr-TR"/>
              </w:rPr>
              <w:t>*</w:t>
            </w:r>
          </w:p>
        </w:tc>
      </w:tr>
      <w:tr w:rsidR="00CE6917" w:rsidRPr="00F51375" w14:paraId="694BDC8F" w14:textId="77777777" w:rsidTr="00BA0118">
        <w:trPr>
          <w:trHeight w:val="312"/>
        </w:trPr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4F4F0" w14:textId="194838AC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Neutral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E58118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 (3)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962A64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 (3,2)</w:t>
            </w:r>
          </w:p>
        </w:tc>
        <w:tc>
          <w:tcPr>
            <w:tcW w:w="95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E532C4" w14:textId="77777777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5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DD96D89" w14:textId="77777777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CE6917" w:rsidRPr="00F51375" w14:paraId="676E0348" w14:textId="77777777" w:rsidTr="00BA0118">
        <w:trPr>
          <w:trHeight w:val="312"/>
        </w:trPr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595835" w14:textId="22640E13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Positive  </w:t>
            </w:r>
          </w:p>
        </w:tc>
        <w:tc>
          <w:tcPr>
            <w:tcW w:w="88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4999F33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59 (89,4)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7D5F56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30 (96,8)</w:t>
            </w:r>
          </w:p>
        </w:tc>
        <w:tc>
          <w:tcPr>
            <w:tcW w:w="95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BF5118" w14:textId="77777777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5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96BA18" w14:textId="77777777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43258C" w:rsidRPr="00F51375" w14:paraId="0DA0E406" w14:textId="77777777" w:rsidTr="00BA0118">
        <w:trPr>
          <w:trHeight w:val="312"/>
        </w:trPr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0D5D3" w14:textId="0980961E" w:rsidR="0043258C" w:rsidRPr="00F51375" w:rsidRDefault="005060B1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Question </w:t>
            </w: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97AC03" w14:textId="77777777" w:rsidR="0043258C" w:rsidRPr="00F51375" w:rsidRDefault="0043258C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AEB6F4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AD5A2D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693848" w14:textId="77777777" w:rsidR="0043258C" w:rsidRPr="00F51375" w:rsidRDefault="0043258C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CE6917" w:rsidRPr="00F51375" w14:paraId="1621F2ED" w14:textId="77777777" w:rsidTr="00BA0118">
        <w:trPr>
          <w:trHeight w:val="312"/>
        </w:trPr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860B1" w14:textId="1101AD09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Negative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824E15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 (4,5)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FA1EC5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 (0)</w:t>
            </w:r>
          </w:p>
        </w:tc>
        <w:tc>
          <w:tcPr>
            <w:tcW w:w="953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47B4CAD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1,588</w:t>
            </w:r>
          </w:p>
        </w:tc>
        <w:tc>
          <w:tcPr>
            <w:tcW w:w="953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9394BE9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0,591</w:t>
            </w: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tr-TR"/>
              </w:rPr>
              <w:t>*</w:t>
            </w:r>
          </w:p>
        </w:tc>
      </w:tr>
      <w:tr w:rsidR="00CE6917" w:rsidRPr="00F51375" w14:paraId="567C3D4B" w14:textId="77777777" w:rsidTr="00BA0118">
        <w:trPr>
          <w:trHeight w:val="312"/>
        </w:trPr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13A4D" w14:textId="31E441BA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Neutral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D66B66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 (1,5)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E2F036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 (3,2)</w:t>
            </w:r>
          </w:p>
        </w:tc>
        <w:tc>
          <w:tcPr>
            <w:tcW w:w="95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261E62" w14:textId="77777777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5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687C7B" w14:textId="77777777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CE6917" w:rsidRPr="00F51375" w14:paraId="4C6DC9A7" w14:textId="77777777" w:rsidTr="00BA0118">
        <w:trPr>
          <w:trHeight w:val="312"/>
        </w:trPr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485271" w14:textId="34554306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Positive  </w:t>
            </w:r>
          </w:p>
        </w:tc>
        <w:tc>
          <w:tcPr>
            <w:tcW w:w="88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8F9DFB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62 (93,9)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AC7370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30 (96,8)</w:t>
            </w:r>
          </w:p>
        </w:tc>
        <w:tc>
          <w:tcPr>
            <w:tcW w:w="95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D54D95" w14:textId="77777777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5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0E01F3" w14:textId="77777777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43258C" w:rsidRPr="00F51375" w14:paraId="6CE037BC" w14:textId="77777777" w:rsidTr="00BA0118">
        <w:trPr>
          <w:trHeight w:val="312"/>
        </w:trPr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DE79B" w14:textId="574C59B7" w:rsidR="0043258C" w:rsidRPr="00F51375" w:rsidRDefault="005060B1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Question </w:t>
            </w: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0AFA48" w14:textId="77777777" w:rsidR="0043258C" w:rsidRPr="00F51375" w:rsidRDefault="0043258C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304EE2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4F0CD2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AB8A2A" w14:textId="77777777" w:rsidR="0043258C" w:rsidRPr="00F51375" w:rsidRDefault="0043258C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CE6917" w:rsidRPr="00F51375" w14:paraId="5DCA9198" w14:textId="77777777" w:rsidTr="00BA0118">
        <w:trPr>
          <w:trHeight w:val="312"/>
        </w:trPr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71643" w14:textId="3F101D76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Negative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AE08FE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 (6,1)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9BCD77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 (0)</w:t>
            </w:r>
          </w:p>
        </w:tc>
        <w:tc>
          <w:tcPr>
            <w:tcW w:w="953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7263C3A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2,512</w:t>
            </w:r>
          </w:p>
        </w:tc>
        <w:tc>
          <w:tcPr>
            <w:tcW w:w="953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0E1496D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0,277</w:t>
            </w: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tr-TR"/>
              </w:rPr>
              <w:t>*</w:t>
            </w:r>
          </w:p>
        </w:tc>
      </w:tr>
      <w:tr w:rsidR="00CE6917" w:rsidRPr="00F51375" w14:paraId="6AD956D1" w14:textId="77777777" w:rsidTr="00BA0118">
        <w:trPr>
          <w:trHeight w:val="312"/>
        </w:trPr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05A7F" w14:textId="0A315669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Neutral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DC9D1E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6 (9,1)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845FB8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 (3,2)</w:t>
            </w:r>
          </w:p>
        </w:tc>
        <w:tc>
          <w:tcPr>
            <w:tcW w:w="95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58C4D2" w14:textId="77777777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5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83A839" w14:textId="77777777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CE6917" w:rsidRPr="00F51375" w14:paraId="4A7AB520" w14:textId="77777777" w:rsidTr="00BA0118">
        <w:trPr>
          <w:trHeight w:val="312"/>
        </w:trPr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EE46E09" w14:textId="461068B5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Positive  </w:t>
            </w:r>
          </w:p>
        </w:tc>
        <w:tc>
          <w:tcPr>
            <w:tcW w:w="88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5E2E82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56 (84,8)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2ADF89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30 (96,8)</w:t>
            </w:r>
          </w:p>
        </w:tc>
        <w:tc>
          <w:tcPr>
            <w:tcW w:w="95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CE47FC" w14:textId="77777777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5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3AC77BF" w14:textId="77777777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43258C" w:rsidRPr="00F51375" w14:paraId="4358C3C3" w14:textId="77777777" w:rsidTr="00BA0118">
        <w:trPr>
          <w:trHeight w:val="312"/>
        </w:trPr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36530" w14:textId="1700C18C" w:rsidR="0043258C" w:rsidRPr="00F51375" w:rsidRDefault="005060B1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Question </w:t>
            </w: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CDD71A" w14:textId="77777777" w:rsidR="0043258C" w:rsidRPr="00F51375" w:rsidRDefault="0043258C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C1D32B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CEE07B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868995" w14:textId="77777777" w:rsidR="0043258C" w:rsidRPr="00F51375" w:rsidRDefault="0043258C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43258C" w:rsidRPr="00F51375" w14:paraId="7AB36127" w14:textId="77777777" w:rsidTr="00BA0118">
        <w:trPr>
          <w:trHeight w:val="312"/>
        </w:trPr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D8BF9" w14:textId="678BB23E" w:rsidR="0035557A" w:rsidRPr="00F51375" w:rsidRDefault="0035557A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Negative</w:t>
            </w:r>
          </w:p>
          <w:p w14:paraId="3F5AF73E" w14:textId="61587C18" w:rsidR="0043258C" w:rsidRPr="00F51375" w:rsidRDefault="0043258C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Nötr</w:t>
            </w:r>
            <w:proofErr w:type="spellEnd"/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73967A" w14:textId="0FB5047B" w:rsidR="0035557A" w:rsidRPr="00F51375" w:rsidRDefault="0035557A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 (0)</w:t>
            </w:r>
          </w:p>
          <w:p w14:paraId="1FCBD27A" w14:textId="7541E1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 (1,5)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5CAF11" w14:textId="2E79AC57" w:rsidR="0035557A" w:rsidRPr="00F51375" w:rsidRDefault="0035557A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 (0)</w:t>
            </w:r>
          </w:p>
          <w:p w14:paraId="69565AB3" w14:textId="1C60B71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 (3,2)</w:t>
            </w:r>
          </w:p>
        </w:tc>
        <w:tc>
          <w:tcPr>
            <w:tcW w:w="953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0E270B3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---</w:t>
            </w:r>
          </w:p>
        </w:tc>
        <w:tc>
          <w:tcPr>
            <w:tcW w:w="953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A0A5D8A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0,539</w:t>
            </w: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tr-TR"/>
              </w:rPr>
              <w:t>**</w:t>
            </w:r>
          </w:p>
        </w:tc>
      </w:tr>
      <w:tr w:rsidR="0043258C" w:rsidRPr="00F51375" w14:paraId="7F095C24" w14:textId="77777777" w:rsidTr="00BA0118">
        <w:trPr>
          <w:trHeight w:val="312"/>
        </w:trPr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EA31645" w14:textId="77777777" w:rsidR="0043258C" w:rsidRPr="00F51375" w:rsidRDefault="0043258C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Olumlu</w:t>
            </w:r>
            <w:proofErr w:type="spellEnd"/>
          </w:p>
        </w:tc>
        <w:tc>
          <w:tcPr>
            <w:tcW w:w="88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9A2DB4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65 (98,5)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D84E05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30 (96,8)</w:t>
            </w:r>
          </w:p>
        </w:tc>
        <w:tc>
          <w:tcPr>
            <w:tcW w:w="95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360AC7" w14:textId="77777777" w:rsidR="0043258C" w:rsidRPr="00F51375" w:rsidRDefault="0043258C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5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74862F7" w14:textId="77777777" w:rsidR="0043258C" w:rsidRPr="00F51375" w:rsidRDefault="0043258C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43258C" w:rsidRPr="00F51375" w14:paraId="20A270C1" w14:textId="77777777" w:rsidTr="00BA0118">
        <w:trPr>
          <w:trHeight w:val="312"/>
        </w:trPr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0DD0C" w14:textId="598D0CFF" w:rsidR="0043258C" w:rsidRPr="00F51375" w:rsidRDefault="005060B1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Question </w:t>
            </w: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6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CCD485" w14:textId="77777777" w:rsidR="0043258C" w:rsidRPr="00F51375" w:rsidRDefault="0043258C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01F73D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76C1FE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FCF727" w14:textId="77777777" w:rsidR="0043258C" w:rsidRPr="00F51375" w:rsidRDefault="0043258C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CE6917" w:rsidRPr="00F51375" w14:paraId="185BB50A" w14:textId="77777777" w:rsidTr="00BA0118">
        <w:trPr>
          <w:trHeight w:val="312"/>
        </w:trPr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C70EF" w14:textId="2D1E0B3C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Negative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154BFA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 (3)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1096C6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 (0)</w:t>
            </w:r>
          </w:p>
        </w:tc>
        <w:tc>
          <w:tcPr>
            <w:tcW w:w="953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B752BC8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0,856</w:t>
            </w:r>
          </w:p>
        </w:tc>
        <w:tc>
          <w:tcPr>
            <w:tcW w:w="953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91D6942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</w:t>
            </w: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tr-TR"/>
              </w:rPr>
              <w:t>*</w:t>
            </w:r>
          </w:p>
        </w:tc>
      </w:tr>
      <w:tr w:rsidR="00CE6917" w:rsidRPr="00F51375" w14:paraId="55246048" w14:textId="77777777" w:rsidTr="00BA0118">
        <w:trPr>
          <w:trHeight w:val="312"/>
        </w:trPr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CEC9E" w14:textId="7BA08BD4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Neutral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4E34C6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 (6,1)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4B85CA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 (3,2)</w:t>
            </w:r>
          </w:p>
        </w:tc>
        <w:tc>
          <w:tcPr>
            <w:tcW w:w="95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588BE0" w14:textId="77777777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5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FABCA8" w14:textId="77777777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CE6917" w:rsidRPr="00F51375" w14:paraId="51176B69" w14:textId="77777777" w:rsidTr="00BA0118">
        <w:trPr>
          <w:trHeight w:val="312"/>
        </w:trPr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8E8F88" w14:textId="6C2BEB1F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Positive  </w:t>
            </w:r>
          </w:p>
        </w:tc>
        <w:tc>
          <w:tcPr>
            <w:tcW w:w="88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254B64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60 (90,9)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CA2640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30 (96,8)</w:t>
            </w:r>
          </w:p>
        </w:tc>
        <w:tc>
          <w:tcPr>
            <w:tcW w:w="95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62A46CF" w14:textId="77777777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5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EEB39DB" w14:textId="77777777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43258C" w:rsidRPr="00F51375" w14:paraId="1E69989E" w14:textId="77777777" w:rsidTr="00BA0118">
        <w:trPr>
          <w:trHeight w:val="312"/>
        </w:trPr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087DE" w14:textId="3B143E8E" w:rsidR="0043258C" w:rsidRPr="00F51375" w:rsidRDefault="005060B1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Question </w:t>
            </w: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E918A0" w14:textId="77777777" w:rsidR="0043258C" w:rsidRPr="00F51375" w:rsidRDefault="0043258C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62AF2F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E757B1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1C154B" w14:textId="77777777" w:rsidR="0043258C" w:rsidRPr="00F51375" w:rsidRDefault="0043258C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CE6917" w:rsidRPr="00F51375" w14:paraId="471AA186" w14:textId="77777777" w:rsidTr="00BA0118">
        <w:trPr>
          <w:trHeight w:val="312"/>
        </w:trPr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0ABFB" w14:textId="13E8E962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Negative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A29A12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 (3)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FD6EDE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 (3,2)</w:t>
            </w:r>
          </w:p>
        </w:tc>
        <w:tc>
          <w:tcPr>
            <w:tcW w:w="953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B931BAE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2,153</w:t>
            </w:r>
          </w:p>
        </w:tc>
        <w:tc>
          <w:tcPr>
            <w:tcW w:w="953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599C4AB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0,406</w:t>
            </w: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tr-TR"/>
              </w:rPr>
              <w:t>*</w:t>
            </w:r>
          </w:p>
        </w:tc>
      </w:tr>
      <w:tr w:rsidR="00CE6917" w:rsidRPr="00F51375" w14:paraId="40AC1F69" w14:textId="77777777" w:rsidTr="00BA0118">
        <w:trPr>
          <w:trHeight w:val="312"/>
        </w:trPr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35D81" w14:textId="75B1E9BB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Neutral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17172B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 (3)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E0CFBF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 (9,7)</w:t>
            </w:r>
          </w:p>
        </w:tc>
        <w:tc>
          <w:tcPr>
            <w:tcW w:w="95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8EA76E" w14:textId="77777777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5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BA0706" w14:textId="77777777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CE6917" w:rsidRPr="00F51375" w14:paraId="1E0691D8" w14:textId="77777777" w:rsidTr="00BA0118">
        <w:trPr>
          <w:trHeight w:val="312"/>
        </w:trPr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3DDBC2" w14:textId="274D5E27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Positive  </w:t>
            </w:r>
          </w:p>
        </w:tc>
        <w:tc>
          <w:tcPr>
            <w:tcW w:w="88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24686F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62 (93,9)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C744B0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27 (87,1)</w:t>
            </w:r>
          </w:p>
        </w:tc>
        <w:tc>
          <w:tcPr>
            <w:tcW w:w="95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A2F007" w14:textId="77777777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5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DEF915" w14:textId="77777777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43258C" w:rsidRPr="00F51375" w14:paraId="423307E6" w14:textId="77777777" w:rsidTr="00BA0118">
        <w:trPr>
          <w:trHeight w:val="312"/>
        </w:trPr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5BEA4" w14:textId="63D63089" w:rsidR="0043258C" w:rsidRPr="00F51375" w:rsidRDefault="005060B1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Question </w:t>
            </w: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3F9C1A" w14:textId="77777777" w:rsidR="0043258C" w:rsidRPr="00F51375" w:rsidRDefault="0043258C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547B79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118541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320693" w14:textId="77777777" w:rsidR="0043258C" w:rsidRPr="00F51375" w:rsidRDefault="0043258C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CE6917" w:rsidRPr="00F51375" w14:paraId="5476562A" w14:textId="77777777" w:rsidTr="00BA0118">
        <w:trPr>
          <w:trHeight w:val="312"/>
        </w:trPr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2DBDF" w14:textId="67E1E148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Negative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79C144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 (4,5)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F843F1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 (3,2)</w:t>
            </w:r>
          </w:p>
        </w:tc>
        <w:tc>
          <w:tcPr>
            <w:tcW w:w="953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4534028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0,681</w:t>
            </w:r>
          </w:p>
        </w:tc>
        <w:tc>
          <w:tcPr>
            <w:tcW w:w="953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8D0FC93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0,867</w:t>
            </w: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tr-TR"/>
              </w:rPr>
              <w:t>*</w:t>
            </w:r>
          </w:p>
        </w:tc>
      </w:tr>
      <w:tr w:rsidR="00CE6917" w:rsidRPr="00F51375" w14:paraId="3867C399" w14:textId="77777777" w:rsidTr="00BA0118">
        <w:trPr>
          <w:trHeight w:val="312"/>
        </w:trPr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45D07" w14:textId="2B93B8B8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Neutral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01B23B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 (6,1)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1F4F5B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 (9,7)</w:t>
            </w:r>
          </w:p>
        </w:tc>
        <w:tc>
          <w:tcPr>
            <w:tcW w:w="95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3452AA" w14:textId="77777777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5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54204B" w14:textId="77777777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CE6917" w:rsidRPr="00F51375" w14:paraId="63AD2330" w14:textId="77777777" w:rsidTr="00BA0118">
        <w:trPr>
          <w:trHeight w:val="312"/>
        </w:trPr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FC7A310" w14:textId="0392A334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Positive  </w:t>
            </w:r>
          </w:p>
        </w:tc>
        <w:tc>
          <w:tcPr>
            <w:tcW w:w="88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C79EE4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59 (89,4)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D2750E5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27 (87,1)</w:t>
            </w:r>
          </w:p>
        </w:tc>
        <w:tc>
          <w:tcPr>
            <w:tcW w:w="95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8572048" w14:textId="77777777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5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7E41C0" w14:textId="77777777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43258C" w:rsidRPr="00F51375" w14:paraId="7111E616" w14:textId="77777777" w:rsidTr="00BA0118">
        <w:trPr>
          <w:trHeight w:val="312"/>
        </w:trPr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BCA60" w14:textId="3392295F" w:rsidR="0043258C" w:rsidRPr="00F51375" w:rsidRDefault="005060B1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Question </w:t>
            </w: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9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FF6CF7" w14:textId="77777777" w:rsidR="0043258C" w:rsidRPr="00F51375" w:rsidRDefault="0043258C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03FA06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9B9E28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0F4689" w14:textId="77777777" w:rsidR="0043258C" w:rsidRPr="00F51375" w:rsidRDefault="0043258C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CE6917" w:rsidRPr="00F51375" w14:paraId="43302AE0" w14:textId="77777777" w:rsidTr="00BA0118">
        <w:trPr>
          <w:trHeight w:val="312"/>
        </w:trPr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4BE9F" w14:textId="5E2A22F9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lastRenderedPageBreak/>
              <w:t>Negative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01B180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14 (21,2)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03703D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6 (19,4)</w:t>
            </w:r>
          </w:p>
        </w:tc>
        <w:tc>
          <w:tcPr>
            <w:tcW w:w="953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1F5AE00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1,227</w:t>
            </w:r>
          </w:p>
        </w:tc>
        <w:tc>
          <w:tcPr>
            <w:tcW w:w="953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92107AC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0,542</w:t>
            </w: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tr-TR"/>
              </w:rPr>
              <w:t>***</w:t>
            </w:r>
          </w:p>
        </w:tc>
      </w:tr>
      <w:tr w:rsidR="00CE6917" w:rsidRPr="00F51375" w14:paraId="25CFAAB9" w14:textId="77777777" w:rsidTr="00BA0118">
        <w:trPr>
          <w:trHeight w:val="312"/>
        </w:trPr>
        <w:tc>
          <w:tcPr>
            <w:tcW w:w="119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9A19A" w14:textId="58CD117C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Neutral</w:t>
            </w:r>
          </w:p>
        </w:tc>
        <w:tc>
          <w:tcPr>
            <w:tcW w:w="8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E95CB4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9 (13,6)</w:t>
            </w:r>
          </w:p>
        </w:tc>
        <w:tc>
          <w:tcPr>
            <w:tcW w:w="101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960B01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 (22,6)</w:t>
            </w:r>
          </w:p>
        </w:tc>
        <w:tc>
          <w:tcPr>
            <w:tcW w:w="95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0310640" w14:textId="77777777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5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3C98A69" w14:textId="77777777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CE6917" w:rsidRPr="00F51375" w14:paraId="6F2BE483" w14:textId="77777777" w:rsidTr="00BA0118">
        <w:trPr>
          <w:trHeight w:val="312"/>
        </w:trPr>
        <w:tc>
          <w:tcPr>
            <w:tcW w:w="119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D5471C" w14:textId="6EC4D664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Positive  </w:t>
            </w:r>
          </w:p>
        </w:tc>
        <w:tc>
          <w:tcPr>
            <w:tcW w:w="88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15D716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43 (65,2)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7E93FA3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18 (58,1)</w:t>
            </w:r>
          </w:p>
        </w:tc>
        <w:tc>
          <w:tcPr>
            <w:tcW w:w="95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3AFF1F" w14:textId="77777777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95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5A16DC" w14:textId="77777777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</w:tbl>
    <w:p w14:paraId="01EA79B1" w14:textId="283AD9FE" w:rsidR="0043258C" w:rsidRPr="00C61999" w:rsidRDefault="0043258C" w:rsidP="0043258C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C61999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*</w:t>
      </w:r>
      <w:r w:rsidRPr="00C61999">
        <w:rPr>
          <w:rFonts w:ascii="Times New Roman" w:hAnsi="Times New Roman" w:cs="Times New Roman"/>
          <w:i/>
          <w:iCs/>
          <w:sz w:val="20"/>
          <w:szCs w:val="20"/>
        </w:rPr>
        <w:t xml:space="preserve"> Fisher Freeman Halton </w:t>
      </w:r>
      <w:proofErr w:type="gramStart"/>
      <w:r w:rsidRPr="00C61999">
        <w:rPr>
          <w:rFonts w:ascii="Times New Roman" w:hAnsi="Times New Roman" w:cs="Times New Roman"/>
          <w:i/>
          <w:iCs/>
          <w:sz w:val="20"/>
          <w:szCs w:val="20"/>
        </w:rPr>
        <w:t>Test;</w:t>
      </w:r>
      <w:r w:rsidRPr="00C61999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*</w:t>
      </w:r>
      <w:proofErr w:type="gramEnd"/>
      <w:r w:rsidRPr="00C61999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*</w:t>
      </w:r>
      <w:r w:rsidRPr="00C61999">
        <w:rPr>
          <w:rFonts w:ascii="Times New Roman" w:hAnsi="Times New Roman" w:cs="Times New Roman"/>
          <w:i/>
          <w:iCs/>
          <w:sz w:val="20"/>
          <w:szCs w:val="20"/>
        </w:rPr>
        <w:t xml:space="preserve"> Fisher’s Exact Test</w:t>
      </w:r>
      <w:r w:rsidRPr="00C61999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 xml:space="preserve"> ***</w:t>
      </w:r>
      <w:r w:rsidRPr="00C61999">
        <w:rPr>
          <w:rFonts w:ascii="Times New Roman" w:hAnsi="Times New Roman" w:cs="Times New Roman"/>
          <w:i/>
          <w:iCs/>
          <w:sz w:val="20"/>
          <w:szCs w:val="20"/>
        </w:rPr>
        <w:t>Pearson Ki Kare Test</w:t>
      </w:r>
    </w:p>
    <w:p w14:paraId="6928B31D" w14:textId="77777777" w:rsidR="0043258C" w:rsidRPr="00F51375" w:rsidRDefault="0043258C" w:rsidP="004325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14:paraId="2AD027CB" w14:textId="77777777" w:rsidR="0043258C" w:rsidRPr="00F51375" w:rsidRDefault="0043258C" w:rsidP="004325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14:paraId="606BCD8B" w14:textId="6E85D2E0" w:rsidR="0043258C" w:rsidRPr="00F51375" w:rsidRDefault="00C61999" w:rsidP="004325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F51375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</w:t>
      </w:r>
      <w:r w:rsidR="0091102A" w:rsidRPr="00F51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6. </w:t>
      </w:r>
      <w:r w:rsidR="0091102A" w:rsidRPr="00F51375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Distribution of Questions by Gender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5"/>
        <w:gridCol w:w="1785"/>
        <w:gridCol w:w="1787"/>
        <w:gridCol w:w="1901"/>
        <w:gridCol w:w="1382"/>
      </w:tblGrid>
      <w:tr w:rsidR="0043258C" w:rsidRPr="00F51375" w14:paraId="72C0B223" w14:textId="77777777" w:rsidTr="00BA0118">
        <w:trPr>
          <w:trHeight w:val="20"/>
        </w:trPr>
        <w:tc>
          <w:tcPr>
            <w:tcW w:w="1033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2B9453C" w14:textId="7FA68616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0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8A1CC50" w14:textId="598F67B3" w:rsidR="0043258C" w:rsidRPr="00F51375" w:rsidRDefault="0091102A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Gender</w:t>
            </w:r>
          </w:p>
        </w:tc>
        <w:tc>
          <w:tcPr>
            <w:tcW w:w="1100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227F7C6" w14:textId="207FEBF5" w:rsidR="0043258C" w:rsidRPr="00F51375" w:rsidRDefault="00CE6917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Test Statistic</w:t>
            </w:r>
          </w:p>
        </w:tc>
        <w:tc>
          <w:tcPr>
            <w:tcW w:w="800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259312F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p</w:t>
            </w:r>
          </w:p>
        </w:tc>
      </w:tr>
      <w:tr w:rsidR="0043258C" w:rsidRPr="00F51375" w14:paraId="4FA3A014" w14:textId="77777777" w:rsidTr="00BA0118">
        <w:trPr>
          <w:trHeight w:val="20"/>
        </w:trPr>
        <w:tc>
          <w:tcPr>
            <w:tcW w:w="1033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7ECF4A" w14:textId="77777777" w:rsidR="0043258C" w:rsidRPr="00F51375" w:rsidRDefault="0043258C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E33D59" w14:textId="286700C5" w:rsidR="0043258C" w:rsidRPr="00F51375" w:rsidRDefault="0091102A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Male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B555A6" w14:textId="51F00689" w:rsidR="0043258C" w:rsidRPr="00F51375" w:rsidRDefault="0091102A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Female</w:t>
            </w:r>
          </w:p>
        </w:tc>
        <w:tc>
          <w:tcPr>
            <w:tcW w:w="1100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BA3A4BB" w14:textId="77777777" w:rsidR="0043258C" w:rsidRPr="00F51375" w:rsidRDefault="0043258C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800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F39B8F" w14:textId="77777777" w:rsidR="0043258C" w:rsidRPr="00F51375" w:rsidRDefault="0043258C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43258C" w:rsidRPr="00F51375" w14:paraId="4C09313C" w14:textId="77777777" w:rsidTr="00BA0118">
        <w:trPr>
          <w:trHeight w:val="20"/>
        </w:trPr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10504" w14:textId="0AEE6CDC" w:rsidR="0043258C" w:rsidRPr="00F51375" w:rsidRDefault="005060B1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Question 1 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A5DEC" w14:textId="77777777" w:rsidR="0043258C" w:rsidRPr="00F51375" w:rsidRDefault="0043258C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1D6B1" w14:textId="77777777" w:rsidR="0043258C" w:rsidRPr="00F51375" w:rsidRDefault="0043258C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6015E" w14:textId="77777777" w:rsidR="0043258C" w:rsidRPr="00F51375" w:rsidRDefault="0043258C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F59EA" w14:textId="77777777" w:rsidR="0043258C" w:rsidRPr="00F51375" w:rsidRDefault="0043258C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CE6917" w:rsidRPr="00F51375" w14:paraId="73893651" w14:textId="77777777" w:rsidTr="00BA0118">
        <w:trPr>
          <w:trHeight w:val="20"/>
        </w:trPr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2B2BA" w14:textId="20EE5DE9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Negative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7F3A93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 (7,1)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F6EB4C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 (7,3)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FADB0E8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1,322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5687624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0,826*</w:t>
            </w:r>
          </w:p>
        </w:tc>
      </w:tr>
      <w:tr w:rsidR="00CE6917" w:rsidRPr="00F51375" w14:paraId="1A7DB0F7" w14:textId="77777777" w:rsidTr="00BA0118">
        <w:trPr>
          <w:trHeight w:val="20"/>
        </w:trPr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5A933" w14:textId="45B60107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Neutral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68F964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 (2,4)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3478DF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 (0)</w:t>
            </w:r>
          </w:p>
        </w:tc>
        <w:tc>
          <w:tcPr>
            <w:tcW w:w="110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E0DF37A" w14:textId="77777777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80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4281E3" w14:textId="77777777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CE6917" w:rsidRPr="00F51375" w14:paraId="08A01D8D" w14:textId="77777777" w:rsidTr="00BA0118">
        <w:trPr>
          <w:trHeight w:val="20"/>
        </w:trPr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FAC2DA" w14:textId="5A4E887F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Positive  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121E34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38 (90,5)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1D9824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51 (92,7)</w:t>
            </w:r>
          </w:p>
        </w:tc>
        <w:tc>
          <w:tcPr>
            <w:tcW w:w="110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628275" w14:textId="77777777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80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339320" w14:textId="77777777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43258C" w:rsidRPr="00F51375" w14:paraId="191D013D" w14:textId="77777777" w:rsidTr="00BA0118">
        <w:trPr>
          <w:trHeight w:val="20"/>
        </w:trPr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A656C" w14:textId="2E8E0F7F" w:rsidR="0043258C" w:rsidRPr="00F51375" w:rsidRDefault="005060B1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Question </w:t>
            </w: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318062" w14:textId="77777777" w:rsidR="0043258C" w:rsidRPr="00F51375" w:rsidRDefault="0043258C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16E028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2387B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DB608" w14:textId="77777777" w:rsidR="0043258C" w:rsidRPr="00F51375" w:rsidRDefault="0043258C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CE6917" w:rsidRPr="00F51375" w14:paraId="60BA8F54" w14:textId="77777777" w:rsidTr="00BA0118">
        <w:trPr>
          <w:trHeight w:val="20"/>
        </w:trPr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53AB5" w14:textId="6D03DE9A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Negative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69F86A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 (9,5)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6BB900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 (1,8)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4A4FB36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2,882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84601A9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0,266*</w:t>
            </w:r>
          </w:p>
        </w:tc>
      </w:tr>
      <w:tr w:rsidR="00CE6917" w:rsidRPr="00F51375" w14:paraId="0456A2E4" w14:textId="77777777" w:rsidTr="00BA0118">
        <w:trPr>
          <w:trHeight w:val="20"/>
        </w:trPr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968AC" w14:textId="67BEBC3B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Neutral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D1828D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 (2,4)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8A1CA3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 (3,6)</w:t>
            </w:r>
          </w:p>
        </w:tc>
        <w:tc>
          <w:tcPr>
            <w:tcW w:w="110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E7962A4" w14:textId="77777777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80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1CA2E15" w14:textId="77777777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CE6917" w:rsidRPr="00F51375" w14:paraId="36FA1AA9" w14:textId="77777777" w:rsidTr="00BA0118">
        <w:trPr>
          <w:trHeight w:val="20"/>
        </w:trPr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B3AE58" w14:textId="36D17550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Positive  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340B36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37 (88,1)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9ED4A9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52 (94,5)</w:t>
            </w:r>
          </w:p>
        </w:tc>
        <w:tc>
          <w:tcPr>
            <w:tcW w:w="110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D511A28" w14:textId="77777777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80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B65444D" w14:textId="77777777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43258C" w:rsidRPr="00F51375" w14:paraId="21BCE16E" w14:textId="77777777" w:rsidTr="00BA0118">
        <w:trPr>
          <w:trHeight w:val="20"/>
        </w:trPr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D9352" w14:textId="23A537B9" w:rsidR="0043258C" w:rsidRPr="00F51375" w:rsidRDefault="005060B1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Question </w:t>
            </w: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698708" w14:textId="77777777" w:rsidR="0043258C" w:rsidRPr="00F51375" w:rsidRDefault="0043258C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6E1A5F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66787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EAF03" w14:textId="77777777" w:rsidR="0043258C" w:rsidRPr="00F51375" w:rsidRDefault="0043258C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CE6917" w:rsidRPr="00F51375" w14:paraId="097B49BB" w14:textId="77777777" w:rsidTr="00BA0118">
        <w:trPr>
          <w:trHeight w:val="20"/>
        </w:trPr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0FC8B" w14:textId="05C74C9E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Negative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855A8F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 (4,8)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EFCF4F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 (1,8)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2F0B561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1,899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76B4679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0,504*</w:t>
            </w:r>
          </w:p>
        </w:tc>
      </w:tr>
      <w:tr w:rsidR="00CE6917" w:rsidRPr="00F51375" w14:paraId="1F20DB10" w14:textId="77777777" w:rsidTr="00BA0118">
        <w:trPr>
          <w:trHeight w:val="20"/>
        </w:trPr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84022" w14:textId="3C50652A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Neutral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5130D7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 (0)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CB95CD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 (3,6)</w:t>
            </w:r>
          </w:p>
        </w:tc>
        <w:tc>
          <w:tcPr>
            <w:tcW w:w="110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03EB051" w14:textId="77777777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80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FEDAE8" w14:textId="77777777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CE6917" w:rsidRPr="00F51375" w14:paraId="2D7764BB" w14:textId="77777777" w:rsidTr="00BA0118">
        <w:trPr>
          <w:trHeight w:val="20"/>
        </w:trPr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80B420" w14:textId="5581994D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Positive  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8B1C1F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40 (95,2)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C2ABB3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52 (94,5)</w:t>
            </w:r>
          </w:p>
        </w:tc>
        <w:tc>
          <w:tcPr>
            <w:tcW w:w="110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41D516" w14:textId="77777777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80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986569" w14:textId="77777777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43258C" w:rsidRPr="00F51375" w14:paraId="04861E12" w14:textId="77777777" w:rsidTr="00BA0118">
        <w:trPr>
          <w:trHeight w:val="20"/>
        </w:trPr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02FE0" w14:textId="7B1EE9DC" w:rsidR="0043258C" w:rsidRPr="00F51375" w:rsidRDefault="005060B1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Question </w:t>
            </w: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198B53" w14:textId="77777777" w:rsidR="0043258C" w:rsidRPr="00F51375" w:rsidRDefault="0043258C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02DF05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2A401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A5E08" w14:textId="77777777" w:rsidR="0043258C" w:rsidRPr="00F51375" w:rsidRDefault="0043258C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CE6917" w:rsidRPr="00F51375" w14:paraId="6E562067" w14:textId="77777777" w:rsidTr="00BA0118">
        <w:trPr>
          <w:trHeight w:val="20"/>
        </w:trPr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C4A41" w14:textId="0D547B3A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Negative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F97A2A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 (7,1)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D07796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 (1,8)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4887AEB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3,809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2E034CC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0,127*</w:t>
            </w:r>
          </w:p>
        </w:tc>
      </w:tr>
      <w:tr w:rsidR="00CE6917" w:rsidRPr="00F51375" w14:paraId="31A6DE83" w14:textId="77777777" w:rsidTr="00BA0118">
        <w:trPr>
          <w:trHeight w:val="20"/>
        </w:trPr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61101" w14:textId="39757872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Neutral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675D28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 (2,4)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6DA2DE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6 (10,9)</w:t>
            </w:r>
          </w:p>
        </w:tc>
        <w:tc>
          <w:tcPr>
            <w:tcW w:w="110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0E0899" w14:textId="77777777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80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6CA947" w14:textId="77777777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CE6917" w:rsidRPr="00F51375" w14:paraId="01F78193" w14:textId="77777777" w:rsidTr="00BA0118">
        <w:trPr>
          <w:trHeight w:val="20"/>
        </w:trPr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B319A2" w14:textId="45AB15A1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Positive  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EB5816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38 (90,5)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9EFD9C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48 (87,3)</w:t>
            </w:r>
          </w:p>
        </w:tc>
        <w:tc>
          <w:tcPr>
            <w:tcW w:w="110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743DA9" w14:textId="77777777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80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6E5D22" w14:textId="77777777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43258C" w:rsidRPr="00F51375" w14:paraId="3D28DE25" w14:textId="77777777" w:rsidTr="00BA0118">
        <w:trPr>
          <w:trHeight w:val="20"/>
        </w:trPr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29BEE" w14:textId="1B4EA38B" w:rsidR="0043258C" w:rsidRPr="00F51375" w:rsidRDefault="005060B1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Question </w:t>
            </w: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94A8ED" w14:textId="77777777" w:rsidR="0043258C" w:rsidRPr="00F51375" w:rsidRDefault="0043258C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2164C7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3EBDD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C5D01" w14:textId="77777777" w:rsidR="0043258C" w:rsidRPr="00F51375" w:rsidRDefault="0043258C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43258C" w:rsidRPr="00F51375" w14:paraId="2234AEBB" w14:textId="77777777" w:rsidTr="00BA0118">
        <w:trPr>
          <w:trHeight w:val="20"/>
        </w:trPr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927B3" w14:textId="20C1B679" w:rsidR="0035557A" w:rsidRPr="00F51375" w:rsidRDefault="0035557A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Negative</w:t>
            </w:r>
          </w:p>
          <w:p w14:paraId="63DF0D74" w14:textId="0CD54E4A" w:rsidR="0043258C" w:rsidRPr="00F51375" w:rsidRDefault="0043258C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Nötr</w:t>
            </w:r>
            <w:proofErr w:type="spellEnd"/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80F72D" w14:textId="6EC6BE87" w:rsidR="0035557A" w:rsidRPr="00F51375" w:rsidRDefault="0035557A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 (0)</w:t>
            </w:r>
          </w:p>
          <w:p w14:paraId="7F13F713" w14:textId="42820830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 (2,4)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F57CF0" w14:textId="59883BD9" w:rsidR="0035557A" w:rsidRPr="00F51375" w:rsidRDefault="0035557A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 (0)</w:t>
            </w:r>
          </w:p>
          <w:p w14:paraId="3BFA8F3C" w14:textId="1B9735BE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 (1,8)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655CA0A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---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434A1EB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1,000**</w:t>
            </w:r>
          </w:p>
        </w:tc>
      </w:tr>
      <w:tr w:rsidR="0043258C" w:rsidRPr="00F51375" w14:paraId="1222D177" w14:textId="77777777" w:rsidTr="00BA0118">
        <w:trPr>
          <w:trHeight w:val="20"/>
        </w:trPr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20073C" w14:textId="77777777" w:rsidR="0043258C" w:rsidRPr="00F51375" w:rsidRDefault="0043258C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Olumlu</w:t>
            </w:r>
            <w:proofErr w:type="spellEnd"/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C277B2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41 (97,6)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76948C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54 (98,2)</w:t>
            </w:r>
          </w:p>
        </w:tc>
        <w:tc>
          <w:tcPr>
            <w:tcW w:w="110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42D9121" w14:textId="77777777" w:rsidR="0043258C" w:rsidRPr="00F51375" w:rsidRDefault="0043258C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80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32589C3" w14:textId="77777777" w:rsidR="0043258C" w:rsidRPr="00F51375" w:rsidRDefault="0043258C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43258C" w:rsidRPr="00F51375" w14:paraId="0E232B6C" w14:textId="77777777" w:rsidTr="00BA0118">
        <w:trPr>
          <w:trHeight w:val="20"/>
        </w:trPr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A6A9E" w14:textId="18F5DF7A" w:rsidR="0043258C" w:rsidRPr="00F51375" w:rsidRDefault="005060B1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Question </w:t>
            </w: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6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690591" w14:textId="77777777" w:rsidR="0043258C" w:rsidRPr="00F51375" w:rsidRDefault="0043258C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07612B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79220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DB7DC" w14:textId="77777777" w:rsidR="0043258C" w:rsidRPr="00F51375" w:rsidRDefault="0043258C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CE6917" w:rsidRPr="00F51375" w14:paraId="0DE0F28F" w14:textId="77777777" w:rsidTr="00BA0118">
        <w:trPr>
          <w:trHeight w:val="20"/>
        </w:trPr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5800F" w14:textId="5561AE6F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Negative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4EB7A2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 (0)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E7A92D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 (3,6)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B520FB2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1,787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630EC2B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0,471*</w:t>
            </w:r>
          </w:p>
        </w:tc>
      </w:tr>
      <w:tr w:rsidR="00CE6917" w:rsidRPr="00F51375" w14:paraId="218D37C1" w14:textId="77777777" w:rsidTr="00BA0118">
        <w:trPr>
          <w:trHeight w:val="20"/>
        </w:trPr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60FA0" w14:textId="4FF9942D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Neutral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521F08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 (7,1)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7D2854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 (3,6)</w:t>
            </w:r>
          </w:p>
        </w:tc>
        <w:tc>
          <w:tcPr>
            <w:tcW w:w="110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F812815" w14:textId="77777777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80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8EB9A5A" w14:textId="77777777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CE6917" w:rsidRPr="00F51375" w14:paraId="66934B06" w14:textId="77777777" w:rsidTr="00BA0118">
        <w:trPr>
          <w:trHeight w:val="20"/>
        </w:trPr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1A09E69" w14:textId="5559F3D2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Positive  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E9FDEE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39 (92,9)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BF80DC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51 (92,7)</w:t>
            </w:r>
          </w:p>
        </w:tc>
        <w:tc>
          <w:tcPr>
            <w:tcW w:w="110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BF32E4" w14:textId="77777777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80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102CCB" w14:textId="77777777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43258C" w:rsidRPr="00F51375" w14:paraId="4D092656" w14:textId="77777777" w:rsidTr="00BA0118">
        <w:trPr>
          <w:trHeight w:val="20"/>
        </w:trPr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218F2" w14:textId="2C530576" w:rsidR="0043258C" w:rsidRPr="00F51375" w:rsidRDefault="005060B1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Question </w:t>
            </w: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73C7BE" w14:textId="77777777" w:rsidR="0043258C" w:rsidRPr="00F51375" w:rsidRDefault="0043258C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C296F9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684DA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39A74" w14:textId="77777777" w:rsidR="0043258C" w:rsidRPr="00F51375" w:rsidRDefault="0043258C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CE6917" w:rsidRPr="00F51375" w14:paraId="07833636" w14:textId="77777777" w:rsidTr="00BA0118">
        <w:trPr>
          <w:trHeight w:val="20"/>
        </w:trPr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0950B" w14:textId="0EBC9F7A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Negative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32C519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 (4,8)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C044E5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 (1,8)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71FE5D9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0,868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DC19BCE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0,852*</w:t>
            </w:r>
          </w:p>
        </w:tc>
      </w:tr>
      <w:tr w:rsidR="00CE6917" w:rsidRPr="00F51375" w14:paraId="4812780F" w14:textId="77777777" w:rsidTr="00BA0118">
        <w:trPr>
          <w:trHeight w:val="20"/>
        </w:trPr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35935" w14:textId="038385C7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Neutral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422AD0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 (4,8)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7117E6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 (5,5)</w:t>
            </w:r>
          </w:p>
        </w:tc>
        <w:tc>
          <w:tcPr>
            <w:tcW w:w="110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AE9E16" w14:textId="77777777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80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F36910" w14:textId="77777777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CE6917" w:rsidRPr="00F51375" w14:paraId="7A6E5E72" w14:textId="77777777" w:rsidTr="00BA0118">
        <w:trPr>
          <w:trHeight w:val="20"/>
        </w:trPr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94AAD9" w14:textId="5DDAEBBD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Positive  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6B00AD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38 (90,5)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D05CF61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51 (92,7)</w:t>
            </w:r>
          </w:p>
        </w:tc>
        <w:tc>
          <w:tcPr>
            <w:tcW w:w="110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F190AF" w14:textId="77777777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80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485840" w14:textId="77777777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43258C" w:rsidRPr="00F51375" w14:paraId="00BAB5C4" w14:textId="77777777" w:rsidTr="00BA0118">
        <w:trPr>
          <w:trHeight w:val="20"/>
        </w:trPr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A3B63" w14:textId="2EF3C510" w:rsidR="0043258C" w:rsidRPr="00F51375" w:rsidRDefault="005060B1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Question </w:t>
            </w: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354E76" w14:textId="77777777" w:rsidR="0043258C" w:rsidRPr="00F51375" w:rsidRDefault="0043258C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0FC455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BC4F3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F7079" w14:textId="77777777" w:rsidR="0043258C" w:rsidRPr="00F51375" w:rsidRDefault="0043258C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CE6917" w:rsidRPr="00F51375" w14:paraId="66A97ADF" w14:textId="77777777" w:rsidTr="00BA0118">
        <w:trPr>
          <w:trHeight w:val="20"/>
        </w:trPr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BD195" w14:textId="3FF85D19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Negative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040F82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 (7,1)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D3AD0F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 (1,8)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6A2C478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1,701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D5811A3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0,469*</w:t>
            </w:r>
          </w:p>
        </w:tc>
      </w:tr>
      <w:tr w:rsidR="00CE6917" w:rsidRPr="00F51375" w14:paraId="251D917C" w14:textId="77777777" w:rsidTr="00BA0118">
        <w:trPr>
          <w:trHeight w:val="20"/>
        </w:trPr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BA324" w14:textId="5DD3AA8A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Neutral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0E65A9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 (7,1)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5EC61C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 (7,3)</w:t>
            </w:r>
          </w:p>
        </w:tc>
        <w:tc>
          <w:tcPr>
            <w:tcW w:w="110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E2DF1C" w14:textId="77777777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80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962531" w14:textId="77777777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CE6917" w:rsidRPr="00F51375" w14:paraId="75815280" w14:textId="77777777" w:rsidTr="00BA0118">
        <w:trPr>
          <w:trHeight w:val="20"/>
        </w:trPr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62FCDD" w14:textId="363685F7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Positive  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8B9AAE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36 (85,7)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B9CA60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50 (90,9)</w:t>
            </w:r>
          </w:p>
        </w:tc>
        <w:tc>
          <w:tcPr>
            <w:tcW w:w="110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956B16" w14:textId="77777777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80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3A1D42" w14:textId="77777777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43258C" w:rsidRPr="00F51375" w14:paraId="16C4D9B2" w14:textId="77777777" w:rsidTr="00BA0118">
        <w:trPr>
          <w:trHeight w:val="20"/>
        </w:trPr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6FD6B" w14:textId="3D2CF79F" w:rsidR="0043258C" w:rsidRPr="00F51375" w:rsidRDefault="005060B1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Question </w:t>
            </w: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9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74FB11" w14:textId="77777777" w:rsidR="0043258C" w:rsidRPr="00F51375" w:rsidRDefault="0043258C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D08521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0278B" w14:textId="77777777" w:rsidR="0043258C" w:rsidRPr="00F51375" w:rsidRDefault="0043258C" w:rsidP="00BA0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9D031" w14:textId="77777777" w:rsidR="0043258C" w:rsidRPr="00F51375" w:rsidRDefault="0043258C" w:rsidP="00BA01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CE6917" w:rsidRPr="00F51375" w14:paraId="4FE16C9A" w14:textId="77777777" w:rsidTr="00BA0118">
        <w:trPr>
          <w:trHeight w:val="20"/>
        </w:trPr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038BD" w14:textId="3BE0C624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Negative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ED718A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9 (21,4)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29B4E4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 (20)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70D6F1D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0,036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96C6EBE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0,982***</w:t>
            </w:r>
          </w:p>
        </w:tc>
      </w:tr>
      <w:tr w:rsidR="00CE6917" w:rsidRPr="00F51375" w14:paraId="5081BF81" w14:textId="77777777" w:rsidTr="00BA0118">
        <w:trPr>
          <w:trHeight w:val="20"/>
        </w:trPr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03A45" w14:textId="55240B40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Neutral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98393E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 (16,7)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D8C0A2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9 (16,4)</w:t>
            </w:r>
          </w:p>
        </w:tc>
        <w:tc>
          <w:tcPr>
            <w:tcW w:w="110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7630123" w14:textId="77777777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80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C2F5FF9" w14:textId="77777777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CE6917" w:rsidRPr="00F51375" w14:paraId="52791A33" w14:textId="77777777" w:rsidTr="00BA0118">
        <w:trPr>
          <w:trHeight w:val="20"/>
        </w:trPr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C9C8EDC" w14:textId="723DAA74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lastRenderedPageBreak/>
              <w:t xml:space="preserve">Positive  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D213CFA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26 (61,9)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2D1F5B" w14:textId="77777777" w:rsidR="00CE6917" w:rsidRPr="00F51375" w:rsidRDefault="00CE6917" w:rsidP="00CE6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F51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35 (63,6)</w:t>
            </w:r>
          </w:p>
        </w:tc>
        <w:tc>
          <w:tcPr>
            <w:tcW w:w="110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118CC69" w14:textId="77777777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80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F66B6A0" w14:textId="77777777" w:rsidR="00CE6917" w:rsidRPr="00F51375" w:rsidRDefault="00CE6917" w:rsidP="00CE69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</w:tbl>
    <w:p w14:paraId="0AEEFCF5" w14:textId="2F50792E" w:rsidR="0043258C" w:rsidRPr="00C61999" w:rsidRDefault="0043258C" w:rsidP="0043258C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C61999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*</w:t>
      </w:r>
      <w:r w:rsidRPr="00C61999">
        <w:rPr>
          <w:rFonts w:ascii="Times New Roman" w:hAnsi="Times New Roman" w:cs="Times New Roman"/>
          <w:i/>
          <w:iCs/>
          <w:sz w:val="20"/>
          <w:szCs w:val="20"/>
        </w:rPr>
        <w:t xml:space="preserve"> Fisher Freeman Halton </w:t>
      </w:r>
      <w:proofErr w:type="gramStart"/>
      <w:r w:rsidRPr="00C61999">
        <w:rPr>
          <w:rFonts w:ascii="Times New Roman" w:hAnsi="Times New Roman" w:cs="Times New Roman"/>
          <w:i/>
          <w:iCs/>
          <w:sz w:val="20"/>
          <w:szCs w:val="20"/>
        </w:rPr>
        <w:t>Test;</w:t>
      </w:r>
      <w:r w:rsidRPr="00C61999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*</w:t>
      </w:r>
      <w:proofErr w:type="gramEnd"/>
      <w:r w:rsidRPr="00C61999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*</w:t>
      </w:r>
      <w:r w:rsidRPr="00C61999">
        <w:rPr>
          <w:rFonts w:ascii="Times New Roman" w:hAnsi="Times New Roman" w:cs="Times New Roman"/>
          <w:i/>
          <w:iCs/>
          <w:sz w:val="20"/>
          <w:szCs w:val="20"/>
        </w:rPr>
        <w:t xml:space="preserve"> Fisher’s Exact Test</w:t>
      </w:r>
      <w:r w:rsidRPr="00C61999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 xml:space="preserve"> ***</w:t>
      </w:r>
      <w:r w:rsidRPr="00C61999">
        <w:rPr>
          <w:rFonts w:ascii="Times New Roman" w:hAnsi="Times New Roman" w:cs="Times New Roman"/>
          <w:i/>
          <w:iCs/>
          <w:sz w:val="20"/>
          <w:szCs w:val="20"/>
        </w:rPr>
        <w:t>Pearson Ki Kare Test</w:t>
      </w:r>
      <w:r w:rsidRPr="00C61999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tr-TR"/>
        </w:rPr>
        <w:t xml:space="preserve">; </w:t>
      </w:r>
      <w:r w:rsidR="00F51375" w:rsidRPr="00C61999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tr-TR"/>
        </w:rPr>
        <w:t>Frequency (%)</w:t>
      </w:r>
    </w:p>
    <w:p w14:paraId="556126E5" w14:textId="77777777" w:rsidR="0043258C" w:rsidRPr="00F51375" w:rsidRDefault="0043258C">
      <w:pPr>
        <w:rPr>
          <w:rFonts w:ascii="Times New Roman" w:hAnsi="Times New Roman" w:cs="Times New Roman"/>
          <w:i/>
          <w:iCs/>
          <w:sz w:val="24"/>
          <w:szCs w:val="24"/>
        </w:rPr>
      </w:pPr>
    </w:p>
    <w:sectPr w:rsidR="0043258C" w:rsidRPr="00F5137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EA21A17"/>
    <w:multiLevelType w:val="hybridMultilevel"/>
    <w:tmpl w:val="46F81118"/>
    <w:lvl w:ilvl="0" w:tplc="3E384A5A">
      <w:start w:val="1"/>
      <w:numFmt w:val="decimal"/>
      <w:lvlText w:val="%1."/>
      <w:lvlJc w:val="left"/>
      <w:pPr>
        <w:ind w:left="750" w:hanging="39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156602733">
    <w:abstractNumId w:val="8"/>
  </w:num>
  <w:num w:numId="2" w16cid:durableId="1727949103">
    <w:abstractNumId w:val="6"/>
  </w:num>
  <w:num w:numId="3" w16cid:durableId="759760365">
    <w:abstractNumId w:val="5"/>
  </w:num>
  <w:num w:numId="4" w16cid:durableId="370502169">
    <w:abstractNumId w:val="4"/>
  </w:num>
  <w:num w:numId="5" w16cid:durableId="883832212">
    <w:abstractNumId w:val="7"/>
  </w:num>
  <w:num w:numId="6" w16cid:durableId="1323703221">
    <w:abstractNumId w:val="3"/>
  </w:num>
  <w:num w:numId="7" w16cid:durableId="1175876188">
    <w:abstractNumId w:val="2"/>
  </w:num>
  <w:num w:numId="8" w16cid:durableId="601956189">
    <w:abstractNumId w:val="1"/>
  </w:num>
  <w:num w:numId="9" w16cid:durableId="773793878">
    <w:abstractNumId w:val="0"/>
  </w:num>
  <w:num w:numId="10" w16cid:durableId="10286787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1448"/>
    <w:rsid w:val="00034616"/>
    <w:rsid w:val="000444BC"/>
    <w:rsid w:val="0006063C"/>
    <w:rsid w:val="00075DD4"/>
    <w:rsid w:val="000E25AC"/>
    <w:rsid w:val="0015074B"/>
    <w:rsid w:val="00150967"/>
    <w:rsid w:val="00163726"/>
    <w:rsid w:val="00172A2A"/>
    <w:rsid w:val="001D087D"/>
    <w:rsid w:val="001F3735"/>
    <w:rsid w:val="00224EBE"/>
    <w:rsid w:val="0029639D"/>
    <w:rsid w:val="00317040"/>
    <w:rsid w:val="00326F90"/>
    <w:rsid w:val="0035557A"/>
    <w:rsid w:val="0042121A"/>
    <w:rsid w:val="0043258C"/>
    <w:rsid w:val="00442E1E"/>
    <w:rsid w:val="004A0F78"/>
    <w:rsid w:val="004B3603"/>
    <w:rsid w:val="005060B1"/>
    <w:rsid w:val="005C2FB0"/>
    <w:rsid w:val="00611041"/>
    <w:rsid w:val="00675605"/>
    <w:rsid w:val="00804C93"/>
    <w:rsid w:val="00832355"/>
    <w:rsid w:val="008A40CC"/>
    <w:rsid w:val="0091102A"/>
    <w:rsid w:val="00924AB3"/>
    <w:rsid w:val="009567B3"/>
    <w:rsid w:val="00A45C17"/>
    <w:rsid w:val="00A63F3E"/>
    <w:rsid w:val="00AA1D8D"/>
    <w:rsid w:val="00AA574F"/>
    <w:rsid w:val="00AE6B5C"/>
    <w:rsid w:val="00B03835"/>
    <w:rsid w:val="00B22271"/>
    <w:rsid w:val="00B32ED0"/>
    <w:rsid w:val="00B47730"/>
    <w:rsid w:val="00C53782"/>
    <w:rsid w:val="00C61999"/>
    <w:rsid w:val="00CB0664"/>
    <w:rsid w:val="00CE6917"/>
    <w:rsid w:val="00DA0FF6"/>
    <w:rsid w:val="00E84724"/>
    <w:rsid w:val="00F06EDE"/>
    <w:rsid w:val="00F07178"/>
    <w:rsid w:val="00F51375"/>
    <w:rsid w:val="00FC693F"/>
    <w:rsid w:val="00FE0785"/>
    <w:rsid w:val="00FE6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4062061"/>
  <w14:defaultImageDpi w14:val="300"/>
  <w15:docId w15:val="{F18B81A9-E3C7-4FBA-A1E0-071E37C7D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link w:val="ListeParagrafChar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ListeParagrafChar">
    <w:name w:val="Liste Paragraf Char"/>
    <w:basedOn w:val="VarsaylanParagrafYazTipi"/>
    <w:link w:val="ListeParagraf"/>
    <w:uiPriority w:val="34"/>
    <w:rsid w:val="00F06E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7</Pages>
  <Words>1055</Words>
  <Characters>6017</Characters>
  <Application>Microsoft Office Word</Application>
  <DocSecurity>0</DocSecurity>
  <Lines>50</Lines>
  <Paragraphs>14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7058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Kübra Dilan Avcı</cp:lastModifiedBy>
  <cp:revision>38</cp:revision>
  <dcterms:created xsi:type="dcterms:W3CDTF">2026-05-21T15:04:00Z</dcterms:created>
  <dcterms:modified xsi:type="dcterms:W3CDTF">2026-05-22T13:26:00Z</dcterms:modified>
  <cp:category/>
</cp:coreProperties>
</file>