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4C8A" w14:textId="77777777" w:rsidR="00290C91" w:rsidRPr="007F02A1" w:rsidRDefault="00000000" w:rsidP="007F02A1">
      <w:pPr>
        <w:pStyle w:val="Heading1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</w:rPr>
        <w:t>1. Questionnaires and Survey Instruments</w:t>
      </w:r>
    </w:p>
    <w:p w14:paraId="07E31C1C" w14:textId="77777777" w:rsidR="00290C91" w:rsidRDefault="00000000" w:rsidP="007F02A1">
      <w:pPr>
        <w:pStyle w:val="Heading2"/>
        <w:spacing w:before="0" w:line="240" w:lineRule="auto"/>
        <w:rPr>
          <w:rFonts w:ascii="Times New Roman" w:hAnsi="Times New Roman"/>
          <w:color w:val="000000" w:themeColor="text1"/>
          <w:sz w:val="24"/>
        </w:rPr>
      </w:pPr>
      <w:r w:rsidRPr="007F02A1">
        <w:rPr>
          <w:rFonts w:ascii="Times New Roman" w:hAnsi="Times New Roman"/>
          <w:color w:val="000000" w:themeColor="text1"/>
          <w:sz w:val="24"/>
        </w:rPr>
        <w:t>A. Informed Consent Form</w:t>
      </w:r>
    </w:p>
    <w:p w14:paraId="2C4DA7F7" w14:textId="77777777" w:rsidR="007F02A1" w:rsidRPr="007F02A1" w:rsidRDefault="007F02A1" w:rsidP="007F02A1">
      <w:pPr>
        <w:spacing w:after="0" w:line="240" w:lineRule="auto"/>
      </w:pPr>
    </w:p>
    <w:p w14:paraId="2EBA06B6" w14:textId="77777777" w:rsidR="00290C91" w:rsidRPr="007F02A1" w:rsidRDefault="00000000" w:rsidP="007F02A1">
      <w:pPr>
        <w:spacing w:after="0" w:line="240" w:lineRule="auto"/>
        <w:jc w:val="center"/>
        <w:rPr>
          <w:color w:val="000000" w:themeColor="text1"/>
        </w:rPr>
      </w:pPr>
      <w:r w:rsidRPr="007F02A1">
        <w:rPr>
          <w:b/>
          <w:color w:val="000000" w:themeColor="text1"/>
          <w:sz w:val="24"/>
        </w:rPr>
        <w:t>PARTICIPANT CONSENT FORM (INFORMED CONSENT)</w:t>
      </w:r>
    </w:p>
    <w:p w14:paraId="31A031DC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color w:val="000000" w:themeColor="text1"/>
        </w:rPr>
        <w:t>I, the undersigned: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7488"/>
      </w:tblGrid>
      <w:tr w:rsidR="00290C91" w:rsidRPr="007F02A1" w14:paraId="735BAD58" w14:textId="77777777" w:rsidTr="007F02A1">
        <w:trPr>
          <w:tblHeader/>
          <w:jc w:val="center"/>
        </w:trPr>
        <w:tc>
          <w:tcPr>
            <w:tcW w:w="25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922C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20"/>
              </w:rPr>
              <w:t>Field</w:t>
            </w:r>
          </w:p>
        </w:tc>
        <w:tc>
          <w:tcPr>
            <w:tcW w:w="748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5863E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20"/>
              </w:rPr>
              <w:t>Entry</w:t>
            </w:r>
          </w:p>
        </w:tc>
      </w:tr>
      <w:tr w:rsidR="00290C91" w:rsidRPr="007F02A1" w14:paraId="34B53B40" w14:textId="77777777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0B5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Name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E0AE8" w14:textId="6B5FB650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................................................................................</w:t>
            </w:r>
            <w:r w:rsidR="007F02A1">
              <w:rPr>
                <w:color w:val="000000" w:themeColor="text1"/>
                <w:sz w:val="20"/>
              </w:rPr>
              <w:t>.................................................................</w:t>
            </w:r>
          </w:p>
        </w:tc>
      </w:tr>
      <w:tr w:rsidR="007F02A1" w:rsidRPr="007F02A1" w14:paraId="6EFC5706" w14:textId="77777777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EDF57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Age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AE551" w14:textId="5B5C8D16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................................................................................</w:t>
            </w:r>
            <w:r>
              <w:rPr>
                <w:color w:val="000000" w:themeColor="text1"/>
                <w:sz w:val="20"/>
              </w:rPr>
              <w:t>.................................................................</w:t>
            </w:r>
          </w:p>
        </w:tc>
      </w:tr>
      <w:tr w:rsidR="007F02A1" w:rsidRPr="007F02A1" w14:paraId="47BEFAFF" w14:textId="77777777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37218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Occupation/status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F8BB" w14:textId="17772CA0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................................................................................</w:t>
            </w:r>
            <w:r>
              <w:rPr>
                <w:color w:val="000000" w:themeColor="text1"/>
                <w:sz w:val="20"/>
              </w:rPr>
              <w:t>.................................................................</w:t>
            </w:r>
          </w:p>
        </w:tc>
      </w:tr>
      <w:tr w:rsidR="007F02A1" w:rsidRPr="007F02A1" w14:paraId="7C7E3B2F" w14:textId="77777777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FD30B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Address/institution</w:t>
            </w:r>
          </w:p>
        </w:tc>
        <w:tc>
          <w:tcPr>
            <w:tcW w:w="74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00EA2" w14:textId="24D64EC2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................................................................................</w:t>
            </w:r>
            <w:r>
              <w:rPr>
                <w:color w:val="000000" w:themeColor="text1"/>
                <w:sz w:val="20"/>
              </w:rPr>
              <w:t>.................................................................</w:t>
            </w:r>
          </w:p>
        </w:tc>
      </w:tr>
    </w:tbl>
    <w:p w14:paraId="11B16E37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5EDDFC6F" w14:textId="77777777" w:rsidR="00290C91" w:rsidRPr="007F02A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After receiving an explanation from the researcher regarding the purpose, procedures, and potential risks of the study entitled:</w:t>
      </w:r>
    </w:p>
    <w:p w14:paraId="052A20F8" w14:textId="77777777" w:rsidR="00290C91" w:rsidRPr="007F02A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i/>
          <w:color w:val="000000" w:themeColor="text1"/>
        </w:rPr>
        <w:t>"Halus Power and the Pedagogy of Benevolent Disciplinary Care: A Critical Qualitative Theory of Gender Microaggressions in Indonesian Education"</w:t>
      </w:r>
    </w:p>
    <w:p w14:paraId="3C3F7A20" w14:textId="77777777" w:rsidR="00290C91" w:rsidRPr="007F02A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I hereby declare that:</w:t>
      </w:r>
    </w:p>
    <w:p w14:paraId="6A3CE1A8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I understand that my participation in this study is voluntary.</w:t>
      </w:r>
    </w:p>
    <w:p w14:paraId="3CA9E789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I understand that I may withdraw from the study at any time without penalty.</w:t>
      </w:r>
    </w:p>
    <w:p w14:paraId="5D24561F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I agree that the interview or FGD may be audio-recorded for transcription and data analysis purposes (Creswell, 2009).</w:t>
      </w:r>
    </w:p>
    <w:p w14:paraId="5608DDEB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I understand that my identity will be kept confidential and that my name will be replaced with a pseudonym in any research report (Tracy, 2010).</w:t>
      </w:r>
    </w:p>
    <w:p w14:paraId="2D366779" w14:textId="77777777" w:rsidR="00290C91" w:rsidRPr="007F02A1" w:rsidRDefault="00000000" w:rsidP="007F02A1">
      <w:pPr>
        <w:pStyle w:val="ListNumber"/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  <w:sz w:val="21"/>
        </w:rPr>
        <w:t>I agree to participate in this study.</w:t>
      </w:r>
    </w:p>
    <w:p w14:paraId="5B13FA56" w14:textId="77777777" w:rsidR="007F02A1" w:rsidRPr="007F02A1" w:rsidRDefault="007F02A1" w:rsidP="007F02A1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  <w:rPr>
          <w:color w:val="000000" w:themeColor="text1"/>
        </w:rPr>
      </w:pPr>
    </w:p>
    <w:p w14:paraId="1B2C6467" w14:textId="77777777" w:rsidR="00290C91" w:rsidRPr="007F02A1" w:rsidRDefault="00000000" w:rsidP="007F02A1">
      <w:pPr>
        <w:spacing w:after="0" w:line="240" w:lineRule="auto"/>
        <w:jc w:val="both"/>
        <w:rPr>
          <w:color w:val="000000" w:themeColor="text1"/>
        </w:rPr>
      </w:pPr>
      <w:r w:rsidRPr="007F02A1">
        <w:rPr>
          <w:color w:val="000000" w:themeColor="text1"/>
        </w:rPr>
        <w:t>I make this statement truthfully and voluntarily.</w:t>
      </w:r>
    </w:p>
    <w:p w14:paraId="111475EC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color w:val="000000" w:themeColor="text1"/>
        </w:rPr>
        <w:t>................................, ........................ 2026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608"/>
      </w:tblGrid>
      <w:tr w:rsidR="00290C91" w:rsidRPr="007F02A1" w14:paraId="38556370" w14:textId="77777777">
        <w:trPr>
          <w:jc w:val="center"/>
        </w:trPr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FCA28B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Participant</w:t>
            </w:r>
          </w:p>
        </w:tc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F49718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Researcher</w:t>
            </w:r>
          </w:p>
        </w:tc>
      </w:tr>
      <w:tr w:rsidR="00290C91" w:rsidRPr="007F02A1" w14:paraId="669E5C7D" w14:textId="77777777">
        <w:trPr>
          <w:jc w:val="center"/>
        </w:trPr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D492EF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20"/>
              </w:rPr>
              <w:t>..................................................</w:t>
            </w:r>
          </w:p>
        </w:tc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15AD18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18"/>
              </w:rPr>
              <w:br/>
            </w:r>
            <w:r w:rsidRPr="007F02A1">
              <w:rPr>
                <w:color w:val="000000" w:themeColor="text1"/>
                <w:sz w:val="20"/>
              </w:rPr>
              <w:t>..................................................</w:t>
            </w:r>
          </w:p>
        </w:tc>
      </w:tr>
      <w:tr w:rsidR="00290C91" w:rsidRPr="007F02A1" w14:paraId="54CEA51C" w14:textId="77777777">
        <w:trPr>
          <w:jc w:val="center"/>
        </w:trPr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4F2177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Full name</w:t>
            </w:r>
          </w:p>
        </w:tc>
        <w:tc>
          <w:tcPr>
            <w:tcW w:w="46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C3CE50" w14:textId="77777777" w:rsidR="00290C91" w:rsidRPr="007F02A1" w:rsidRDefault="00000000" w:rsidP="007F02A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20"/>
              </w:rPr>
              <w:t>Full name</w:t>
            </w:r>
          </w:p>
        </w:tc>
      </w:tr>
    </w:tbl>
    <w:p w14:paraId="16A0F90B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2D8618B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9A9AAA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6822ED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63F05C9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1F9E34A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287EC75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DBB94A6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1340237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1038DDD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239DC84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BA8352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2E51CA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96C78E6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03D859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5D28D3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E38B8AC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B32A0F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B5EB07A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D3FF7F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1C3050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87ED49E" w14:textId="77777777" w:rsidR="00290C91" w:rsidRPr="007F02A1" w:rsidRDefault="00000000" w:rsidP="007F02A1">
      <w:pPr>
        <w:pStyle w:val="Heading2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lastRenderedPageBreak/>
        <w:t>B. Participant Demographic Form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3888"/>
        <w:gridCol w:w="5688"/>
      </w:tblGrid>
      <w:tr w:rsidR="00290C91" w:rsidRPr="007F02A1" w14:paraId="48156A9C" w14:textId="77777777" w:rsidTr="007F02A1">
        <w:trPr>
          <w:tblHeader/>
          <w:jc w:val="center"/>
        </w:trPr>
        <w:tc>
          <w:tcPr>
            <w:tcW w:w="64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F7F05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No.</w:t>
            </w:r>
          </w:p>
        </w:tc>
        <w:tc>
          <w:tcPr>
            <w:tcW w:w="388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8E9EA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Aspect</w:t>
            </w:r>
          </w:p>
        </w:tc>
        <w:tc>
          <w:tcPr>
            <w:tcW w:w="568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27CAA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Response</w:t>
            </w:r>
          </w:p>
        </w:tc>
      </w:tr>
      <w:tr w:rsidR="00290C91" w:rsidRPr="007F02A1" w14:paraId="793994D9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7CF3D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65EEE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Participant code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4AF65" w14:textId="570C1158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 w:rsidR="007F02A1"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7AF459D1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3CE6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D04F7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Pseudonym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46786" w14:textId="7C48D3A1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3406188A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69479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AAF03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Gender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8E3C0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[ ] Male     [ ] Female</w:t>
            </w:r>
          </w:p>
        </w:tc>
      </w:tr>
      <w:tr w:rsidR="007F02A1" w:rsidRPr="007F02A1" w14:paraId="7F196091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82D2A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98597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Age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6C9D3" w14:textId="1C67E1D5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65DCB821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A8E5E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47102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Highest level of education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030CC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[ ] Senior high school     [ ] Bachelor     [ ] Master/Doctoral</w:t>
            </w:r>
          </w:p>
        </w:tc>
      </w:tr>
      <w:tr w:rsidR="007F02A1" w:rsidRPr="007F02A1" w14:paraId="05B082B5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0C8C4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2EDEE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Class/major (for students)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E9E6C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</w:p>
        </w:tc>
      </w:tr>
      <w:tr w:rsidR="007F02A1" w:rsidRPr="007F02A1" w14:paraId="3E8C0CE3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1BB0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A2926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Occupation/status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95419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[ ] Student     [ ] Teacher     [ ] Lecturer     [ ] Other: ....................</w:t>
            </w:r>
          </w:p>
        </w:tc>
      </w:tr>
      <w:tr w:rsidR="007F02A1" w:rsidRPr="007F02A1" w14:paraId="3966D668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73716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8F991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Ethnicity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B20D2" w14:textId="5C7B3DAB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40F3FC1C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C1D83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4FA3D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Religion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0D339" w14:textId="133935B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5A4CA1DA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BA62C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2C452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Length of teaching experience (for teachers/lecturers)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24BA4" w14:textId="7449770A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.....................................................................................</w:t>
            </w:r>
          </w:p>
        </w:tc>
      </w:tr>
      <w:tr w:rsidR="007F02A1" w:rsidRPr="007F02A1" w14:paraId="56958006" w14:textId="77777777">
        <w:trPr>
          <w:jc w:val="center"/>
        </w:trPr>
        <w:tc>
          <w:tcPr>
            <w:tcW w:w="6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A08C7" w14:textId="77777777" w:rsidR="007F02A1" w:rsidRPr="007F02A1" w:rsidRDefault="007F02A1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F994D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Research location</w:t>
            </w:r>
          </w:p>
        </w:tc>
        <w:tc>
          <w:tcPr>
            <w:tcW w:w="56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0519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[ ] Java     [ ] Kalimantan     [ ] Sumatra</w:t>
            </w:r>
          </w:p>
        </w:tc>
      </w:tr>
    </w:tbl>
    <w:p w14:paraId="405D4E41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4D0CF5A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CF3D9A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887046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ACC2E6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7B1F8B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67FC929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10BF4F5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24442A5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151D8B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55FDCC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EA4F30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F8F7C9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AF86BBF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CCAFC5A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669E46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D45A5B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2A70D18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C908CB8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FFAA74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63ECF9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181206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621C1E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5A72F58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A868512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A844481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B506365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84F4776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EB276A3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DA9949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9588971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EC30E30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1A65EB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E95126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496EB6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A37B1C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6AE33F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68FF8EA" w14:textId="77777777" w:rsidR="00290C91" w:rsidRPr="007F02A1" w:rsidRDefault="00000000" w:rsidP="007F02A1">
      <w:pPr>
        <w:pStyle w:val="Heading2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lastRenderedPageBreak/>
        <w:t>C. Classroom Observation Sheet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343"/>
      </w:tblGrid>
      <w:tr w:rsidR="00290C91" w:rsidRPr="007F02A1" w14:paraId="17B76E0B" w14:textId="77777777" w:rsidTr="007F02A1">
        <w:trPr>
          <w:tblHeader/>
          <w:jc w:val="center"/>
        </w:trPr>
        <w:tc>
          <w:tcPr>
            <w:tcW w:w="28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1906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Field</w:t>
            </w:r>
          </w:p>
        </w:tc>
        <w:tc>
          <w:tcPr>
            <w:tcW w:w="734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5EA39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Entry</w:t>
            </w:r>
          </w:p>
        </w:tc>
      </w:tr>
      <w:tr w:rsidR="00290C91" w:rsidRPr="007F02A1" w14:paraId="7412F0AF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54D9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Observation code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EC9DD" w14:textId="54E94D5B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 w:rsidR="007F02A1"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  <w:tr w:rsidR="007F02A1" w:rsidRPr="007F02A1" w14:paraId="6E312B90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5BC5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Location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54125" w14:textId="628AE89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  <w:tr w:rsidR="007F02A1" w:rsidRPr="007F02A1" w14:paraId="7E12DA74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12EB8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Date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A28F9" w14:textId="3FC3F53B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  <w:tr w:rsidR="007F02A1" w:rsidRPr="007F02A1" w14:paraId="428B4D87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9A0A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Subject/course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3BE4" w14:textId="34569DF2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  <w:tr w:rsidR="00290C91" w:rsidRPr="007F02A1" w14:paraId="60799EBB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1A9E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Teacher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C12C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[ ] Male     [ ] Female</w:t>
            </w:r>
          </w:p>
        </w:tc>
      </w:tr>
      <w:tr w:rsidR="007F02A1" w:rsidRPr="007F02A1" w14:paraId="0B479F38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B538F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Class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76CD" w14:textId="4E0F6E5A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  <w:tr w:rsidR="007F02A1" w:rsidRPr="007F02A1" w14:paraId="2F2375FD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EDDA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Duration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9B1C" w14:textId="1CB0169C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</w:t>
            </w:r>
          </w:p>
        </w:tc>
      </w:tr>
    </w:tbl>
    <w:p w14:paraId="7E722547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7C0D01BC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Event notes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3600"/>
        <w:gridCol w:w="2160"/>
        <w:gridCol w:w="3311"/>
      </w:tblGrid>
      <w:tr w:rsidR="00290C91" w:rsidRPr="007F02A1" w14:paraId="371A7D11" w14:textId="77777777" w:rsidTr="007F02A1">
        <w:trPr>
          <w:tblHeader/>
          <w:jc w:val="center"/>
        </w:trPr>
        <w:tc>
          <w:tcPr>
            <w:tcW w:w="115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88DB3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Time</w:t>
            </w:r>
          </w:p>
        </w:tc>
        <w:tc>
          <w:tcPr>
            <w:tcW w:w="36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0BE01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Event</w:t>
            </w:r>
          </w:p>
        </w:tc>
        <w:tc>
          <w:tcPr>
            <w:tcW w:w="216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60C1F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Subject</w:t>
            </w:r>
          </w:p>
        </w:tc>
        <w:tc>
          <w:tcPr>
            <w:tcW w:w="3311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BE058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Analytical Notes</w:t>
            </w:r>
          </w:p>
        </w:tc>
      </w:tr>
      <w:tr w:rsidR="00290C91" w:rsidRPr="007F02A1" w14:paraId="6EDF1898" w14:textId="77777777">
        <w:trPr>
          <w:jc w:val="center"/>
        </w:trPr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CBAA3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0C14D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488C1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F2F86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2792F9A7" w14:textId="77777777">
        <w:trPr>
          <w:jc w:val="center"/>
        </w:trPr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F753A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3591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0F37D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9C6F8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2AAB3E81" w14:textId="77777777">
        <w:trPr>
          <w:jc w:val="center"/>
        </w:trPr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0422D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8F43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F227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A2E6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</w:tbl>
    <w:p w14:paraId="06899264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66C1AA4B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Specific notes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6912"/>
      </w:tblGrid>
      <w:tr w:rsidR="00290C91" w:rsidRPr="007F02A1" w14:paraId="5333F2A6" w14:textId="77777777" w:rsidTr="007F02A1">
        <w:trPr>
          <w:tblHeader/>
          <w:jc w:val="center"/>
        </w:trPr>
        <w:tc>
          <w:tcPr>
            <w:tcW w:w="3311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EE048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Specific Note</w:t>
            </w:r>
          </w:p>
        </w:tc>
        <w:tc>
          <w:tcPr>
            <w:tcW w:w="691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EE641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Description</w:t>
            </w:r>
          </w:p>
        </w:tc>
      </w:tr>
      <w:tr w:rsidR="00290C91" w:rsidRPr="007F02A1" w14:paraId="45F42D64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0BC80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Use of gender-biased terms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2715" w14:textId="23531086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 w:rsidR="007F02A1"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  <w:tr w:rsidR="007F02A1" w:rsidRPr="007F02A1" w14:paraId="16A807DB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E2A39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Prominent interaction patterns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69ED4" w14:textId="74910FD4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  <w:tr w:rsidR="007F02A1" w:rsidRPr="007F02A1" w14:paraId="53ADF3FD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120F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Significant non-verbal behavior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B9773" w14:textId="6E40F181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</w:tbl>
    <w:p w14:paraId="53760940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150934D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D5431F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CA461E8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CCE158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BE0AB7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15A92F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AEA1BB1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A89EA5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9985435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1052CE8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470AE8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4245BB0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EA51B0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8DA626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3910650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9C3C1F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DABE8C5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F4F8FC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6247A2C0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67FD04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F163A00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036530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46270D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9AF95D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BBA9F8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4E556B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24DBC01" w14:textId="77777777" w:rsidR="00290C91" w:rsidRPr="007F02A1" w:rsidRDefault="00000000" w:rsidP="007F02A1">
      <w:pPr>
        <w:pStyle w:val="Heading2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lastRenderedPageBreak/>
        <w:t>D. Counseling Session Observation Sheet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343"/>
      </w:tblGrid>
      <w:tr w:rsidR="00290C91" w:rsidRPr="007F02A1" w14:paraId="757861F0" w14:textId="77777777" w:rsidTr="007F02A1">
        <w:trPr>
          <w:tblHeader/>
          <w:jc w:val="center"/>
        </w:trPr>
        <w:tc>
          <w:tcPr>
            <w:tcW w:w="28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277D0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Field</w:t>
            </w:r>
          </w:p>
        </w:tc>
        <w:tc>
          <w:tcPr>
            <w:tcW w:w="734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2D5F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Entry</w:t>
            </w:r>
          </w:p>
        </w:tc>
      </w:tr>
      <w:tr w:rsidR="00290C91" w:rsidRPr="007F02A1" w14:paraId="695A83EE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21885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Observation code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3622F" w14:textId="14183F13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 w:rsidR="007F02A1"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7F02A1" w:rsidRPr="007F02A1" w14:paraId="07EF83C2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44004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Location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8AB45" w14:textId="128FC7A8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7F02A1" w:rsidRPr="007F02A1" w14:paraId="090E4157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E6F8A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Date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AE3D" w14:textId="2179239C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290C91" w:rsidRPr="007F02A1" w14:paraId="316A6D96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D5EBB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Counselor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E148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[ ] Male     [ ] Female</w:t>
            </w:r>
          </w:p>
        </w:tc>
      </w:tr>
      <w:tr w:rsidR="00290C91" w:rsidRPr="007F02A1" w14:paraId="37BAF714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AE995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Student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FEE04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[ ] Male     [ ] Female</w:t>
            </w:r>
          </w:p>
        </w:tc>
      </w:tr>
      <w:tr w:rsidR="007F02A1" w:rsidRPr="007F02A1" w14:paraId="1EC10760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59C20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Duration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333A4" w14:textId="21D899A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</w:tbl>
    <w:p w14:paraId="6E44BDD2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5E331A39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Event notes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2448"/>
        <w:gridCol w:w="2520"/>
        <w:gridCol w:w="2232"/>
        <w:gridCol w:w="2088"/>
      </w:tblGrid>
      <w:tr w:rsidR="00290C91" w:rsidRPr="007F02A1" w14:paraId="266D6462" w14:textId="77777777" w:rsidTr="007F02A1">
        <w:trPr>
          <w:tblHeader/>
          <w:jc w:val="center"/>
        </w:trPr>
        <w:tc>
          <w:tcPr>
            <w:tcW w:w="93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1DD23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Time</w:t>
            </w:r>
          </w:p>
        </w:tc>
        <w:tc>
          <w:tcPr>
            <w:tcW w:w="244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D7F27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Event</w:t>
            </w:r>
          </w:p>
        </w:tc>
        <w:tc>
          <w:tcPr>
            <w:tcW w:w="252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3C32D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Counselor Behavior</w:t>
            </w:r>
          </w:p>
        </w:tc>
        <w:tc>
          <w:tcPr>
            <w:tcW w:w="223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35E2D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Student Response</w:t>
            </w:r>
          </w:p>
        </w:tc>
        <w:tc>
          <w:tcPr>
            <w:tcW w:w="208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D376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Analytical Notes</w:t>
            </w:r>
          </w:p>
        </w:tc>
      </w:tr>
      <w:tr w:rsidR="00290C91" w:rsidRPr="007F02A1" w14:paraId="3710F365" w14:textId="77777777">
        <w:trPr>
          <w:jc w:val="center"/>
        </w:trPr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0C9A9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52BDE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0A477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22146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7589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01CC0C3B" w14:textId="77777777">
        <w:trPr>
          <w:jc w:val="center"/>
        </w:trPr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62F61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44CDE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B612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686B6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ADA78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668CBD3C" w14:textId="77777777">
        <w:trPr>
          <w:jc w:val="center"/>
        </w:trPr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DF6B9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ECF08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93CBD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BFD41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FA012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</w:tbl>
    <w:p w14:paraId="404499D0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22CD936F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Specific notes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6912"/>
      </w:tblGrid>
      <w:tr w:rsidR="00290C91" w:rsidRPr="007F02A1" w14:paraId="08FD94C2" w14:textId="77777777" w:rsidTr="007F02A1">
        <w:trPr>
          <w:tblHeader/>
          <w:jc w:val="center"/>
        </w:trPr>
        <w:tc>
          <w:tcPr>
            <w:tcW w:w="3311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DDF1E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Specific Note</w:t>
            </w:r>
          </w:p>
        </w:tc>
        <w:tc>
          <w:tcPr>
            <w:tcW w:w="691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5AEA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Description</w:t>
            </w:r>
          </w:p>
        </w:tc>
      </w:tr>
      <w:tr w:rsidR="00290C91" w:rsidRPr="007F02A1" w14:paraId="3453FDF1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0907A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Use of gender-based advice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33C0F" w14:textId="5AF4C6F4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 w:rsidR="007F02A1"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  <w:tr w:rsidR="007F02A1" w:rsidRPr="007F02A1" w14:paraId="56749530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1E603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Use of the term "kodrat"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1C44E" w14:textId="5A34FBE2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  <w:tr w:rsidR="007F02A1" w:rsidRPr="007F02A1" w14:paraId="0A0FBB92" w14:textId="77777777">
        <w:trPr>
          <w:jc w:val="center"/>
        </w:trPr>
        <w:tc>
          <w:tcPr>
            <w:tcW w:w="33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C3CC3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Physical touch/eye contact</w:t>
            </w:r>
          </w:p>
        </w:tc>
        <w:tc>
          <w:tcPr>
            <w:tcW w:w="691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D504" w14:textId="1F472838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>
              <w:rPr>
                <w:color w:val="000000" w:themeColor="text1"/>
                <w:sz w:val="18"/>
              </w:rPr>
              <w:t>.....................................................</w:t>
            </w:r>
          </w:p>
        </w:tc>
      </w:tr>
    </w:tbl>
    <w:p w14:paraId="189B7D99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2B0E81E7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91FCEB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51A790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1F79061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3A18C3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CD92B28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D876635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A56FD1F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09B3EC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C05D26E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AC544F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657F979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240032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62B877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18FB1800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953E02A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41A8BA8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3556513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5A78713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A608C02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4C57A32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03F037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F292231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19D417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26A47F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227DB6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B15DB8A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02E1AD8" w14:textId="77777777" w:rsidR="00290C91" w:rsidRPr="007F02A1" w:rsidRDefault="00000000" w:rsidP="007F02A1">
      <w:pPr>
        <w:pStyle w:val="Heading2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lastRenderedPageBreak/>
        <w:t>E. Document Analysis Sheet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343"/>
      </w:tblGrid>
      <w:tr w:rsidR="00290C91" w:rsidRPr="007F02A1" w14:paraId="50125350" w14:textId="77777777" w:rsidTr="007F02A1">
        <w:trPr>
          <w:tblHeader/>
          <w:jc w:val="center"/>
        </w:trPr>
        <w:tc>
          <w:tcPr>
            <w:tcW w:w="28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89627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Field</w:t>
            </w:r>
          </w:p>
        </w:tc>
        <w:tc>
          <w:tcPr>
            <w:tcW w:w="734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52D28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9"/>
              </w:rPr>
              <w:t>Entry</w:t>
            </w:r>
          </w:p>
        </w:tc>
      </w:tr>
      <w:tr w:rsidR="00290C91" w:rsidRPr="007F02A1" w14:paraId="18715650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3009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Document code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D3EE" w14:textId="52908DAB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 w:rsidR="007F02A1"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7F02A1" w:rsidRPr="007F02A1" w14:paraId="5A107A62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8F07C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Document name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EB272" w14:textId="0D63D8A6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290C91" w:rsidRPr="007F02A1" w14:paraId="1DFCEE55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3D991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Document type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E72F4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[ ] School rules     [ ] Counseling template     [ ] Task roster     [ ] Other: ....................</w:t>
            </w:r>
          </w:p>
        </w:tc>
      </w:tr>
      <w:tr w:rsidR="007F02A1" w:rsidRPr="007F02A1" w14:paraId="49568FF5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FF7BE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Location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E4BB" w14:textId="12219B0E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7F02A1" w:rsidRPr="007F02A1" w14:paraId="4D05AD8B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D826C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Publisher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1299A" w14:textId="5470BFE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  <w:tr w:rsidR="007F02A1" w:rsidRPr="007F02A1" w14:paraId="247AACC1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F9AF7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Year</w:t>
            </w:r>
          </w:p>
        </w:tc>
        <w:tc>
          <w:tcPr>
            <w:tcW w:w="73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DE08" w14:textId="145B56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9"/>
              </w:rPr>
              <w:t>.....................................</w:t>
            </w:r>
            <w:r>
              <w:rPr>
                <w:color w:val="000000" w:themeColor="text1"/>
                <w:sz w:val="19"/>
              </w:rPr>
              <w:t>..................................................................................................................</w:t>
            </w:r>
          </w:p>
        </w:tc>
      </w:tr>
    </w:tbl>
    <w:p w14:paraId="11422568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31A1D096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Foucauldian discourse analysis matrix (Foucault, 1980; Willig, 2013)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448"/>
        <w:gridCol w:w="2736"/>
        <w:gridCol w:w="2808"/>
      </w:tblGrid>
      <w:tr w:rsidR="00290C91" w:rsidRPr="007F02A1" w14:paraId="36C3BE3A" w14:textId="77777777" w:rsidTr="007F02A1">
        <w:trPr>
          <w:tblHeader/>
          <w:jc w:val="center"/>
        </w:trPr>
        <w:tc>
          <w:tcPr>
            <w:tcW w:w="223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BE11C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Dimension</w:t>
            </w:r>
          </w:p>
        </w:tc>
        <w:tc>
          <w:tcPr>
            <w:tcW w:w="244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7C81C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Findings</w:t>
            </w:r>
          </w:p>
        </w:tc>
        <w:tc>
          <w:tcPr>
            <w:tcW w:w="273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4CB51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Excerpts</w:t>
            </w:r>
          </w:p>
        </w:tc>
        <w:tc>
          <w:tcPr>
            <w:tcW w:w="280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8A08C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7"/>
              </w:rPr>
              <w:t>Analysis</w:t>
            </w:r>
          </w:p>
        </w:tc>
      </w:tr>
      <w:tr w:rsidR="00290C91" w:rsidRPr="007F02A1" w14:paraId="22BAF1BD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586B9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Subject positions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E1DE7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17B0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7C94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2F0537AE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8AD6F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Practices authorized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269FF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91A0D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94A53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22AF6673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5ECC4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Unsayable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92440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6744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6887F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  <w:tr w:rsidR="00290C91" w:rsidRPr="007F02A1" w14:paraId="744F3143" w14:textId="77777777">
        <w:trPr>
          <w:jc w:val="center"/>
        </w:trPr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A1C6C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7"/>
              </w:rPr>
              <w:t>Institutional relays</w:t>
            </w:r>
          </w:p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427C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7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0746C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  <w:tc>
          <w:tcPr>
            <w:tcW w:w="2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F4A38" w14:textId="77777777" w:rsidR="00290C91" w:rsidRPr="007F02A1" w:rsidRDefault="00290C91" w:rsidP="007F02A1">
            <w:pPr>
              <w:rPr>
                <w:color w:val="000000" w:themeColor="text1"/>
              </w:rPr>
            </w:pPr>
          </w:p>
        </w:tc>
      </w:tr>
    </w:tbl>
    <w:p w14:paraId="1D21DF56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3781B3CB" w14:textId="77777777" w:rsidR="00290C91" w:rsidRPr="007F02A1" w:rsidRDefault="00000000" w:rsidP="007F02A1">
      <w:pPr>
        <w:spacing w:after="0" w:line="240" w:lineRule="auto"/>
        <w:rPr>
          <w:color w:val="000000" w:themeColor="text1"/>
        </w:rPr>
      </w:pPr>
      <w:r w:rsidRPr="007F02A1">
        <w:rPr>
          <w:b/>
          <w:color w:val="000000" w:themeColor="text1"/>
          <w:sz w:val="21"/>
        </w:rPr>
        <w:t>Specific notes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623"/>
      </w:tblGrid>
      <w:tr w:rsidR="00290C91" w:rsidRPr="007F02A1" w14:paraId="7A3202C1" w14:textId="77777777" w:rsidTr="007F02A1">
        <w:trPr>
          <w:tblHeader/>
          <w:jc w:val="center"/>
        </w:trPr>
        <w:tc>
          <w:tcPr>
            <w:tcW w:w="36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4C84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Specific Note</w:t>
            </w:r>
          </w:p>
        </w:tc>
        <w:tc>
          <w:tcPr>
            <w:tcW w:w="662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3084B" w14:textId="77777777" w:rsidR="00290C91" w:rsidRPr="007F02A1" w:rsidRDefault="00000000" w:rsidP="007F02A1">
            <w:pPr>
              <w:jc w:val="center"/>
              <w:rPr>
                <w:color w:val="000000" w:themeColor="text1"/>
              </w:rPr>
            </w:pPr>
            <w:r w:rsidRPr="007F02A1">
              <w:rPr>
                <w:b/>
                <w:color w:val="000000" w:themeColor="text1"/>
                <w:sz w:val="18"/>
              </w:rPr>
              <w:t>Description</w:t>
            </w:r>
          </w:p>
        </w:tc>
      </w:tr>
      <w:tr w:rsidR="00290C91" w:rsidRPr="007F02A1" w14:paraId="3130A0EA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9A53" w14:textId="77777777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Differences in rules for female and male students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D57DE" w14:textId="2B4BCBAF" w:rsidR="00290C91" w:rsidRPr="007F02A1" w:rsidRDefault="00000000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................................................................................................</w:t>
            </w:r>
            <w:r w:rsidR="007F02A1">
              <w:rPr>
                <w:color w:val="000000" w:themeColor="text1"/>
                <w:sz w:val="18"/>
              </w:rPr>
              <w:t>...............................................</w:t>
            </w:r>
          </w:p>
        </w:tc>
      </w:tr>
      <w:tr w:rsidR="007F02A1" w:rsidRPr="007F02A1" w14:paraId="614AC088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EC81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Gender-biased language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2CCE1" w14:textId="56F2857E" w:rsidR="007F02A1" w:rsidRPr="007F02A1" w:rsidRDefault="007F02A1" w:rsidP="007F02A1">
            <w:pPr>
              <w:rPr>
                <w:color w:val="000000" w:themeColor="text1"/>
              </w:rPr>
            </w:pPr>
            <w:r w:rsidRPr="001F379F">
              <w:rPr>
                <w:color w:val="000000" w:themeColor="text1"/>
                <w:sz w:val="18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F02A1" w:rsidRPr="007F02A1" w14:paraId="57A582CA" w14:textId="77777777">
        <w:trPr>
          <w:jc w:val="center"/>
        </w:trPr>
        <w:tc>
          <w:tcPr>
            <w:tcW w:w="36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917B9" w14:textId="77777777" w:rsidR="007F02A1" w:rsidRPr="007F02A1" w:rsidRDefault="007F02A1" w:rsidP="007F02A1">
            <w:pPr>
              <w:rPr>
                <w:color w:val="000000" w:themeColor="text1"/>
              </w:rPr>
            </w:pPr>
            <w:r w:rsidRPr="007F02A1">
              <w:rPr>
                <w:color w:val="000000" w:themeColor="text1"/>
                <w:sz w:val="18"/>
              </w:rPr>
              <w:t>"Procedural kodrat"</w:t>
            </w:r>
          </w:p>
        </w:tc>
        <w:tc>
          <w:tcPr>
            <w:tcW w:w="66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C06A" w14:textId="39C61527" w:rsidR="007F02A1" w:rsidRPr="007F02A1" w:rsidRDefault="007F02A1" w:rsidP="007F02A1">
            <w:pPr>
              <w:rPr>
                <w:color w:val="000000" w:themeColor="text1"/>
              </w:rPr>
            </w:pPr>
            <w:r w:rsidRPr="001F379F">
              <w:rPr>
                <w:color w:val="000000" w:themeColor="text1"/>
                <w:sz w:val="18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039768E3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218B802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FB1EDF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7CB90420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29A73E22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916876D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0E5733B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507830AC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6D5315F6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377D5EC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7B039423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4D70B39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6E4E46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085B5094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0340ED0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C7A4B2D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39C2451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1B9E5CE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B97E0E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EC3380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393F904B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575E3E0F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1D171FA9" w14:textId="77777777" w:rsidR="007F02A1" w:rsidRDefault="007F02A1" w:rsidP="007F02A1">
      <w:pPr>
        <w:spacing w:after="0" w:line="240" w:lineRule="auto"/>
        <w:rPr>
          <w:color w:val="000000" w:themeColor="text1"/>
        </w:rPr>
      </w:pPr>
    </w:p>
    <w:p w14:paraId="2787FAB4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0799D067" w14:textId="77777777" w:rsidR="007F02A1" w:rsidRPr="007F02A1" w:rsidRDefault="007F02A1" w:rsidP="007F02A1">
      <w:pPr>
        <w:spacing w:after="0" w:line="240" w:lineRule="auto"/>
        <w:ind w:left="709" w:hanging="720"/>
        <w:jc w:val="both"/>
        <w:rPr>
          <w:color w:val="000000" w:themeColor="text1"/>
          <w:sz w:val="20"/>
          <w:szCs w:val="20"/>
        </w:rPr>
      </w:pPr>
    </w:p>
    <w:sectPr w:rsidR="007F02A1" w:rsidRPr="007F02A1" w:rsidSect="00034616">
      <w:pgSz w:w="11906" w:h="16838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120F" w14:textId="77777777" w:rsidR="0089371D" w:rsidRDefault="0089371D">
      <w:pPr>
        <w:spacing w:after="0" w:line="240" w:lineRule="auto"/>
      </w:pPr>
      <w:r>
        <w:separator/>
      </w:r>
    </w:p>
  </w:endnote>
  <w:endnote w:type="continuationSeparator" w:id="0">
    <w:p w14:paraId="6D93EBC4" w14:textId="77777777" w:rsidR="0089371D" w:rsidRDefault="0089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B136" w14:textId="77777777" w:rsidR="0089371D" w:rsidRDefault="0089371D">
      <w:pPr>
        <w:spacing w:after="0" w:line="240" w:lineRule="auto"/>
      </w:pPr>
      <w:r>
        <w:separator/>
      </w:r>
    </w:p>
  </w:footnote>
  <w:footnote w:type="continuationSeparator" w:id="0">
    <w:p w14:paraId="2CFF7978" w14:textId="77777777" w:rsidR="0089371D" w:rsidRDefault="00893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56787"/>
    <w:multiLevelType w:val="hybridMultilevel"/>
    <w:tmpl w:val="E08CECF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4634"/>
    <w:multiLevelType w:val="hybridMultilevel"/>
    <w:tmpl w:val="5FD61256"/>
    <w:lvl w:ilvl="0" w:tplc="87BA57D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C0441"/>
    <w:multiLevelType w:val="hybridMultilevel"/>
    <w:tmpl w:val="1FB0FA7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748B6"/>
    <w:multiLevelType w:val="hybridMultilevel"/>
    <w:tmpl w:val="10BC44B2"/>
    <w:lvl w:ilvl="0" w:tplc="C0228D1E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A653E"/>
    <w:multiLevelType w:val="hybridMultilevel"/>
    <w:tmpl w:val="8C2C060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D3BE0"/>
    <w:multiLevelType w:val="hybridMultilevel"/>
    <w:tmpl w:val="6C124F8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F225A"/>
    <w:multiLevelType w:val="hybridMultilevel"/>
    <w:tmpl w:val="CC627F1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F59F8"/>
    <w:multiLevelType w:val="hybridMultilevel"/>
    <w:tmpl w:val="85C07578"/>
    <w:lvl w:ilvl="0" w:tplc="6CAA14D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6464695">
    <w:abstractNumId w:val="8"/>
  </w:num>
  <w:num w:numId="2" w16cid:durableId="1301035165">
    <w:abstractNumId w:val="6"/>
  </w:num>
  <w:num w:numId="3" w16cid:durableId="2092849767">
    <w:abstractNumId w:val="5"/>
  </w:num>
  <w:num w:numId="4" w16cid:durableId="116027276">
    <w:abstractNumId w:val="4"/>
  </w:num>
  <w:num w:numId="5" w16cid:durableId="1648776229">
    <w:abstractNumId w:val="7"/>
  </w:num>
  <w:num w:numId="6" w16cid:durableId="893737778">
    <w:abstractNumId w:val="3"/>
  </w:num>
  <w:num w:numId="7" w16cid:durableId="1555432102">
    <w:abstractNumId w:val="2"/>
  </w:num>
  <w:num w:numId="8" w16cid:durableId="2099446661">
    <w:abstractNumId w:val="1"/>
  </w:num>
  <w:num w:numId="9" w16cid:durableId="1844008599">
    <w:abstractNumId w:val="0"/>
  </w:num>
  <w:num w:numId="10" w16cid:durableId="381369759">
    <w:abstractNumId w:val="7"/>
    <w:lvlOverride w:ilvl="0">
      <w:startOverride w:val="1"/>
    </w:lvlOverride>
  </w:num>
  <w:num w:numId="11" w16cid:durableId="67189249">
    <w:abstractNumId w:val="9"/>
  </w:num>
  <w:num w:numId="12" w16cid:durableId="981538895">
    <w:abstractNumId w:val="15"/>
  </w:num>
  <w:num w:numId="13" w16cid:durableId="1366827543">
    <w:abstractNumId w:val="11"/>
  </w:num>
  <w:num w:numId="14" w16cid:durableId="1275405872">
    <w:abstractNumId w:val="13"/>
  </w:num>
  <w:num w:numId="15" w16cid:durableId="2062288200">
    <w:abstractNumId w:val="10"/>
  </w:num>
  <w:num w:numId="16" w16cid:durableId="1341007732">
    <w:abstractNumId w:val="14"/>
  </w:num>
  <w:num w:numId="17" w16cid:durableId="79373935">
    <w:abstractNumId w:val="16"/>
  </w:num>
  <w:num w:numId="18" w16cid:durableId="1794594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NTM2MbEwBiILQyUdpeDU4uLM/DyQAsNaAC4bz4UsAAAA"/>
  </w:docVars>
  <w:rsids>
    <w:rsidRoot w:val="00B47730"/>
    <w:rsid w:val="00034616"/>
    <w:rsid w:val="00052C68"/>
    <w:rsid w:val="0006063C"/>
    <w:rsid w:val="00093C98"/>
    <w:rsid w:val="0015074B"/>
    <w:rsid w:val="0015481C"/>
    <w:rsid w:val="00290C91"/>
    <w:rsid w:val="002961B6"/>
    <w:rsid w:val="0029639D"/>
    <w:rsid w:val="00326F90"/>
    <w:rsid w:val="003C5B2E"/>
    <w:rsid w:val="003D59C2"/>
    <w:rsid w:val="003E7893"/>
    <w:rsid w:val="00431594"/>
    <w:rsid w:val="00456207"/>
    <w:rsid w:val="00574E76"/>
    <w:rsid w:val="00630A62"/>
    <w:rsid w:val="0063481E"/>
    <w:rsid w:val="006A47AA"/>
    <w:rsid w:val="007410BA"/>
    <w:rsid w:val="007706C8"/>
    <w:rsid w:val="007F02A1"/>
    <w:rsid w:val="007F0C55"/>
    <w:rsid w:val="0089371D"/>
    <w:rsid w:val="00A42DAA"/>
    <w:rsid w:val="00AA1D8D"/>
    <w:rsid w:val="00AD3D19"/>
    <w:rsid w:val="00B47730"/>
    <w:rsid w:val="00C6045F"/>
    <w:rsid w:val="00C9479E"/>
    <w:rsid w:val="00CB0664"/>
    <w:rsid w:val="00CD4566"/>
    <w:rsid w:val="00D77E2C"/>
    <w:rsid w:val="00D964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06F6"/>
  <w14:defaultImageDpi w14:val="300"/>
  <w15:docId w15:val="{2C5B83A4-218C-4B16-A434-4A3946AF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F02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pkbm sinergi berdaya</cp:lastModifiedBy>
  <cp:revision>5</cp:revision>
  <dcterms:created xsi:type="dcterms:W3CDTF">2026-06-26T15:00:00Z</dcterms:created>
  <dcterms:modified xsi:type="dcterms:W3CDTF">2026-06-28T03:45:00Z</dcterms:modified>
  <cp:category/>
</cp:coreProperties>
</file>