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Supplementary File 1. Survey Questionnaire</w:t>
      </w:r>
    </w:p>
    <w:p>
      <w:pPr>
        <w:pStyle w:val="Title"/>
        <w:jc w:val="center"/>
      </w:pPr>
      <w:r>
        <w:t>Academic Use of Artificial Intelligence Tools Among First-Year Medical Students</w:t>
      </w:r>
    </w:p>
    <w:p>
      <w:pPr>
        <w:pStyle w:val="Heading1"/>
      </w:pPr>
      <w:r>
        <w:t>Survey Description</w:t>
      </w:r>
    </w:p>
    <w:p>
      <w:pPr/>
      <w:r>
        <w:t>This survey was developed to evaluate the academic use of artificial intelligence (AI) tools among first-year medical students. Participation is voluntary, and the survey is anonymous. The collected data will be analyzed in aggregate form and used solely for educational and scientific purposes.</w:t>
      </w:r>
    </w:p>
    <w:p>
      <w:pPr>
        <w:pStyle w:val="Heading1"/>
      </w:pPr>
      <w:r>
        <w:t>Participant Information and Informed Consent Form</w:t>
      </w:r>
    </w:p>
    <w:p>
      <w:pPr/>
      <w:r>
        <w:t>Dear Participant,</w:t>
      </w:r>
    </w:p>
    <w:p>
      <w:pPr/>
      <w:r>
        <w:t>This survey has been designed to evaluate the academic use of artificial intelligence (AI) tools among first-year medical students at Recep Tayyip Erdoğan University Faculty of Medicine.</w:t>
      </w:r>
    </w:p>
    <w:p>
      <w:pPr/>
      <w:r>
        <w:t>Participation in this study is entirely voluntary. You are free to decide whether or not to participate. You may choose not to participate or discontinue completing the survey at any time without providing a reason.</w:t>
      </w:r>
    </w:p>
    <w:p>
      <w:pPr/>
      <w:r>
        <w:t>No personally identifiable information, such as your name, student ID number, telephone number, or email address, will be collected. The data obtained will be used exclusively for scientific purposes, analyzed collectively, and stored in accordance with confidentiality principles. The results of this study may be presented in scientific settings; however, no participant will be individually identified.</w:t>
      </w:r>
    </w:p>
    <w:p>
      <w:pPr/>
      <w:r>
        <w:t>Completing the survey will take approximately 3-5 minutes. Participation will not provide any direct financial benefit. However, the findings may contribute to a better understanding of the current use of AI tools among medical students and support improvements in educational processes.</w:t>
      </w:r>
    </w:p>
    <w:p>
      <w:pPr/>
      <w:r>
        <w:t>By selecting “Yes” below, you confirm that you have read the information provided above, have been informed about the study, and voluntarily agree to participate.</w:t>
      </w:r>
    </w:p>
    <w:p>
      <w:pPr>
        <w:pStyle w:val="Heading1"/>
      </w:pPr>
      <w:r>
        <w:t>Section 1. Informed Consent and Eligibility</w:t>
      </w:r>
    </w:p>
    <w:p>
      <w:pPr/>
      <w:r>
        <w:rPr>
          <w:b/>
        </w:rPr>
        <w:t>1. I have read the information above and voluntarily agree to participate in this study.</w:t>
      </w:r>
    </w:p>
    <w:p>
      <w:pPr>
        <w:ind w:left="216"/>
      </w:pPr>
      <w:r>
        <w:rPr>
          <w:b/>
        </w:rPr>
        <w:t xml:space="preserve">Question type: </w:t>
      </w:r>
      <w:r>
        <w:t>Multiple choice</w:t>
      </w:r>
    </w:p>
    <w:p>
      <w:pPr>
        <w:ind w:left="216"/>
      </w:pPr>
      <w:r>
        <w:rPr>
          <w:b/>
        </w:rPr>
        <w:t>Response options:</w:t>
      </w:r>
    </w:p>
    <w:p>
      <w:pPr>
        <w:pStyle w:val="ListBullet"/>
        <w:spacing w:after="20"/>
        <w:ind w:left="648"/>
      </w:pPr>
      <w:r>
        <w:t>Yes</w:t>
      </w:r>
    </w:p>
    <w:p>
      <w:pPr>
        <w:pStyle w:val="ListBullet"/>
        <w:spacing w:after="20"/>
        <w:ind w:left="648"/>
      </w:pPr>
      <w:r>
        <w:t>No</w:t>
      </w:r>
    </w:p>
    <w:p>
      <w:pPr/>
      <w:r>
        <w:rPr>
          <w:b/>
        </w:rPr>
        <w:t>2. I am 17 years of age or older.</w:t>
      </w:r>
    </w:p>
    <w:p>
      <w:pPr>
        <w:ind w:left="216"/>
      </w:pPr>
      <w:r>
        <w:rPr>
          <w:b/>
        </w:rPr>
        <w:t xml:space="preserve">Question type: </w:t>
      </w:r>
      <w:r>
        <w:t>Multiple choice</w:t>
      </w:r>
    </w:p>
    <w:p>
      <w:pPr>
        <w:ind w:left="216"/>
      </w:pPr>
      <w:r>
        <w:rPr>
          <w:b/>
        </w:rPr>
        <w:t>Response options:</w:t>
      </w:r>
    </w:p>
    <w:p>
      <w:pPr>
        <w:pStyle w:val="ListBullet"/>
        <w:spacing w:after="20"/>
        <w:ind w:left="648"/>
      </w:pPr>
      <w:r>
        <w:t>Yes</w:t>
      </w:r>
    </w:p>
    <w:p>
      <w:pPr>
        <w:pStyle w:val="ListBullet"/>
        <w:spacing w:after="20"/>
        <w:ind w:left="648"/>
      </w:pPr>
      <w:r>
        <w:t>No</w:t>
      </w:r>
    </w:p>
    <w:p>
      <w:pPr>
        <w:pStyle w:val="Heading1"/>
      </w:pPr>
      <w:r>
        <w:t>Section 2. Demographic Information</w:t>
      </w:r>
    </w:p>
    <w:p>
      <w:pPr/>
      <w:r>
        <w:rPr>
          <w:b/>
        </w:rPr>
        <w:t>3. Age</w:t>
      </w:r>
    </w:p>
    <w:p>
      <w:pPr>
        <w:ind w:left="216"/>
      </w:pPr>
      <w:r>
        <w:rPr>
          <w:b/>
        </w:rPr>
        <w:t xml:space="preserve">Question type: </w:t>
      </w:r>
      <w:r>
        <w:t>Short answer</w:t>
      </w:r>
    </w:p>
    <w:p>
      <w:pPr>
        <w:ind w:left="216"/>
      </w:pPr>
      <w:r>
        <w:t>Participants should enter their age numerically.</w:t>
      </w:r>
    </w:p>
    <w:p>
      <w:pPr/>
      <w:r>
        <w:rPr>
          <w:b/>
        </w:rPr>
        <w:t>4. Gender</w:t>
      </w:r>
    </w:p>
    <w:p>
      <w:pPr>
        <w:ind w:left="216"/>
      </w:pPr>
      <w:r>
        <w:rPr>
          <w:b/>
        </w:rPr>
        <w:t xml:space="preserve">Question type: </w:t>
      </w:r>
      <w:r>
        <w:t>Multiple choice</w:t>
      </w:r>
    </w:p>
    <w:p>
      <w:pPr>
        <w:ind w:left="216"/>
      </w:pPr>
      <w:r>
        <w:rPr>
          <w:b/>
        </w:rPr>
        <w:t>Response options:</w:t>
      </w:r>
    </w:p>
    <w:p>
      <w:pPr>
        <w:pStyle w:val="ListBullet"/>
        <w:spacing w:after="20"/>
        <w:ind w:left="648"/>
      </w:pPr>
      <w:r>
        <w:t>Female</w:t>
      </w:r>
    </w:p>
    <w:p>
      <w:pPr>
        <w:pStyle w:val="ListBullet"/>
        <w:spacing w:after="20"/>
        <w:ind w:left="648"/>
      </w:pPr>
      <w:r>
        <w:t>Male</w:t>
      </w:r>
    </w:p>
    <w:p>
      <w:pPr>
        <w:pStyle w:val="ListBullet"/>
        <w:spacing w:after="20"/>
        <w:ind w:left="648"/>
      </w:pPr>
      <w:r>
        <w:t>Prefer not to say</w:t>
      </w:r>
    </w:p>
    <w:p>
      <w:pPr/>
      <w:r>
        <w:rPr>
          <w:b/>
        </w:rPr>
        <w:t>5. Type of high school graduated from</w:t>
      </w:r>
    </w:p>
    <w:p>
      <w:pPr>
        <w:ind w:left="216"/>
      </w:pPr>
      <w:r>
        <w:rPr>
          <w:b/>
        </w:rPr>
        <w:t xml:space="preserve">Question type: </w:t>
      </w:r>
      <w:r>
        <w:t>Multiple choice</w:t>
      </w:r>
    </w:p>
    <w:p>
      <w:pPr>
        <w:ind w:left="216"/>
      </w:pPr>
      <w:r>
        <w:rPr>
          <w:b/>
        </w:rPr>
        <w:t>Response options:</w:t>
      </w:r>
    </w:p>
    <w:p>
      <w:pPr>
        <w:pStyle w:val="ListBullet"/>
        <w:spacing w:after="20"/>
        <w:ind w:left="648"/>
      </w:pPr>
      <w:r>
        <w:t>Science High School</w:t>
      </w:r>
    </w:p>
    <w:p>
      <w:pPr>
        <w:pStyle w:val="ListBullet"/>
        <w:spacing w:after="20"/>
        <w:ind w:left="648"/>
      </w:pPr>
      <w:r>
        <w:t>Anatolian High School</w:t>
      </w:r>
    </w:p>
    <w:p>
      <w:pPr>
        <w:pStyle w:val="ListBullet"/>
        <w:spacing w:after="20"/>
        <w:ind w:left="648"/>
      </w:pPr>
      <w:r>
        <w:t>Private High School</w:t>
      </w:r>
    </w:p>
    <w:p>
      <w:pPr>
        <w:pStyle w:val="ListBullet"/>
        <w:spacing w:after="20"/>
        <w:ind w:left="648"/>
      </w:pPr>
      <w:r>
        <w:t>Imam Hatip High School</w:t>
      </w:r>
    </w:p>
    <w:p>
      <w:pPr>
        <w:pStyle w:val="ListBullet"/>
        <w:spacing w:after="20"/>
        <w:ind w:left="648"/>
      </w:pPr>
      <w:r>
        <w:t>Vocational High School</w:t>
      </w:r>
    </w:p>
    <w:p>
      <w:pPr>
        <w:pStyle w:val="ListBullet"/>
        <w:spacing w:after="20"/>
        <w:ind w:left="648"/>
      </w:pPr>
      <w:r>
        <w:t>Other</w:t>
      </w:r>
    </w:p>
    <w:p>
      <w:pPr/>
      <w:r>
        <w:rPr>
          <w:b/>
        </w:rPr>
        <w:t>6. What is your average daily internet usage time?</w:t>
      </w:r>
    </w:p>
    <w:p>
      <w:pPr>
        <w:ind w:left="216"/>
      </w:pPr>
      <w:r>
        <w:rPr>
          <w:b/>
        </w:rPr>
        <w:t xml:space="preserve">Question type: </w:t>
      </w:r>
      <w:r>
        <w:t>Multiple choice</w:t>
      </w:r>
    </w:p>
    <w:p>
      <w:pPr>
        <w:ind w:left="216"/>
      </w:pPr>
      <w:r>
        <w:rPr>
          <w:b/>
        </w:rPr>
        <w:t>Response options:</w:t>
      </w:r>
    </w:p>
    <w:p>
      <w:pPr>
        <w:pStyle w:val="ListBullet"/>
        <w:spacing w:after="20"/>
        <w:ind w:left="648"/>
      </w:pPr>
      <w:r>
        <w:t>Less than 1 hour</w:t>
      </w:r>
    </w:p>
    <w:p>
      <w:pPr>
        <w:pStyle w:val="ListBullet"/>
        <w:spacing w:after="20"/>
        <w:ind w:left="648"/>
      </w:pPr>
      <w:r>
        <w:t>1-2 hours</w:t>
      </w:r>
    </w:p>
    <w:p>
      <w:pPr>
        <w:pStyle w:val="ListBullet"/>
        <w:spacing w:after="20"/>
        <w:ind w:left="648"/>
      </w:pPr>
      <w:r>
        <w:t>3-4 hours</w:t>
      </w:r>
    </w:p>
    <w:p>
      <w:pPr>
        <w:pStyle w:val="ListBullet"/>
        <w:spacing w:after="20"/>
        <w:ind w:left="648"/>
      </w:pPr>
      <w:r>
        <w:t>5-6 hours</w:t>
      </w:r>
    </w:p>
    <w:p>
      <w:pPr>
        <w:pStyle w:val="ListBullet"/>
        <w:spacing w:after="20"/>
        <w:ind w:left="648"/>
      </w:pPr>
      <w:r>
        <w:t>7 hours or more</w:t>
      </w:r>
    </w:p>
    <w:p>
      <w:pPr>
        <w:pStyle w:val="Heading1"/>
      </w:pPr>
      <w:r>
        <w:t>Section 3. Use of Artificial Intelligence Tools</w:t>
      </w:r>
    </w:p>
    <w:p>
      <w:pPr/>
      <w:r>
        <w:rPr>
          <w:b/>
        </w:rPr>
        <w:t>7. Have you ever used any artificial intelligence tool?</w:t>
      </w:r>
    </w:p>
    <w:p>
      <w:pPr>
        <w:ind w:left="216"/>
      </w:pPr>
      <w:r>
        <w:rPr>
          <w:b/>
        </w:rPr>
        <w:t xml:space="preserve">Question type: </w:t>
      </w:r>
      <w:r>
        <w:t>Multiple choice</w:t>
      </w:r>
    </w:p>
    <w:p>
      <w:pPr>
        <w:ind w:left="216"/>
      </w:pPr>
      <w:r>
        <w:rPr>
          <w:b/>
        </w:rPr>
        <w:t>Response options:</w:t>
      </w:r>
    </w:p>
    <w:p>
      <w:pPr>
        <w:pStyle w:val="ListBullet"/>
        <w:spacing w:after="20"/>
        <w:ind w:left="648"/>
      </w:pPr>
      <w:r>
        <w:t>Yes</w:t>
      </w:r>
    </w:p>
    <w:p>
      <w:pPr>
        <w:pStyle w:val="ListBullet"/>
        <w:spacing w:after="20"/>
        <w:ind w:left="648"/>
      </w:pPr>
      <w:r>
        <w:t>No</w:t>
      </w:r>
    </w:p>
    <w:p>
      <w:pPr/>
      <w:r>
        <w:rPr>
          <w:b/>
        </w:rPr>
        <w:t>8. Which artificial intelligence tool do you use most frequently?</w:t>
      </w:r>
    </w:p>
    <w:p>
      <w:pPr>
        <w:ind w:left="216"/>
      </w:pPr>
      <w:r>
        <w:rPr>
          <w:b/>
        </w:rPr>
        <w:t xml:space="preserve">Question type: </w:t>
      </w:r>
      <w:r>
        <w:t>Multiple choice</w:t>
      </w:r>
    </w:p>
    <w:p>
      <w:pPr>
        <w:ind w:left="216"/>
      </w:pPr>
      <w:r>
        <w:rPr>
          <w:b/>
        </w:rPr>
        <w:t>Response options:</w:t>
      </w:r>
    </w:p>
    <w:p>
      <w:pPr>
        <w:pStyle w:val="ListBullet"/>
        <w:spacing w:after="20"/>
        <w:ind w:left="648"/>
      </w:pPr>
      <w:r>
        <w:t>ChatGPT</w:t>
      </w:r>
    </w:p>
    <w:p>
      <w:pPr>
        <w:pStyle w:val="ListBullet"/>
        <w:spacing w:after="20"/>
        <w:ind w:left="648"/>
      </w:pPr>
      <w:r>
        <w:t>Google Gemini</w:t>
      </w:r>
    </w:p>
    <w:p>
      <w:pPr>
        <w:pStyle w:val="ListBullet"/>
        <w:spacing w:after="20"/>
        <w:ind w:left="648"/>
      </w:pPr>
      <w:r>
        <w:t>Microsoft Copilot</w:t>
      </w:r>
    </w:p>
    <w:p>
      <w:pPr>
        <w:pStyle w:val="ListBullet"/>
        <w:spacing w:after="20"/>
        <w:ind w:left="648"/>
      </w:pPr>
      <w:r>
        <w:t>Claude</w:t>
      </w:r>
    </w:p>
    <w:p>
      <w:pPr>
        <w:pStyle w:val="ListBullet"/>
        <w:spacing w:after="20"/>
        <w:ind w:left="648"/>
      </w:pPr>
      <w:r>
        <w:t>Other</w:t>
      </w:r>
    </w:p>
    <w:p>
      <w:pPr>
        <w:pStyle w:val="ListBullet"/>
        <w:spacing w:after="20"/>
        <w:ind w:left="648"/>
      </w:pPr>
      <w:r>
        <w:t>I do not use AI tools</w:t>
      </w:r>
    </w:p>
    <w:p>
      <w:pPr/>
      <w:r>
        <w:rPr>
          <w:b/>
        </w:rPr>
        <w:t>9. How often do you use artificial intelligence tools?</w:t>
      </w:r>
    </w:p>
    <w:p>
      <w:pPr>
        <w:ind w:left="216"/>
      </w:pPr>
      <w:r>
        <w:rPr>
          <w:b/>
        </w:rPr>
        <w:t xml:space="preserve">Question type: </w:t>
      </w:r>
      <w:r>
        <w:t>Multiple choice</w:t>
      </w:r>
    </w:p>
    <w:p>
      <w:pPr>
        <w:ind w:left="216"/>
      </w:pPr>
      <w:r>
        <w:rPr>
          <w:b/>
        </w:rPr>
        <w:t>Response options:</w:t>
      </w:r>
    </w:p>
    <w:p>
      <w:pPr>
        <w:pStyle w:val="ListBullet"/>
        <w:spacing w:after="20"/>
        <w:ind w:left="648"/>
      </w:pPr>
      <w:r>
        <w:t>Never</w:t>
      </w:r>
    </w:p>
    <w:p>
      <w:pPr>
        <w:pStyle w:val="ListBullet"/>
        <w:spacing w:after="20"/>
        <w:ind w:left="648"/>
      </w:pPr>
      <w:r>
        <w:t>Less than once a month</w:t>
      </w:r>
    </w:p>
    <w:p>
      <w:pPr>
        <w:pStyle w:val="ListBullet"/>
        <w:spacing w:after="20"/>
        <w:ind w:left="648"/>
      </w:pPr>
      <w:r>
        <w:t>Several times a month</w:t>
      </w:r>
    </w:p>
    <w:p>
      <w:pPr>
        <w:pStyle w:val="ListBullet"/>
        <w:spacing w:after="20"/>
        <w:ind w:left="648"/>
      </w:pPr>
      <w:r>
        <w:t>Several times a week</w:t>
      </w:r>
    </w:p>
    <w:p>
      <w:pPr>
        <w:pStyle w:val="ListBullet"/>
        <w:spacing w:after="20"/>
        <w:ind w:left="648"/>
      </w:pPr>
      <w:r>
        <w:t>Every day</w:t>
      </w:r>
    </w:p>
    <w:p>
      <w:pPr/>
      <w:r>
        <w:rPr>
          <w:b/>
        </w:rPr>
        <w:t>10. For what purpose do you primarily use artificial intelligence tools?</w:t>
      </w:r>
    </w:p>
    <w:p>
      <w:pPr>
        <w:ind w:left="216"/>
      </w:pPr>
      <w:r>
        <w:rPr>
          <w:b/>
        </w:rPr>
        <w:t xml:space="preserve">Question type: </w:t>
      </w:r>
      <w:r>
        <w:t>Multiple choice</w:t>
      </w:r>
    </w:p>
    <w:p>
      <w:pPr>
        <w:ind w:left="216"/>
      </w:pPr>
      <w:r>
        <w:rPr>
          <w:b/>
        </w:rPr>
        <w:t>Response options:</w:t>
      </w:r>
    </w:p>
    <w:p>
      <w:pPr>
        <w:pStyle w:val="ListBullet"/>
        <w:spacing w:after="20"/>
        <w:ind w:left="648"/>
      </w:pPr>
      <w:r>
        <w:t>Summarizing lecture notes</w:t>
      </w:r>
    </w:p>
    <w:p>
      <w:pPr>
        <w:pStyle w:val="ListBullet"/>
        <w:spacing w:after="20"/>
        <w:ind w:left="648"/>
      </w:pPr>
      <w:r>
        <w:t>Receiving explanations of topics/concepts</w:t>
      </w:r>
    </w:p>
    <w:p>
      <w:pPr>
        <w:pStyle w:val="ListBullet"/>
        <w:spacing w:after="20"/>
        <w:ind w:left="648"/>
      </w:pPr>
      <w:r>
        <w:t>Solving questions/problems</w:t>
      </w:r>
    </w:p>
    <w:p>
      <w:pPr>
        <w:pStyle w:val="ListBullet"/>
        <w:spacing w:after="20"/>
        <w:ind w:left="648"/>
      </w:pPr>
      <w:r>
        <w:t>Preparing assignments</w:t>
      </w:r>
    </w:p>
    <w:p>
      <w:pPr>
        <w:pStyle w:val="ListBullet"/>
        <w:spacing w:after="20"/>
        <w:ind w:left="648"/>
      </w:pPr>
      <w:r>
        <w:t>Preparing presentations</w:t>
      </w:r>
    </w:p>
    <w:p>
      <w:pPr>
        <w:pStyle w:val="ListBullet"/>
        <w:spacing w:after="20"/>
        <w:ind w:left="648"/>
      </w:pPr>
      <w:r>
        <w:t>Translation</w:t>
      </w:r>
    </w:p>
    <w:p>
      <w:pPr>
        <w:pStyle w:val="ListBullet"/>
        <w:spacing w:after="20"/>
        <w:ind w:left="648"/>
      </w:pPr>
      <w:r>
        <w:t>Searching for academic information</w:t>
      </w:r>
    </w:p>
    <w:p>
      <w:pPr>
        <w:pStyle w:val="ListBullet"/>
        <w:spacing w:after="20"/>
        <w:ind w:left="648"/>
      </w:pPr>
      <w:r>
        <w:t>I do not use AI tools</w:t>
      </w:r>
    </w:p>
    <w:p>
      <w:pPr/>
      <w:r>
        <w:rPr>
          <w:b/>
        </w:rPr>
        <w:t>11. Which device do you most frequently use when accessing artificial intelligence tools?</w:t>
      </w:r>
    </w:p>
    <w:p>
      <w:pPr>
        <w:ind w:left="216"/>
      </w:pPr>
      <w:r>
        <w:rPr>
          <w:b/>
        </w:rPr>
        <w:t xml:space="preserve">Question type: </w:t>
      </w:r>
      <w:r>
        <w:t>Multiple choice</w:t>
      </w:r>
    </w:p>
    <w:p>
      <w:pPr>
        <w:ind w:left="216"/>
      </w:pPr>
      <w:r>
        <w:rPr>
          <w:b/>
        </w:rPr>
        <w:t>Response options:</w:t>
      </w:r>
    </w:p>
    <w:p>
      <w:pPr>
        <w:pStyle w:val="ListBullet"/>
        <w:spacing w:after="20"/>
        <w:ind w:left="648"/>
      </w:pPr>
      <w:r>
        <w:t>Smartphone</w:t>
      </w:r>
    </w:p>
    <w:p>
      <w:pPr>
        <w:pStyle w:val="ListBullet"/>
        <w:spacing w:after="20"/>
        <w:ind w:left="648"/>
      </w:pPr>
      <w:r>
        <w:t>Tablet</w:t>
      </w:r>
    </w:p>
    <w:p>
      <w:pPr>
        <w:pStyle w:val="ListBullet"/>
        <w:spacing w:after="20"/>
        <w:ind w:left="648"/>
      </w:pPr>
      <w:r>
        <w:t>Computer</w:t>
      </w:r>
    </w:p>
    <w:p>
      <w:pPr>
        <w:pStyle w:val="ListBullet"/>
        <w:spacing w:after="20"/>
        <w:ind w:left="648"/>
      </w:pPr>
      <w:r>
        <w:t>More than one device</w:t>
      </w:r>
    </w:p>
    <w:p>
      <w:pPr>
        <w:pStyle w:val="ListBullet"/>
        <w:spacing w:after="20"/>
        <w:ind w:left="648"/>
      </w:pPr>
      <w:r>
        <w:t>I do not use AI tools</w:t>
      </w:r>
    </w:p>
    <w:p>
      <w:pPr/>
      <w:r>
        <w:rPr>
          <w:b/>
        </w:rPr>
        <w:t>12. How useful do you find artificial intelligence tools for academic purposes?</w:t>
      </w:r>
    </w:p>
    <w:p>
      <w:pPr>
        <w:ind w:left="216"/>
      </w:pPr>
      <w:r>
        <w:rPr>
          <w:b/>
        </w:rPr>
        <w:t xml:space="preserve">Question type: </w:t>
      </w:r>
      <w:r>
        <w:t>Linear scale</w:t>
      </w:r>
    </w:p>
    <w:p>
      <w:pPr>
        <w:ind w:left="216"/>
      </w:pPr>
      <w:r>
        <w:rPr>
          <w:b/>
        </w:rPr>
        <w:t>Response options:</w:t>
      </w:r>
    </w:p>
    <w:p>
      <w:pPr>
        <w:pStyle w:val="ListBullet"/>
        <w:spacing w:after="20"/>
        <w:ind w:left="648"/>
      </w:pPr>
      <w:r>
        <w:t>1 = Not useful at all</w:t>
      </w:r>
    </w:p>
    <w:p>
      <w:pPr>
        <w:pStyle w:val="ListBullet"/>
        <w:spacing w:after="20"/>
        <w:ind w:left="648"/>
      </w:pPr>
      <w:r>
        <w:t>2</w:t>
      </w:r>
    </w:p>
    <w:p>
      <w:pPr>
        <w:pStyle w:val="ListBullet"/>
        <w:spacing w:after="20"/>
        <w:ind w:left="648"/>
      </w:pPr>
      <w:r>
        <w:t>3</w:t>
      </w:r>
    </w:p>
    <w:p>
      <w:pPr>
        <w:pStyle w:val="ListBullet"/>
        <w:spacing w:after="20"/>
        <w:ind w:left="648"/>
      </w:pPr>
      <w:r>
        <w:t>4</w:t>
      </w:r>
    </w:p>
    <w:p>
      <w:pPr>
        <w:pStyle w:val="ListBullet"/>
        <w:spacing w:after="20"/>
        <w:ind w:left="648"/>
      </w:pPr>
      <w:r>
        <w:t>5 = Extremely useful</w:t>
      </w:r>
    </w:p>
    <w:p>
      <w:pPr>
        <w:pStyle w:val="Heading1"/>
      </w:pPr>
      <w:r>
        <w:t>Section 4. Attitudes and Perceptions</w:t>
      </w:r>
    </w:p>
    <w:p>
      <w:pPr/>
      <w:r>
        <w:rPr>
          <w:b/>
        </w:rPr>
        <w:t>13. Artificial intelligence tools facilitate my learning.</w:t>
      </w:r>
    </w:p>
    <w:p>
      <w:pPr>
        <w:ind w:left="216"/>
      </w:pPr>
      <w:r>
        <w:rPr>
          <w:b/>
        </w:rPr>
        <w:t xml:space="preserve">Question type: </w:t>
      </w:r>
      <w:r>
        <w:t>Likert scale</w:t>
      </w:r>
    </w:p>
    <w:p>
      <w:pPr>
        <w:ind w:left="216"/>
      </w:pPr>
      <w:r>
        <w:rPr>
          <w:b/>
        </w:rPr>
        <w:t>Response options:</w:t>
      </w:r>
    </w:p>
    <w:p>
      <w:pPr>
        <w:pStyle w:val="ListBullet"/>
        <w:spacing w:after="20"/>
        <w:ind w:left="648"/>
      </w:pPr>
      <w:r>
        <w:t>Strongly disagree</w:t>
      </w:r>
    </w:p>
    <w:p>
      <w:pPr>
        <w:pStyle w:val="ListBullet"/>
        <w:spacing w:after="20"/>
        <w:ind w:left="648"/>
      </w:pPr>
      <w:r>
        <w:t>Disagree</w:t>
      </w:r>
    </w:p>
    <w:p>
      <w:pPr>
        <w:pStyle w:val="ListBullet"/>
        <w:spacing w:after="20"/>
        <w:ind w:left="648"/>
      </w:pPr>
      <w:r>
        <w:t>Neutral</w:t>
      </w:r>
    </w:p>
    <w:p>
      <w:pPr>
        <w:pStyle w:val="ListBullet"/>
        <w:spacing w:after="20"/>
        <w:ind w:left="648"/>
      </w:pPr>
      <w:r>
        <w:t>Agree</w:t>
      </w:r>
    </w:p>
    <w:p>
      <w:pPr>
        <w:pStyle w:val="ListBullet"/>
        <w:spacing w:after="20"/>
        <w:ind w:left="648"/>
      </w:pPr>
      <w:r>
        <w:t>Strongly agree</w:t>
      </w:r>
    </w:p>
    <w:p>
      <w:pPr/>
      <w:r>
        <w:rPr>
          <w:b/>
        </w:rPr>
        <w:t>14. Artificial intelligence tools save me time.</w:t>
      </w:r>
    </w:p>
    <w:p>
      <w:pPr>
        <w:ind w:left="216"/>
      </w:pPr>
      <w:r>
        <w:rPr>
          <w:b/>
        </w:rPr>
        <w:t xml:space="preserve">Question type: </w:t>
      </w:r>
      <w:r>
        <w:t>Likert scale</w:t>
      </w:r>
    </w:p>
    <w:p>
      <w:pPr>
        <w:ind w:left="216"/>
      </w:pPr>
      <w:r>
        <w:rPr>
          <w:b/>
        </w:rPr>
        <w:t>Response options:</w:t>
      </w:r>
    </w:p>
    <w:p>
      <w:pPr>
        <w:pStyle w:val="ListBullet"/>
        <w:spacing w:after="20"/>
        <w:ind w:left="648"/>
      </w:pPr>
      <w:r>
        <w:t>Strongly disagree</w:t>
      </w:r>
    </w:p>
    <w:p>
      <w:pPr>
        <w:pStyle w:val="ListBullet"/>
        <w:spacing w:after="20"/>
        <w:ind w:left="648"/>
      </w:pPr>
      <w:r>
        <w:t>Disagree</w:t>
      </w:r>
    </w:p>
    <w:p>
      <w:pPr>
        <w:pStyle w:val="ListBullet"/>
        <w:spacing w:after="20"/>
        <w:ind w:left="648"/>
      </w:pPr>
      <w:r>
        <w:t>Neutral</w:t>
      </w:r>
    </w:p>
    <w:p>
      <w:pPr>
        <w:pStyle w:val="ListBullet"/>
        <w:spacing w:after="20"/>
        <w:ind w:left="648"/>
      </w:pPr>
      <w:r>
        <w:t>Agree</w:t>
      </w:r>
    </w:p>
    <w:p>
      <w:pPr>
        <w:pStyle w:val="ListBullet"/>
        <w:spacing w:after="20"/>
        <w:ind w:left="648"/>
      </w:pPr>
      <w:r>
        <w:t>Strongly agree</w:t>
      </w:r>
    </w:p>
    <w:p>
      <w:pPr/>
      <w:r>
        <w:rPr>
          <w:b/>
        </w:rPr>
        <w:t>15. Artificial intelligence tools help me understand difficult subjects.</w:t>
      </w:r>
    </w:p>
    <w:p>
      <w:pPr>
        <w:ind w:left="216"/>
      </w:pPr>
      <w:r>
        <w:rPr>
          <w:b/>
        </w:rPr>
        <w:t xml:space="preserve">Question type: </w:t>
      </w:r>
      <w:r>
        <w:t>Likert scale</w:t>
      </w:r>
    </w:p>
    <w:p>
      <w:pPr>
        <w:ind w:left="216"/>
      </w:pPr>
      <w:r>
        <w:rPr>
          <w:b/>
        </w:rPr>
        <w:t>Response options:</w:t>
      </w:r>
    </w:p>
    <w:p>
      <w:pPr>
        <w:pStyle w:val="ListBullet"/>
        <w:spacing w:after="20"/>
        <w:ind w:left="648"/>
      </w:pPr>
      <w:r>
        <w:t>Strongly disagree</w:t>
      </w:r>
    </w:p>
    <w:p>
      <w:pPr>
        <w:pStyle w:val="ListBullet"/>
        <w:spacing w:after="20"/>
        <w:ind w:left="648"/>
      </w:pPr>
      <w:r>
        <w:t>Disagree</w:t>
      </w:r>
    </w:p>
    <w:p>
      <w:pPr>
        <w:pStyle w:val="ListBullet"/>
        <w:spacing w:after="20"/>
        <w:ind w:left="648"/>
      </w:pPr>
      <w:r>
        <w:t>Neutral</w:t>
      </w:r>
    </w:p>
    <w:p>
      <w:pPr>
        <w:pStyle w:val="ListBullet"/>
        <w:spacing w:after="20"/>
        <w:ind w:left="648"/>
      </w:pPr>
      <w:r>
        <w:t>Agree</w:t>
      </w:r>
    </w:p>
    <w:p>
      <w:pPr>
        <w:pStyle w:val="ListBullet"/>
        <w:spacing w:after="20"/>
        <w:ind w:left="648"/>
      </w:pPr>
      <w:r>
        <w:t>Strongly agree</w:t>
      </w:r>
    </w:p>
    <w:p>
      <w:pPr/>
      <w:r>
        <w:rPr>
          <w:b/>
        </w:rPr>
        <w:t>16. Information obtained from artificial intelligence should be verified for accuracy.</w:t>
      </w:r>
    </w:p>
    <w:p>
      <w:pPr>
        <w:ind w:left="216"/>
      </w:pPr>
      <w:r>
        <w:rPr>
          <w:b/>
        </w:rPr>
        <w:t xml:space="preserve">Question type: </w:t>
      </w:r>
      <w:r>
        <w:t>Likert scale</w:t>
      </w:r>
    </w:p>
    <w:p>
      <w:pPr>
        <w:ind w:left="216"/>
      </w:pPr>
      <w:r>
        <w:rPr>
          <w:b/>
        </w:rPr>
        <w:t>Response options:</w:t>
      </w:r>
    </w:p>
    <w:p>
      <w:pPr>
        <w:pStyle w:val="ListBullet"/>
        <w:spacing w:after="20"/>
        <w:ind w:left="648"/>
      </w:pPr>
      <w:r>
        <w:t>Strongly disagree</w:t>
      </w:r>
    </w:p>
    <w:p>
      <w:pPr>
        <w:pStyle w:val="ListBullet"/>
        <w:spacing w:after="20"/>
        <w:ind w:left="648"/>
      </w:pPr>
      <w:r>
        <w:t>Disagree</w:t>
      </w:r>
    </w:p>
    <w:p>
      <w:pPr>
        <w:pStyle w:val="ListBullet"/>
        <w:spacing w:after="20"/>
        <w:ind w:left="648"/>
      </w:pPr>
      <w:r>
        <w:t>Neutral</w:t>
      </w:r>
    </w:p>
    <w:p>
      <w:pPr>
        <w:pStyle w:val="ListBullet"/>
        <w:spacing w:after="20"/>
        <w:ind w:left="648"/>
      </w:pPr>
      <w:r>
        <w:t>Agree</w:t>
      </w:r>
    </w:p>
    <w:p>
      <w:pPr>
        <w:pStyle w:val="ListBullet"/>
        <w:spacing w:after="20"/>
        <w:ind w:left="648"/>
      </w:pPr>
      <w:r>
        <w:t>Strongly agree</w:t>
      </w:r>
    </w:p>
    <w:p>
      <w:pPr/>
      <w:r>
        <w:rPr>
          <w:b/>
        </w:rPr>
        <w:t>17. Medical students should receive training on the appropriate use of artificial intelligence tools.</w:t>
      </w:r>
    </w:p>
    <w:p>
      <w:pPr>
        <w:ind w:left="216"/>
      </w:pPr>
      <w:r>
        <w:rPr>
          <w:b/>
        </w:rPr>
        <w:t xml:space="preserve">Question type: </w:t>
      </w:r>
      <w:r>
        <w:t>Likert scale</w:t>
      </w:r>
    </w:p>
    <w:p>
      <w:pPr>
        <w:ind w:left="216"/>
      </w:pPr>
      <w:r>
        <w:rPr>
          <w:b/>
        </w:rPr>
        <w:t>Response options:</w:t>
      </w:r>
    </w:p>
    <w:p>
      <w:pPr>
        <w:pStyle w:val="ListBullet"/>
        <w:spacing w:after="20"/>
        <w:ind w:left="648"/>
      </w:pPr>
      <w:r>
        <w:t>Strongly disagree</w:t>
      </w:r>
    </w:p>
    <w:p>
      <w:pPr>
        <w:pStyle w:val="ListBullet"/>
        <w:spacing w:after="20"/>
        <w:ind w:left="648"/>
      </w:pPr>
      <w:r>
        <w:t>Disagree</w:t>
      </w:r>
    </w:p>
    <w:p>
      <w:pPr>
        <w:pStyle w:val="ListBullet"/>
        <w:spacing w:after="20"/>
        <w:ind w:left="648"/>
      </w:pPr>
      <w:r>
        <w:t>Neutral</w:t>
      </w:r>
    </w:p>
    <w:p>
      <w:pPr>
        <w:pStyle w:val="ListBullet"/>
        <w:spacing w:after="20"/>
        <w:ind w:left="648"/>
      </w:pPr>
      <w:r>
        <w:t>Agree</w:t>
      </w:r>
    </w:p>
    <w:p>
      <w:pPr>
        <w:pStyle w:val="ListBullet"/>
        <w:spacing w:after="20"/>
        <w:ind w:left="648"/>
      </w:pPr>
      <w:r>
        <w:t>Strongly agree</w:t>
      </w:r>
    </w:p>
    <w:p>
      <w:pPr/>
      <w:r>
        <w:rPr>
          <w:b/>
        </w:rPr>
        <w:t>18. Artificial intelligence tools should have a place in medical education.</w:t>
      </w:r>
    </w:p>
    <w:p>
      <w:pPr>
        <w:ind w:left="216"/>
      </w:pPr>
      <w:r>
        <w:rPr>
          <w:b/>
        </w:rPr>
        <w:t xml:space="preserve">Question type: </w:t>
      </w:r>
      <w:r>
        <w:t>Likert scale</w:t>
      </w:r>
    </w:p>
    <w:p>
      <w:pPr>
        <w:ind w:left="216"/>
      </w:pPr>
      <w:r>
        <w:rPr>
          <w:b/>
        </w:rPr>
        <w:t>Response options:</w:t>
      </w:r>
    </w:p>
    <w:p>
      <w:pPr>
        <w:pStyle w:val="ListBullet"/>
        <w:spacing w:after="20"/>
        <w:ind w:left="648"/>
      </w:pPr>
      <w:r>
        <w:t>Strongly disagree</w:t>
      </w:r>
    </w:p>
    <w:p>
      <w:pPr>
        <w:pStyle w:val="ListBullet"/>
        <w:spacing w:after="20"/>
        <w:ind w:left="648"/>
      </w:pPr>
      <w:r>
        <w:t>Disagree</w:t>
      </w:r>
    </w:p>
    <w:p>
      <w:pPr>
        <w:pStyle w:val="ListBullet"/>
        <w:spacing w:after="20"/>
        <w:ind w:left="648"/>
      </w:pPr>
      <w:r>
        <w:t>Neutral</w:t>
      </w:r>
    </w:p>
    <w:p>
      <w:pPr>
        <w:pStyle w:val="ListBullet"/>
        <w:spacing w:after="20"/>
        <w:ind w:left="648"/>
      </w:pPr>
      <w:r>
        <w:t>Agree</w:t>
      </w:r>
    </w:p>
    <w:p>
      <w:pPr>
        <w:pStyle w:val="ListBullet"/>
        <w:spacing w:after="20"/>
        <w:ind w:left="648"/>
      </w:pPr>
      <w:r>
        <w:t>Strongly agree</w:t>
      </w:r>
    </w:p>
    <w:sectPr>
      <w:pgSz w:w="12240" w:h="15840"/>
      <w:pgMar w:top="1080" w:right="1152" w:bottom="108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2" w:lineRule="auto"/>
    </w:pPr>
    <w:rPr>
      <w:rFonts w:ascii="Times New Roman" w:hAnsi="Times New Roman" w:eastAsia="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ascii="Times New Roman" w:hAnsi="Times New Roman" w:eastAsia="Times New Roman"/>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asciiTheme="majorHAnsi" w:eastAsiaTheme="majorEastAsia" w:hAnsiTheme="majorHAnsi" w:cstheme="majorBidi" w:ascii="Times New Roman" w:hAnsi="Times New Roman" w:eastAsia="Times New Roman"/>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eastAsia="Times New Roman"/>
      <w:b/>
      <w:color w:val="17365D" w:themeColor="text2" w:themeShade="BF"/>
      <w:spacing w:val="5"/>
      <w:kern w:val="28"/>
      <w:sz w:val="3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File 1. Survey Questionnaire</dc:title>
  <dc:subject>Survey questionnaire for AI tools among first-year medical students</dc:subject>
  <dc:creator/>
  <cp:keywords>artificial intelligence, medical education, questionnaire</cp:keywords>
  <dc:description>generated by python-docx</dc:description>
  <cp:lastModifiedBy/>
  <cp:revision>1</cp:revision>
  <dcterms:created xsi:type="dcterms:W3CDTF">2013-12-23T23:15:00Z</dcterms:created>
  <dcterms:modified xsi:type="dcterms:W3CDTF">2013-12-23T23:15:00Z</dcterms:modified>
  <cp:category/>
</cp:coreProperties>
</file>