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CD613" w14:textId="77777777" w:rsidR="00C90A54" w:rsidRDefault="00C90A54" w:rsidP="00C90A54">
      <w:pPr>
        <w:pStyle w:val="Heading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r w:rsidRPr="00C90A54">
        <w:rPr>
          <w:rFonts w:ascii="Times New Roman" w:hAnsi="Times New Roman" w:cs="Times New Roman"/>
          <w:color w:val="auto"/>
        </w:rPr>
        <w:t>Occurrence, fate, removal efficiency and ecological risk of selected antibiotics in wastewater and surface water of some hospitals: A case study in Vietnam</w:t>
      </w:r>
    </w:p>
    <w:p w14:paraId="368E8E70" w14:textId="50896FA7" w:rsidR="008E45F6" w:rsidRPr="000750B6" w:rsidRDefault="008E45F6" w:rsidP="008E45F6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Hung Nguyen Xuan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A157E2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>; Thuy Le Minh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>
        <w:rPr>
          <w:rFonts w:ascii="Times New Roman" w:hAnsi="Times New Roman" w:cs="Times New Roman"/>
          <w:sz w:val="28"/>
          <w:szCs w:val="28"/>
        </w:rPr>
        <w:t>; Nam Vu Duc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>
        <w:rPr>
          <w:rFonts w:ascii="Times New Roman" w:hAnsi="Times New Roman" w:cs="Times New Roman"/>
          <w:sz w:val="28"/>
          <w:szCs w:val="28"/>
        </w:rPr>
        <w:t>;</w:t>
      </w:r>
      <w:bookmarkStart w:id="0" w:name="_Hlk202426465"/>
      <w:r w:rsidR="003D7416" w:rsidRPr="003D7416">
        <w:rPr>
          <w:rFonts w:ascii="Times New Roman" w:hAnsi="Times New Roman" w:cs="Times New Roman"/>
          <w:sz w:val="28"/>
          <w:szCs w:val="28"/>
        </w:rPr>
        <w:t xml:space="preserve"> </w:t>
      </w:r>
      <w:r w:rsidR="00A10501">
        <w:rPr>
          <w:rFonts w:ascii="Times New Roman" w:hAnsi="Times New Roman" w:cs="Times New Roman"/>
          <w:sz w:val="28"/>
          <w:szCs w:val="28"/>
        </w:rPr>
        <w:t>Tung Nguyen Ngoc</w:t>
      </w:r>
      <w:r w:rsidR="003D7416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bookmarkEnd w:id="0"/>
      <w:r w:rsidR="003D7416">
        <w:rPr>
          <w:rFonts w:ascii="Times New Roman" w:hAnsi="Times New Roman" w:cs="Times New Roman"/>
          <w:sz w:val="28"/>
          <w:szCs w:val="28"/>
        </w:rPr>
        <w:t>;</w:t>
      </w:r>
      <w:r w:rsidR="00C11DD0" w:rsidRPr="00C11DD0">
        <w:rPr>
          <w:rFonts w:ascii="Times New Roman" w:hAnsi="Times New Roman" w:cs="Times New Roman"/>
          <w:sz w:val="28"/>
          <w:szCs w:val="28"/>
        </w:rPr>
        <w:t xml:space="preserve"> </w:t>
      </w:r>
      <w:r w:rsidR="00C11DD0">
        <w:rPr>
          <w:rFonts w:ascii="Times New Roman" w:hAnsi="Times New Roman" w:cs="Times New Roman"/>
          <w:sz w:val="28"/>
          <w:szCs w:val="28"/>
        </w:rPr>
        <w:t>Nhan Le Van</w:t>
      </w:r>
      <w:r w:rsidR="00C11DD0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C11DD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Trung  Nguyen Quang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r>
        <w:rPr>
          <w:rFonts w:ascii="Times New Roman" w:hAnsi="Times New Roman" w:cs="Times New Roman"/>
          <w:sz w:val="28"/>
          <w:szCs w:val="28"/>
        </w:rPr>
        <w:t>; Tuan Nguyen Anh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c</w:t>
      </w:r>
      <w:r w:rsidR="00A10501">
        <w:rPr>
          <w:rFonts w:ascii="Times New Roman" w:hAnsi="Times New Roman" w:cs="Times New Roman"/>
          <w:sz w:val="28"/>
          <w:szCs w:val="28"/>
        </w:rPr>
        <w:t>.</w:t>
      </w:r>
    </w:p>
    <w:p w14:paraId="548E1310" w14:textId="482F2712" w:rsidR="006324C5" w:rsidRPr="00646161" w:rsidRDefault="008E45F6" w:rsidP="00646161">
      <w:pPr>
        <w:pStyle w:val="L1Receivedaccepteddates"/>
        <w:spacing w:before="0" w:line="240" w:lineRule="auto"/>
        <w:ind w:firstLine="284"/>
        <w:jc w:val="both"/>
        <w:rPr>
          <w:b w:val="0"/>
          <w:sz w:val="26"/>
          <w:szCs w:val="26"/>
          <w:lang w:eastAsia="ko-KR"/>
        </w:rPr>
      </w:pPr>
      <w:r w:rsidRPr="009E3D6B">
        <w:rPr>
          <w:b w:val="0"/>
          <w:sz w:val="32"/>
          <w:szCs w:val="32"/>
          <w:vertAlign w:val="superscript"/>
          <w:lang w:eastAsia="ko-KR"/>
        </w:rPr>
        <w:t>a</w:t>
      </w:r>
      <w:r w:rsidRPr="00646161">
        <w:rPr>
          <w:b w:val="0"/>
          <w:sz w:val="26"/>
          <w:szCs w:val="26"/>
          <w:lang w:eastAsia="ko-KR"/>
        </w:rPr>
        <w:t xml:space="preserve"> High Technology</w:t>
      </w:r>
      <w:r w:rsidR="006324C5" w:rsidRPr="00646161">
        <w:rPr>
          <w:b w:val="0"/>
          <w:sz w:val="26"/>
          <w:szCs w:val="26"/>
          <w:lang w:eastAsia="ko-KR"/>
        </w:rPr>
        <w:t xml:space="preserve"> </w:t>
      </w:r>
      <w:r w:rsidR="00637397">
        <w:rPr>
          <w:b w:val="0"/>
          <w:sz w:val="26"/>
          <w:szCs w:val="26"/>
          <w:lang w:eastAsia="ko-KR"/>
        </w:rPr>
        <w:t>Innovation Center</w:t>
      </w:r>
      <w:r w:rsidR="006324C5" w:rsidRPr="00646161">
        <w:rPr>
          <w:b w:val="0"/>
          <w:sz w:val="26"/>
          <w:szCs w:val="26"/>
          <w:lang w:eastAsia="ko-KR"/>
        </w:rPr>
        <w:t xml:space="preserve">, Vietnam Academy Science and Technology, No. 18 Hoang Quoc Viet, </w:t>
      </w:r>
      <w:r w:rsidR="0032699D">
        <w:rPr>
          <w:b w:val="0"/>
          <w:sz w:val="26"/>
          <w:szCs w:val="26"/>
          <w:lang w:eastAsia="ko-KR"/>
        </w:rPr>
        <w:t>Nghia Do</w:t>
      </w:r>
      <w:r w:rsidR="006324C5" w:rsidRPr="00646161">
        <w:rPr>
          <w:b w:val="0"/>
          <w:sz w:val="26"/>
          <w:szCs w:val="26"/>
          <w:lang w:eastAsia="ko-KR"/>
        </w:rPr>
        <w:t>, Ha</w:t>
      </w:r>
      <w:r w:rsidR="00307D09">
        <w:rPr>
          <w:b w:val="0"/>
          <w:sz w:val="26"/>
          <w:szCs w:val="26"/>
          <w:lang w:eastAsia="ko-KR"/>
        </w:rPr>
        <w:t>n</w:t>
      </w:r>
      <w:r w:rsidR="006324C5" w:rsidRPr="00646161">
        <w:rPr>
          <w:b w:val="0"/>
          <w:sz w:val="26"/>
          <w:szCs w:val="26"/>
          <w:lang w:eastAsia="ko-KR"/>
        </w:rPr>
        <w:t>oi, Vietnam.</w:t>
      </w:r>
    </w:p>
    <w:p w14:paraId="00502C16" w14:textId="67FE651D" w:rsidR="00646161" w:rsidRPr="007E02DC" w:rsidRDefault="006324C5" w:rsidP="00646161">
      <w:pPr>
        <w:pStyle w:val="L1Receivedaccepteddates"/>
        <w:spacing w:before="0" w:line="240" w:lineRule="auto"/>
        <w:ind w:firstLine="284"/>
        <w:jc w:val="both"/>
        <w:rPr>
          <w:b w:val="0"/>
          <w:sz w:val="26"/>
          <w:szCs w:val="26"/>
          <w:lang w:eastAsia="ko-KR"/>
        </w:rPr>
      </w:pPr>
      <w:r w:rsidRPr="009E3D6B">
        <w:rPr>
          <w:b w:val="0"/>
          <w:bCs/>
          <w:sz w:val="32"/>
          <w:szCs w:val="32"/>
          <w:vertAlign w:val="superscript"/>
        </w:rPr>
        <w:t>b</w:t>
      </w:r>
      <w:r>
        <w:rPr>
          <w:sz w:val="28"/>
          <w:szCs w:val="28"/>
        </w:rPr>
        <w:t xml:space="preserve"> </w:t>
      </w:r>
      <w:r w:rsidR="00646161" w:rsidRPr="007E02DC">
        <w:rPr>
          <w:b w:val="0"/>
          <w:sz w:val="26"/>
          <w:szCs w:val="26"/>
          <w:lang w:eastAsia="ko-KR"/>
        </w:rPr>
        <w:t xml:space="preserve">Institute of Environmental Science and Public Health, No. 18 Hoang Quoc Viet Street, </w:t>
      </w:r>
      <w:r w:rsidR="0032699D">
        <w:rPr>
          <w:b w:val="0"/>
          <w:sz w:val="26"/>
          <w:szCs w:val="26"/>
          <w:lang w:eastAsia="ko-KR"/>
        </w:rPr>
        <w:t>Nghia Do</w:t>
      </w:r>
      <w:r w:rsidR="00646161" w:rsidRPr="007E02DC">
        <w:rPr>
          <w:b w:val="0"/>
          <w:sz w:val="26"/>
          <w:szCs w:val="26"/>
          <w:lang w:eastAsia="ko-KR"/>
        </w:rPr>
        <w:t>, Hanoi, Vietnam</w:t>
      </w:r>
    </w:p>
    <w:p w14:paraId="1EB805F6" w14:textId="15ABAD3C" w:rsidR="00646161" w:rsidRDefault="00646161" w:rsidP="00646161">
      <w:pPr>
        <w:pStyle w:val="L1Receivedaccepteddates"/>
        <w:spacing w:before="0" w:line="240" w:lineRule="auto"/>
        <w:ind w:firstLine="284"/>
        <w:jc w:val="both"/>
        <w:rPr>
          <w:b w:val="0"/>
          <w:sz w:val="26"/>
          <w:szCs w:val="26"/>
          <w:lang w:eastAsia="ko-KR"/>
        </w:rPr>
      </w:pPr>
      <w:r w:rsidRPr="009E3D6B">
        <w:rPr>
          <w:b w:val="0"/>
          <w:bCs/>
          <w:sz w:val="32"/>
          <w:szCs w:val="32"/>
          <w:vertAlign w:val="superscript"/>
          <w:lang w:eastAsia="ko-KR"/>
        </w:rPr>
        <w:t>c</w:t>
      </w:r>
      <w:r>
        <w:rPr>
          <w:b w:val="0"/>
          <w:bCs/>
          <w:sz w:val="26"/>
          <w:szCs w:val="26"/>
          <w:lang w:eastAsia="ko-KR"/>
        </w:rPr>
        <w:t xml:space="preserve"> </w:t>
      </w:r>
      <w:r w:rsidRPr="007E02DC">
        <w:rPr>
          <w:b w:val="0"/>
          <w:sz w:val="26"/>
          <w:szCs w:val="26"/>
          <w:lang w:eastAsia="ko-KR"/>
        </w:rPr>
        <w:t>Centre for Community Capacity Development Nhan Van, No. 199 Trung Kinh Street, Yen Hoa, Hanoi</w:t>
      </w:r>
      <w:r w:rsidR="00307D09">
        <w:rPr>
          <w:b w:val="0"/>
          <w:sz w:val="26"/>
          <w:szCs w:val="26"/>
          <w:lang w:eastAsia="ko-KR"/>
        </w:rPr>
        <w:t>, Vietnam</w:t>
      </w:r>
    </w:p>
    <w:p w14:paraId="77842C77" w14:textId="41BC512D" w:rsidR="008E45F6" w:rsidRPr="00646161" w:rsidRDefault="008E45F6" w:rsidP="00646161">
      <w:pPr>
        <w:pStyle w:val="L1Receivedaccepteddates"/>
        <w:spacing w:before="0" w:line="240" w:lineRule="auto"/>
        <w:ind w:firstLine="284"/>
        <w:jc w:val="both"/>
        <w:rPr>
          <w:b w:val="0"/>
          <w:sz w:val="26"/>
          <w:szCs w:val="26"/>
          <w:lang w:eastAsia="ko-KR"/>
        </w:rPr>
      </w:pPr>
    </w:p>
    <w:p w14:paraId="35F14105" w14:textId="77777777" w:rsidR="00C034AC" w:rsidRPr="005D608D" w:rsidRDefault="00C034AC" w:rsidP="00C034AC">
      <w:pPr>
        <w:pStyle w:val="Heading1"/>
        <w:numPr>
          <w:ilvl w:val="0"/>
          <w:numId w:val="11"/>
        </w:numPr>
        <w:spacing w:before="0" w:line="480" w:lineRule="auto"/>
        <w:ind w:left="0" w:firstLine="357"/>
        <w:rPr>
          <w:rFonts w:ascii="Times New Roman" w:hAnsi="Times New Roman" w:cs="Times New Roman"/>
          <w:color w:val="auto"/>
        </w:rPr>
      </w:pPr>
      <w:r w:rsidRPr="005D608D">
        <w:rPr>
          <w:rFonts w:ascii="Times New Roman" w:hAnsi="Times New Roman" w:cs="Times New Roman"/>
          <w:color w:val="auto"/>
        </w:rPr>
        <w:t>Appendix A. Supplementary data</w:t>
      </w:r>
    </w:p>
    <w:p w14:paraId="68FE96C8" w14:textId="17CE321B" w:rsidR="00C6039F" w:rsidRPr="00546F21" w:rsidRDefault="00C034AC" w:rsidP="00546F2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46F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Table </w:t>
      </w:r>
      <w:r w:rsidR="00DA3A49" w:rsidRPr="00546F21">
        <w:rPr>
          <w:rFonts w:ascii="Times New Roman" w:eastAsia="Times New Roman" w:hAnsi="Times New Roman" w:cs="Times New Roman"/>
          <w:i/>
          <w:iCs/>
          <w:sz w:val="28"/>
          <w:szCs w:val="28"/>
        </w:rPr>
        <w:t>S1</w:t>
      </w:r>
      <w:r w:rsidRPr="00546F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="00DA3A49" w:rsidRPr="00546F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Mass; </w:t>
      </w:r>
      <w:r w:rsidRPr="00546F21">
        <w:rPr>
          <w:rFonts w:ascii="Times New Roman" w:eastAsia="Times New Roman" w:hAnsi="Times New Roman" w:cs="Times New Roman"/>
          <w:i/>
          <w:iCs/>
          <w:sz w:val="28"/>
          <w:szCs w:val="28"/>
        </w:rPr>
        <w:t>Standard curve, MDL, LOQ of analytical method</w:t>
      </w:r>
    </w:p>
    <w:tbl>
      <w:tblPr>
        <w:tblStyle w:val="TableGrid"/>
        <w:tblW w:w="10331" w:type="dxa"/>
        <w:jc w:val="center"/>
        <w:tblLook w:val="04A0" w:firstRow="1" w:lastRow="0" w:firstColumn="1" w:lastColumn="0" w:noHBand="0" w:noVBand="1"/>
      </w:tblPr>
      <w:tblGrid>
        <w:gridCol w:w="588"/>
        <w:gridCol w:w="1735"/>
        <w:gridCol w:w="2345"/>
        <w:gridCol w:w="933"/>
        <w:gridCol w:w="2109"/>
        <w:gridCol w:w="953"/>
        <w:gridCol w:w="845"/>
        <w:gridCol w:w="823"/>
      </w:tblGrid>
      <w:tr w:rsidR="00860282" w:rsidRPr="00491B29" w14:paraId="63AF4A9A" w14:textId="77777777" w:rsidTr="008F1833">
        <w:trPr>
          <w:trHeight w:val="392"/>
          <w:tblHeader/>
          <w:jc w:val="center"/>
        </w:trPr>
        <w:tc>
          <w:tcPr>
            <w:tcW w:w="588" w:type="dxa"/>
            <w:vMerge w:val="restart"/>
            <w:vAlign w:val="center"/>
          </w:tcPr>
          <w:p w14:paraId="09EB657B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TT</w:t>
            </w:r>
          </w:p>
        </w:tc>
        <w:tc>
          <w:tcPr>
            <w:tcW w:w="1735" w:type="dxa"/>
            <w:vMerge w:val="restart"/>
            <w:vAlign w:val="center"/>
          </w:tcPr>
          <w:p w14:paraId="26A0C599" w14:textId="677F5066" w:rsidR="00860282" w:rsidRPr="00491B29" w:rsidRDefault="008F1833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Compounds</w:t>
            </w:r>
          </w:p>
        </w:tc>
        <w:tc>
          <w:tcPr>
            <w:tcW w:w="2345" w:type="dxa"/>
            <w:vMerge w:val="restart"/>
            <w:vAlign w:val="center"/>
          </w:tcPr>
          <w:p w14:paraId="00C954FB" w14:textId="5F69D33B" w:rsidR="00860282" w:rsidRPr="00491B29" w:rsidRDefault="008F1833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Mass</w:t>
            </w:r>
          </w:p>
        </w:tc>
        <w:tc>
          <w:tcPr>
            <w:tcW w:w="933" w:type="dxa"/>
            <w:vMerge w:val="restart"/>
            <w:vAlign w:val="center"/>
          </w:tcPr>
          <w:p w14:paraId="46CDBEDB" w14:textId="3F879FF5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RT</w:t>
            </w:r>
          </w:p>
          <w:p w14:paraId="5E1FAEB3" w14:textId="0826E1AB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5F24F2"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</w:t>
            </w: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09" w:type="dxa"/>
            <w:vMerge w:val="restart"/>
            <w:vAlign w:val="center"/>
          </w:tcPr>
          <w:p w14:paraId="7B9A0C1B" w14:textId="0BC81D23" w:rsidR="00860282" w:rsidRPr="00491B29" w:rsidRDefault="008F1833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Standard curve</w:t>
            </w:r>
          </w:p>
        </w:tc>
        <w:tc>
          <w:tcPr>
            <w:tcW w:w="953" w:type="dxa"/>
            <w:vMerge w:val="restart"/>
            <w:vAlign w:val="center"/>
          </w:tcPr>
          <w:p w14:paraId="5FCF6490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5" w:type="dxa"/>
            <w:vAlign w:val="center"/>
          </w:tcPr>
          <w:p w14:paraId="09CAF338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MDL</w:t>
            </w:r>
          </w:p>
        </w:tc>
        <w:tc>
          <w:tcPr>
            <w:tcW w:w="823" w:type="dxa"/>
            <w:vAlign w:val="center"/>
          </w:tcPr>
          <w:p w14:paraId="49E14F62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LOQ</w:t>
            </w:r>
          </w:p>
        </w:tc>
      </w:tr>
      <w:tr w:rsidR="00860282" w:rsidRPr="00491B29" w14:paraId="7672E5B3" w14:textId="77777777" w:rsidTr="008F1833">
        <w:trPr>
          <w:trHeight w:val="405"/>
          <w:tblHeader/>
          <w:jc w:val="center"/>
        </w:trPr>
        <w:tc>
          <w:tcPr>
            <w:tcW w:w="588" w:type="dxa"/>
            <w:vMerge/>
            <w:vAlign w:val="center"/>
          </w:tcPr>
          <w:p w14:paraId="56CDD447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5" w:type="dxa"/>
            <w:vMerge/>
            <w:vAlign w:val="center"/>
          </w:tcPr>
          <w:p w14:paraId="31559BEF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vAlign w:val="center"/>
          </w:tcPr>
          <w:p w14:paraId="3C4BE821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3" w:type="dxa"/>
            <w:vMerge/>
            <w:vAlign w:val="center"/>
          </w:tcPr>
          <w:p w14:paraId="47151EB1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9" w:type="dxa"/>
            <w:vMerge/>
            <w:vAlign w:val="center"/>
          </w:tcPr>
          <w:p w14:paraId="10474AF0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3" w:type="dxa"/>
            <w:vMerge/>
            <w:vAlign w:val="center"/>
          </w:tcPr>
          <w:p w14:paraId="1A129C7A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8" w:type="dxa"/>
            <w:gridSpan w:val="2"/>
            <w:vAlign w:val="center"/>
          </w:tcPr>
          <w:p w14:paraId="291DC748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ng/L</w:t>
            </w:r>
          </w:p>
        </w:tc>
      </w:tr>
      <w:tr w:rsidR="00860282" w:rsidRPr="00491B29" w14:paraId="51272481" w14:textId="77777777" w:rsidTr="008F1833">
        <w:trPr>
          <w:trHeight w:val="378"/>
          <w:jc w:val="center"/>
        </w:trPr>
        <w:tc>
          <w:tcPr>
            <w:tcW w:w="588" w:type="dxa"/>
            <w:vAlign w:val="center"/>
          </w:tcPr>
          <w:p w14:paraId="30E30E59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vAlign w:val="center"/>
          </w:tcPr>
          <w:p w14:paraId="11AA2BCD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Ciprofloxacin</w:t>
            </w:r>
          </w:p>
        </w:tc>
        <w:tc>
          <w:tcPr>
            <w:tcW w:w="2345" w:type="dxa"/>
            <w:vAlign w:val="center"/>
          </w:tcPr>
          <w:p w14:paraId="485F052E" w14:textId="03D09F44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1405 [M+H]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005687E9" w14:textId="56C02629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09" w:type="dxa"/>
            <w:vAlign w:val="center"/>
          </w:tcPr>
          <w:p w14:paraId="12A8B317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Y = 3,118E7*X – 2,756E5</w:t>
            </w:r>
          </w:p>
        </w:tc>
        <w:tc>
          <w:tcPr>
            <w:tcW w:w="953" w:type="dxa"/>
            <w:vAlign w:val="center"/>
          </w:tcPr>
          <w:p w14:paraId="6CEB2ABB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0.9993</w:t>
            </w:r>
          </w:p>
        </w:tc>
        <w:tc>
          <w:tcPr>
            <w:tcW w:w="845" w:type="dxa"/>
            <w:vAlign w:val="center"/>
          </w:tcPr>
          <w:p w14:paraId="08F29B79" w14:textId="4CEA8C4E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067</w:t>
            </w:r>
          </w:p>
        </w:tc>
        <w:tc>
          <w:tcPr>
            <w:tcW w:w="823" w:type="dxa"/>
            <w:vAlign w:val="center"/>
          </w:tcPr>
          <w:p w14:paraId="5E432674" w14:textId="179EEDCD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860282" w:rsidRPr="00491B29" w14:paraId="0B94BAB0" w14:textId="77777777" w:rsidTr="008F1833">
        <w:trPr>
          <w:trHeight w:val="392"/>
          <w:jc w:val="center"/>
        </w:trPr>
        <w:tc>
          <w:tcPr>
            <w:tcW w:w="588" w:type="dxa"/>
            <w:vAlign w:val="center"/>
          </w:tcPr>
          <w:p w14:paraId="65B04612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vAlign w:val="center"/>
          </w:tcPr>
          <w:p w14:paraId="367D1F3E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Levofloxacin</w:t>
            </w:r>
          </w:p>
        </w:tc>
        <w:tc>
          <w:tcPr>
            <w:tcW w:w="2345" w:type="dxa"/>
            <w:vAlign w:val="center"/>
          </w:tcPr>
          <w:p w14:paraId="79246D47" w14:textId="7D134563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1511 [M+H]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0581423F" w14:textId="16197530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09" w:type="dxa"/>
            <w:vAlign w:val="center"/>
          </w:tcPr>
          <w:p w14:paraId="4AD70B55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Y = 7,103E7*X – 3,551E5</w:t>
            </w:r>
          </w:p>
        </w:tc>
        <w:tc>
          <w:tcPr>
            <w:tcW w:w="953" w:type="dxa"/>
            <w:vAlign w:val="center"/>
          </w:tcPr>
          <w:p w14:paraId="36DA884F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0.9975</w:t>
            </w:r>
          </w:p>
        </w:tc>
        <w:tc>
          <w:tcPr>
            <w:tcW w:w="845" w:type="dxa"/>
            <w:vAlign w:val="center"/>
          </w:tcPr>
          <w:p w14:paraId="7908E7E9" w14:textId="202429BE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066</w:t>
            </w:r>
          </w:p>
        </w:tc>
        <w:tc>
          <w:tcPr>
            <w:tcW w:w="823" w:type="dxa"/>
            <w:vAlign w:val="center"/>
          </w:tcPr>
          <w:p w14:paraId="65B5D40C" w14:textId="200EB615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860282" w:rsidRPr="00491B29" w14:paraId="6D96E00C" w14:textId="77777777" w:rsidTr="008F1833">
        <w:trPr>
          <w:trHeight w:val="392"/>
          <w:jc w:val="center"/>
        </w:trPr>
        <w:tc>
          <w:tcPr>
            <w:tcW w:w="588" w:type="dxa"/>
            <w:vAlign w:val="center"/>
          </w:tcPr>
          <w:p w14:paraId="63CA9BBF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vAlign w:val="center"/>
          </w:tcPr>
          <w:p w14:paraId="6EC5D5DC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Moxifloxacin</w:t>
            </w:r>
          </w:p>
        </w:tc>
        <w:tc>
          <w:tcPr>
            <w:tcW w:w="2345" w:type="dxa"/>
            <w:vAlign w:val="center"/>
          </w:tcPr>
          <w:p w14:paraId="36AA5335" w14:textId="00DD992A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1824 [M+H]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3F46DC84" w14:textId="55B3B2C6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109" w:type="dxa"/>
            <w:vAlign w:val="center"/>
          </w:tcPr>
          <w:p w14:paraId="1C8679A4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Y = 1,162E8*X – 4,954E5</w:t>
            </w:r>
          </w:p>
        </w:tc>
        <w:tc>
          <w:tcPr>
            <w:tcW w:w="953" w:type="dxa"/>
            <w:vAlign w:val="center"/>
          </w:tcPr>
          <w:p w14:paraId="6DF53934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0.9988</w:t>
            </w:r>
          </w:p>
        </w:tc>
        <w:tc>
          <w:tcPr>
            <w:tcW w:w="845" w:type="dxa"/>
            <w:vAlign w:val="center"/>
          </w:tcPr>
          <w:p w14:paraId="6EB55205" w14:textId="1D41097B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036</w:t>
            </w:r>
          </w:p>
        </w:tc>
        <w:tc>
          <w:tcPr>
            <w:tcW w:w="823" w:type="dxa"/>
            <w:vAlign w:val="center"/>
          </w:tcPr>
          <w:p w14:paraId="3D18703E" w14:textId="4A313E64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860282" w:rsidRPr="00491B29" w14:paraId="2150B48A" w14:textId="77777777" w:rsidTr="008F1833">
        <w:trPr>
          <w:trHeight w:val="392"/>
          <w:jc w:val="center"/>
        </w:trPr>
        <w:tc>
          <w:tcPr>
            <w:tcW w:w="588" w:type="dxa"/>
            <w:vAlign w:val="center"/>
          </w:tcPr>
          <w:p w14:paraId="501E3148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vAlign w:val="center"/>
          </w:tcPr>
          <w:p w14:paraId="315579FD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Clarithromycin</w:t>
            </w:r>
          </w:p>
        </w:tc>
        <w:tc>
          <w:tcPr>
            <w:tcW w:w="2345" w:type="dxa"/>
            <w:vAlign w:val="center"/>
          </w:tcPr>
          <w:p w14:paraId="3735A8CA" w14:textId="2F232296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4842 [M+H]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20992AF8" w14:textId="0D373A98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09" w:type="dxa"/>
            <w:vAlign w:val="center"/>
          </w:tcPr>
          <w:p w14:paraId="2F1240EA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Y = 4,169E7*X + 2,543E6</w:t>
            </w:r>
          </w:p>
        </w:tc>
        <w:tc>
          <w:tcPr>
            <w:tcW w:w="953" w:type="dxa"/>
            <w:vAlign w:val="center"/>
          </w:tcPr>
          <w:p w14:paraId="6A511C29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0.9998</w:t>
            </w:r>
          </w:p>
        </w:tc>
        <w:tc>
          <w:tcPr>
            <w:tcW w:w="845" w:type="dxa"/>
            <w:vAlign w:val="center"/>
          </w:tcPr>
          <w:p w14:paraId="032F53B0" w14:textId="72107E8D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069</w:t>
            </w:r>
          </w:p>
        </w:tc>
        <w:tc>
          <w:tcPr>
            <w:tcW w:w="823" w:type="dxa"/>
            <w:vAlign w:val="center"/>
          </w:tcPr>
          <w:p w14:paraId="49AA3219" w14:textId="4373A89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860282" w:rsidRPr="00491B29" w14:paraId="35117690" w14:textId="77777777" w:rsidTr="008F1833">
        <w:trPr>
          <w:trHeight w:val="392"/>
          <w:jc w:val="center"/>
        </w:trPr>
        <w:tc>
          <w:tcPr>
            <w:tcW w:w="588" w:type="dxa"/>
            <w:vAlign w:val="center"/>
          </w:tcPr>
          <w:p w14:paraId="302AD93E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5" w:type="dxa"/>
            <w:vAlign w:val="center"/>
          </w:tcPr>
          <w:p w14:paraId="76DCE175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Amoxicillin</w:t>
            </w:r>
          </w:p>
        </w:tc>
        <w:tc>
          <w:tcPr>
            <w:tcW w:w="2345" w:type="dxa"/>
            <w:vAlign w:val="center"/>
          </w:tcPr>
          <w:p w14:paraId="12C23FB7" w14:textId="05700C0E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1380 [M+CH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41130CD9" w14:textId="2746FAFC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09" w:type="dxa"/>
            <w:vAlign w:val="center"/>
          </w:tcPr>
          <w:p w14:paraId="12E0B19C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Y = 3,316E6*X + 2,956E4</w:t>
            </w:r>
          </w:p>
        </w:tc>
        <w:tc>
          <w:tcPr>
            <w:tcW w:w="953" w:type="dxa"/>
            <w:vAlign w:val="center"/>
          </w:tcPr>
          <w:p w14:paraId="510A59CE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0.9996</w:t>
            </w:r>
          </w:p>
        </w:tc>
        <w:tc>
          <w:tcPr>
            <w:tcW w:w="845" w:type="dxa"/>
            <w:vAlign w:val="center"/>
          </w:tcPr>
          <w:p w14:paraId="2319586D" w14:textId="69F84F9D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823" w:type="dxa"/>
            <w:vAlign w:val="center"/>
          </w:tcPr>
          <w:p w14:paraId="1E621D79" w14:textId="56CB7494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60282" w:rsidRPr="00491B29" w14:paraId="21F9C402" w14:textId="77777777" w:rsidTr="008F1833">
        <w:trPr>
          <w:trHeight w:val="392"/>
          <w:jc w:val="center"/>
        </w:trPr>
        <w:tc>
          <w:tcPr>
            <w:tcW w:w="588" w:type="dxa"/>
            <w:vAlign w:val="center"/>
          </w:tcPr>
          <w:p w14:paraId="79FE305A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5" w:type="dxa"/>
            <w:vAlign w:val="center"/>
          </w:tcPr>
          <w:p w14:paraId="2791D5D2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eastAsia="Times New Roman" w:hAnsi="Times New Roman" w:cs="Times New Roman"/>
                <w:sz w:val="24"/>
                <w:szCs w:val="24"/>
              </w:rPr>
              <w:t>Cephalexin</w:t>
            </w:r>
          </w:p>
        </w:tc>
        <w:tc>
          <w:tcPr>
            <w:tcW w:w="2345" w:type="dxa"/>
            <w:vAlign w:val="center"/>
          </w:tcPr>
          <w:p w14:paraId="20C4AD23" w14:textId="14E1DF81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1012 [M+H]</w:t>
            </w:r>
            <w:r w:rsidRPr="00491B2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33" w:type="dxa"/>
            <w:vAlign w:val="center"/>
          </w:tcPr>
          <w:p w14:paraId="3432D502" w14:textId="405E7A10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09" w:type="dxa"/>
            <w:vAlign w:val="center"/>
          </w:tcPr>
          <w:p w14:paraId="1D227789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Y = 1,900E6*X + 1,042E4</w:t>
            </w:r>
          </w:p>
        </w:tc>
        <w:tc>
          <w:tcPr>
            <w:tcW w:w="953" w:type="dxa"/>
            <w:vAlign w:val="center"/>
          </w:tcPr>
          <w:p w14:paraId="4E507306" w14:textId="77777777" w:rsidR="00860282" w:rsidRPr="00491B29" w:rsidRDefault="00860282" w:rsidP="00491B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0.9997</w:t>
            </w:r>
          </w:p>
        </w:tc>
        <w:tc>
          <w:tcPr>
            <w:tcW w:w="845" w:type="dxa"/>
            <w:vAlign w:val="center"/>
          </w:tcPr>
          <w:p w14:paraId="287B1E0B" w14:textId="112FA0A3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823" w:type="dxa"/>
            <w:vAlign w:val="center"/>
          </w:tcPr>
          <w:p w14:paraId="163C4A44" w14:textId="042D3DDA" w:rsidR="00860282" w:rsidRPr="00491B29" w:rsidRDefault="00860282" w:rsidP="00491B2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91B2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</w:tbl>
    <w:p w14:paraId="05E14823" w14:textId="77777777" w:rsidR="00C6039F" w:rsidRDefault="00C6039F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p w14:paraId="2D993740" w14:textId="77777777" w:rsidR="00DB79B7" w:rsidRDefault="00DB79B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p w14:paraId="3704CCA5" w14:textId="2C7BEA83" w:rsidR="007C0947" w:rsidRDefault="007C094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81D7D16" w14:textId="77777777" w:rsidR="00DB79B7" w:rsidRDefault="00DB79B7" w:rsidP="00DB79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Table S2: Average concentration of antibiotics in wastewater, treated waster</w:t>
      </w:r>
    </w:p>
    <w:p w14:paraId="015DED9B" w14:textId="49BF6F2C" w:rsidR="00DB79B7" w:rsidRDefault="00DB79B7" w:rsidP="00DB79B7">
      <w:pPr>
        <w:ind w:firstLine="360"/>
        <w:contextualSpacing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surface waster at H1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"/>
        <w:gridCol w:w="1684"/>
        <w:gridCol w:w="916"/>
        <w:gridCol w:w="924"/>
        <w:gridCol w:w="924"/>
        <w:gridCol w:w="924"/>
        <w:gridCol w:w="924"/>
        <w:gridCol w:w="924"/>
        <w:gridCol w:w="924"/>
      </w:tblGrid>
      <w:tr w:rsidR="00DB79B7" w14:paraId="225B6B24" w14:textId="7A661A27" w:rsidTr="00DB79B7">
        <w:tc>
          <w:tcPr>
            <w:tcW w:w="485" w:type="dxa"/>
            <w:vMerge w:val="restart"/>
            <w:vAlign w:val="center"/>
          </w:tcPr>
          <w:p w14:paraId="1B7E3051" w14:textId="19016933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TT</w:t>
            </w:r>
          </w:p>
        </w:tc>
        <w:tc>
          <w:tcPr>
            <w:tcW w:w="1482" w:type="dxa"/>
            <w:vMerge w:val="restart"/>
            <w:vAlign w:val="center"/>
          </w:tcPr>
          <w:p w14:paraId="531049F9" w14:textId="4C85B36C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Compounds</w:t>
            </w:r>
          </w:p>
        </w:tc>
        <w:tc>
          <w:tcPr>
            <w:tcW w:w="951" w:type="dxa"/>
            <w:vAlign w:val="center"/>
          </w:tcPr>
          <w:p w14:paraId="32F2B84A" w14:textId="66EF1C40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BW</w:t>
            </w:r>
          </w:p>
        </w:tc>
        <w:tc>
          <w:tcPr>
            <w:tcW w:w="952" w:type="dxa"/>
            <w:vAlign w:val="center"/>
          </w:tcPr>
          <w:p w14:paraId="2494B8C4" w14:textId="7E1BADDF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</w:t>
            </w:r>
          </w:p>
        </w:tc>
        <w:tc>
          <w:tcPr>
            <w:tcW w:w="952" w:type="dxa"/>
            <w:vAlign w:val="center"/>
          </w:tcPr>
          <w:p w14:paraId="7880EE6C" w14:textId="06EA3010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1</w:t>
            </w:r>
          </w:p>
        </w:tc>
        <w:tc>
          <w:tcPr>
            <w:tcW w:w="952" w:type="dxa"/>
            <w:vAlign w:val="center"/>
          </w:tcPr>
          <w:p w14:paraId="0547A06C" w14:textId="61428697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2</w:t>
            </w:r>
          </w:p>
        </w:tc>
        <w:tc>
          <w:tcPr>
            <w:tcW w:w="952" w:type="dxa"/>
            <w:vAlign w:val="center"/>
          </w:tcPr>
          <w:p w14:paraId="27E1F407" w14:textId="50323236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3</w:t>
            </w:r>
          </w:p>
        </w:tc>
        <w:tc>
          <w:tcPr>
            <w:tcW w:w="952" w:type="dxa"/>
            <w:vAlign w:val="center"/>
          </w:tcPr>
          <w:p w14:paraId="1191299D" w14:textId="30BD15EA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4</w:t>
            </w:r>
          </w:p>
        </w:tc>
        <w:tc>
          <w:tcPr>
            <w:tcW w:w="952" w:type="dxa"/>
            <w:vAlign w:val="center"/>
          </w:tcPr>
          <w:p w14:paraId="3A06334B" w14:textId="60FE72BF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5</w:t>
            </w:r>
          </w:p>
        </w:tc>
      </w:tr>
      <w:tr w:rsidR="00DB79B7" w14:paraId="17C001BC" w14:textId="1AEA9818" w:rsidTr="001B0BF4">
        <w:tc>
          <w:tcPr>
            <w:tcW w:w="485" w:type="dxa"/>
            <w:vMerge/>
          </w:tcPr>
          <w:p w14:paraId="2829F934" w14:textId="77777777" w:rsidR="00DB79B7" w:rsidRDefault="00DB79B7" w:rsidP="00C6039F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vMerge/>
          </w:tcPr>
          <w:p w14:paraId="6D4A1169" w14:textId="77777777" w:rsidR="00DB79B7" w:rsidRDefault="00DB79B7" w:rsidP="00C6039F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3" w:type="dxa"/>
            <w:gridSpan w:val="7"/>
          </w:tcPr>
          <w:p w14:paraId="34D98E03" w14:textId="5337B0B5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ng/L</w:t>
            </w:r>
          </w:p>
        </w:tc>
      </w:tr>
      <w:tr w:rsidR="00DB79B7" w14:paraId="557707D4" w14:textId="1929D2E6" w:rsidTr="00DB79B7">
        <w:tc>
          <w:tcPr>
            <w:tcW w:w="485" w:type="dxa"/>
            <w:vAlign w:val="center"/>
          </w:tcPr>
          <w:p w14:paraId="3C0F4730" w14:textId="270F4D8B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2" w:type="dxa"/>
            <w:vAlign w:val="center"/>
          </w:tcPr>
          <w:p w14:paraId="312AD7A0" w14:textId="111EA012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951" w:type="dxa"/>
            <w:vAlign w:val="center"/>
          </w:tcPr>
          <w:p w14:paraId="539EF123" w14:textId="5EEF8C75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47.8</w:t>
            </w:r>
          </w:p>
        </w:tc>
        <w:tc>
          <w:tcPr>
            <w:tcW w:w="952" w:type="dxa"/>
            <w:vAlign w:val="center"/>
          </w:tcPr>
          <w:p w14:paraId="1395A7A8" w14:textId="26EC4E01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6.68</w:t>
            </w:r>
          </w:p>
        </w:tc>
        <w:tc>
          <w:tcPr>
            <w:tcW w:w="952" w:type="dxa"/>
            <w:vAlign w:val="center"/>
          </w:tcPr>
          <w:p w14:paraId="6F4D86A2" w14:textId="52794C9C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0.503</w:t>
            </w:r>
          </w:p>
        </w:tc>
        <w:tc>
          <w:tcPr>
            <w:tcW w:w="952" w:type="dxa"/>
            <w:vAlign w:val="center"/>
          </w:tcPr>
          <w:p w14:paraId="0C32F44F" w14:textId="127CEB1F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0.124</w:t>
            </w:r>
          </w:p>
        </w:tc>
        <w:tc>
          <w:tcPr>
            <w:tcW w:w="952" w:type="dxa"/>
            <w:vAlign w:val="center"/>
          </w:tcPr>
          <w:p w14:paraId="19D32D21" w14:textId="5D54ADB2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F688D95" w14:textId="149870AA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48C71CE" w14:textId="3726EBEC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DB79B7" w14:paraId="5A5069FE" w14:textId="4AF6EB24" w:rsidTr="00DB79B7">
        <w:tc>
          <w:tcPr>
            <w:tcW w:w="485" w:type="dxa"/>
            <w:vAlign w:val="center"/>
          </w:tcPr>
          <w:p w14:paraId="52743CBC" w14:textId="6B357F1E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2" w:type="dxa"/>
            <w:vAlign w:val="center"/>
          </w:tcPr>
          <w:p w14:paraId="504AE7A4" w14:textId="7E5A9F8D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951" w:type="dxa"/>
            <w:vAlign w:val="center"/>
          </w:tcPr>
          <w:p w14:paraId="64A55545" w14:textId="75A7D596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2163</w:t>
            </w:r>
          </w:p>
        </w:tc>
        <w:tc>
          <w:tcPr>
            <w:tcW w:w="952" w:type="dxa"/>
            <w:vAlign w:val="center"/>
          </w:tcPr>
          <w:p w14:paraId="35C517FA" w14:textId="42B9D4F3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952" w:type="dxa"/>
            <w:vAlign w:val="center"/>
          </w:tcPr>
          <w:p w14:paraId="6535987A" w14:textId="6E2B590C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23.9</w:t>
            </w:r>
          </w:p>
        </w:tc>
        <w:tc>
          <w:tcPr>
            <w:tcW w:w="952" w:type="dxa"/>
            <w:vAlign w:val="center"/>
          </w:tcPr>
          <w:p w14:paraId="5427652C" w14:textId="10041B59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5.54</w:t>
            </w:r>
          </w:p>
        </w:tc>
        <w:tc>
          <w:tcPr>
            <w:tcW w:w="952" w:type="dxa"/>
            <w:vAlign w:val="center"/>
          </w:tcPr>
          <w:p w14:paraId="0661358F" w14:textId="0899CDB9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952" w:type="dxa"/>
            <w:vAlign w:val="center"/>
          </w:tcPr>
          <w:p w14:paraId="5D6F3766" w14:textId="0F75E204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6.78</w:t>
            </w:r>
          </w:p>
        </w:tc>
        <w:tc>
          <w:tcPr>
            <w:tcW w:w="952" w:type="dxa"/>
            <w:vAlign w:val="center"/>
          </w:tcPr>
          <w:p w14:paraId="7DA78EEE" w14:textId="386C6295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</w:tr>
      <w:tr w:rsidR="00DB79B7" w14:paraId="15304C8F" w14:textId="20232BE9" w:rsidTr="00DB79B7">
        <w:tc>
          <w:tcPr>
            <w:tcW w:w="485" w:type="dxa"/>
            <w:vAlign w:val="center"/>
          </w:tcPr>
          <w:p w14:paraId="59FF1435" w14:textId="310ED1A3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2" w:type="dxa"/>
            <w:vAlign w:val="center"/>
          </w:tcPr>
          <w:p w14:paraId="29B7146A" w14:textId="208D1616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951" w:type="dxa"/>
            <w:vAlign w:val="center"/>
          </w:tcPr>
          <w:p w14:paraId="6F96F435" w14:textId="5F95027D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952" w:type="dxa"/>
            <w:vAlign w:val="center"/>
          </w:tcPr>
          <w:p w14:paraId="0D237CF5" w14:textId="728D4D99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197.4</w:t>
            </w:r>
          </w:p>
        </w:tc>
        <w:tc>
          <w:tcPr>
            <w:tcW w:w="952" w:type="dxa"/>
            <w:vAlign w:val="center"/>
          </w:tcPr>
          <w:p w14:paraId="257D8578" w14:textId="31E6DEC5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11.9</w:t>
            </w:r>
          </w:p>
        </w:tc>
        <w:tc>
          <w:tcPr>
            <w:tcW w:w="952" w:type="dxa"/>
            <w:vAlign w:val="center"/>
          </w:tcPr>
          <w:p w14:paraId="5B76047D" w14:textId="00FCEC89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31.4</w:t>
            </w:r>
          </w:p>
        </w:tc>
        <w:tc>
          <w:tcPr>
            <w:tcW w:w="952" w:type="dxa"/>
            <w:vAlign w:val="center"/>
          </w:tcPr>
          <w:p w14:paraId="59971C94" w14:textId="020AE365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</w:t>
            </w:r>
          </w:p>
        </w:tc>
        <w:tc>
          <w:tcPr>
            <w:tcW w:w="952" w:type="dxa"/>
            <w:vAlign w:val="center"/>
          </w:tcPr>
          <w:p w14:paraId="26997B3D" w14:textId="76C23FD4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16.9</w:t>
            </w:r>
          </w:p>
        </w:tc>
        <w:tc>
          <w:tcPr>
            <w:tcW w:w="952" w:type="dxa"/>
            <w:vAlign w:val="center"/>
          </w:tcPr>
          <w:p w14:paraId="00584F68" w14:textId="15179ED1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13.4</w:t>
            </w:r>
          </w:p>
        </w:tc>
      </w:tr>
      <w:tr w:rsidR="00DB79B7" w14:paraId="6B0511CC" w14:textId="56EB0061" w:rsidTr="00DB79B7">
        <w:tc>
          <w:tcPr>
            <w:tcW w:w="485" w:type="dxa"/>
            <w:vAlign w:val="center"/>
          </w:tcPr>
          <w:p w14:paraId="78F5C7E9" w14:textId="4634675B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2" w:type="dxa"/>
            <w:vAlign w:val="center"/>
          </w:tcPr>
          <w:p w14:paraId="08033E2B" w14:textId="636DE712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951" w:type="dxa"/>
            <w:vAlign w:val="center"/>
          </w:tcPr>
          <w:p w14:paraId="7F74A94C" w14:textId="0A4695A7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46.4</w:t>
            </w:r>
          </w:p>
        </w:tc>
        <w:tc>
          <w:tcPr>
            <w:tcW w:w="952" w:type="dxa"/>
            <w:vAlign w:val="center"/>
          </w:tcPr>
          <w:p w14:paraId="398FB2DC" w14:textId="50E7E1A9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952" w:type="dxa"/>
            <w:vAlign w:val="center"/>
          </w:tcPr>
          <w:p w14:paraId="58CD6B47" w14:textId="6AC900DC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0.267</w:t>
            </w:r>
          </w:p>
        </w:tc>
        <w:tc>
          <w:tcPr>
            <w:tcW w:w="952" w:type="dxa"/>
            <w:vAlign w:val="center"/>
          </w:tcPr>
          <w:p w14:paraId="5B9955F6" w14:textId="3C32EA6A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0.479</w:t>
            </w:r>
          </w:p>
        </w:tc>
        <w:tc>
          <w:tcPr>
            <w:tcW w:w="952" w:type="dxa"/>
            <w:vAlign w:val="center"/>
          </w:tcPr>
          <w:p w14:paraId="2483B009" w14:textId="0857ACF8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0.576</w:t>
            </w:r>
          </w:p>
        </w:tc>
        <w:tc>
          <w:tcPr>
            <w:tcW w:w="952" w:type="dxa"/>
            <w:vAlign w:val="center"/>
          </w:tcPr>
          <w:p w14:paraId="16BE8551" w14:textId="26934C02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0.156</w:t>
            </w:r>
          </w:p>
        </w:tc>
        <w:tc>
          <w:tcPr>
            <w:tcW w:w="952" w:type="dxa"/>
            <w:vAlign w:val="center"/>
          </w:tcPr>
          <w:p w14:paraId="107A5A8A" w14:textId="7BD7BF1E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0.650</w:t>
            </w:r>
          </w:p>
        </w:tc>
      </w:tr>
      <w:tr w:rsidR="00DB79B7" w14:paraId="2A9CC3CF" w14:textId="40F02511" w:rsidTr="00DB79B7">
        <w:tc>
          <w:tcPr>
            <w:tcW w:w="485" w:type="dxa"/>
            <w:vAlign w:val="center"/>
          </w:tcPr>
          <w:p w14:paraId="2B091F9C" w14:textId="1ECBCC4D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2" w:type="dxa"/>
            <w:vAlign w:val="center"/>
          </w:tcPr>
          <w:p w14:paraId="180E5B59" w14:textId="0B6956C1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951" w:type="dxa"/>
            <w:vAlign w:val="center"/>
          </w:tcPr>
          <w:p w14:paraId="79D3173B" w14:textId="6331E71A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952" w:type="dxa"/>
            <w:vAlign w:val="center"/>
          </w:tcPr>
          <w:p w14:paraId="322F3197" w14:textId="0C7BCB1B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952" w:type="dxa"/>
            <w:vAlign w:val="center"/>
          </w:tcPr>
          <w:p w14:paraId="578E2AC5" w14:textId="042B8B8D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5.75</w:t>
            </w:r>
          </w:p>
        </w:tc>
        <w:tc>
          <w:tcPr>
            <w:tcW w:w="952" w:type="dxa"/>
            <w:vAlign w:val="center"/>
          </w:tcPr>
          <w:p w14:paraId="040BBB42" w14:textId="1595514E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6.36</w:t>
            </w:r>
          </w:p>
        </w:tc>
        <w:tc>
          <w:tcPr>
            <w:tcW w:w="952" w:type="dxa"/>
            <w:vAlign w:val="center"/>
          </w:tcPr>
          <w:p w14:paraId="511B97D6" w14:textId="1C5CCFD7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0.792</w:t>
            </w:r>
          </w:p>
        </w:tc>
        <w:tc>
          <w:tcPr>
            <w:tcW w:w="952" w:type="dxa"/>
            <w:vAlign w:val="center"/>
          </w:tcPr>
          <w:p w14:paraId="626D12D4" w14:textId="2F9E2EEB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8.50</w:t>
            </w:r>
          </w:p>
        </w:tc>
        <w:tc>
          <w:tcPr>
            <w:tcW w:w="952" w:type="dxa"/>
            <w:vAlign w:val="center"/>
          </w:tcPr>
          <w:p w14:paraId="57CADB36" w14:textId="627AAF9B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4.60</w:t>
            </w:r>
          </w:p>
        </w:tc>
      </w:tr>
      <w:tr w:rsidR="00DB79B7" w14:paraId="23FE330E" w14:textId="1C487EE3" w:rsidTr="00DB79B7">
        <w:tc>
          <w:tcPr>
            <w:tcW w:w="485" w:type="dxa"/>
            <w:vAlign w:val="center"/>
          </w:tcPr>
          <w:p w14:paraId="3632D505" w14:textId="17AFBD08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82" w:type="dxa"/>
            <w:vAlign w:val="center"/>
          </w:tcPr>
          <w:p w14:paraId="5722F316" w14:textId="4BF388B7" w:rsidR="00DB79B7" w:rsidRDefault="00DB79B7" w:rsidP="00DB79B7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951" w:type="dxa"/>
            <w:vAlign w:val="center"/>
          </w:tcPr>
          <w:p w14:paraId="72D47DC3" w14:textId="58D09FC8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952" w:type="dxa"/>
            <w:vAlign w:val="center"/>
          </w:tcPr>
          <w:p w14:paraId="5CE99BD2" w14:textId="568EAA8D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91.6</w:t>
            </w:r>
          </w:p>
        </w:tc>
        <w:tc>
          <w:tcPr>
            <w:tcW w:w="952" w:type="dxa"/>
            <w:vAlign w:val="center"/>
          </w:tcPr>
          <w:p w14:paraId="090BBC68" w14:textId="3A31B678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0.339</w:t>
            </w:r>
          </w:p>
        </w:tc>
        <w:tc>
          <w:tcPr>
            <w:tcW w:w="952" w:type="dxa"/>
            <w:vAlign w:val="center"/>
          </w:tcPr>
          <w:p w14:paraId="22479196" w14:textId="2031EBDE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EA8FCFD" w14:textId="3632680F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8E34747" w14:textId="46CEDB12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4387CE5" w14:textId="08B7104B" w:rsidR="00DB79B7" w:rsidRDefault="00DB79B7" w:rsidP="00DB79B7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</w:tbl>
    <w:p w14:paraId="0C8DE2A2" w14:textId="77777777" w:rsidR="00DB79B7" w:rsidRDefault="00DB79B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p w14:paraId="1A34980B" w14:textId="77777777" w:rsidR="00DB79B7" w:rsidRPr="00DB79B7" w:rsidRDefault="00DB79B7" w:rsidP="00DB79B7">
      <w:pPr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79B7">
        <w:rPr>
          <w:rFonts w:ascii="Times New Roman" w:eastAsia="Times New Roman" w:hAnsi="Times New Roman" w:cs="Times New Roman"/>
          <w:sz w:val="24"/>
          <w:szCs w:val="24"/>
        </w:rPr>
        <w:t>Table S3: Average concentration of antibiotics in wastewater, treated waster</w:t>
      </w:r>
    </w:p>
    <w:p w14:paraId="06E23482" w14:textId="6EB9AB2B" w:rsidR="00DB79B7" w:rsidRPr="00DB79B7" w:rsidRDefault="00DB79B7" w:rsidP="00DB79B7">
      <w:pPr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79B7">
        <w:rPr>
          <w:rFonts w:ascii="Times New Roman" w:eastAsia="Times New Roman" w:hAnsi="Times New Roman" w:cs="Times New Roman"/>
          <w:sz w:val="24"/>
          <w:szCs w:val="24"/>
        </w:rPr>
        <w:t>and surface waster at H2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"/>
        <w:gridCol w:w="1683"/>
        <w:gridCol w:w="925"/>
        <w:gridCol w:w="927"/>
        <w:gridCol w:w="922"/>
        <w:gridCol w:w="922"/>
        <w:gridCol w:w="922"/>
        <w:gridCol w:w="922"/>
        <w:gridCol w:w="922"/>
      </w:tblGrid>
      <w:tr w:rsidR="00DB79B7" w14:paraId="6A07A4EA" w14:textId="77777777" w:rsidTr="00A41698">
        <w:tc>
          <w:tcPr>
            <w:tcW w:w="485" w:type="dxa"/>
            <w:vMerge w:val="restart"/>
            <w:vAlign w:val="center"/>
          </w:tcPr>
          <w:p w14:paraId="53938A44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TT</w:t>
            </w:r>
          </w:p>
        </w:tc>
        <w:tc>
          <w:tcPr>
            <w:tcW w:w="1482" w:type="dxa"/>
            <w:vMerge w:val="restart"/>
            <w:vAlign w:val="center"/>
          </w:tcPr>
          <w:p w14:paraId="5E2C29EB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Compounds</w:t>
            </w:r>
          </w:p>
        </w:tc>
        <w:tc>
          <w:tcPr>
            <w:tcW w:w="951" w:type="dxa"/>
            <w:vAlign w:val="center"/>
          </w:tcPr>
          <w:p w14:paraId="5F5106B1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BW</w:t>
            </w:r>
          </w:p>
        </w:tc>
        <w:tc>
          <w:tcPr>
            <w:tcW w:w="952" w:type="dxa"/>
            <w:vAlign w:val="center"/>
          </w:tcPr>
          <w:p w14:paraId="427AAAD6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</w:t>
            </w:r>
          </w:p>
        </w:tc>
        <w:tc>
          <w:tcPr>
            <w:tcW w:w="952" w:type="dxa"/>
            <w:vAlign w:val="center"/>
          </w:tcPr>
          <w:p w14:paraId="76F8BB37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1</w:t>
            </w:r>
          </w:p>
        </w:tc>
        <w:tc>
          <w:tcPr>
            <w:tcW w:w="952" w:type="dxa"/>
            <w:vAlign w:val="center"/>
          </w:tcPr>
          <w:p w14:paraId="3F332744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2</w:t>
            </w:r>
          </w:p>
        </w:tc>
        <w:tc>
          <w:tcPr>
            <w:tcW w:w="952" w:type="dxa"/>
            <w:vAlign w:val="center"/>
          </w:tcPr>
          <w:p w14:paraId="28761FF7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3</w:t>
            </w:r>
          </w:p>
        </w:tc>
        <w:tc>
          <w:tcPr>
            <w:tcW w:w="952" w:type="dxa"/>
            <w:vAlign w:val="center"/>
          </w:tcPr>
          <w:p w14:paraId="56B50C6A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4</w:t>
            </w:r>
          </w:p>
        </w:tc>
        <w:tc>
          <w:tcPr>
            <w:tcW w:w="952" w:type="dxa"/>
            <w:vAlign w:val="center"/>
          </w:tcPr>
          <w:p w14:paraId="7AAA157F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5</w:t>
            </w:r>
          </w:p>
        </w:tc>
      </w:tr>
      <w:tr w:rsidR="00DB79B7" w14:paraId="3D05ECF4" w14:textId="77777777" w:rsidTr="00A41698">
        <w:tc>
          <w:tcPr>
            <w:tcW w:w="485" w:type="dxa"/>
            <w:vMerge/>
          </w:tcPr>
          <w:p w14:paraId="424EA7E8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vMerge/>
          </w:tcPr>
          <w:p w14:paraId="5E8C55A2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3" w:type="dxa"/>
            <w:gridSpan w:val="7"/>
          </w:tcPr>
          <w:p w14:paraId="48BE0656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ng/L</w:t>
            </w:r>
          </w:p>
        </w:tc>
      </w:tr>
      <w:tr w:rsidR="00DB79B7" w14:paraId="6DB156AD" w14:textId="77777777" w:rsidTr="008A0F30">
        <w:tc>
          <w:tcPr>
            <w:tcW w:w="485" w:type="dxa"/>
            <w:vAlign w:val="center"/>
          </w:tcPr>
          <w:p w14:paraId="27603312" w14:textId="4840BD6E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2" w:type="dxa"/>
            <w:vAlign w:val="center"/>
          </w:tcPr>
          <w:p w14:paraId="3093F8A1" w14:textId="76AFEDA3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951" w:type="dxa"/>
            <w:vAlign w:val="center"/>
          </w:tcPr>
          <w:p w14:paraId="37B61015" w14:textId="563C8DC2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55.8</w:t>
            </w:r>
          </w:p>
        </w:tc>
        <w:tc>
          <w:tcPr>
            <w:tcW w:w="952" w:type="dxa"/>
            <w:vAlign w:val="center"/>
          </w:tcPr>
          <w:p w14:paraId="5E93B611" w14:textId="6C173BF1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952" w:type="dxa"/>
            <w:vAlign w:val="center"/>
          </w:tcPr>
          <w:p w14:paraId="63BC8C1B" w14:textId="52637F0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357D128" w14:textId="4E0D917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6AFFD434" w14:textId="7991DB6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37CC593" w14:textId="6B9B6E43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4B48DD1" w14:textId="44E1EAD0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DB79B7" w14:paraId="0A999A21" w14:textId="77777777" w:rsidTr="008A0F30">
        <w:tc>
          <w:tcPr>
            <w:tcW w:w="485" w:type="dxa"/>
            <w:vAlign w:val="center"/>
          </w:tcPr>
          <w:p w14:paraId="47571D30" w14:textId="29FA0BC0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2" w:type="dxa"/>
            <w:vAlign w:val="center"/>
          </w:tcPr>
          <w:p w14:paraId="74079B77" w14:textId="78A18496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951" w:type="dxa"/>
            <w:vAlign w:val="center"/>
          </w:tcPr>
          <w:p w14:paraId="62E42D0C" w14:textId="67686567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3603</w:t>
            </w:r>
          </w:p>
        </w:tc>
        <w:tc>
          <w:tcPr>
            <w:tcW w:w="952" w:type="dxa"/>
            <w:vAlign w:val="center"/>
          </w:tcPr>
          <w:p w14:paraId="66A11945" w14:textId="2B070473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952" w:type="dxa"/>
            <w:vAlign w:val="center"/>
          </w:tcPr>
          <w:p w14:paraId="4D536C31" w14:textId="4742760F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952" w:type="dxa"/>
            <w:vAlign w:val="center"/>
          </w:tcPr>
          <w:p w14:paraId="146A84DF" w14:textId="5BB805D3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952" w:type="dxa"/>
            <w:vAlign w:val="center"/>
          </w:tcPr>
          <w:p w14:paraId="55781628" w14:textId="3DC44A77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952" w:type="dxa"/>
            <w:vAlign w:val="center"/>
          </w:tcPr>
          <w:p w14:paraId="7AF6F0BE" w14:textId="2E6996C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6E7E9EA9" w14:textId="23C9A762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DB79B7" w14:paraId="06526B7D" w14:textId="77777777" w:rsidTr="008A0F30">
        <w:tc>
          <w:tcPr>
            <w:tcW w:w="485" w:type="dxa"/>
            <w:vAlign w:val="center"/>
          </w:tcPr>
          <w:p w14:paraId="41BAAAA5" w14:textId="0A272DB3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2" w:type="dxa"/>
            <w:vAlign w:val="center"/>
          </w:tcPr>
          <w:p w14:paraId="313160CC" w14:textId="1C10F05D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951" w:type="dxa"/>
            <w:vAlign w:val="center"/>
          </w:tcPr>
          <w:p w14:paraId="4E5B3851" w14:textId="50E1EC70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3506</w:t>
            </w:r>
          </w:p>
        </w:tc>
        <w:tc>
          <w:tcPr>
            <w:tcW w:w="952" w:type="dxa"/>
            <w:vAlign w:val="center"/>
          </w:tcPr>
          <w:p w14:paraId="1C8C5CD6" w14:textId="06385790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952" w:type="dxa"/>
            <w:vAlign w:val="center"/>
          </w:tcPr>
          <w:p w14:paraId="4FD23650" w14:textId="3A83DEBE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23.4</w:t>
            </w:r>
          </w:p>
        </w:tc>
        <w:tc>
          <w:tcPr>
            <w:tcW w:w="952" w:type="dxa"/>
            <w:vAlign w:val="center"/>
          </w:tcPr>
          <w:p w14:paraId="4E7A7A39" w14:textId="7004F809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37.6</w:t>
            </w:r>
          </w:p>
        </w:tc>
        <w:tc>
          <w:tcPr>
            <w:tcW w:w="952" w:type="dxa"/>
            <w:vAlign w:val="center"/>
          </w:tcPr>
          <w:p w14:paraId="4BAFAA68" w14:textId="09AC6962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</w:t>
            </w:r>
          </w:p>
        </w:tc>
        <w:tc>
          <w:tcPr>
            <w:tcW w:w="952" w:type="dxa"/>
            <w:vAlign w:val="center"/>
          </w:tcPr>
          <w:p w14:paraId="2D293F7C" w14:textId="36538EAC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42.8</w:t>
            </w:r>
          </w:p>
        </w:tc>
        <w:tc>
          <w:tcPr>
            <w:tcW w:w="952" w:type="dxa"/>
            <w:vAlign w:val="center"/>
          </w:tcPr>
          <w:p w14:paraId="22753A83" w14:textId="3E952D8F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32.2</w:t>
            </w:r>
          </w:p>
        </w:tc>
      </w:tr>
      <w:tr w:rsidR="00DB79B7" w14:paraId="14D30E8B" w14:textId="77777777" w:rsidTr="008A0F30">
        <w:tc>
          <w:tcPr>
            <w:tcW w:w="485" w:type="dxa"/>
            <w:vAlign w:val="center"/>
          </w:tcPr>
          <w:p w14:paraId="22F26138" w14:textId="7C018EF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2" w:type="dxa"/>
            <w:vAlign w:val="center"/>
          </w:tcPr>
          <w:p w14:paraId="47886DC5" w14:textId="62D615D5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951" w:type="dxa"/>
            <w:vAlign w:val="center"/>
          </w:tcPr>
          <w:p w14:paraId="57E802E5" w14:textId="4A107B7F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27.5</w:t>
            </w:r>
          </w:p>
        </w:tc>
        <w:tc>
          <w:tcPr>
            <w:tcW w:w="952" w:type="dxa"/>
            <w:vAlign w:val="center"/>
          </w:tcPr>
          <w:p w14:paraId="7AC3ED58" w14:textId="755E9F49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952" w:type="dxa"/>
            <w:vAlign w:val="center"/>
          </w:tcPr>
          <w:p w14:paraId="49754739" w14:textId="4A119FC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33A3218" w14:textId="212BF45B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AA09B22" w14:textId="2E4A1715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952" w:type="dxa"/>
            <w:vAlign w:val="center"/>
          </w:tcPr>
          <w:p w14:paraId="5E6C4E14" w14:textId="6B645A2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BFC303A" w14:textId="03E3FFC9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DB79B7" w14:paraId="7DB91ADA" w14:textId="77777777" w:rsidTr="008A0F30">
        <w:tc>
          <w:tcPr>
            <w:tcW w:w="485" w:type="dxa"/>
            <w:vAlign w:val="center"/>
          </w:tcPr>
          <w:p w14:paraId="7FE1AC81" w14:textId="5CD885AE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2" w:type="dxa"/>
            <w:vAlign w:val="center"/>
          </w:tcPr>
          <w:p w14:paraId="0FA3D20B" w14:textId="798D3EDF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951" w:type="dxa"/>
            <w:vAlign w:val="center"/>
          </w:tcPr>
          <w:p w14:paraId="1ABDA92B" w14:textId="3AB1E8F9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1476</w:t>
            </w:r>
          </w:p>
        </w:tc>
        <w:tc>
          <w:tcPr>
            <w:tcW w:w="952" w:type="dxa"/>
            <w:vAlign w:val="center"/>
          </w:tcPr>
          <w:p w14:paraId="790FA0CC" w14:textId="56436AF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52" w:type="dxa"/>
            <w:vAlign w:val="center"/>
          </w:tcPr>
          <w:p w14:paraId="6798AB91" w14:textId="736AEBF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952" w:type="dxa"/>
            <w:vAlign w:val="center"/>
          </w:tcPr>
          <w:p w14:paraId="66FAC472" w14:textId="67EADD42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</w:t>
            </w:r>
          </w:p>
        </w:tc>
        <w:tc>
          <w:tcPr>
            <w:tcW w:w="952" w:type="dxa"/>
            <w:vAlign w:val="center"/>
          </w:tcPr>
          <w:p w14:paraId="3D4F4366" w14:textId="3837234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4D96ECE" w14:textId="3651A074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952" w:type="dxa"/>
            <w:vAlign w:val="center"/>
          </w:tcPr>
          <w:p w14:paraId="447CAB01" w14:textId="7485626C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13.6</w:t>
            </w:r>
          </w:p>
        </w:tc>
      </w:tr>
      <w:tr w:rsidR="00DB79B7" w14:paraId="776D48CE" w14:textId="77777777" w:rsidTr="008A0F30">
        <w:tc>
          <w:tcPr>
            <w:tcW w:w="485" w:type="dxa"/>
            <w:vAlign w:val="center"/>
          </w:tcPr>
          <w:p w14:paraId="41482710" w14:textId="3C1DB2BC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82" w:type="dxa"/>
            <w:vAlign w:val="center"/>
          </w:tcPr>
          <w:p w14:paraId="080F730C" w14:textId="5A5EA68B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951" w:type="dxa"/>
            <w:vAlign w:val="center"/>
          </w:tcPr>
          <w:p w14:paraId="53BD4BDB" w14:textId="7C2810F0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52" w:type="dxa"/>
            <w:vAlign w:val="center"/>
          </w:tcPr>
          <w:p w14:paraId="2013E8C0" w14:textId="281EBD5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952" w:type="dxa"/>
            <w:vAlign w:val="center"/>
          </w:tcPr>
          <w:p w14:paraId="36D4DF93" w14:textId="3E52EA68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F91CB5E" w14:textId="0DF760EA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7339B22" w14:textId="664DAF45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1D333DA" w14:textId="4D49E818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E791D7E" w14:textId="2759CE7E" w:rsidR="00DB79B7" w:rsidRDefault="00DB79B7" w:rsidP="00DB79B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</w:tbl>
    <w:p w14:paraId="2DC39DAD" w14:textId="77777777" w:rsidR="00DB79B7" w:rsidRDefault="00DB79B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p w14:paraId="0F033D48" w14:textId="77777777" w:rsidR="00DB79B7" w:rsidRPr="00DB79B7" w:rsidRDefault="00DB79B7" w:rsidP="00DB79B7">
      <w:pPr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79B7">
        <w:rPr>
          <w:rFonts w:ascii="Times New Roman" w:eastAsia="Times New Roman" w:hAnsi="Times New Roman" w:cs="Times New Roman"/>
          <w:sz w:val="24"/>
          <w:szCs w:val="24"/>
        </w:rPr>
        <w:t>Table S4: Average concentration of antibiotics in wastewater, treated waster</w:t>
      </w:r>
    </w:p>
    <w:p w14:paraId="4833A69A" w14:textId="22DD4359" w:rsidR="00DB79B7" w:rsidRDefault="00DB79B7" w:rsidP="00DB79B7">
      <w:pPr>
        <w:ind w:firstLine="360"/>
        <w:contextualSpacing/>
        <w:jc w:val="center"/>
        <w:rPr>
          <w:rFonts w:ascii="Times New Roman" w:eastAsia="Times New Roman" w:hAnsi="Times New Roman" w:cs="Times New Roman"/>
        </w:rPr>
      </w:pPr>
      <w:r w:rsidRPr="00DB79B7">
        <w:rPr>
          <w:rFonts w:ascii="Times New Roman" w:eastAsia="Times New Roman" w:hAnsi="Times New Roman" w:cs="Times New Roman"/>
          <w:sz w:val="24"/>
          <w:szCs w:val="24"/>
        </w:rPr>
        <w:t>and surface waster at H3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"/>
        <w:gridCol w:w="1684"/>
        <w:gridCol w:w="916"/>
        <w:gridCol w:w="924"/>
        <w:gridCol w:w="924"/>
        <w:gridCol w:w="924"/>
        <w:gridCol w:w="924"/>
        <w:gridCol w:w="924"/>
        <w:gridCol w:w="924"/>
      </w:tblGrid>
      <w:tr w:rsidR="00DB79B7" w14:paraId="066A6E9B" w14:textId="77777777" w:rsidTr="00A41698">
        <w:tc>
          <w:tcPr>
            <w:tcW w:w="485" w:type="dxa"/>
            <w:vMerge w:val="restart"/>
            <w:vAlign w:val="center"/>
          </w:tcPr>
          <w:p w14:paraId="2B0885C4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TT</w:t>
            </w:r>
          </w:p>
        </w:tc>
        <w:tc>
          <w:tcPr>
            <w:tcW w:w="1482" w:type="dxa"/>
            <w:vMerge w:val="restart"/>
            <w:vAlign w:val="center"/>
          </w:tcPr>
          <w:p w14:paraId="01006E53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Compounds</w:t>
            </w:r>
          </w:p>
        </w:tc>
        <w:tc>
          <w:tcPr>
            <w:tcW w:w="951" w:type="dxa"/>
            <w:vAlign w:val="center"/>
          </w:tcPr>
          <w:p w14:paraId="08950986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BW</w:t>
            </w:r>
          </w:p>
        </w:tc>
        <w:tc>
          <w:tcPr>
            <w:tcW w:w="952" w:type="dxa"/>
            <w:vAlign w:val="center"/>
          </w:tcPr>
          <w:p w14:paraId="589B02F7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</w:t>
            </w:r>
          </w:p>
        </w:tc>
        <w:tc>
          <w:tcPr>
            <w:tcW w:w="952" w:type="dxa"/>
            <w:vAlign w:val="center"/>
          </w:tcPr>
          <w:p w14:paraId="4DCDA64B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1</w:t>
            </w:r>
          </w:p>
        </w:tc>
        <w:tc>
          <w:tcPr>
            <w:tcW w:w="952" w:type="dxa"/>
            <w:vAlign w:val="center"/>
          </w:tcPr>
          <w:p w14:paraId="65716442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2</w:t>
            </w:r>
          </w:p>
        </w:tc>
        <w:tc>
          <w:tcPr>
            <w:tcW w:w="952" w:type="dxa"/>
            <w:vAlign w:val="center"/>
          </w:tcPr>
          <w:p w14:paraId="4A203016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3</w:t>
            </w:r>
          </w:p>
        </w:tc>
        <w:tc>
          <w:tcPr>
            <w:tcW w:w="952" w:type="dxa"/>
            <w:vAlign w:val="center"/>
          </w:tcPr>
          <w:p w14:paraId="4FE19C59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4</w:t>
            </w:r>
          </w:p>
        </w:tc>
        <w:tc>
          <w:tcPr>
            <w:tcW w:w="952" w:type="dxa"/>
            <w:vAlign w:val="center"/>
          </w:tcPr>
          <w:p w14:paraId="1D37F2CD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5</w:t>
            </w:r>
          </w:p>
        </w:tc>
      </w:tr>
      <w:tr w:rsidR="00DB79B7" w14:paraId="2A4E0790" w14:textId="77777777" w:rsidTr="00A41698">
        <w:tc>
          <w:tcPr>
            <w:tcW w:w="485" w:type="dxa"/>
            <w:vMerge/>
          </w:tcPr>
          <w:p w14:paraId="3C21D267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vMerge/>
          </w:tcPr>
          <w:p w14:paraId="789185B1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3" w:type="dxa"/>
            <w:gridSpan w:val="7"/>
          </w:tcPr>
          <w:p w14:paraId="01C2D40F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ng/L</w:t>
            </w:r>
          </w:p>
        </w:tc>
      </w:tr>
      <w:tr w:rsidR="007C0947" w14:paraId="63EDB63B" w14:textId="77777777" w:rsidTr="00A11179">
        <w:tc>
          <w:tcPr>
            <w:tcW w:w="485" w:type="dxa"/>
            <w:vAlign w:val="center"/>
          </w:tcPr>
          <w:p w14:paraId="0E84D711" w14:textId="77F16E1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2" w:type="dxa"/>
            <w:vAlign w:val="center"/>
          </w:tcPr>
          <w:p w14:paraId="193B50B0" w14:textId="04193ED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951" w:type="dxa"/>
            <w:vAlign w:val="center"/>
          </w:tcPr>
          <w:p w14:paraId="13933B8B" w14:textId="578BEFC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28.3</w:t>
            </w:r>
          </w:p>
        </w:tc>
        <w:tc>
          <w:tcPr>
            <w:tcW w:w="952" w:type="dxa"/>
            <w:vAlign w:val="center"/>
          </w:tcPr>
          <w:p w14:paraId="1260018A" w14:textId="2E7B92C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0827CDE6" w14:textId="55BB513C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A129DF5" w14:textId="0E283C52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742C30E" w14:textId="389EE13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741BE17" w14:textId="4233DDF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  <w:tc>
          <w:tcPr>
            <w:tcW w:w="952" w:type="dxa"/>
            <w:vAlign w:val="center"/>
          </w:tcPr>
          <w:p w14:paraId="50262F34" w14:textId="5AD8244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</w:tr>
      <w:tr w:rsidR="007C0947" w14:paraId="693BE035" w14:textId="77777777" w:rsidTr="00A11179">
        <w:tc>
          <w:tcPr>
            <w:tcW w:w="485" w:type="dxa"/>
            <w:vAlign w:val="center"/>
          </w:tcPr>
          <w:p w14:paraId="3174D531" w14:textId="30F48AD1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2" w:type="dxa"/>
            <w:vAlign w:val="center"/>
          </w:tcPr>
          <w:p w14:paraId="6A2397E2" w14:textId="307E314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951" w:type="dxa"/>
            <w:vAlign w:val="center"/>
          </w:tcPr>
          <w:p w14:paraId="7286A632" w14:textId="7435DB0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1130</w:t>
            </w:r>
          </w:p>
        </w:tc>
        <w:tc>
          <w:tcPr>
            <w:tcW w:w="952" w:type="dxa"/>
            <w:vAlign w:val="center"/>
          </w:tcPr>
          <w:p w14:paraId="32A2B7FD" w14:textId="5120215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7792713" w14:textId="58AAD37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177.7</w:t>
            </w:r>
          </w:p>
        </w:tc>
        <w:tc>
          <w:tcPr>
            <w:tcW w:w="952" w:type="dxa"/>
            <w:vAlign w:val="center"/>
          </w:tcPr>
          <w:p w14:paraId="6DDCC649" w14:textId="2C7ED75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49AFDC2D" w14:textId="1918FCE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A9E7559" w14:textId="6EAAF5E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2C08D0B8" w14:textId="2FA8331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7C0947" w14:paraId="2CE5E9F8" w14:textId="77777777" w:rsidTr="00A11179">
        <w:tc>
          <w:tcPr>
            <w:tcW w:w="485" w:type="dxa"/>
            <w:vAlign w:val="center"/>
          </w:tcPr>
          <w:p w14:paraId="39154864" w14:textId="62BC347F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2" w:type="dxa"/>
            <w:vAlign w:val="center"/>
          </w:tcPr>
          <w:p w14:paraId="0086F6D4" w14:textId="6936C8BF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951" w:type="dxa"/>
            <w:vAlign w:val="center"/>
          </w:tcPr>
          <w:p w14:paraId="54B7D5F7" w14:textId="75C034B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4634</w:t>
            </w:r>
          </w:p>
        </w:tc>
        <w:tc>
          <w:tcPr>
            <w:tcW w:w="952" w:type="dxa"/>
            <w:vAlign w:val="center"/>
          </w:tcPr>
          <w:p w14:paraId="2B98525A" w14:textId="69B2DE1D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99.6</w:t>
            </w:r>
          </w:p>
        </w:tc>
        <w:tc>
          <w:tcPr>
            <w:tcW w:w="952" w:type="dxa"/>
            <w:vAlign w:val="center"/>
          </w:tcPr>
          <w:p w14:paraId="0D9C2209" w14:textId="0E00012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69.5</w:t>
            </w:r>
          </w:p>
        </w:tc>
        <w:tc>
          <w:tcPr>
            <w:tcW w:w="952" w:type="dxa"/>
            <w:vAlign w:val="center"/>
          </w:tcPr>
          <w:p w14:paraId="39D276DB" w14:textId="31386632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A268341" w14:textId="5BB554C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2.28</w:t>
            </w:r>
          </w:p>
        </w:tc>
        <w:tc>
          <w:tcPr>
            <w:tcW w:w="952" w:type="dxa"/>
            <w:vAlign w:val="center"/>
          </w:tcPr>
          <w:p w14:paraId="12862A56" w14:textId="5681E3C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3.28</w:t>
            </w:r>
          </w:p>
        </w:tc>
        <w:tc>
          <w:tcPr>
            <w:tcW w:w="952" w:type="dxa"/>
            <w:vAlign w:val="center"/>
          </w:tcPr>
          <w:p w14:paraId="4012D0ED" w14:textId="500C3DC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7C0947" w14:paraId="40AB44F3" w14:textId="77777777" w:rsidTr="00A11179">
        <w:tc>
          <w:tcPr>
            <w:tcW w:w="485" w:type="dxa"/>
            <w:vAlign w:val="center"/>
          </w:tcPr>
          <w:p w14:paraId="0B4D88B8" w14:textId="00ABF2FD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2" w:type="dxa"/>
            <w:vAlign w:val="center"/>
          </w:tcPr>
          <w:p w14:paraId="3882A21B" w14:textId="5F957DA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951" w:type="dxa"/>
            <w:vAlign w:val="center"/>
          </w:tcPr>
          <w:p w14:paraId="0691C68B" w14:textId="0502037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1.67</w:t>
            </w:r>
          </w:p>
        </w:tc>
        <w:tc>
          <w:tcPr>
            <w:tcW w:w="952" w:type="dxa"/>
            <w:vAlign w:val="center"/>
          </w:tcPr>
          <w:p w14:paraId="217A8915" w14:textId="394B3648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4E9A226" w14:textId="156E4A6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41FE7C7F" w14:textId="432896D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AFAF52B" w14:textId="072EF4D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689C5513" w14:textId="2F73D44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078ADAA" w14:textId="09A4023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0.222</w:t>
            </w:r>
          </w:p>
        </w:tc>
      </w:tr>
      <w:tr w:rsidR="007C0947" w14:paraId="02D6A6F6" w14:textId="77777777" w:rsidTr="00A11179">
        <w:tc>
          <w:tcPr>
            <w:tcW w:w="485" w:type="dxa"/>
            <w:vAlign w:val="center"/>
          </w:tcPr>
          <w:p w14:paraId="0580F13A" w14:textId="73F5979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2" w:type="dxa"/>
            <w:vAlign w:val="center"/>
          </w:tcPr>
          <w:p w14:paraId="3EB2F478" w14:textId="2FC5BB7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951" w:type="dxa"/>
            <w:vAlign w:val="center"/>
          </w:tcPr>
          <w:p w14:paraId="7259747C" w14:textId="4FB4EFC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2476</w:t>
            </w:r>
          </w:p>
        </w:tc>
        <w:tc>
          <w:tcPr>
            <w:tcW w:w="952" w:type="dxa"/>
            <w:vAlign w:val="center"/>
          </w:tcPr>
          <w:p w14:paraId="6CD6B187" w14:textId="6B5FD70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0.206</w:t>
            </w:r>
          </w:p>
        </w:tc>
        <w:tc>
          <w:tcPr>
            <w:tcW w:w="952" w:type="dxa"/>
            <w:vAlign w:val="center"/>
          </w:tcPr>
          <w:p w14:paraId="03658B3F" w14:textId="56C8D55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33.8</w:t>
            </w:r>
          </w:p>
        </w:tc>
        <w:tc>
          <w:tcPr>
            <w:tcW w:w="952" w:type="dxa"/>
            <w:vAlign w:val="center"/>
          </w:tcPr>
          <w:p w14:paraId="699BA575" w14:textId="71ACAA6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0.124</w:t>
            </w:r>
          </w:p>
        </w:tc>
        <w:tc>
          <w:tcPr>
            <w:tcW w:w="952" w:type="dxa"/>
            <w:vAlign w:val="center"/>
          </w:tcPr>
          <w:p w14:paraId="132774D7" w14:textId="0811A4FC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0.498</w:t>
            </w:r>
          </w:p>
        </w:tc>
        <w:tc>
          <w:tcPr>
            <w:tcW w:w="952" w:type="dxa"/>
            <w:vAlign w:val="center"/>
          </w:tcPr>
          <w:p w14:paraId="6BBA0ED4" w14:textId="27F3055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0.771</w:t>
            </w:r>
          </w:p>
        </w:tc>
        <w:tc>
          <w:tcPr>
            <w:tcW w:w="952" w:type="dxa"/>
            <w:vAlign w:val="center"/>
          </w:tcPr>
          <w:p w14:paraId="5BD7DA18" w14:textId="312040A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0.682</w:t>
            </w:r>
          </w:p>
        </w:tc>
      </w:tr>
      <w:tr w:rsidR="007C0947" w14:paraId="1D000615" w14:textId="77777777" w:rsidTr="00A11179">
        <w:tc>
          <w:tcPr>
            <w:tcW w:w="485" w:type="dxa"/>
            <w:vAlign w:val="center"/>
          </w:tcPr>
          <w:p w14:paraId="7FCFCF7B" w14:textId="3D5E32E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82" w:type="dxa"/>
            <w:vAlign w:val="center"/>
          </w:tcPr>
          <w:p w14:paraId="625790A7" w14:textId="61D3534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951" w:type="dxa"/>
            <w:vAlign w:val="center"/>
          </w:tcPr>
          <w:p w14:paraId="545547E2" w14:textId="032FC88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24.7</w:t>
            </w:r>
          </w:p>
        </w:tc>
        <w:tc>
          <w:tcPr>
            <w:tcW w:w="952" w:type="dxa"/>
            <w:vAlign w:val="center"/>
          </w:tcPr>
          <w:p w14:paraId="66B3948C" w14:textId="5B2DB4A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256AAD6" w14:textId="0378F01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94.3</w:t>
            </w:r>
          </w:p>
        </w:tc>
        <w:tc>
          <w:tcPr>
            <w:tcW w:w="952" w:type="dxa"/>
            <w:vAlign w:val="center"/>
          </w:tcPr>
          <w:p w14:paraId="21E47D68" w14:textId="519FAFBF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5ABB1F5" w14:textId="762602D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6D6E02B" w14:textId="2B488EE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6C629521" w14:textId="199F4428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</w:tbl>
    <w:p w14:paraId="27D17F2C" w14:textId="77777777" w:rsidR="00DB79B7" w:rsidRDefault="00DB79B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p w14:paraId="054CE98F" w14:textId="77777777" w:rsidR="007C0947" w:rsidRPr="007C0947" w:rsidRDefault="007C0947" w:rsidP="007C0947">
      <w:pPr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0947">
        <w:rPr>
          <w:rFonts w:ascii="Times New Roman" w:eastAsia="Times New Roman" w:hAnsi="Times New Roman" w:cs="Times New Roman"/>
          <w:sz w:val="24"/>
          <w:szCs w:val="24"/>
        </w:rPr>
        <w:t>Table S5: Average concentration of antibiotics in wastewater, treated waster</w:t>
      </w:r>
    </w:p>
    <w:p w14:paraId="2A4CE0D1" w14:textId="72A8BAF5" w:rsidR="007C0947" w:rsidRPr="007C0947" w:rsidRDefault="007C0947" w:rsidP="007C0947">
      <w:pPr>
        <w:ind w:firstLine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0947">
        <w:rPr>
          <w:rFonts w:ascii="Times New Roman" w:eastAsia="Times New Roman" w:hAnsi="Times New Roman" w:cs="Times New Roman"/>
          <w:sz w:val="24"/>
          <w:szCs w:val="24"/>
        </w:rPr>
        <w:t>and surface waster at H4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"/>
        <w:gridCol w:w="1684"/>
        <w:gridCol w:w="916"/>
        <w:gridCol w:w="924"/>
        <w:gridCol w:w="924"/>
        <w:gridCol w:w="924"/>
        <w:gridCol w:w="924"/>
        <w:gridCol w:w="924"/>
        <w:gridCol w:w="924"/>
      </w:tblGrid>
      <w:tr w:rsidR="00DB79B7" w14:paraId="72861101" w14:textId="77777777" w:rsidTr="00A41698">
        <w:tc>
          <w:tcPr>
            <w:tcW w:w="485" w:type="dxa"/>
            <w:vMerge w:val="restart"/>
            <w:vAlign w:val="center"/>
          </w:tcPr>
          <w:p w14:paraId="52641012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TT</w:t>
            </w:r>
          </w:p>
        </w:tc>
        <w:tc>
          <w:tcPr>
            <w:tcW w:w="1482" w:type="dxa"/>
            <w:vMerge w:val="restart"/>
            <w:vAlign w:val="center"/>
          </w:tcPr>
          <w:p w14:paraId="63C97720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Compounds</w:t>
            </w:r>
          </w:p>
        </w:tc>
        <w:tc>
          <w:tcPr>
            <w:tcW w:w="951" w:type="dxa"/>
            <w:vAlign w:val="center"/>
          </w:tcPr>
          <w:p w14:paraId="42EBF8BE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BW</w:t>
            </w:r>
          </w:p>
        </w:tc>
        <w:tc>
          <w:tcPr>
            <w:tcW w:w="952" w:type="dxa"/>
            <w:vAlign w:val="center"/>
          </w:tcPr>
          <w:p w14:paraId="71B25CFF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</w:t>
            </w:r>
          </w:p>
        </w:tc>
        <w:tc>
          <w:tcPr>
            <w:tcW w:w="952" w:type="dxa"/>
            <w:vAlign w:val="center"/>
          </w:tcPr>
          <w:p w14:paraId="62A6A9E1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1</w:t>
            </w:r>
          </w:p>
        </w:tc>
        <w:tc>
          <w:tcPr>
            <w:tcW w:w="952" w:type="dxa"/>
            <w:vAlign w:val="center"/>
          </w:tcPr>
          <w:p w14:paraId="2ED017B2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2</w:t>
            </w:r>
          </w:p>
        </w:tc>
        <w:tc>
          <w:tcPr>
            <w:tcW w:w="952" w:type="dxa"/>
            <w:vAlign w:val="center"/>
          </w:tcPr>
          <w:p w14:paraId="0029E448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3</w:t>
            </w:r>
          </w:p>
        </w:tc>
        <w:tc>
          <w:tcPr>
            <w:tcW w:w="952" w:type="dxa"/>
            <w:vAlign w:val="center"/>
          </w:tcPr>
          <w:p w14:paraId="62273EC0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4</w:t>
            </w:r>
          </w:p>
        </w:tc>
        <w:tc>
          <w:tcPr>
            <w:tcW w:w="952" w:type="dxa"/>
            <w:vAlign w:val="center"/>
          </w:tcPr>
          <w:p w14:paraId="169F261E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EW 5</w:t>
            </w:r>
          </w:p>
        </w:tc>
      </w:tr>
      <w:tr w:rsidR="00DB79B7" w14:paraId="055C0125" w14:textId="77777777" w:rsidTr="00A41698">
        <w:tc>
          <w:tcPr>
            <w:tcW w:w="485" w:type="dxa"/>
            <w:vMerge/>
          </w:tcPr>
          <w:p w14:paraId="1C4757D7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vMerge/>
          </w:tcPr>
          <w:p w14:paraId="78018BF9" w14:textId="77777777" w:rsidR="00DB79B7" w:rsidRDefault="00DB79B7" w:rsidP="00A41698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3" w:type="dxa"/>
            <w:gridSpan w:val="7"/>
          </w:tcPr>
          <w:p w14:paraId="6E63CA7D" w14:textId="77777777" w:rsidR="00DB79B7" w:rsidRDefault="00DB79B7" w:rsidP="00A41698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ng/L</w:t>
            </w:r>
          </w:p>
        </w:tc>
      </w:tr>
      <w:tr w:rsidR="007C0947" w14:paraId="4A03FCBE" w14:textId="77777777" w:rsidTr="00FE0C68">
        <w:tc>
          <w:tcPr>
            <w:tcW w:w="485" w:type="dxa"/>
            <w:vAlign w:val="center"/>
          </w:tcPr>
          <w:p w14:paraId="35A492ED" w14:textId="2362BCE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2" w:type="dxa"/>
            <w:vAlign w:val="center"/>
          </w:tcPr>
          <w:p w14:paraId="05A56791" w14:textId="1DF52B21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951" w:type="dxa"/>
            <w:vAlign w:val="center"/>
          </w:tcPr>
          <w:p w14:paraId="3582D482" w14:textId="6184629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9.66</w:t>
            </w:r>
          </w:p>
        </w:tc>
        <w:tc>
          <w:tcPr>
            <w:tcW w:w="952" w:type="dxa"/>
            <w:vAlign w:val="center"/>
          </w:tcPr>
          <w:p w14:paraId="771F46DB" w14:textId="2EC6E6EA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05EE3247" w14:textId="1F95715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E0B84DE" w14:textId="432A7B7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AF4FF88" w14:textId="4FCE473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63FBD7CD" w14:textId="378DCB9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4F92B3AE" w14:textId="55C725F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7C0947" w14:paraId="6EE70FE1" w14:textId="77777777" w:rsidTr="00FE0C68">
        <w:tc>
          <w:tcPr>
            <w:tcW w:w="485" w:type="dxa"/>
            <w:vAlign w:val="center"/>
          </w:tcPr>
          <w:p w14:paraId="1603D965" w14:textId="54080F41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2" w:type="dxa"/>
            <w:vAlign w:val="center"/>
          </w:tcPr>
          <w:p w14:paraId="2CB7BF66" w14:textId="543E15F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951" w:type="dxa"/>
            <w:vAlign w:val="center"/>
          </w:tcPr>
          <w:p w14:paraId="20367F61" w14:textId="6CDE81E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5041</w:t>
            </w:r>
          </w:p>
        </w:tc>
        <w:tc>
          <w:tcPr>
            <w:tcW w:w="952" w:type="dxa"/>
            <w:vAlign w:val="center"/>
          </w:tcPr>
          <w:p w14:paraId="65C15F1D" w14:textId="2F2A191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466AC230" w14:textId="7D124F2A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952" w:type="dxa"/>
            <w:vAlign w:val="center"/>
          </w:tcPr>
          <w:p w14:paraId="08A87F70" w14:textId="4273F21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952" w:type="dxa"/>
            <w:vAlign w:val="center"/>
          </w:tcPr>
          <w:p w14:paraId="432D908D" w14:textId="751B7C0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52" w:type="dxa"/>
            <w:vAlign w:val="center"/>
          </w:tcPr>
          <w:p w14:paraId="460F5926" w14:textId="3A71F54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72.7</w:t>
            </w:r>
          </w:p>
        </w:tc>
        <w:tc>
          <w:tcPr>
            <w:tcW w:w="952" w:type="dxa"/>
            <w:vAlign w:val="center"/>
          </w:tcPr>
          <w:p w14:paraId="55DBDE2C" w14:textId="40DC8661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</w:tr>
      <w:tr w:rsidR="007C0947" w14:paraId="740E7EBA" w14:textId="77777777" w:rsidTr="00FE0C68">
        <w:tc>
          <w:tcPr>
            <w:tcW w:w="485" w:type="dxa"/>
            <w:vAlign w:val="center"/>
          </w:tcPr>
          <w:p w14:paraId="31591909" w14:textId="671C174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2" w:type="dxa"/>
            <w:vAlign w:val="center"/>
          </w:tcPr>
          <w:p w14:paraId="42223022" w14:textId="3BB6933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951" w:type="dxa"/>
            <w:vAlign w:val="center"/>
          </w:tcPr>
          <w:p w14:paraId="349D553B" w14:textId="663A0E8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1775</w:t>
            </w:r>
          </w:p>
        </w:tc>
        <w:tc>
          <w:tcPr>
            <w:tcW w:w="952" w:type="dxa"/>
            <w:vAlign w:val="center"/>
          </w:tcPr>
          <w:p w14:paraId="12DB79D9" w14:textId="5C4B31D2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15.4</w:t>
            </w:r>
          </w:p>
        </w:tc>
        <w:tc>
          <w:tcPr>
            <w:tcW w:w="952" w:type="dxa"/>
            <w:vAlign w:val="center"/>
          </w:tcPr>
          <w:p w14:paraId="08DE4344" w14:textId="4BC31FA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0.953</w:t>
            </w:r>
          </w:p>
        </w:tc>
        <w:tc>
          <w:tcPr>
            <w:tcW w:w="952" w:type="dxa"/>
            <w:vAlign w:val="center"/>
          </w:tcPr>
          <w:p w14:paraId="51C73B7A" w14:textId="17A225C2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</w:t>
            </w:r>
          </w:p>
        </w:tc>
        <w:tc>
          <w:tcPr>
            <w:tcW w:w="952" w:type="dxa"/>
            <w:vAlign w:val="center"/>
          </w:tcPr>
          <w:p w14:paraId="6341A4DD" w14:textId="428F400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4.59</w:t>
            </w:r>
          </w:p>
        </w:tc>
        <w:tc>
          <w:tcPr>
            <w:tcW w:w="952" w:type="dxa"/>
            <w:vAlign w:val="center"/>
          </w:tcPr>
          <w:p w14:paraId="685EA18D" w14:textId="0C97D0A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  <w:tc>
          <w:tcPr>
            <w:tcW w:w="952" w:type="dxa"/>
            <w:vAlign w:val="center"/>
          </w:tcPr>
          <w:p w14:paraId="11689450" w14:textId="372CE33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</w:t>
            </w:r>
          </w:p>
        </w:tc>
      </w:tr>
      <w:tr w:rsidR="007C0947" w14:paraId="5630D6CB" w14:textId="77777777" w:rsidTr="00FE0C68">
        <w:tc>
          <w:tcPr>
            <w:tcW w:w="485" w:type="dxa"/>
            <w:vAlign w:val="center"/>
          </w:tcPr>
          <w:p w14:paraId="6B209237" w14:textId="5015D6E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82" w:type="dxa"/>
            <w:vAlign w:val="center"/>
          </w:tcPr>
          <w:p w14:paraId="5B963081" w14:textId="70E2238C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951" w:type="dxa"/>
            <w:vAlign w:val="center"/>
          </w:tcPr>
          <w:p w14:paraId="2BCFADB1" w14:textId="2E7AA49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2.86</w:t>
            </w:r>
          </w:p>
        </w:tc>
        <w:tc>
          <w:tcPr>
            <w:tcW w:w="952" w:type="dxa"/>
            <w:vAlign w:val="center"/>
          </w:tcPr>
          <w:p w14:paraId="59471732" w14:textId="320878D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1751C656" w14:textId="0A1096F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37329DAB" w14:textId="397D3B4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0.420</w:t>
            </w:r>
          </w:p>
        </w:tc>
        <w:tc>
          <w:tcPr>
            <w:tcW w:w="952" w:type="dxa"/>
            <w:vAlign w:val="center"/>
          </w:tcPr>
          <w:p w14:paraId="2BD78D74" w14:textId="1458FF8C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075A56F0" w14:textId="35505A0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0.893</w:t>
            </w:r>
          </w:p>
        </w:tc>
        <w:tc>
          <w:tcPr>
            <w:tcW w:w="952" w:type="dxa"/>
            <w:vAlign w:val="center"/>
          </w:tcPr>
          <w:p w14:paraId="2FC5E6B7" w14:textId="669A92E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  <w:tr w:rsidR="007C0947" w14:paraId="53210FD1" w14:textId="77777777" w:rsidTr="00FE0C68">
        <w:tc>
          <w:tcPr>
            <w:tcW w:w="485" w:type="dxa"/>
            <w:vAlign w:val="center"/>
          </w:tcPr>
          <w:p w14:paraId="2AACFB32" w14:textId="5302E2B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82" w:type="dxa"/>
            <w:vAlign w:val="center"/>
          </w:tcPr>
          <w:p w14:paraId="492D71A6" w14:textId="30C059CD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951" w:type="dxa"/>
            <w:vAlign w:val="center"/>
          </w:tcPr>
          <w:p w14:paraId="6F6DC7E4" w14:textId="5E41E6B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952" w:type="dxa"/>
            <w:vAlign w:val="center"/>
          </w:tcPr>
          <w:p w14:paraId="619A66D1" w14:textId="213CBAC5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88.9</w:t>
            </w:r>
          </w:p>
        </w:tc>
        <w:tc>
          <w:tcPr>
            <w:tcW w:w="952" w:type="dxa"/>
            <w:vAlign w:val="center"/>
          </w:tcPr>
          <w:p w14:paraId="7B675CD4" w14:textId="31D5EB90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952" w:type="dxa"/>
            <w:vAlign w:val="center"/>
          </w:tcPr>
          <w:p w14:paraId="4761295A" w14:textId="76BABE8A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</w:t>
            </w:r>
          </w:p>
        </w:tc>
        <w:tc>
          <w:tcPr>
            <w:tcW w:w="952" w:type="dxa"/>
            <w:vAlign w:val="center"/>
          </w:tcPr>
          <w:p w14:paraId="757C30BE" w14:textId="752C9C0E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3.70</w:t>
            </w:r>
          </w:p>
        </w:tc>
        <w:tc>
          <w:tcPr>
            <w:tcW w:w="952" w:type="dxa"/>
            <w:vAlign w:val="center"/>
          </w:tcPr>
          <w:p w14:paraId="3866DB11" w14:textId="4B6BC2E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4.50</w:t>
            </w:r>
          </w:p>
        </w:tc>
        <w:tc>
          <w:tcPr>
            <w:tcW w:w="952" w:type="dxa"/>
            <w:vAlign w:val="center"/>
          </w:tcPr>
          <w:p w14:paraId="5CEEE055" w14:textId="00207DC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0.899</w:t>
            </w:r>
          </w:p>
        </w:tc>
      </w:tr>
      <w:tr w:rsidR="007C0947" w14:paraId="06EB54D3" w14:textId="77777777" w:rsidTr="00FE0C68">
        <w:tc>
          <w:tcPr>
            <w:tcW w:w="485" w:type="dxa"/>
            <w:vAlign w:val="center"/>
          </w:tcPr>
          <w:p w14:paraId="3668B731" w14:textId="7985B95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82" w:type="dxa"/>
            <w:vAlign w:val="center"/>
          </w:tcPr>
          <w:p w14:paraId="6A48ACB6" w14:textId="1A244974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546F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951" w:type="dxa"/>
            <w:vAlign w:val="center"/>
          </w:tcPr>
          <w:p w14:paraId="0116C120" w14:textId="7D2298F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952" w:type="dxa"/>
            <w:vAlign w:val="center"/>
          </w:tcPr>
          <w:p w14:paraId="60FB9787" w14:textId="335333EB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0.125</w:t>
            </w:r>
          </w:p>
        </w:tc>
        <w:tc>
          <w:tcPr>
            <w:tcW w:w="952" w:type="dxa"/>
            <w:vAlign w:val="center"/>
          </w:tcPr>
          <w:p w14:paraId="2EF10B02" w14:textId="19FB7F56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70401F6B" w14:textId="6050CC39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0.246</w:t>
            </w:r>
          </w:p>
        </w:tc>
        <w:tc>
          <w:tcPr>
            <w:tcW w:w="952" w:type="dxa"/>
            <w:vAlign w:val="center"/>
          </w:tcPr>
          <w:p w14:paraId="670247F3" w14:textId="16B79993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0.225</w:t>
            </w:r>
          </w:p>
        </w:tc>
        <w:tc>
          <w:tcPr>
            <w:tcW w:w="952" w:type="dxa"/>
            <w:vAlign w:val="center"/>
          </w:tcPr>
          <w:p w14:paraId="5D8F2DB0" w14:textId="1C8B615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952" w:type="dxa"/>
            <w:vAlign w:val="center"/>
          </w:tcPr>
          <w:p w14:paraId="58D88ECE" w14:textId="2A21FE47" w:rsidR="007C0947" w:rsidRDefault="007C0947" w:rsidP="007C0947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</w:tr>
    </w:tbl>
    <w:p w14:paraId="0D7B687C" w14:textId="743950F9" w:rsidR="00DB79B7" w:rsidRDefault="007D6499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BW: Hospital wastewater; AW: Treated water; EW: Surface Water; N.D = not detected</w:t>
      </w:r>
    </w:p>
    <w:p w14:paraId="348B16D8" w14:textId="77777777" w:rsidR="00DB79B7" w:rsidRDefault="00DB79B7" w:rsidP="00C6039F">
      <w:pPr>
        <w:ind w:firstLine="360"/>
        <w:contextualSpacing/>
        <w:jc w:val="both"/>
        <w:rPr>
          <w:rFonts w:ascii="Times New Roman" w:eastAsia="Times New Roman" w:hAnsi="Times New Roman" w:cs="Times New Roman"/>
        </w:rPr>
      </w:pPr>
    </w:p>
    <w:tbl>
      <w:tblPr>
        <w:tblW w:w="7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"/>
        <w:gridCol w:w="573"/>
        <w:gridCol w:w="1985"/>
        <w:gridCol w:w="37"/>
        <w:gridCol w:w="813"/>
        <w:gridCol w:w="373"/>
        <w:gridCol w:w="478"/>
        <w:gridCol w:w="708"/>
        <w:gridCol w:w="142"/>
        <w:gridCol w:w="851"/>
        <w:gridCol w:w="193"/>
        <w:gridCol w:w="1189"/>
        <w:gridCol w:w="46"/>
      </w:tblGrid>
      <w:tr w:rsidR="007C0947" w:rsidRPr="00E0594A" w14:paraId="69C56C0D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4A0C3E" w14:textId="77777777" w:rsidR="007C0947" w:rsidRDefault="007C0947" w:rsidP="00E05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FCD0A9" w14:textId="766EB606" w:rsidR="007C0947" w:rsidRPr="00E0594A" w:rsidRDefault="007C0947" w:rsidP="00E05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Table S6: </w:t>
            </w:r>
            <w:r w:rsidRPr="009E3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Average concentration of antibiotics in surface waster</w:t>
            </w:r>
          </w:p>
        </w:tc>
      </w:tr>
      <w:tr w:rsidR="007C0947" w:rsidRPr="00E0594A" w14:paraId="12C0089D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Merge w:val="restart"/>
            <w:tcBorders>
              <w:top w:val="single" w:sz="4" w:space="0" w:color="auto"/>
            </w:tcBorders>
            <w:vAlign w:val="center"/>
          </w:tcPr>
          <w:p w14:paraId="2169A4E5" w14:textId="2AA3A609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55CF227C" w14:textId="5030DC4A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Compouns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066AE13E" w14:textId="77777777" w:rsidR="007C0947" w:rsidRPr="00E0594A" w:rsidRDefault="007C0947" w:rsidP="002F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4D4FB41B" w14:textId="77777777" w:rsidR="007C0947" w:rsidRPr="00E0594A" w:rsidRDefault="007C0947" w:rsidP="002F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noWrap/>
            <w:vAlign w:val="center"/>
            <w:hideMark/>
          </w:tcPr>
          <w:p w14:paraId="05BD4C93" w14:textId="77777777" w:rsidR="007C0947" w:rsidRPr="00E0594A" w:rsidRDefault="007C0947" w:rsidP="002F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A2F51EF" w14:textId="77777777" w:rsidR="007C0947" w:rsidRPr="00E0594A" w:rsidRDefault="007C0947" w:rsidP="002F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H4</w:t>
            </w:r>
          </w:p>
        </w:tc>
        <w:tc>
          <w:tcPr>
            <w:tcW w:w="1428" w:type="dxa"/>
            <w:gridSpan w:val="3"/>
            <w:tcBorders>
              <w:top w:val="single" w:sz="4" w:space="0" w:color="auto"/>
            </w:tcBorders>
            <w:noWrap/>
            <w:vAlign w:val="center"/>
            <w:hideMark/>
          </w:tcPr>
          <w:p w14:paraId="14670FF3" w14:textId="77777777" w:rsidR="007C0947" w:rsidRPr="00E0594A" w:rsidRDefault="007C0947" w:rsidP="002F1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</w:tr>
      <w:tr w:rsidR="007C0947" w:rsidRPr="00E0594A" w14:paraId="66B2F14E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Merge/>
            <w:vAlign w:val="center"/>
          </w:tcPr>
          <w:p w14:paraId="0E458DDD" w14:textId="77777777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noWrap/>
            <w:vAlign w:val="center"/>
          </w:tcPr>
          <w:p w14:paraId="540BA610" w14:textId="6CE7A8D9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0" w:type="dxa"/>
            <w:gridSpan w:val="10"/>
            <w:noWrap/>
            <w:vAlign w:val="bottom"/>
          </w:tcPr>
          <w:p w14:paraId="76967B46" w14:textId="7EF34B84" w:rsidR="007C0947" w:rsidRPr="00E0594A" w:rsidRDefault="007C0947" w:rsidP="00E05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ng/L</w:t>
            </w:r>
          </w:p>
        </w:tc>
      </w:tr>
      <w:tr w:rsidR="007C0947" w:rsidRPr="00E0594A" w14:paraId="63A98DEE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07533A7C" w14:textId="6325690E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noWrap/>
            <w:vAlign w:val="center"/>
            <w:hideMark/>
          </w:tcPr>
          <w:p w14:paraId="6C173D08" w14:textId="1D6002AC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528D5F7B" w14:textId="7CADCC15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0.125</w:t>
            </w:r>
          </w:p>
        </w:tc>
        <w:tc>
          <w:tcPr>
            <w:tcW w:w="851" w:type="dxa"/>
            <w:gridSpan w:val="2"/>
            <w:noWrap/>
            <w:vAlign w:val="bottom"/>
            <w:hideMark/>
          </w:tcPr>
          <w:p w14:paraId="1494CA07" w14:textId="3BFB6CC0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2B1727F1" w14:textId="6FEC3973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0.402</w:t>
            </w:r>
          </w:p>
        </w:tc>
        <w:tc>
          <w:tcPr>
            <w:tcW w:w="851" w:type="dxa"/>
            <w:noWrap/>
            <w:vAlign w:val="bottom"/>
            <w:hideMark/>
          </w:tcPr>
          <w:p w14:paraId="32640146" w14:textId="3249C1D1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1428" w:type="dxa"/>
            <w:gridSpan w:val="3"/>
            <w:noWrap/>
            <w:vAlign w:val="bottom"/>
            <w:hideMark/>
          </w:tcPr>
          <w:p w14:paraId="4191A12A" w14:textId="284FEEC1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0.176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0.206</w:t>
            </w:r>
          </w:p>
        </w:tc>
      </w:tr>
      <w:tr w:rsidR="007C0947" w:rsidRPr="00E0594A" w14:paraId="54351BDE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0FFCF383" w14:textId="2D3C2A5C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noWrap/>
            <w:vAlign w:val="center"/>
            <w:hideMark/>
          </w:tcPr>
          <w:p w14:paraId="7AB6C53D" w14:textId="1EF74ACA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50B9B6EF" w14:textId="4BBF5153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8.32</w:t>
            </w:r>
          </w:p>
        </w:tc>
        <w:tc>
          <w:tcPr>
            <w:tcW w:w="851" w:type="dxa"/>
            <w:gridSpan w:val="2"/>
            <w:noWrap/>
            <w:vAlign w:val="bottom"/>
            <w:hideMark/>
          </w:tcPr>
          <w:p w14:paraId="7FABDFBD" w14:textId="5DDCAD25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7FB34B98" w14:textId="6072D747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3.54</w:t>
            </w:r>
          </w:p>
        </w:tc>
        <w:tc>
          <w:tcPr>
            <w:tcW w:w="851" w:type="dxa"/>
            <w:noWrap/>
            <w:vAlign w:val="bottom"/>
            <w:hideMark/>
          </w:tcPr>
          <w:p w14:paraId="1C6802D4" w14:textId="5EDBA596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</w:t>
            </w:r>
          </w:p>
        </w:tc>
        <w:tc>
          <w:tcPr>
            <w:tcW w:w="1428" w:type="dxa"/>
            <w:gridSpan w:val="3"/>
            <w:noWrap/>
            <w:vAlign w:val="bottom"/>
            <w:hideMark/>
          </w:tcPr>
          <w:p w14:paraId="5D413530" w14:textId="79B6DF2F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4.59</w:t>
            </w:r>
          </w:p>
        </w:tc>
      </w:tr>
      <w:tr w:rsidR="007C0947" w:rsidRPr="00E0594A" w14:paraId="0F571EBE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5F92E5A3" w14:textId="7831D0F4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noWrap/>
            <w:vAlign w:val="center"/>
          </w:tcPr>
          <w:p w14:paraId="147AEF5D" w14:textId="7616B10B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850" w:type="dxa"/>
            <w:gridSpan w:val="2"/>
            <w:noWrap/>
            <w:vAlign w:val="bottom"/>
          </w:tcPr>
          <w:p w14:paraId="4B3D82D9" w14:textId="0B221877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0.426</w:t>
            </w:r>
          </w:p>
        </w:tc>
        <w:tc>
          <w:tcPr>
            <w:tcW w:w="851" w:type="dxa"/>
            <w:gridSpan w:val="2"/>
            <w:noWrap/>
            <w:vAlign w:val="bottom"/>
          </w:tcPr>
          <w:p w14:paraId="11D1A44A" w14:textId="36113E3C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0.248</w:t>
            </w:r>
          </w:p>
        </w:tc>
        <w:tc>
          <w:tcPr>
            <w:tcW w:w="850" w:type="dxa"/>
            <w:gridSpan w:val="2"/>
            <w:noWrap/>
            <w:vAlign w:val="bottom"/>
          </w:tcPr>
          <w:p w14:paraId="32985C1D" w14:textId="4E8D55B1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nd</w:t>
            </w:r>
          </w:p>
        </w:tc>
        <w:tc>
          <w:tcPr>
            <w:tcW w:w="851" w:type="dxa"/>
            <w:noWrap/>
            <w:vAlign w:val="bottom"/>
          </w:tcPr>
          <w:p w14:paraId="1A1284FA" w14:textId="1F1D5599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0.438</w:t>
            </w:r>
          </w:p>
        </w:tc>
        <w:tc>
          <w:tcPr>
            <w:tcW w:w="1428" w:type="dxa"/>
            <w:gridSpan w:val="3"/>
            <w:noWrap/>
            <w:vAlign w:val="bottom"/>
          </w:tcPr>
          <w:p w14:paraId="53842663" w14:textId="43699072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8E4D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0.106</w:t>
            </w:r>
          </w:p>
        </w:tc>
      </w:tr>
      <w:tr w:rsidR="007C0947" w:rsidRPr="00E0594A" w14:paraId="6162489E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580C0872" w14:textId="2A2A1010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noWrap/>
            <w:vAlign w:val="center"/>
          </w:tcPr>
          <w:p w14:paraId="1C4308FC" w14:textId="218074C2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850" w:type="dxa"/>
            <w:gridSpan w:val="2"/>
            <w:noWrap/>
            <w:vAlign w:val="bottom"/>
          </w:tcPr>
          <w:p w14:paraId="52BC7A98" w14:textId="0FD218DF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18.9</w:t>
            </w:r>
          </w:p>
        </w:tc>
        <w:tc>
          <w:tcPr>
            <w:tcW w:w="851" w:type="dxa"/>
            <w:gridSpan w:val="2"/>
            <w:noWrap/>
            <w:vAlign w:val="bottom"/>
          </w:tcPr>
          <w:p w14:paraId="23B80B43" w14:textId="0A10DCC9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30.8</w:t>
            </w:r>
          </w:p>
        </w:tc>
        <w:tc>
          <w:tcPr>
            <w:tcW w:w="850" w:type="dxa"/>
            <w:gridSpan w:val="2"/>
            <w:noWrap/>
            <w:vAlign w:val="bottom"/>
          </w:tcPr>
          <w:p w14:paraId="6694CE59" w14:textId="43F2C038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851" w:type="dxa"/>
            <w:noWrap/>
            <w:vAlign w:val="bottom"/>
          </w:tcPr>
          <w:p w14:paraId="75BD1155" w14:textId="52C4FCD5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6.27</w:t>
            </w:r>
          </w:p>
        </w:tc>
        <w:tc>
          <w:tcPr>
            <w:tcW w:w="1428" w:type="dxa"/>
            <w:gridSpan w:val="3"/>
            <w:noWrap/>
            <w:vAlign w:val="bottom"/>
          </w:tcPr>
          <w:p w14:paraId="714EE462" w14:textId="6A246512" w:rsidR="007C0947" w:rsidRPr="00E0594A" w:rsidRDefault="007C0947" w:rsidP="008E4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</w:tr>
      <w:tr w:rsidR="007C0947" w:rsidRPr="00E0594A" w14:paraId="0FFB9913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65E6BAF3" w14:textId="2AB6ED30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  <w:noWrap/>
            <w:vAlign w:val="center"/>
            <w:hideMark/>
          </w:tcPr>
          <w:p w14:paraId="1288B070" w14:textId="60ACF2AD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20E586C4" w14:textId="512E23C6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851" w:type="dxa"/>
            <w:gridSpan w:val="2"/>
            <w:noWrap/>
            <w:vAlign w:val="bottom"/>
            <w:hideMark/>
          </w:tcPr>
          <w:p w14:paraId="206FCB05" w14:textId="36790010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7BCC5308" w14:textId="4BBD4A57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</w:t>
            </w:r>
          </w:p>
        </w:tc>
        <w:tc>
          <w:tcPr>
            <w:tcW w:w="851" w:type="dxa"/>
            <w:noWrap/>
            <w:vAlign w:val="bottom"/>
            <w:hideMark/>
          </w:tcPr>
          <w:p w14:paraId="689A6066" w14:textId="3B0D9A57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7.67</w:t>
            </w:r>
          </w:p>
        </w:tc>
        <w:tc>
          <w:tcPr>
            <w:tcW w:w="1428" w:type="dxa"/>
            <w:gridSpan w:val="3"/>
            <w:noWrap/>
            <w:vAlign w:val="bottom"/>
            <w:hideMark/>
          </w:tcPr>
          <w:p w14:paraId="05712B0F" w14:textId="00F1A26C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4.08</w:t>
            </w:r>
          </w:p>
        </w:tc>
      </w:tr>
      <w:tr w:rsidR="007C0947" w:rsidRPr="00E0594A" w14:paraId="5C3A1500" w14:textId="77777777" w:rsidTr="003877F2">
        <w:trPr>
          <w:gridBefore w:val="1"/>
          <w:wBefore w:w="409" w:type="dxa"/>
          <w:trHeight w:val="318"/>
        </w:trPr>
        <w:tc>
          <w:tcPr>
            <w:tcW w:w="573" w:type="dxa"/>
            <w:vAlign w:val="center"/>
          </w:tcPr>
          <w:p w14:paraId="6F65E214" w14:textId="46B606D4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noWrap/>
            <w:vAlign w:val="center"/>
            <w:hideMark/>
          </w:tcPr>
          <w:p w14:paraId="422C1EC1" w14:textId="5F9EEFE4" w:rsidR="007C0947" w:rsidRPr="00E0594A" w:rsidRDefault="007C0947" w:rsidP="007C0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31A4BC70" w14:textId="0DD0EA13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0.085</w:t>
            </w:r>
          </w:p>
        </w:tc>
        <w:tc>
          <w:tcPr>
            <w:tcW w:w="851" w:type="dxa"/>
            <w:gridSpan w:val="2"/>
            <w:noWrap/>
            <w:vAlign w:val="bottom"/>
            <w:hideMark/>
          </w:tcPr>
          <w:p w14:paraId="17DDE4DD" w14:textId="6B8F22AF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n.d</w:t>
            </w:r>
          </w:p>
        </w:tc>
        <w:tc>
          <w:tcPr>
            <w:tcW w:w="850" w:type="dxa"/>
            <w:gridSpan w:val="2"/>
            <w:noWrap/>
            <w:vAlign w:val="bottom"/>
            <w:hideMark/>
          </w:tcPr>
          <w:p w14:paraId="36A1B366" w14:textId="439941E0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851" w:type="dxa"/>
            <w:noWrap/>
            <w:vAlign w:val="bottom"/>
            <w:hideMark/>
          </w:tcPr>
          <w:p w14:paraId="746C23F9" w14:textId="14870A47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0.094</w:t>
            </w:r>
          </w:p>
        </w:tc>
        <w:tc>
          <w:tcPr>
            <w:tcW w:w="1428" w:type="dxa"/>
            <w:gridSpan w:val="3"/>
            <w:noWrap/>
            <w:vAlign w:val="bottom"/>
            <w:hideMark/>
          </w:tcPr>
          <w:p w14:paraId="73ACF214" w14:textId="34252B20" w:rsidR="007C0947" w:rsidRPr="00E0594A" w:rsidRDefault="007C0947" w:rsidP="00E059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0.688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E0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55146" w:rsidRPr="003E26F8" w14:paraId="59F23F39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7751" w:type="dxa"/>
            <w:gridSpan w:val="12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33D18EF" w14:textId="43A67F91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3E26F8"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Table S</w:t>
            </w:r>
            <w:r w:rsidR="008E4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3E26F8"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9E3699"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RQs of antibiotics in surface water in hospitals</w:t>
            </w:r>
          </w:p>
        </w:tc>
      </w:tr>
      <w:tr w:rsidR="00E55146" w:rsidRPr="003E26F8" w14:paraId="28860813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3D70429B" w14:textId="557267FF" w:rsidR="00E55146" w:rsidRPr="003E26F8" w:rsidRDefault="009E3699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Compounds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16B7F713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H1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2A8E414F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H2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2E6C5063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H3</w:t>
            </w:r>
          </w:p>
        </w:tc>
        <w:tc>
          <w:tcPr>
            <w:tcW w:w="1189" w:type="dxa"/>
            <w:noWrap/>
            <w:vAlign w:val="center"/>
            <w:hideMark/>
          </w:tcPr>
          <w:p w14:paraId="0C54B3E5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H4</w:t>
            </w:r>
          </w:p>
        </w:tc>
      </w:tr>
      <w:tr w:rsidR="00F40B3F" w:rsidRPr="003E26F8" w14:paraId="4A581488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38F07700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Amoxicillin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7C121A61" w14:textId="5D719BEA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0.157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5D8B0435" w14:textId="7F5CB8AD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392D4098" w14:textId="79B504AC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0.503</w:t>
            </w:r>
          </w:p>
        </w:tc>
        <w:tc>
          <w:tcPr>
            <w:tcW w:w="1189" w:type="dxa"/>
            <w:noWrap/>
            <w:vAlign w:val="center"/>
            <w:hideMark/>
          </w:tcPr>
          <w:p w14:paraId="1813CACF" w14:textId="683F690F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-</w:t>
            </w:r>
          </w:p>
        </w:tc>
      </w:tr>
      <w:tr w:rsidR="00F40B3F" w:rsidRPr="003E26F8" w14:paraId="4F55A679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30187B20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Cephalexin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36384CAC" w14:textId="32F0DC82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28E2385B" w14:textId="34998184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0998B4AF" w14:textId="2E4D1C4E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1189" w:type="dxa"/>
            <w:noWrap/>
            <w:vAlign w:val="center"/>
            <w:hideMark/>
          </w:tcPr>
          <w:p w14:paraId="425844D6" w14:textId="4426965B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0.001</w:t>
            </w:r>
          </w:p>
        </w:tc>
      </w:tr>
      <w:tr w:rsidR="00F40B3F" w:rsidRPr="003E26F8" w14:paraId="5CB99BF3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23E05CE8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Ciprofloxacin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7158E7CD" w14:textId="493212E5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1.888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7AC19429" w14:textId="57247CFC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3.084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6F5DF04A" w14:textId="6179500E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2.502</w:t>
            </w:r>
          </w:p>
        </w:tc>
        <w:tc>
          <w:tcPr>
            <w:tcW w:w="1189" w:type="dxa"/>
            <w:noWrap/>
            <w:vAlign w:val="center"/>
            <w:hideMark/>
          </w:tcPr>
          <w:p w14:paraId="01D8296B" w14:textId="71471F58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0.627</w:t>
            </w:r>
          </w:p>
        </w:tc>
      </w:tr>
      <w:tr w:rsidR="00F40B3F" w:rsidRPr="003E26F8" w14:paraId="2155551A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57A0AE51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Clarithromycin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4A4C3FA1" w14:textId="66AE3BFA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0.043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6A31D409" w14:textId="3F42E788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0.124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14A0413A" w14:textId="50335715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0.022</w:t>
            </w:r>
          </w:p>
        </w:tc>
        <w:tc>
          <w:tcPr>
            <w:tcW w:w="1189" w:type="dxa"/>
            <w:noWrap/>
            <w:vAlign w:val="center"/>
            <w:hideMark/>
          </w:tcPr>
          <w:p w14:paraId="62F30D62" w14:textId="1752EAC7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0.066</w:t>
            </w:r>
          </w:p>
        </w:tc>
      </w:tr>
      <w:tr w:rsidR="00F40B3F" w:rsidRPr="003E26F8" w14:paraId="694CA5A1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61AE7A85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Levofloxacin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7D9F235E" w14:textId="695E1DE5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0.520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5D1CD24B" w14:textId="597DD36D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1.343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35BC7EE8" w14:textId="5E54C318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0.109</w:t>
            </w:r>
          </w:p>
        </w:tc>
        <w:tc>
          <w:tcPr>
            <w:tcW w:w="1189" w:type="dxa"/>
            <w:noWrap/>
            <w:vAlign w:val="center"/>
            <w:hideMark/>
          </w:tcPr>
          <w:p w14:paraId="1B5D6732" w14:textId="01FEEAF6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0.767</w:t>
            </w:r>
          </w:p>
        </w:tc>
      </w:tr>
      <w:tr w:rsidR="00F40B3F" w:rsidRPr="003E26F8" w14:paraId="7681A6CB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3C7B01BB" w14:textId="77777777" w:rsidR="00F40B3F" w:rsidRPr="003E26F8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Moxifloxacin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55FE4085" w14:textId="32EBE955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9.97E-07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15FE0323" w14:textId="3ACC0C7A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0.00E+00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4CCB20DE" w14:textId="55E4AF0F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2.77E-05</w:t>
            </w:r>
          </w:p>
        </w:tc>
        <w:tc>
          <w:tcPr>
            <w:tcW w:w="1189" w:type="dxa"/>
            <w:noWrap/>
            <w:vAlign w:val="center"/>
            <w:hideMark/>
          </w:tcPr>
          <w:p w14:paraId="27B8C59C" w14:textId="060CED69" w:rsidR="00F40B3F" w:rsidRPr="00F40B3F" w:rsidRDefault="00F40B3F" w:rsidP="00F40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0B3F">
              <w:rPr>
                <w:rFonts w:ascii="Times New Roman" w:hAnsi="Times New Roman" w:cs="Times New Roman"/>
              </w:rPr>
              <w:t>6.93E-07</w:t>
            </w:r>
          </w:p>
        </w:tc>
      </w:tr>
      <w:tr w:rsidR="00E55146" w:rsidRPr="003E26F8" w14:paraId="3D318C5B" w14:textId="77777777" w:rsidTr="003877F2">
        <w:tblPrEx>
          <w:jc w:val="center"/>
        </w:tblPrEx>
        <w:trPr>
          <w:gridAfter w:val="1"/>
          <w:wAfter w:w="46" w:type="dxa"/>
          <w:trHeight w:val="401"/>
          <w:jc w:val="center"/>
        </w:trPr>
        <w:tc>
          <w:tcPr>
            <w:tcW w:w="3004" w:type="dxa"/>
            <w:gridSpan w:val="4"/>
            <w:noWrap/>
            <w:vAlign w:val="center"/>
            <w:hideMark/>
          </w:tcPr>
          <w:p w14:paraId="66E8B1A1" w14:textId="20A076B4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  <w:r w:rsidR="009E3699"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otal</w:t>
            </w: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RQ</w:t>
            </w:r>
            <w:r w:rsidR="009E3699"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07F35F4F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2.61</w:t>
            </w:r>
          </w:p>
        </w:tc>
        <w:tc>
          <w:tcPr>
            <w:tcW w:w="1186" w:type="dxa"/>
            <w:gridSpan w:val="2"/>
            <w:noWrap/>
            <w:vAlign w:val="center"/>
            <w:hideMark/>
          </w:tcPr>
          <w:p w14:paraId="1E9C09CE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4.55</w:t>
            </w:r>
          </w:p>
        </w:tc>
        <w:tc>
          <w:tcPr>
            <w:tcW w:w="1186" w:type="dxa"/>
            <w:gridSpan w:val="3"/>
            <w:noWrap/>
            <w:vAlign w:val="center"/>
            <w:hideMark/>
          </w:tcPr>
          <w:p w14:paraId="6330EED6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189" w:type="dxa"/>
            <w:noWrap/>
            <w:vAlign w:val="center"/>
            <w:hideMark/>
          </w:tcPr>
          <w:p w14:paraId="67478120" w14:textId="77777777" w:rsidR="00E55146" w:rsidRPr="003E26F8" w:rsidRDefault="00E55146" w:rsidP="00E5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1.46</w:t>
            </w:r>
          </w:p>
        </w:tc>
      </w:tr>
    </w:tbl>
    <w:p w14:paraId="68BA7A57" w14:textId="3A81FD1B" w:rsidR="003E26F8" w:rsidRDefault="003E26F8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09CACB" w14:textId="6E3C3E19" w:rsidR="000F725E" w:rsidRDefault="000F725E" w:rsidP="000F725E">
      <w:pPr>
        <w:spacing w:after="0" w:line="480" w:lineRule="auto"/>
        <w:ind w:firstLine="72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0E196ED" wp14:editId="6486780C">
            <wp:extent cx="4976193" cy="2796056"/>
            <wp:effectExtent l="0" t="0" r="0" b="4445"/>
            <wp:docPr id="1910251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26" cy="279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Figure S1: </w:t>
      </w:r>
      <w:r w:rsidRPr="000F725E">
        <w:rPr>
          <w:rFonts w:ascii="Times New Roman" w:hAnsi="Times New Roman" w:cs="Times New Roman"/>
          <w:noProof/>
          <w:sz w:val="26"/>
          <w:szCs w:val="26"/>
        </w:rPr>
        <w:t>Ultra Performance Liquid Chromatography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0F725E">
        <w:rPr>
          <w:rFonts w:ascii="Times New Roman" w:hAnsi="Times New Roman" w:cs="Times New Roman"/>
          <w:noProof/>
          <w:sz w:val="26"/>
          <w:szCs w:val="26"/>
        </w:rPr>
        <w:t>coupled with High</w:t>
      </w:r>
      <w:r>
        <w:rPr>
          <w:rFonts w:ascii="Times New Roman" w:hAnsi="Times New Roman" w:cs="Times New Roman"/>
          <w:noProof/>
          <w:sz w:val="26"/>
          <w:szCs w:val="26"/>
        </w:rPr>
        <w:t>-</w:t>
      </w:r>
      <w:r w:rsidRPr="000F725E">
        <w:rPr>
          <w:rFonts w:ascii="Times New Roman" w:hAnsi="Times New Roman" w:cs="Times New Roman"/>
          <w:noProof/>
          <w:sz w:val="26"/>
          <w:szCs w:val="26"/>
        </w:rPr>
        <w:t>Resolution Mass Spectrometry</w:t>
      </w:r>
      <w:r>
        <w:rPr>
          <w:rFonts w:ascii="Times New Roman" w:hAnsi="Times New Roman" w:cs="Times New Roman"/>
          <w:noProof/>
          <w:sz w:val="26"/>
          <w:szCs w:val="26"/>
        </w:rPr>
        <w:t>:</w:t>
      </w:r>
      <w:r w:rsidRPr="000F725E">
        <w:rPr>
          <w:rFonts w:ascii="Times New Roman" w:hAnsi="Times New Roman" w:cs="Times New Roman"/>
          <w:noProof/>
          <w:sz w:val="26"/>
          <w:szCs w:val="26"/>
        </w:rPr>
        <w:t xml:space="preserve"> Q Extractive Focus</w:t>
      </w:r>
    </w:p>
    <w:p w14:paraId="6B438025" w14:textId="12A5F44B" w:rsidR="00491B29" w:rsidRDefault="00491B29" w:rsidP="00C11178">
      <w:pPr>
        <w:spacing w:after="0" w:line="48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3999254" wp14:editId="358F5305">
            <wp:extent cx="4702628" cy="2930786"/>
            <wp:effectExtent l="0" t="0" r="0" b="0"/>
            <wp:docPr id="16" name="Picture 2" descr="D:\Khang sinh\Photos\IMG_20191226_092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D:\Khang sinh\Photos\IMG_20191226_0928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760" cy="293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C4ACC" w14:textId="21CF4EE5" w:rsidR="003E26F8" w:rsidRDefault="000F725E" w:rsidP="000F725E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Figure S2: Sampling hospital wastewater sample</w:t>
      </w:r>
    </w:p>
    <w:p w14:paraId="077952FB" w14:textId="54710DEC" w:rsidR="003E26F8" w:rsidRDefault="003E26F8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10CC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02FED0E" wp14:editId="0BC0C6D8">
            <wp:extent cx="3906021" cy="2311400"/>
            <wp:effectExtent l="0" t="0" r="0" b="0"/>
            <wp:docPr id="15" name="Picture 2" descr="D:\Khang sinh\Photos\IMG_20191108_102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ang sinh\Photos\IMG_20191108_1027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13" cy="233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7EAD5" w14:textId="309D7C6A" w:rsidR="000F725E" w:rsidRDefault="000F725E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Figure S3: Sampling treated wastewater sample</w:t>
      </w:r>
    </w:p>
    <w:p w14:paraId="77EADCA2" w14:textId="39AAEAB5" w:rsidR="000F725E" w:rsidRDefault="000F725E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FAF213" wp14:editId="1A2421FC">
            <wp:extent cx="3932448" cy="2433612"/>
            <wp:effectExtent l="0" t="0" r="0" b="5080"/>
            <wp:docPr id="13" name="Picture 3" descr="D:\Khang sinh\Photos\IMG_20191107_103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D:\Khang sinh\Photos\IMG_20191107_1038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61" cy="24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2B922" w14:textId="0023611F" w:rsidR="000F725E" w:rsidRDefault="000F725E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Figure S4: Sampling surface water sample</w:t>
      </w:r>
    </w:p>
    <w:p w14:paraId="05AF55C7" w14:textId="327A5610" w:rsidR="003E26F8" w:rsidRDefault="003E26F8" w:rsidP="008C1488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446215" wp14:editId="46996159">
            <wp:extent cx="3710455" cy="2574925"/>
            <wp:effectExtent l="0" t="0" r="4445" b="0"/>
            <wp:docPr id="18" name="Picture 4" descr="D:\Khang sinh\Photos\IMG_20191109_143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D:\Khang sinh\Photos\IMG_20191109_1435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410" cy="25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8F298" w14:textId="457407E5" w:rsidR="008C1488" w:rsidRDefault="008C1488" w:rsidP="008C148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Figure S</w:t>
      </w:r>
      <w:r w:rsidR="004607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 Sampling surface water sample</w:t>
      </w:r>
    </w:p>
    <w:sectPr w:rsidR="008C1488" w:rsidSect="00DA539A"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MyriadPro-SemiCn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2F3CFF"/>
    <w:multiLevelType w:val="multilevel"/>
    <w:tmpl w:val="8494C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FE228E"/>
    <w:multiLevelType w:val="multilevel"/>
    <w:tmpl w:val="9DE2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1232B2"/>
    <w:multiLevelType w:val="multilevel"/>
    <w:tmpl w:val="2260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1F1B36"/>
    <w:multiLevelType w:val="multilevel"/>
    <w:tmpl w:val="2108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95336F"/>
    <w:multiLevelType w:val="multilevel"/>
    <w:tmpl w:val="858CC0A0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700D0516"/>
    <w:multiLevelType w:val="multilevel"/>
    <w:tmpl w:val="B18E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BE26C3"/>
    <w:multiLevelType w:val="hybridMultilevel"/>
    <w:tmpl w:val="51E29D80"/>
    <w:lvl w:ilvl="0" w:tplc="12A46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454415">
    <w:abstractNumId w:val="8"/>
  </w:num>
  <w:num w:numId="2" w16cid:durableId="1272475523">
    <w:abstractNumId w:val="6"/>
  </w:num>
  <w:num w:numId="3" w16cid:durableId="796605448">
    <w:abstractNumId w:val="5"/>
  </w:num>
  <w:num w:numId="4" w16cid:durableId="1328245183">
    <w:abstractNumId w:val="4"/>
  </w:num>
  <w:num w:numId="5" w16cid:durableId="175577681">
    <w:abstractNumId w:val="7"/>
  </w:num>
  <w:num w:numId="6" w16cid:durableId="932855833">
    <w:abstractNumId w:val="3"/>
  </w:num>
  <w:num w:numId="7" w16cid:durableId="813061004">
    <w:abstractNumId w:val="2"/>
  </w:num>
  <w:num w:numId="8" w16cid:durableId="1159535902">
    <w:abstractNumId w:val="1"/>
  </w:num>
  <w:num w:numId="9" w16cid:durableId="1813210772">
    <w:abstractNumId w:val="0"/>
  </w:num>
  <w:num w:numId="10" w16cid:durableId="1846823597">
    <w:abstractNumId w:val="15"/>
  </w:num>
  <w:num w:numId="11" w16cid:durableId="165479939">
    <w:abstractNumId w:val="13"/>
  </w:num>
  <w:num w:numId="12" w16cid:durableId="345137611">
    <w:abstractNumId w:val="11"/>
  </w:num>
  <w:num w:numId="13" w16cid:durableId="2040473543">
    <w:abstractNumId w:val="14"/>
  </w:num>
  <w:num w:numId="14" w16cid:durableId="796415625">
    <w:abstractNumId w:val="12"/>
  </w:num>
  <w:num w:numId="15" w16cid:durableId="1042558333">
    <w:abstractNumId w:val="9"/>
  </w:num>
  <w:num w:numId="16" w16cid:durableId="2435639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935"/>
    <w:rsid w:val="00004C68"/>
    <w:rsid w:val="00015AE8"/>
    <w:rsid w:val="0003037F"/>
    <w:rsid w:val="0003224B"/>
    <w:rsid w:val="00034616"/>
    <w:rsid w:val="00040F6C"/>
    <w:rsid w:val="0004267C"/>
    <w:rsid w:val="00044CE8"/>
    <w:rsid w:val="000455C5"/>
    <w:rsid w:val="0004663D"/>
    <w:rsid w:val="00050D61"/>
    <w:rsid w:val="000549CA"/>
    <w:rsid w:val="0006063C"/>
    <w:rsid w:val="000658FA"/>
    <w:rsid w:val="00066203"/>
    <w:rsid w:val="000714A1"/>
    <w:rsid w:val="000733AC"/>
    <w:rsid w:val="00073813"/>
    <w:rsid w:val="000750B6"/>
    <w:rsid w:val="00075824"/>
    <w:rsid w:val="00082838"/>
    <w:rsid w:val="000853C5"/>
    <w:rsid w:val="00093E2F"/>
    <w:rsid w:val="00094F5F"/>
    <w:rsid w:val="0009545B"/>
    <w:rsid w:val="000A4864"/>
    <w:rsid w:val="000B0CB6"/>
    <w:rsid w:val="000B5A51"/>
    <w:rsid w:val="000D19C6"/>
    <w:rsid w:val="000D4CE1"/>
    <w:rsid w:val="000E559F"/>
    <w:rsid w:val="000E56E8"/>
    <w:rsid w:val="000F53DB"/>
    <w:rsid w:val="000F725E"/>
    <w:rsid w:val="00104E19"/>
    <w:rsid w:val="00115102"/>
    <w:rsid w:val="001159C6"/>
    <w:rsid w:val="00117870"/>
    <w:rsid w:val="001257E6"/>
    <w:rsid w:val="00133D3B"/>
    <w:rsid w:val="00142080"/>
    <w:rsid w:val="001457BA"/>
    <w:rsid w:val="0015074B"/>
    <w:rsid w:val="00151E30"/>
    <w:rsid w:val="00152BF3"/>
    <w:rsid w:val="00160118"/>
    <w:rsid w:val="00167EA0"/>
    <w:rsid w:val="001821F4"/>
    <w:rsid w:val="00182944"/>
    <w:rsid w:val="00190F02"/>
    <w:rsid w:val="0019192A"/>
    <w:rsid w:val="0019328C"/>
    <w:rsid w:val="001A18BB"/>
    <w:rsid w:val="001B4F8D"/>
    <w:rsid w:val="001B6AB9"/>
    <w:rsid w:val="001C4469"/>
    <w:rsid w:val="001D300D"/>
    <w:rsid w:val="001E0048"/>
    <w:rsid w:val="001E1831"/>
    <w:rsid w:val="001E1FA7"/>
    <w:rsid w:val="001E6DAA"/>
    <w:rsid w:val="001F5F6C"/>
    <w:rsid w:val="001F67B5"/>
    <w:rsid w:val="00202DBC"/>
    <w:rsid w:val="00203767"/>
    <w:rsid w:val="00205929"/>
    <w:rsid w:val="00210F33"/>
    <w:rsid w:val="00213C21"/>
    <w:rsid w:val="00217AFB"/>
    <w:rsid w:val="00217B99"/>
    <w:rsid w:val="00221052"/>
    <w:rsid w:val="00222373"/>
    <w:rsid w:val="00222FDB"/>
    <w:rsid w:val="00224CF4"/>
    <w:rsid w:val="00225786"/>
    <w:rsid w:val="00233A10"/>
    <w:rsid w:val="00233A5F"/>
    <w:rsid w:val="00236C8D"/>
    <w:rsid w:val="00266ACF"/>
    <w:rsid w:val="002724F8"/>
    <w:rsid w:val="002755B3"/>
    <w:rsid w:val="00290842"/>
    <w:rsid w:val="00295A8C"/>
    <w:rsid w:val="0029639D"/>
    <w:rsid w:val="00296CEF"/>
    <w:rsid w:val="00296D47"/>
    <w:rsid w:val="002A3735"/>
    <w:rsid w:val="002A7186"/>
    <w:rsid w:val="002B3F04"/>
    <w:rsid w:val="002B7140"/>
    <w:rsid w:val="002C67A6"/>
    <w:rsid w:val="002D3C12"/>
    <w:rsid w:val="002E1AF2"/>
    <w:rsid w:val="002F120A"/>
    <w:rsid w:val="002F188A"/>
    <w:rsid w:val="003026D9"/>
    <w:rsid w:val="00307D09"/>
    <w:rsid w:val="00323FDC"/>
    <w:rsid w:val="0032699D"/>
    <w:rsid w:val="00326B97"/>
    <w:rsid w:val="00326F90"/>
    <w:rsid w:val="003307FC"/>
    <w:rsid w:val="00337A11"/>
    <w:rsid w:val="003405AD"/>
    <w:rsid w:val="00342670"/>
    <w:rsid w:val="003451CC"/>
    <w:rsid w:val="0035235D"/>
    <w:rsid w:val="00362E4B"/>
    <w:rsid w:val="0036387D"/>
    <w:rsid w:val="00365A9E"/>
    <w:rsid w:val="003801BD"/>
    <w:rsid w:val="003877F2"/>
    <w:rsid w:val="0039055B"/>
    <w:rsid w:val="003A2C00"/>
    <w:rsid w:val="003A3784"/>
    <w:rsid w:val="003B2D0A"/>
    <w:rsid w:val="003B41BC"/>
    <w:rsid w:val="003C0F7D"/>
    <w:rsid w:val="003D098E"/>
    <w:rsid w:val="003D1ABB"/>
    <w:rsid w:val="003D3E7F"/>
    <w:rsid w:val="003D49DF"/>
    <w:rsid w:val="003D4DC0"/>
    <w:rsid w:val="003D7416"/>
    <w:rsid w:val="003E23CF"/>
    <w:rsid w:val="003E26F8"/>
    <w:rsid w:val="003E441C"/>
    <w:rsid w:val="003E5FC7"/>
    <w:rsid w:val="003E6BB8"/>
    <w:rsid w:val="003F5C43"/>
    <w:rsid w:val="004002DE"/>
    <w:rsid w:val="00402F03"/>
    <w:rsid w:val="004050A7"/>
    <w:rsid w:val="0040618B"/>
    <w:rsid w:val="00412B85"/>
    <w:rsid w:val="004155CB"/>
    <w:rsid w:val="00415889"/>
    <w:rsid w:val="004223A1"/>
    <w:rsid w:val="00436027"/>
    <w:rsid w:val="00436A10"/>
    <w:rsid w:val="004515EA"/>
    <w:rsid w:val="00456A5F"/>
    <w:rsid w:val="00457618"/>
    <w:rsid w:val="00457E18"/>
    <w:rsid w:val="00460788"/>
    <w:rsid w:val="0046119E"/>
    <w:rsid w:val="00461A58"/>
    <w:rsid w:val="00465A25"/>
    <w:rsid w:val="00465B2B"/>
    <w:rsid w:val="00476DBE"/>
    <w:rsid w:val="00477C5D"/>
    <w:rsid w:val="004804EE"/>
    <w:rsid w:val="00484EBA"/>
    <w:rsid w:val="00485910"/>
    <w:rsid w:val="00491B29"/>
    <w:rsid w:val="00491DBB"/>
    <w:rsid w:val="00495A38"/>
    <w:rsid w:val="004A1967"/>
    <w:rsid w:val="004A7C26"/>
    <w:rsid w:val="004B0E3E"/>
    <w:rsid w:val="004B1DA5"/>
    <w:rsid w:val="004B4775"/>
    <w:rsid w:val="004B4810"/>
    <w:rsid w:val="004B6312"/>
    <w:rsid w:val="004C353D"/>
    <w:rsid w:val="004D5C61"/>
    <w:rsid w:val="004E260D"/>
    <w:rsid w:val="004E7B1D"/>
    <w:rsid w:val="004F0553"/>
    <w:rsid w:val="004F55EC"/>
    <w:rsid w:val="004F6A35"/>
    <w:rsid w:val="004F7200"/>
    <w:rsid w:val="005009C5"/>
    <w:rsid w:val="00503EFB"/>
    <w:rsid w:val="00507AB0"/>
    <w:rsid w:val="00507B4C"/>
    <w:rsid w:val="00513EA7"/>
    <w:rsid w:val="00524ADF"/>
    <w:rsid w:val="00535EC7"/>
    <w:rsid w:val="00536486"/>
    <w:rsid w:val="00546CED"/>
    <w:rsid w:val="00546F21"/>
    <w:rsid w:val="00547A66"/>
    <w:rsid w:val="00554803"/>
    <w:rsid w:val="005562F6"/>
    <w:rsid w:val="00564913"/>
    <w:rsid w:val="005719E7"/>
    <w:rsid w:val="00572298"/>
    <w:rsid w:val="00574DE1"/>
    <w:rsid w:val="00576253"/>
    <w:rsid w:val="0057750E"/>
    <w:rsid w:val="005839DA"/>
    <w:rsid w:val="00592E4C"/>
    <w:rsid w:val="005B2D7C"/>
    <w:rsid w:val="005B2F93"/>
    <w:rsid w:val="005B6A43"/>
    <w:rsid w:val="005B7C00"/>
    <w:rsid w:val="005C4931"/>
    <w:rsid w:val="005D608D"/>
    <w:rsid w:val="005E5D9C"/>
    <w:rsid w:val="005F153E"/>
    <w:rsid w:val="005F24F2"/>
    <w:rsid w:val="005F5D8E"/>
    <w:rsid w:val="00605A27"/>
    <w:rsid w:val="00606C78"/>
    <w:rsid w:val="006106BB"/>
    <w:rsid w:val="006113B2"/>
    <w:rsid w:val="00611D7C"/>
    <w:rsid w:val="00630E6E"/>
    <w:rsid w:val="006324C5"/>
    <w:rsid w:val="00634744"/>
    <w:rsid w:val="00636D40"/>
    <w:rsid w:val="00637397"/>
    <w:rsid w:val="00646161"/>
    <w:rsid w:val="00650D2B"/>
    <w:rsid w:val="00652B58"/>
    <w:rsid w:val="00656524"/>
    <w:rsid w:val="0066476C"/>
    <w:rsid w:val="00670DE6"/>
    <w:rsid w:val="00671440"/>
    <w:rsid w:val="006774EC"/>
    <w:rsid w:val="00680525"/>
    <w:rsid w:val="00687E39"/>
    <w:rsid w:val="0069109F"/>
    <w:rsid w:val="006943FC"/>
    <w:rsid w:val="00694BE4"/>
    <w:rsid w:val="00695C60"/>
    <w:rsid w:val="006A2668"/>
    <w:rsid w:val="006A7A55"/>
    <w:rsid w:val="006B006C"/>
    <w:rsid w:val="006B4634"/>
    <w:rsid w:val="006B7522"/>
    <w:rsid w:val="006C3725"/>
    <w:rsid w:val="006C5253"/>
    <w:rsid w:val="006C7DCA"/>
    <w:rsid w:val="006D12B2"/>
    <w:rsid w:val="006D3146"/>
    <w:rsid w:val="006D5664"/>
    <w:rsid w:val="006D5A30"/>
    <w:rsid w:val="006D7216"/>
    <w:rsid w:val="006F6303"/>
    <w:rsid w:val="006F6E62"/>
    <w:rsid w:val="00700370"/>
    <w:rsid w:val="00700873"/>
    <w:rsid w:val="007046C9"/>
    <w:rsid w:val="00711109"/>
    <w:rsid w:val="00712458"/>
    <w:rsid w:val="00722ED3"/>
    <w:rsid w:val="0073033E"/>
    <w:rsid w:val="00734761"/>
    <w:rsid w:val="0073536A"/>
    <w:rsid w:val="00736A5D"/>
    <w:rsid w:val="00747FA0"/>
    <w:rsid w:val="00747FDF"/>
    <w:rsid w:val="00751CD1"/>
    <w:rsid w:val="0075239B"/>
    <w:rsid w:val="00753EA9"/>
    <w:rsid w:val="00754FAA"/>
    <w:rsid w:val="0076338A"/>
    <w:rsid w:val="00765CBF"/>
    <w:rsid w:val="0077238D"/>
    <w:rsid w:val="00780DE3"/>
    <w:rsid w:val="00783AA4"/>
    <w:rsid w:val="00790AE5"/>
    <w:rsid w:val="00796F92"/>
    <w:rsid w:val="007A333A"/>
    <w:rsid w:val="007A4A67"/>
    <w:rsid w:val="007B0D35"/>
    <w:rsid w:val="007B3DB7"/>
    <w:rsid w:val="007C0947"/>
    <w:rsid w:val="007C298D"/>
    <w:rsid w:val="007D1416"/>
    <w:rsid w:val="007D3BC1"/>
    <w:rsid w:val="007D3FCC"/>
    <w:rsid w:val="007D4135"/>
    <w:rsid w:val="007D6499"/>
    <w:rsid w:val="007E19FB"/>
    <w:rsid w:val="007E3ACB"/>
    <w:rsid w:val="007F2E2D"/>
    <w:rsid w:val="007F3848"/>
    <w:rsid w:val="008000A6"/>
    <w:rsid w:val="00806326"/>
    <w:rsid w:val="00813727"/>
    <w:rsid w:val="00822998"/>
    <w:rsid w:val="00824332"/>
    <w:rsid w:val="00825D4F"/>
    <w:rsid w:val="00825E25"/>
    <w:rsid w:val="008272B3"/>
    <w:rsid w:val="008351C3"/>
    <w:rsid w:val="00850211"/>
    <w:rsid w:val="00853A9B"/>
    <w:rsid w:val="00854F73"/>
    <w:rsid w:val="0085501F"/>
    <w:rsid w:val="00860282"/>
    <w:rsid w:val="008723B3"/>
    <w:rsid w:val="008755CA"/>
    <w:rsid w:val="008803FC"/>
    <w:rsid w:val="008804EE"/>
    <w:rsid w:val="00881686"/>
    <w:rsid w:val="008820F0"/>
    <w:rsid w:val="008A16C4"/>
    <w:rsid w:val="008B420F"/>
    <w:rsid w:val="008B5988"/>
    <w:rsid w:val="008C1488"/>
    <w:rsid w:val="008C1797"/>
    <w:rsid w:val="008C2598"/>
    <w:rsid w:val="008C3ADE"/>
    <w:rsid w:val="008E0964"/>
    <w:rsid w:val="008E45F6"/>
    <w:rsid w:val="008E4D0E"/>
    <w:rsid w:val="008F1833"/>
    <w:rsid w:val="008F40AB"/>
    <w:rsid w:val="008F7F10"/>
    <w:rsid w:val="009014D1"/>
    <w:rsid w:val="009072BA"/>
    <w:rsid w:val="00935A69"/>
    <w:rsid w:val="00941A8C"/>
    <w:rsid w:val="0094633E"/>
    <w:rsid w:val="009502C0"/>
    <w:rsid w:val="00952985"/>
    <w:rsid w:val="009555AC"/>
    <w:rsid w:val="00956062"/>
    <w:rsid w:val="009560D4"/>
    <w:rsid w:val="00957A17"/>
    <w:rsid w:val="00965A0F"/>
    <w:rsid w:val="00971AF9"/>
    <w:rsid w:val="00972885"/>
    <w:rsid w:val="0098069C"/>
    <w:rsid w:val="009820B5"/>
    <w:rsid w:val="009844AB"/>
    <w:rsid w:val="009971A4"/>
    <w:rsid w:val="009A7D21"/>
    <w:rsid w:val="009B0E21"/>
    <w:rsid w:val="009B4258"/>
    <w:rsid w:val="009B54EF"/>
    <w:rsid w:val="009C2DD8"/>
    <w:rsid w:val="009C3462"/>
    <w:rsid w:val="009D0D97"/>
    <w:rsid w:val="009D18E0"/>
    <w:rsid w:val="009D7B50"/>
    <w:rsid w:val="009E3699"/>
    <w:rsid w:val="009E3D6B"/>
    <w:rsid w:val="009E5CD9"/>
    <w:rsid w:val="00A10501"/>
    <w:rsid w:val="00A10FA2"/>
    <w:rsid w:val="00A1146A"/>
    <w:rsid w:val="00A14E0C"/>
    <w:rsid w:val="00A157E2"/>
    <w:rsid w:val="00A26C8D"/>
    <w:rsid w:val="00A33CC9"/>
    <w:rsid w:val="00A4328D"/>
    <w:rsid w:val="00A43EF7"/>
    <w:rsid w:val="00A5671D"/>
    <w:rsid w:val="00A56D37"/>
    <w:rsid w:val="00A611C5"/>
    <w:rsid w:val="00A61D52"/>
    <w:rsid w:val="00A63A36"/>
    <w:rsid w:val="00A70968"/>
    <w:rsid w:val="00A7552A"/>
    <w:rsid w:val="00A8788B"/>
    <w:rsid w:val="00A91471"/>
    <w:rsid w:val="00A950A6"/>
    <w:rsid w:val="00A9526F"/>
    <w:rsid w:val="00A95283"/>
    <w:rsid w:val="00AA1D8D"/>
    <w:rsid w:val="00AA4CBF"/>
    <w:rsid w:val="00AA7EB9"/>
    <w:rsid w:val="00AD02F9"/>
    <w:rsid w:val="00AD6FAC"/>
    <w:rsid w:val="00AF01F9"/>
    <w:rsid w:val="00AF2914"/>
    <w:rsid w:val="00B00D24"/>
    <w:rsid w:val="00B14573"/>
    <w:rsid w:val="00B17ED8"/>
    <w:rsid w:val="00B20C5E"/>
    <w:rsid w:val="00B22737"/>
    <w:rsid w:val="00B30CE4"/>
    <w:rsid w:val="00B30D25"/>
    <w:rsid w:val="00B33F79"/>
    <w:rsid w:val="00B400E9"/>
    <w:rsid w:val="00B47730"/>
    <w:rsid w:val="00B62A7E"/>
    <w:rsid w:val="00B63BB2"/>
    <w:rsid w:val="00B65DF1"/>
    <w:rsid w:val="00B66470"/>
    <w:rsid w:val="00B74BC6"/>
    <w:rsid w:val="00B8162C"/>
    <w:rsid w:val="00B84C45"/>
    <w:rsid w:val="00B8625F"/>
    <w:rsid w:val="00BA2D17"/>
    <w:rsid w:val="00BB2F53"/>
    <w:rsid w:val="00BC0C97"/>
    <w:rsid w:val="00BC3D80"/>
    <w:rsid w:val="00BD70E3"/>
    <w:rsid w:val="00BE5AB2"/>
    <w:rsid w:val="00BF1F68"/>
    <w:rsid w:val="00C0085E"/>
    <w:rsid w:val="00C034AC"/>
    <w:rsid w:val="00C11178"/>
    <w:rsid w:val="00C11266"/>
    <w:rsid w:val="00C11DD0"/>
    <w:rsid w:val="00C12C8B"/>
    <w:rsid w:val="00C13E83"/>
    <w:rsid w:val="00C1536E"/>
    <w:rsid w:val="00C15460"/>
    <w:rsid w:val="00C20C70"/>
    <w:rsid w:val="00C20DEB"/>
    <w:rsid w:val="00C21FFA"/>
    <w:rsid w:val="00C22C0B"/>
    <w:rsid w:val="00C245E6"/>
    <w:rsid w:val="00C247A1"/>
    <w:rsid w:val="00C307FD"/>
    <w:rsid w:val="00C32805"/>
    <w:rsid w:val="00C32CDE"/>
    <w:rsid w:val="00C3433C"/>
    <w:rsid w:val="00C54211"/>
    <w:rsid w:val="00C6039F"/>
    <w:rsid w:val="00C64B6D"/>
    <w:rsid w:val="00C65FD8"/>
    <w:rsid w:val="00C66CFD"/>
    <w:rsid w:val="00C717D7"/>
    <w:rsid w:val="00C72AF1"/>
    <w:rsid w:val="00C749A8"/>
    <w:rsid w:val="00C74C71"/>
    <w:rsid w:val="00C74CF0"/>
    <w:rsid w:val="00C779D9"/>
    <w:rsid w:val="00C806C6"/>
    <w:rsid w:val="00C83E22"/>
    <w:rsid w:val="00C90A54"/>
    <w:rsid w:val="00C90E99"/>
    <w:rsid w:val="00C92FA3"/>
    <w:rsid w:val="00C932B1"/>
    <w:rsid w:val="00C9509D"/>
    <w:rsid w:val="00C95BF0"/>
    <w:rsid w:val="00CA1B32"/>
    <w:rsid w:val="00CA5398"/>
    <w:rsid w:val="00CB0616"/>
    <w:rsid w:val="00CB0664"/>
    <w:rsid w:val="00CB117C"/>
    <w:rsid w:val="00CC059D"/>
    <w:rsid w:val="00CD138C"/>
    <w:rsid w:val="00CD32FC"/>
    <w:rsid w:val="00CD7D6D"/>
    <w:rsid w:val="00CE781C"/>
    <w:rsid w:val="00CF605D"/>
    <w:rsid w:val="00D019F1"/>
    <w:rsid w:val="00D10071"/>
    <w:rsid w:val="00D13D91"/>
    <w:rsid w:val="00D203C1"/>
    <w:rsid w:val="00D24E1F"/>
    <w:rsid w:val="00D34064"/>
    <w:rsid w:val="00D366B6"/>
    <w:rsid w:val="00D55737"/>
    <w:rsid w:val="00D57FED"/>
    <w:rsid w:val="00D6778D"/>
    <w:rsid w:val="00D7149A"/>
    <w:rsid w:val="00D741D8"/>
    <w:rsid w:val="00D92282"/>
    <w:rsid w:val="00D95102"/>
    <w:rsid w:val="00DA3A49"/>
    <w:rsid w:val="00DA539A"/>
    <w:rsid w:val="00DA5460"/>
    <w:rsid w:val="00DA769F"/>
    <w:rsid w:val="00DB472E"/>
    <w:rsid w:val="00DB6D6F"/>
    <w:rsid w:val="00DB79B7"/>
    <w:rsid w:val="00DC68EF"/>
    <w:rsid w:val="00DD7EA6"/>
    <w:rsid w:val="00DE6B13"/>
    <w:rsid w:val="00DE7382"/>
    <w:rsid w:val="00E03F8B"/>
    <w:rsid w:val="00E0594A"/>
    <w:rsid w:val="00E05B5A"/>
    <w:rsid w:val="00E06515"/>
    <w:rsid w:val="00E07260"/>
    <w:rsid w:val="00E109FF"/>
    <w:rsid w:val="00E1446E"/>
    <w:rsid w:val="00E150F4"/>
    <w:rsid w:val="00E21470"/>
    <w:rsid w:val="00E26731"/>
    <w:rsid w:val="00E46514"/>
    <w:rsid w:val="00E507FE"/>
    <w:rsid w:val="00E55146"/>
    <w:rsid w:val="00E619BE"/>
    <w:rsid w:val="00E65D82"/>
    <w:rsid w:val="00E660EE"/>
    <w:rsid w:val="00E74951"/>
    <w:rsid w:val="00E7605D"/>
    <w:rsid w:val="00E8660E"/>
    <w:rsid w:val="00E96497"/>
    <w:rsid w:val="00E97182"/>
    <w:rsid w:val="00EA74DB"/>
    <w:rsid w:val="00EB10A0"/>
    <w:rsid w:val="00EB126C"/>
    <w:rsid w:val="00EB18E4"/>
    <w:rsid w:val="00EB3451"/>
    <w:rsid w:val="00EC1489"/>
    <w:rsid w:val="00ED3348"/>
    <w:rsid w:val="00ED7385"/>
    <w:rsid w:val="00EE3B3E"/>
    <w:rsid w:val="00EE4900"/>
    <w:rsid w:val="00EE6326"/>
    <w:rsid w:val="00EF1026"/>
    <w:rsid w:val="00EF7864"/>
    <w:rsid w:val="00F1204B"/>
    <w:rsid w:val="00F35A43"/>
    <w:rsid w:val="00F3754F"/>
    <w:rsid w:val="00F40B3F"/>
    <w:rsid w:val="00F47157"/>
    <w:rsid w:val="00F54BB0"/>
    <w:rsid w:val="00F73C4A"/>
    <w:rsid w:val="00F74112"/>
    <w:rsid w:val="00F75D00"/>
    <w:rsid w:val="00F76A62"/>
    <w:rsid w:val="00F77701"/>
    <w:rsid w:val="00F82BD1"/>
    <w:rsid w:val="00F92849"/>
    <w:rsid w:val="00F9791E"/>
    <w:rsid w:val="00FA081B"/>
    <w:rsid w:val="00FA1965"/>
    <w:rsid w:val="00FA62F7"/>
    <w:rsid w:val="00FB1223"/>
    <w:rsid w:val="00FB23DA"/>
    <w:rsid w:val="00FB44BD"/>
    <w:rsid w:val="00FB5A82"/>
    <w:rsid w:val="00FC0C19"/>
    <w:rsid w:val="00FC197B"/>
    <w:rsid w:val="00FC693F"/>
    <w:rsid w:val="00FC7311"/>
    <w:rsid w:val="00FD7A0E"/>
    <w:rsid w:val="00FE717B"/>
    <w:rsid w:val="00FF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B219D5"/>
  <w14:defaultImageDpi w14:val="300"/>
  <w15:docId w15:val="{9B45E56E-FF52-4C68-AFC3-ECD1D24F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1F5F6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9B0E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0E21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436027"/>
    <w:rPr>
      <w:rFonts w:ascii="MyriadPro-SemiCn" w:hAnsi="MyriadPro-SemiCn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L1Receivedaccepteddates">
    <w:name w:val="L1 Received/accepted dates"/>
    <w:next w:val="L2Firstpublisheddate"/>
    <w:qFormat/>
    <w:rsid w:val="00646161"/>
    <w:pPr>
      <w:spacing w:before="180" w:after="0" w:line="240" w:lineRule="exact"/>
    </w:pPr>
    <w:rPr>
      <w:rFonts w:ascii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L2Firstpublisheddate">
    <w:name w:val="L2 First published date"/>
    <w:next w:val="Normal"/>
    <w:qFormat/>
    <w:rsid w:val="00646161"/>
    <w:pPr>
      <w:spacing w:after="0" w:line="240" w:lineRule="exact"/>
    </w:pPr>
    <w:rPr>
      <w:rFonts w:ascii="Times New Roman" w:hAnsi="Times New Roman" w:cs="Times New Roman"/>
      <w:b/>
      <w:i/>
      <w:noProof/>
      <w:sz w:val="18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D18E0"/>
    <w:rPr>
      <w:rFonts w:ascii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DA5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8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3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7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8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4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9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2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4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5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5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1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8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7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2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4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6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4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5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2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9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6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2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6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0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0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4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1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5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0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8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7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1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0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2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2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9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7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8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1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1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7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4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6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0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0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7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5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0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5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3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98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3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5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0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6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8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4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5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4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2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9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4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3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5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7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0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8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0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6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3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4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6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8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6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4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9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3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59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4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8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5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6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5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5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2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1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9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6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2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9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2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6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7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7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6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00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39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3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8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2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3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5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3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1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0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7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0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7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0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96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1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7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3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3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1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2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2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0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6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5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0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9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8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6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3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30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8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3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8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3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7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0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8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0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7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3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2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70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9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0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8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7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7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4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9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2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3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8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4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39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3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9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0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8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3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2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1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6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7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6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7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1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1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5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5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5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7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9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8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8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0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7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4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0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0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6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8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4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0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0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4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2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3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8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3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9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4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0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0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4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0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9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6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9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8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4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4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1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0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2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3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4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4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8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8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8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7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4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5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5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9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8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7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00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1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7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7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6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2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2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0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9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2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1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2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1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8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2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0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6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1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64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1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4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4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6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9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2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13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9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5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5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1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0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6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2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8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9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9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7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2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6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4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9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7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7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2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8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1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2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8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5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7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2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7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4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8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2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5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5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9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2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7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3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4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1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0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4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8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7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5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5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7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2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8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8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6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2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0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7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8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8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2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4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9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7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3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7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2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68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4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3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9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7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0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3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3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4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6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6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5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5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9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2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1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7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2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01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7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0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9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0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9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3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00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0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1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8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7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1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2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2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2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2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7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1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6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4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4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9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59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2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9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40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8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2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50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3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6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8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0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7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8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9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5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3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8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79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7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8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9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0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4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4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5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3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7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5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1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7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9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5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3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5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2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1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0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7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1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0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8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7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2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7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0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7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6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2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1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8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5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9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2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2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35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3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9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9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6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6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3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5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2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1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7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6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8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1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9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6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8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7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1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6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2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8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7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1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3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9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2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9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7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1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1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3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3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5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5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6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9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8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7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5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1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5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8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35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6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3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9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5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4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3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1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0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3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4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6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8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2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2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0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6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7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4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4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4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8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4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7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01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7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5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4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8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3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7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7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3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9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0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1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4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7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1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1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3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2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6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2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2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2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0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1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7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7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5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9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2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2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7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4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7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3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17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7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1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0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3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6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3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5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7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6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0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70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8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0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2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1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6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0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2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9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8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98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1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9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3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1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8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9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4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9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5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9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2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4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1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8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8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4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7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1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7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8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0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0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5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3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0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7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1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9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9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2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8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5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4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3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5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8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9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5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6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5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9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9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8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0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1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6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7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9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3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84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2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0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90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00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3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10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8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5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4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1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8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6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4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7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7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9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8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0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29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5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5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8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5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9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4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5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5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4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2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7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81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7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4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3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4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6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5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3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9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8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8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6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5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80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1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4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4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8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3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2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2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3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5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4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1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1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0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9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1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1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6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30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0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9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6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4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8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7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1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3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7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2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1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98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9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2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86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9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7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7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0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7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6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4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7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0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6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7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3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5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8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7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4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9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4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8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19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8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5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1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4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3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8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2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8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70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8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7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6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6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2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7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6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9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5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1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2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8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5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9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0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7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8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0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6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5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7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1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1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1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1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19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4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6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5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2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7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9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9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1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5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7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1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3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6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0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6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1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9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3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1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0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7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4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2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2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1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0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9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8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7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5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8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1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5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4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7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0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1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8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0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7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2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9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7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8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1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2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4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7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27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6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6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6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0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5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9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2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7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69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7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4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0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1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6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2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0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0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4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9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5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0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2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1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3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7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2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5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7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4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7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0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2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0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1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3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9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4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1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4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9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8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3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5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0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7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0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8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1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0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5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6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3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0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5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8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68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2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4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6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4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3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4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3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6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2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4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5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7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7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5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9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1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6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5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0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9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7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3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1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9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0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5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3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3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1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4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5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2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8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3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4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6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3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0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7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8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2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5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5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5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3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4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1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8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1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1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1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7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3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0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2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0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2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3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5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0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4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09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1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1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3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4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3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3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9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7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0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9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1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6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8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9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5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5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3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8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70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8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6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3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6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5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8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1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4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9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2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40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4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3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10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4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4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9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5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5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5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1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7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6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9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4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4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2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3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7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6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3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7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3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7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4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3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4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9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9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3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50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6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7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9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8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2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6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8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3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1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6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2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3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6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0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71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5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1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6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0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2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9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1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3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2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4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7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7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4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6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2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6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2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0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7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0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3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3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2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1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5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9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9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0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1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1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6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7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7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6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8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1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3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5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6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9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9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1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8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7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0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6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5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7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3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3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5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4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6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8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4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8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8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6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07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5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9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7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1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9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2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6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4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4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4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7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6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0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1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3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4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0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9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7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2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0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4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4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4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9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8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2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0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3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2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3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8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1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2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2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1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7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4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1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9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9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2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1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1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7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2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6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4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8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5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70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5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4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9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3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0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8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32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9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2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0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5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3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5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1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2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2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5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2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8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6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3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5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0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4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8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8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5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46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1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7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7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3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3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7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0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4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0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4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70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2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5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7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2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9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5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4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7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7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6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6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6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1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3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9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7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4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4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9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8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4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0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7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9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39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4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1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2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9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3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0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4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5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3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40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1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4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9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1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28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9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1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1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4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4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5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4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7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9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6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2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2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4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3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3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0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2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8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2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1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6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0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0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0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8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2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2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6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9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3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1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7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6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7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1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2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6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2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8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7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4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2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2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79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0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9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1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4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3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1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0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8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4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5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7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2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3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10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6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3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5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8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3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3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1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7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6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3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2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3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30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8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5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7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4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4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4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6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50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7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7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7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3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4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7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1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8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6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8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2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6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1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6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9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1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2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0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3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6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3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3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1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2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5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9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9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8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4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8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7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0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4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3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7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8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1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4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0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2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2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4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6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2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8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8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4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1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9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5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7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3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2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1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5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5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1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4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7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4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8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0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7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5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3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1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4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1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2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6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6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5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9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1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3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1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5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1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4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7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5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4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5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7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1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4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6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2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9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0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0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8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0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0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6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7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0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1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1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4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2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6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4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9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8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0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1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7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0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5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5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0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8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5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1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7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8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2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4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4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09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6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0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7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7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0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2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9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2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7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6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7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8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2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60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0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9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48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8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5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7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5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54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4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4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9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6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0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9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5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2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8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6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1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9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8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6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3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7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2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6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8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81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9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2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4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1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1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1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7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4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0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9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8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9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6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8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2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3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2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8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9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8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9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7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7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1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1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0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8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73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8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4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3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2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6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5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4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9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9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7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7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0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5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4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6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0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5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1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2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5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6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2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3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3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2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1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9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1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0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4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6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3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6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11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5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0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1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0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1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9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8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6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4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30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3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3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0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4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4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4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8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7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9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3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6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1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0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0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2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8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7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3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5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8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0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2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8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7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5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1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5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3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5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9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1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0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6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4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9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3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0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0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0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1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70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8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1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5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6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1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1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7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4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1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6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6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2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0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0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0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1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7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5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50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7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2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7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2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2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7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7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6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1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9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6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6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5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1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5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9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3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6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9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3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6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6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6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0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0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29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7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5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1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3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2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3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6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1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9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4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8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8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4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8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7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5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0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8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6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8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9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7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2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4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6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9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8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7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3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7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5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9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4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4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6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5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2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1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6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7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6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2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6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2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1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2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3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3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2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1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2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2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7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0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50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5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2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6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0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5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1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1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4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1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4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3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1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3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9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9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7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4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5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7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1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8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0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39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3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6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60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8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6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0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1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5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5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2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8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4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3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7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1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0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1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7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1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20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8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6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2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1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4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6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4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6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5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7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3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9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7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3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9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9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1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7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7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5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6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3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7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4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2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1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8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8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8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9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49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5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9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5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5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9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69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0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3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8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3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59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0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4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2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40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8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5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7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5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5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9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00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2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6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6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4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4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1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2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0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4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6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8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3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3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8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7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7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2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7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1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2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7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5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6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0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2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6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9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50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5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7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3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7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80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4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1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7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4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7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8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1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2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2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9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0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8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8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0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1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9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3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5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3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6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0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3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35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6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2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9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9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7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3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29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4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8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6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0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8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3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6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39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2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6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1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2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4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7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3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8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7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2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9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9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79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2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23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8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7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3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1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5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1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4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7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8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3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8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4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5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1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2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5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5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6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4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0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9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9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5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1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9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0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8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7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3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7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8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3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1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6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5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6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8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5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7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8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6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7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7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8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8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7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3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0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9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6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68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4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3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5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9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7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5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6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2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7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0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6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0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65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114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3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0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4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5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1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0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6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6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0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1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3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0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1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0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7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8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5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1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1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2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2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0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4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5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4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5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8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9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4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0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2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4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4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8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5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4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1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5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4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5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7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22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5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9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21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5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7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0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5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8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7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2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0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5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0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9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9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0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3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6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6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69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6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8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3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3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5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8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5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5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8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8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4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6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9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3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0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7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4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4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0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2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5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3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4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3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0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4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8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9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4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0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0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3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6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4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6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5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1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3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8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7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8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9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5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8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4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2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8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6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5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71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3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3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6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5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0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4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5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0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1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6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8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6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9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8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6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9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9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6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20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5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0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76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5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5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9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6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8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4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5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5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9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2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4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1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7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7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7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2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3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4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1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5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2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8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8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4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9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1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5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7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6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2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2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7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8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5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3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2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1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5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3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8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1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79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0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2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6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8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4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3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1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4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2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4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1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8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1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4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5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6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8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2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9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8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0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7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2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5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0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5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4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1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1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39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8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2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5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5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0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6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50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6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9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4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7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20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2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6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9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0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9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8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0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61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8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1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6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1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3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3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7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9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3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9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1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9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0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4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6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8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2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9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10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5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7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8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9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0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9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1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4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20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8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8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7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7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6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0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5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4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0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8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5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7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9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8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7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6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7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6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7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8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3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0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1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21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7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2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2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2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9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7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1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1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0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4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5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1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0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4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4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7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0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0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9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8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0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5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9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3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0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6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6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2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0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5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2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1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4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2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4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38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0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7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7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5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8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8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6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4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6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4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4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6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7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9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48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1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3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2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7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7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2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5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4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5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2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6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8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0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1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1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1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9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7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6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9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9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3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3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9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3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1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4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9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6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2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4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5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6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5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1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6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6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7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59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7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9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1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8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7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7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0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3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4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2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7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7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9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7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7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6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8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28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6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5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5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7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9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5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50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7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7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3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5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8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8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3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9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5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4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9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5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2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6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9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0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6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4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9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5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1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6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1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1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3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7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22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3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7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20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2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6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3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5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7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6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6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4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1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7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4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91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3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6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5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3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5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6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8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6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4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7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6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2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9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3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1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8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7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2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6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2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9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2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7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2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6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40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4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4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2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8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7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1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5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7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2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3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0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5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9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4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6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2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6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8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7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5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3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3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5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30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2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8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6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3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7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8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8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4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5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9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0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1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7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4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1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1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09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4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6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8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6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2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8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0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9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4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4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5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8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5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9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8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3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4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8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1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3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8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4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0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2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6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4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7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0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4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3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5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8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0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1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1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4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89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1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3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4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20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7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6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6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6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6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8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0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4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2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0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4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3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3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8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1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8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1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9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0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3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2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4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4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5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5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7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2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5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8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8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9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9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3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9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6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6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8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6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7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9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5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7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41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8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4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3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7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5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0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6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3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4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3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3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1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4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0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4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1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6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6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4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5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9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8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59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24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0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80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7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7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5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6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6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2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2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78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3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8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3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7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6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5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5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0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9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9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7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8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6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5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1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5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1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2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5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7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3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2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9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4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3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5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9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8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3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0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1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2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6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7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6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8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9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3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79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9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8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6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3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0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3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0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5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3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4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3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5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8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0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4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5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0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30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3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1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2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5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7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9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5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8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5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1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3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9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6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40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2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7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9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6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2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6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2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6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8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8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8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2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2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5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4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0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5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4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3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3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2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7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5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8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4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4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2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4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0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2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7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8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4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7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0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2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7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3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5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9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1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8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5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30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9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7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5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7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4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5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1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4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0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5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8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9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2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3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9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2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8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0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5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2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7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2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6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4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8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1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6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1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7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9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1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6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3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5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2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8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1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1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2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6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8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4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1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9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3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0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2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8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3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9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5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8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4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2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2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6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5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6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1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6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1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3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6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20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6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1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1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2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4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5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4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1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4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2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5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9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5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1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1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4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8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7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6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8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7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7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1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7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3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2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5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28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4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6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8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1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8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5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2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0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2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8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1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1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7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6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7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6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8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6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8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1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7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1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7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1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7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9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0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9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7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2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7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5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8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9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2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8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5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5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8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2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8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6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5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3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8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1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5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7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7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9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2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92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6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5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8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1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8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1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5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6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0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7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0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0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3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7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9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1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6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5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1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8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8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7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8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7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0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3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9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7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9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7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0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5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4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2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9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8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2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4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2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2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2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4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9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4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8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3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0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6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0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3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1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6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4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0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8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0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3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0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3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7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9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7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2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3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0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5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0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4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6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0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6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1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7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8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0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7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1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3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6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4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9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3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5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4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1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6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1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7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2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0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36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2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4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8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0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9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9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9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4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7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3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4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00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2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4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3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9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9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8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6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6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8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5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8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20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0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2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2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39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8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9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5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5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1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89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9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6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0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3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3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6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6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1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2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7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1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0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1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9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7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3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5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3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5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0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7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5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4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3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9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0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2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9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09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6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1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8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8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3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5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40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5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1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5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4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8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13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5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2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8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6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3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4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8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4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0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6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3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7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1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7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4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5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0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5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0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5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3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6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60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7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4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1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19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2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7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0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3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4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50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0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0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2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4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0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8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0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2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1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2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7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2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7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7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7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2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84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6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7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89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5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9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3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1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3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5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7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5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0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4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4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8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1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7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48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3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6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1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1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3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4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9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55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8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9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99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0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8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2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9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8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2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2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0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5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6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4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8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3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9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8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6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2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7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8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3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9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2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5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7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7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8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7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0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3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0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0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0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2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0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6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3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9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9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3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3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0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9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8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6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2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3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0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6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1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3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5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2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6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3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47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9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3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5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1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2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3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3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9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5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6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79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1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3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7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4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4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59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1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6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0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2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3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5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6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2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0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2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4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9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1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0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6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6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3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0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5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3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0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2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3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3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3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7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6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4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6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3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2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2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5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0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1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3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15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6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1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9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2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8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0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2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2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7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9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8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9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7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2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1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4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6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2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5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5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4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8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2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9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4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4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7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5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7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3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3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4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5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8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2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7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7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6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6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5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9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8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5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8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4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4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19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1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1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4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2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5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3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1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0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2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5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2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4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3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2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1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5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2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1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1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6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1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5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7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7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0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0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3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4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4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2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2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2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8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3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1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7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5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3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2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5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8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2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3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8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5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2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3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6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5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1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6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4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8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9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6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5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4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0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9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6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1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7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5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9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8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3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9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7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0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9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7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2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0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1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8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29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9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5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3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7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7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0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3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9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5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59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4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7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2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0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0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3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60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8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5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90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2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7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1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3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6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80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9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5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7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3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1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7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7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6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4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0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4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8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1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6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7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7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3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1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0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5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6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1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5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6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90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7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8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9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6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8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8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4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7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4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8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6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7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9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8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4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6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7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2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8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0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6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8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6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4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1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1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8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6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4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4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8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6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8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4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5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3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6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8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6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8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7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4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5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1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6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1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5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0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31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66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8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4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0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5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2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2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4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6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2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9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2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2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4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0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6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0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2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3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8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7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8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7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7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9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2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0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5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5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3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6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4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2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8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6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5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6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9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4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1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7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4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3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6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2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9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5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6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0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4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2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5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6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5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9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8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7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8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8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6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6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4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5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0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6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6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8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0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9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5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5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9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1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1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3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7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4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4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1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7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1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0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6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3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4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8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1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6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5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3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3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4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7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5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2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6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6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2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1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6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5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8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3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5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5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1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3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3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8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8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2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2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2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9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2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8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7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0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0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8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2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4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9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7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8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7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0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5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6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9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3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2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3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6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15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9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2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190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3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8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4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5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4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5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7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4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3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7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1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9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5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7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6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8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3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9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3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2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7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2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7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7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3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5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8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9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8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5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5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2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6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2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2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1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4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5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1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34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8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8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6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9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0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403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8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1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3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3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1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1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5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3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8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3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0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7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2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8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4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4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4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49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2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1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2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3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0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6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9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3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0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3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4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0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7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9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3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3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7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8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7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1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6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9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5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0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2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6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0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4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5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2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0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3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2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4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8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0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10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1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5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4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1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0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0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7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1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9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6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2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4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0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8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6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5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6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1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5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7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6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6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71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6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4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4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1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4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1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8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2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0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0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3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5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2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4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8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1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0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5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8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0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9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7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5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5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7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0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4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1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0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3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4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6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9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4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1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4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37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05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6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6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5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5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3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3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3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2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9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8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7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7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8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80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0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2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5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1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4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1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9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3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8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1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5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8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5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3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7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82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0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7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2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4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4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5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7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4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1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6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3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8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4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0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5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36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8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6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6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5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2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6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4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0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0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2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9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9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5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4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0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8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3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3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4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2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0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5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6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8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6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6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5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3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4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68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8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6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2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3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7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5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4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3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9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7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9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4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1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7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5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5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3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7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9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6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1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1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1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8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20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5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8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6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6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0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3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6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5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10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5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4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1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8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7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7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1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3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0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7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3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5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1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1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1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9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8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4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9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3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4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3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6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0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1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1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8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4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2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8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5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5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6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6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4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9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5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72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5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7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1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4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3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2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6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6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3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5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5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1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1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0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9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7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4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1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5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1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8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3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5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9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4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7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8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9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83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0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1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0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3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3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0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7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23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0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4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1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2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3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1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30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8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9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31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8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9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85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7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7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30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9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2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9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5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1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1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0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3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8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7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2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8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4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5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1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3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7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4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1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9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40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02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6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7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4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2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4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3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8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4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6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4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6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0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0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9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3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9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4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6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9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46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3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9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2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8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8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5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1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8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5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00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43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8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4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1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6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1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8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62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8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9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5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3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8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63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3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6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4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4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99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4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3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3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4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3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7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7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4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2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0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2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7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0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0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8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1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7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5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3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1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8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7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2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0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8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0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0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2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9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7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8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1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1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9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0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4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1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8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1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8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9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2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8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0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3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9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2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5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4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6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1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9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3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8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8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5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7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8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1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1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5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4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5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5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3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6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5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3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80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7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7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2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3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3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5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40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11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6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4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3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7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1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49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41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6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4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1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51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30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3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9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6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6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4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6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2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3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7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0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9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2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81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3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8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7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7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92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5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9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1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2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17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2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1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09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1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29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7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4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9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7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88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8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9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10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2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0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7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0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3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2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4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0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6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3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9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2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0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5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85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9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0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9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5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83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32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0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9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3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9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9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4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9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8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1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5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2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6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91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2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8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8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7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5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4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5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5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0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4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77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50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2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0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4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0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5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2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0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0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3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7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6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9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3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5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4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7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8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3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89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07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9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6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7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7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3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2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2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4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8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6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3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8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3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6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17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0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8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3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9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9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9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9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1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6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4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9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8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1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1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4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7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2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4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2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3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03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9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4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9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1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31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9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8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7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0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1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5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0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0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2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1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4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4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5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3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82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7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6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4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0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7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60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3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6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0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9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1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9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7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0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2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4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7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0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49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5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2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7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6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0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4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8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0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2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2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9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5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5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6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0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8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9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0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8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0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4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4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27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3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8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98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7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1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7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9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1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6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7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2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7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6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5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4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2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4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0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9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09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9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9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2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8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9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3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7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5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4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9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0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2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4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0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6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3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2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0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04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3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0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8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9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9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0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43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2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9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9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4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3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5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75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6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2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3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1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7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03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26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3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7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4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6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4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4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7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0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5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4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9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6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8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0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60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0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2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9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60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48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9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5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0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57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7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8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0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0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44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96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7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0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9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24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3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4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8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3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3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1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0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5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2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25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3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90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9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9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8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0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4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6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3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2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8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8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09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1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8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2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7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5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0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53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71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5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2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2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7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7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25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9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4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10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6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5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91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6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22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6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6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6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62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0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7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6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81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5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9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0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8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39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4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1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4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9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0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53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5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2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2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3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4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1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10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5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7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9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697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7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61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2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3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23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8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9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6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0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8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3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8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70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4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49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6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69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6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2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1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7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92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2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7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3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3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7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3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6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88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8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01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47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2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1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7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1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4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5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7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6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5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6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1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4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3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3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2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6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9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38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6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1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0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5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5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4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45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1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9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9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8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8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1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7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5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4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1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3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2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8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39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1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1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80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1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4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1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6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71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9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6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8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8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7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7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94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7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1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8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3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2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5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46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0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5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1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7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4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2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5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9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7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6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7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3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1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12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1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2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2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17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7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45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2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0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1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62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8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6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2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2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7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0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7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9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4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4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1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0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52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0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9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2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7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4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59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9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1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0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86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9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40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50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39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4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4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1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79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75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4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96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7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3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3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49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9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76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7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3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5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8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11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7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6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0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9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7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9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0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4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7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9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4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0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2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5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4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3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2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2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8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8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5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0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8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8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6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9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7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8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1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49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03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9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2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9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27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9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5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7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4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94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9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2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2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5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8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83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8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4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7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5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3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114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4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3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8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7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1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60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2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35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9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4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80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0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6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9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0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6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4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5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19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57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6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8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3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6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84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4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9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3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1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0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7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7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22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84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7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5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79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70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6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3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3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3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9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23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7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1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6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6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0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4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2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7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5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5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2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6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6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9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0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7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0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1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0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0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9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51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93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08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0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6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53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8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7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9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2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2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2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0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6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5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3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6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4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50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2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9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704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8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497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65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69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7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1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1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6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87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1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83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5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8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10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55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7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8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2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6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8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7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43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0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7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7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4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82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1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8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8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8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2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7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9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6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48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3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2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8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3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3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1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86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8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5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1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5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15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5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8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6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8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2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4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2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55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9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2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4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22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1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9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1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68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6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67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7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6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3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5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9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0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2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28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15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4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4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7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5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3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4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02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1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6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05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3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67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9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9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61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38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9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7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1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7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7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3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8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6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8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19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66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4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9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5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4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5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8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9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9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6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7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29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8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0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5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50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7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8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01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3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5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6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1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9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18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6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1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8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001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4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71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88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3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76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7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7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8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7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68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6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9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0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7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2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80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5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5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0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5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2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1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0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00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0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3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49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5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5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7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22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5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6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0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5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0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2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1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9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30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3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34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5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3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5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22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87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59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95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9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59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8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5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2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74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3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70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4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3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0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08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98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7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5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64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1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12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0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96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4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2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3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1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3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7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4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6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7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8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4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60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9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5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80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5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2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1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6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07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0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7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89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3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8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1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8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7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12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3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7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0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4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8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30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8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00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0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26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3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4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1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6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5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80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4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6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4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1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2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0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0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6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7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2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78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6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78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65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8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1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5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5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9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3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9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91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7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2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6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14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8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5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0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69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3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73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50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3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1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8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6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6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2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7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39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5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7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55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8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5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92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1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3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9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8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7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1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3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35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05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87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23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4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0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4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1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80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08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6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6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7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3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61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5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0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3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93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2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03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19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6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9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59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3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99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2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3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86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26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4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7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2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5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1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1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7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02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1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5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86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29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38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4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1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2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7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5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47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1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3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84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4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42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23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91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19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62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31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3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46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3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71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8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20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02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7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1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0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6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5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1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7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7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0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2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30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73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3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0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8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87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60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9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9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8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07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30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65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6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2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9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6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4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1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65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5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8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84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24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34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2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56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57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63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90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8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1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3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79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6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4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4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5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62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6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33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06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0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6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4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8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56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2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8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7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61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8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1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0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83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0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50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4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0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9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3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3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97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6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0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3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63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8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064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71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08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1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92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3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73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94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5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1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29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6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99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28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9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77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0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82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99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9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3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1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6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3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4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32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63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9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54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2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5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3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71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8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45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50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67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0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09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28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8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8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47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6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6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6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15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4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1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2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16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9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09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27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7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1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69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7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9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12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9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6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72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7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7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2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38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0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35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47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3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2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6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3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1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8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770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41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35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04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25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65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5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7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2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1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5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5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87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5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76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90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51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3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3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3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54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60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5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5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3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63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35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4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50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26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29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9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9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48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9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82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4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20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65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3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1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3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802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89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08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02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0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8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8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4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4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9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2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5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1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90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48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1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37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17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3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5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4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8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9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50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57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6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2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8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6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6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5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81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23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9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E7B9B25-3ABE-4723-BE57-33C9060D74F2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</dc:creator>
  <cp:keywords/>
  <dc:description>generated by python-docx</dc:description>
  <cp:lastModifiedBy>Hung Nguyen</cp:lastModifiedBy>
  <cp:revision>2</cp:revision>
  <dcterms:created xsi:type="dcterms:W3CDTF">2026-06-12T09:10:00Z</dcterms:created>
  <dcterms:modified xsi:type="dcterms:W3CDTF">2026-06-12T09:10:00Z</dcterms:modified>
  <cp:category/>
</cp:coreProperties>
</file>