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Supplementary Table 4. Association between frailty index trajectory classes and incident stroke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Trajectory group</w:t>
            </w:r>
          </w:p>
        </w:tc>
        <w:tc>
          <w:tcPr>
            <w:tcW w:type="dxa" w:w="1728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Events / N</w:t>
            </w:r>
          </w:p>
        </w:tc>
        <w:tc>
          <w:tcPr>
            <w:tcW w:type="dxa" w:w="1728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Model 1</w:t>
              <w:br/>
              <w:t>OR (95% CI)</w:t>
            </w:r>
          </w:p>
        </w:tc>
        <w:tc>
          <w:tcPr>
            <w:tcW w:type="dxa" w:w="1728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Model 2</w:t>
              <w:br/>
              <w:t>OR (95% CI)</w:t>
            </w:r>
          </w:p>
        </w:tc>
        <w:tc>
          <w:tcPr>
            <w:tcW w:type="dxa" w:w="1728"/>
            <w:vAlign w:val="center"/>
            <w:tcBorders>
              <w:top w:val="single" w:sz="12" w:space="0" w:color="000000"/>
              <w:left w:val="nil" w:sz="4" w:space="0" w:color="000000"/>
              <w:bottom w:val="single" w:sz="4" w:space="0" w:color="000000"/>
              <w:right w:val="nil" w:sz="4" w:space="0" w:color="000000"/>
            </w:tcBorders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Model 3</w:t>
              <w:br/>
              <w:t>OR (95% CI)</w:t>
            </w:r>
          </w:p>
        </w:tc>
      </w:tr>
      <w:tr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Low-stable (ref)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19 / 460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1.00 (Reference)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1.00 (Reference)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1.00 (Reference)</w:t>
            </w:r>
          </w:p>
        </w:tc>
      </w:tr>
      <w:tr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Low-increasing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79 / 738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2.78 (1.66–4.66)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2.91 (1.74–4.88)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2.87 (1.70–4.85)</w:t>
            </w:r>
          </w:p>
        </w:tc>
      </w:tr>
      <w:tr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High-increasing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70 / 203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12.22 (7.10–21.02)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14.12 (8.11–24.60)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16.28 (8.98–29.51)</w:t>
            </w:r>
          </w:p>
        </w:tc>
      </w:tr>
      <w:tr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Moderate-fluctuating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19 / 474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0.97 (0.51–1.86)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1.06 (0.55–2.05)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nil" w:sz="4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1.12 (0.58–2.19)</w:t>
            </w:r>
          </w:p>
        </w:tc>
      </w:tr>
      <w:tr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Moderate-increasing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105 / 497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6.22 (3.74–10.32)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6.84 (4.09–11.41)</w:t>
            </w:r>
          </w:p>
        </w:tc>
        <w:tc>
          <w:tcPr>
            <w:tcW w:type="dxa" w:w="1728"/>
            <w:vAlign w:val="center"/>
            <w:tcBorders>
              <w:top w:val="nil" w:sz="4" w:space="0" w:color="000000"/>
              <w:left w:val="nil" w:sz="4" w:space="0" w:color="000000"/>
              <w:bottom w:val="single" w:sz="12" w:space="0" w:color="000000"/>
              <w:right w:val="nil" w:sz="4" w:space="0" w:color="000000"/>
            </w:tcBorders>
          </w:tcPr>
          <w:p>
            <w:pPr>
              <w:jc w:val="left"/>
            </w:pPr>
            <w:r>
              <w:rPr>
                <w:rFonts w:ascii="Times New Roman" w:hAnsi="Times New Roman"/>
                <w:sz w:val="20"/>
              </w:rPr>
              <w:t>7.61 (4.43–13.05)</w:t>
            </w:r>
          </w:p>
        </w:tc>
      </w:tr>
    </w:tbl>
    <w:p/>
    <w:p>
      <w:pPr>
        <w:jc w:val="left"/>
      </w:pPr>
      <w:r>
        <w:rPr>
          <w:rFonts w:ascii="Times New Roman" w:hAnsi="Times New Roman"/>
          <w:i/>
          <w:sz w:val="18"/>
        </w:rPr>
        <w:t>Note. OR = odds ratio; CI = confidence interval. Model 1: unadjusted. Model 2: adjusted for age and sex. Model 3: further adjusted for marital status, education, residence place, smoking, drinking, hypertension, lung disease, liver disease, kidney disease, and cardiovascular disease.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